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cs="Arial"/>
          <w:sz w:val="24"/>
          <w:szCs w:val="24"/>
        </w:rPr>
        <w:id w:val="669683428"/>
        <w:docPartObj>
          <w:docPartGallery w:val="Cover Pages"/>
          <w:docPartUnique/>
        </w:docPartObj>
      </w:sdtPr>
      <w:sdtEndPr>
        <w:rPr>
          <w:rFonts w:ascii="Arial" w:hAnsi="Arial" w:eastAsia="Times New Roman" w:cs="Arial"/>
          <w:b w:val="1"/>
          <w:bCs w:val="1"/>
          <w:sz w:val="24"/>
          <w:szCs w:val="24"/>
          <w:lang w:val="eu-ES" w:eastAsia="eu-ES"/>
        </w:rPr>
      </w:sdtEndPr>
      <w:sdtContent>
        <w:p w:rsidRPr="002C2419" w:rsidR="005E4B8F" w:rsidRDefault="005E4B8F" w14:paraId="420BB14E" w14:textId="77777777">
          <w:pPr>
            <w:rPr>
              <w:rFonts w:ascii="Arial" w:hAnsi="Arial" w:cs="Arial"/>
              <w:sz w:val="24"/>
              <w:szCs w:val="24"/>
              <w:lang w:val="es-ES"/>
            </w:rPr>
          </w:pPr>
          <w:r w:rsidRPr="002C2419">
            <w:rPr>
              <w:rFonts w:ascii="Arial" w:hAnsi="Arial" w:cs="Arial"/>
              <w:noProof/>
              <w:sz w:val="24"/>
              <w:szCs w:val="24"/>
              <w:lang w:val="English" w:eastAsia="eu-ES"/>
            </w:rPr>
            <w:drawing>
              <wp:anchor distT="0" distB="0" distL="114300" distR="114300" simplePos="0" relativeHeight="251665408" behindDoc="0" locked="0" layoutInCell="1" allowOverlap="1" wp14:editId="35676C75" wp14:anchorId="001EB737">
                <wp:simplePos x="0" y="0"/>
                <wp:positionH relativeFrom="column">
                  <wp:posOffset>-851535</wp:posOffset>
                </wp:positionH>
                <wp:positionV relativeFrom="paragraph">
                  <wp:posOffset>-882015</wp:posOffset>
                </wp:positionV>
                <wp:extent cx="2056569" cy="1196340"/>
                <wp:effectExtent l="0" t="0" r="1270" b="3810"/>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12">
                          <a:extLst>
                            <a:ext uri="{28A0092B-C50C-407E-A947-70E740481C1C}">
                              <a14:useLocalDpi xmlns:a14="http://schemas.microsoft.com/office/drawing/2010/main" val="0"/>
                            </a:ext>
                          </a:extLst>
                        </a:blip>
                        <a:stretch>
                          <a:fillRect/>
                        </a:stretch>
                      </pic:blipFill>
                      <pic:spPr>
                        <a:xfrm>
                          <a:off x="0" y="0"/>
                          <a:ext cx="2058143" cy="1197256"/>
                        </a:xfrm>
                        <a:prstGeom prst="rect">
                          <a:avLst/>
                        </a:prstGeom>
                      </pic:spPr>
                    </pic:pic>
                  </a:graphicData>
                </a:graphic>
                <wp14:sizeRelH relativeFrom="margin">
                  <wp14:pctWidth>0</wp14:pctWidth>
                </wp14:sizeRelH>
                <wp14:sizeRelV relativeFrom="margin">
                  <wp14:pctHeight>0</wp14:pctHeight>
                </wp14:sizeRelV>
              </wp:anchor>
            </w:drawing>
          </w:r>
          <w:r w:rsidRPr="002C2419">
            <w:rPr>
              <w:rFonts w:ascii="Arial" w:hAnsi="Arial" w:cs="Arial"/>
              <w:noProof/>
              <w:sz w:val="24"/>
              <w:szCs w:val="24"/>
              <w:lang w:val="English" w:eastAsia="eu-ES"/>
            </w:rPr>
            <mc:AlternateContent>
              <mc:Choice Requires="wpg">
                <w:drawing>
                  <wp:anchor distT="0" distB="0" distL="114300" distR="114300" simplePos="0" relativeHeight="251662336" behindDoc="0" locked="0" layoutInCell="1" allowOverlap="1" wp14:editId="5366241F" wp14:anchorId="5BB8962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149. taldea"/>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51. laukizuzena"/>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151. laukizuzena"/>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id="149. taldea"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pU4lNpgFAACs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w14:anchorId="3DF18A76">
                    <v:shape id="51. laukizuzena"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151. laukizuzena"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4"/>
                    </v:rect>
                    <w10:wrap anchorx="page" anchory="page"/>
                  </v:group>
                </w:pict>
              </mc:Fallback>
            </mc:AlternateContent>
          </w:r>
          <w:r w:rsidRPr="002C2419">
            <w:rPr>
              <w:rFonts w:ascii="Arial" w:hAnsi="Arial" w:cs="Arial"/>
              <w:noProof/>
              <w:sz w:val="24"/>
              <w:szCs w:val="24"/>
              <w:lang w:val="English" w:eastAsia="eu-ES"/>
            </w:rPr>
            <mc:AlternateContent>
              <mc:Choice Requires="wps">
                <w:drawing>
                  <wp:anchor distT="0" distB="0" distL="114300" distR="114300" simplePos="0" relativeHeight="251660288" behindDoc="0" locked="0" layoutInCell="1" allowOverlap="1" wp14:editId="4C565839" wp14:anchorId="1084A90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152. testu-koadroa"/>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Pr="005E4B8F" w:rsidR="005E4B8F" w:rsidRDefault="005E4B8F" w14:paraId="02023EF1" w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w:rsidRPr="005E4B8F" w:rsidR="005E4B8F" w:rsidRDefault="00395406" w14:paraId="2B355A8D" w14:textId="77777777">
                                <w:pPr>
                                  <w:pStyle w:val="Tarterikez"/>
                                  <w:jc w:val="right"/>
                                  <w:rPr>
                                    <w:color w:val="595959" w:themeColor="text1" w:themeTint="A6"/>
                                    <w:sz w:val="18"/>
                                    <w:szCs w:val="18"/>
                                    <w:lang w:val="es-ES"/>
                                  </w:rPr>
                                </w:pPr>
                                <w:sdt>
                                  <w:sdtPr>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lang w:val="English"/>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w14:anchorId="1084A90F">
                    <v:stroke joinstyle="miter"/>
                    <v:path gradientshapeok="t" o:connecttype="rect"/>
                  </v:shapetype>
                  <v:shape id="152. testu-koadroa"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CXtSsQ&#10;gwIAAGcFAAAOAAAAAAAAAAAAAAAAAC4CAABkcnMvZTJvRG9jLnhtbFBLAQItABQABgAIAAAAIQDs&#10;Cl+U3QAAAAYBAAAPAAAAAAAAAAAAAAAAAN0EAABkcnMvZG93bnJldi54bWxQSwUGAAAAAAQABADz&#10;AAAA5wUAAAAA&#10;">
                    <v:textbox inset="126pt,0,54pt,0">
                      <w:txbxContent>
                        <w:sdt>
                          <w:sdtPr>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Pr="005E4B8F" w:rsidR="005E4B8F" w:rsidRDefault="005E4B8F" w14:paraId="02023EF1" w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w:rsidRPr="005E4B8F" w:rsidR="005E4B8F" w:rsidRDefault="00395406" w14:paraId="2B355A8D" w14:textId="77777777">
                          <w:pPr>
                            <w:pStyle w:val="Tarterikez"/>
                            <w:jc w:val="right"/>
                            <w:rPr>
                              <w:color w:val="595959" w:themeColor="text1" w:themeTint="A6"/>
                              <w:sz w:val="18"/>
                              <w:szCs w:val="18"/>
                              <w:lang w:val="es-ES"/>
                            </w:rPr>
                          </w:pPr>
                          <w:sdt>
                            <w:sdtPr>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lang w:val="English"/>
                                </w:rPr>
                                <w:t xml:space="preserve">     </w:t>
                              </w:r>
                            </w:sdtContent>
                          </w:sdt>
                        </w:p>
                      </w:txbxContent>
                    </v:textbox>
                    <w10:wrap type="square" anchorx="page" anchory="page"/>
                  </v:shape>
                </w:pict>
              </mc:Fallback>
            </mc:AlternateContent>
          </w:r>
          <w:r w:rsidRPr="002C2419">
            <w:rPr>
              <w:rFonts w:ascii="Arial" w:hAnsi="Arial" w:cs="Arial"/>
              <w:noProof/>
              <w:sz w:val="24"/>
              <w:szCs w:val="24"/>
              <w:lang w:val="English" w:eastAsia="eu-ES"/>
            </w:rPr>
            <mc:AlternateContent>
              <mc:Choice Requires="wps">
                <w:drawing>
                  <wp:anchor distT="0" distB="0" distL="114300" distR="114300" simplePos="0" relativeHeight="251659264" behindDoc="0" locked="0" layoutInCell="1" allowOverlap="1" wp14:editId="78763684" wp14:anchorId="2783704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154. testu-koadroa"/>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5E4B8F" w:rsidR="005E4B8F" w:rsidRDefault="00395406" w14:paraId="076F9891" w14:textId="77777777">
                                <w:pPr>
                                  <w:jc w:val="right"/>
                                  <w:rPr>
                                    <w:color w:val="4F81BD" w:themeColor="accent1"/>
                                    <w:sz w:val="36"/>
                                    <w:szCs w:val="36"/>
                                    <w:lang w:val="es-ES"/>
                                  </w:rPr>
                                </w:pPr>
                                <w:sdt>
                                  <w:sdtPr>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nglish"/>
                                      </w:rPr>
                                      <w:t xml:space="preserve">     </w:t>
                                    </w:r>
                                  </w:sdtContent>
                                </w:sdt>
                              </w:p>
                              <w:p w:rsidRPr="00DE439B" w:rsidR="00DE439B" w:rsidP="00DE439B" w:rsidRDefault="0079164F" w14:paraId="5F3CB356" w14:textId="77777777">
                                <w:pPr>
                                  <w:pStyle w:val="1izenburua"/>
                                  <w:spacing w:line="360" w:lineRule="auto"/>
                                  <w:ind w:left="360"/>
                                  <w:rPr>
                                    <w:rFonts w:ascii="Arial" w:hAnsi="Arial" w:cs="Arial"/>
                                    <w:sz w:val="44"/>
                                    <w:szCs w:val="44"/>
                                    <w:lang w:val="eu-ES"/>
                                  </w:rPr>
                                </w:pPr>
                                <w:r>
                                  <w:rPr>
                                    <w:rFonts w:ascii="Arial" w:hAnsi="Arial" w:cs="Arial"/>
                                    <w:sz w:val="44"/>
                                    <w:szCs w:val="44"/>
                                    <w:lang w:val="English"/>
                                  </w:rPr>
                                  <w:t>HELPER FILES</w:t>
                                </w:r>
                              </w:p>
                              <w:p w:rsidRPr="00DE439B" w:rsidR="005E4B8F" w:rsidRDefault="005E4B8F" w14:paraId="36B8E114" w14:textId="77777777">
                                <w:pPr>
                                  <w:jc w:val="right"/>
                                  <w:rPr>
                                    <w:smallCaps/>
                                    <w:color w:val="404040" w:themeColor="text1" w:themeTint="BF"/>
                                    <w:sz w:val="36"/>
                                    <w:szCs w:val="36"/>
                                    <w:lang w:val="eu-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154. testu-koadroa"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" w14:anchorId="27837041">
                    <v:textbox inset="126pt,0,54pt,0">
                      <w:txbxContent>
                        <w:p w:rsidRPr="005E4B8F" w:rsidR="005E4B8F" w:rsidRDefault="00395406" w14:paraId="076F9891" w14:textId="77777777">
                          <w:pPr>
                            <w:jc w:val="right"/>
                            <w:rPr>
                              <w:color w:val="4F81BD" w:themeColor="accent1"/>
                              <w:sz w:val="36"/>
                              <w:szCs w:val="36"/>
                              <w:lang w:val="es-ES"/>
                            </w:rPr>
                          </w:pPr>
                          <w:sdt>
                            <w:sdtPr>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nglish"/>
                                </w:rPr>
                                <w:t xml:space="preserve">     </w:t>
                              </w:r>
                            </w:sdtContent>
                          </w:sdt>
                        </w:p>
                        <w:p w:rsidRPr="00DE439B" w:rsidR="00DE439B" w:rsidP="00DE439B" w:rsidRDefault="0079164F" w14:paraId="5F3CB356" w14:textId="77777777">
                          <w:pPr>
                            <w:pStyle w:val="1izenburua"/>
                            <w:spacing w:line="360" w:lineRule="auto"/>
                            <w:ind w:left="360"/>
                            <w:rPr>
                              <w:rFonts w:ascii="Arial" w:hAnsi="Arial" w:cs="Arial"/>
                              <w:sz w:val="44"/>
                              <w:szCs w:val="44"/>
                              <w:lang w:val="eu-ES"/>
                            </w:rPr>
                          </w:pPr>
                          <w:r>
                            <w:rPr>
                              <w:rFonts w:ascii="Arial" w:hAnsi="Arial" w:cs="Arial"/>
                              <w:sz w:val="44"/>
                              <w:szCs w:val="44"/>
                              <w:lang w:val="English"/>
                            </w:rPr>
                            <w:t>HELPER FILES</w:t>
                          </w:r>
                        </w:p>
                        <w:p w:rsidRPr="00DE439B" w:rsidR="005E4B8F" w:rsidRDefault="005E4B8F" w14:paraId="36B8E114" w14:textId="77777777">
                          <w:pPr>
                            <w:jc w:val="right"/>
                            <w:rPr>
                              <w:smallCaps/>
                              <w:color w:val="404040" w:themeColor="text1" w:themeTint="BF"/>
                              <w:sz w:val="36"/>
                              <w:szCs w:val="36"/>
                              <w:lang w:val="eu-ES"/>
                            </w:rPr>
                          </w:pPr>
                        </w:p>
                      </w:txbxContent>
                    </v:textbox>
                    <w10:wrap type="square" anchorx="page" anchory="page"/>
                  </v:shape>
                </w:pict>
              </mc:Fallback>
            </mc:AlternateContent>
          </w:r>
        </w:p>
        <w:p w:rsidRPr="002C2419" w:rsidR="005E4B8F" w:rsidRDefault="005E4B8F" w14:paraId="559DCEC8" w14:textId="77777777">
          <w:pPr>
            <w:rPr>
              <w:rFonts w:ascii="Arial" w:hAnsi="Arial" w:eastAsia="Times New Roman" w:cs="Arial"/>
              <w:sz w:val="24"/>
              <w:szCs w:val="24"/>
              <w:lang w:val="eu-ES" w:eastAsia="eu-ES"/>
            </w:rPr>
          </w:pPr>
          <w:r w:rsidRPr="002C2419">
            <w:rPr>
              <w:rFonts w:ascii="Arial" w:hAnsi="Arial" w:cs="Arial"/>
              <w:noProof/>
              <w:sz w:val="24"/>
              <w:szCs w:val="24"/>
              <w:lang w:val="English" w:eastAsia="eu-ES"/>
            </w:rPr>
            <w:drawing>
              <wp:anchor distT="114300" distB="114300" distL="114300" distR="114300" simplePos="0" relativeHeight="251664384" behindDoc="0" locked="0" layoutInCell="1" hidden="0" allowOverlap="1" wp14:editId="76D5CFA9" wp14:anchorId="6A165C0A">
                <wp:simplePos x="0" y="0"/>
                <wp:positionH relativeFrom="column">
                  <wp:posOffset>1303020</wp:posOffset>
                </wp:positionH>
                <wp:positionV relativeFrom="paragraph">
                  <wp:posOffset>1025525</wp:posOffset>
                </wp:positionV>
                <wp:extent cx="3246120" cy="1478280"/>
                <wp:effectExtent l="0" t="0" r="0" b="7620"/>
                <wp:wrapNone/>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246120" cy="1478280"/>
                        </a:xfrm>
                        <a:prstGeom prst="rect">
                          <a:avLst/>
                        </a:prstGeom>
                        <a:ln/>
                      </pic:spPr>
                    </pic:pic>
                  </a:graphicData>
                </a:graphic>
                <wp14:sizeRelH relativeFrom="margin">
                  <wp14:pctWidth>0</wp14:pctWidth>
                </wp14:sizeRelH>
                <wp14:sizeRelV relativeFrom="margin">
                  <wp14:pctHeight>0</wp14:pctHeight>
                </wp14:sizeRelV>
              </wp:anchor>
            </w:drawing>
          </w:r>
          <w:r w:rsidRPr="002C2419">
            <w:rPr>
              <w:rFonts w:ascii="Arial" w:hAnsi="Arial" w:eastAsia="Times New Roman" w:cs="Arial"/>
              <w:b/>
              <w:bCs/>
              <w:sz w:val="24"/>
              <w:szCs w:val="24"/>
              <w:lang w:val="English" w:eastAsia="eu-ES"/>
            </w:rPr>
            <w:br w:type="page"/>
          </w:r>
        </w:p>
      </w:sdtContent>
    </w:sdt>
    <w:sdt>
      <w:sdtPr>
        <w:id w:val="-46612841"/>
        <w:docPartObj>
          <w:docPartGallery w:val="Table of Contents"/>
          <w:docPartUnique/>
        </w:docPartObj>
        <w:rPr>
          <w:rFonts w:ascii="Arial" w:hAnsi="Arial" w:eastAsia="ＭＳ 明朝" w:cs="Arial" w:eastAsiaTheme="minorEastAsia"/>
          <w:b w:val="0"/>
          <w:bCs w:val="0"/>
          <w:color w:val="auto"/>
          <w:sz w:val="24"/>
          <w:szCs w:val="24"/>
          <w:lang w:val="eu-ES"/>
        </w:rPr>
      </w:sdtPr>
      <w:sdtEndPr>
        <w:rPr>
          <w:rFonts w:ascii="Arial" w:hAnsi="Arial" w:eastAsia="ＭＳ 明朝" w:cs="Arial" w:eastAsiaTheme="minorEastAsia"/>
          <w:b w:val="0"/>
          <w:bCs w:val="0"/>
          <w:color w:val="auto"/>
          <w:sz w:val="24"/>
          <w:szCs w:val="24"/>
          <w:lang w:val="en-US"/>
        </w:rPr>
      </w:sdtEndPr>
      <w:sdtContent>
        <w:p w:rsidRPr="002C2419" w:rsidR="00C21BB1" w:rsidRDefault="00C21BB1" w14:paraId="2212B982" w14:textId="77777777">
          <w:pPr>
            <w:pStyle w:val="TOCizenburua"/>
            <w:rPr>
              <w:rFonts w:ascii="Arial" w:hAnsi="Arial" w:cs="Arial"/>
              <w:sz w:val="24"/>
              <w:szCs w:val="24"/>
              <w:lang w:val="eu-ES"/>
            </w:rPr>
          </w:pPr>
          <w:r w:rsidRPr="002C2419">
            <w:rPr>
              <w:rFonts w:ascii="Arial" w:hAnsi="Arial" w:cs="Arial"/>
              <w:sz w:val="24"/>
              <w:szCs w:val="24"/>
              <w:lang w:val="English"/>
            </w:rPr>
            <w:t>Content</w:t>
          </w:r>
        </w:p>
        <w:p w:rsidRPr="002C2419" w:rsidR="00C21BB1" w:rsidP="00C21BB1" w:rsidRDefault="00C21BB1" w14:paraId="43636474" w14:textId="77777777">
          <w:pPr>
            <w:jc w:val="right"/>
            <w:rPr>
              <w:rFonts w:ascii="Arial" w:hAnsi="Arial" w:cs="Arial"/>
              <w:sz w:val="24"/>
              <w:szCs w:val="24"/>
              <w:lang w:val="eu-ES"/>
            </w:rPr>
          </w:pPr>
        </w:p>
        <w:p w:rsidR="00311A94" w:rsidRDefault="00C21BB1" w14:paraId="571180C5" w14:textId="77777777">
          <w:pPr>
            <w:pStyle w:val="EA1"/>
            <w:tabs>
              <w:tab w:val="right" w:leader="dot" w:pos="9111"/>
            </w:tabs>
            <w:rPr>
              <w:rFonts w:cstheme="minorBidi"/>
              <w:noProof/>
            </w:rPr>
          </w:pPr>
          <w:r w:rsidRPr="002C2419">
            <w:rPr>
              <w:rFonts w:ascii="Arial" w:hAnsi="Arial" w:cs="Arial"/>
              <w:sz w:val="24"/>
              <w:szCs w:val="24"/>
              <w:lang w:val="English"/>
            </w:rPr>
            <w:fldChar w:fldCharType="begin"/>
          </w:r>
          <w:r w:rsidRPr="002C2419">
            <w:rPr>
              <w:rFonts w:ascii="Arial" w:hAnsi="Arial" w:cs="Arial"/>
              <w:sz w:val="24"/>
              <w:szCs w:val="24"/>
              <w:lang w:val="English"/>
            </w:rPr>
            <w:instrText xml:space="preserve"> TOC \o "1-3" \h \z \u </w:instrText>
          </w:r>
          <w:r w:rsidRPr="002C2419">
            <w:rPr>
              <w:rFonts w:ascii="Arial" w:hAnsi="Arial" w:cs="Arial"/>
              <w:sz w:val="24"/>
              <w:szCs w:val="24"/>
              <w:lang w:val="English"/>
            </w:rPr>
            <w:fldChar w:fldCharType="separate"/>
          </w:r>
          <w:hyperlink w:history="1" w:anchor="_Toc202768973" r:id="rId16">
            <w:r w:rsidRPr="00BB1D12" w:rsidR="00311A94">
              <w:rPr>
                <w:rStyle w:val="Hiperesteka"/>
                <w:rFonts w:ascii="Arial" w:hAnsi="Arial" w:cs="Arial"/>
                <w:noProof/>
                <w:lang w:val="English"/>
              </w:rPr>
              <w:t>"Sensor Box" station: Integration of Robot UR, AV Camera and MiR Mobile Robot.</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_Toc202768973 \h </w:instrText>
            </w:r>
            <w:r w:rsidR="00311A94">
              <w:rPr>
                <w:noProof/>
                <w:webHidden/>
                <w:lang w:val="English"/>
              </w:rPr>
            </w:r>
            <w:r w:rsidR="00311A94">
              <w:rPr>
                <w:noProof/>
                <w:webHidden/>
                <w:lang w:val="English"/>
              </w:rPr>
              <w:fldChar w:fldCharType="separate"/>
            </w:r>
            <w:r w:rsidR="00311A94">
              <w:rPr>
                <w:noProof/>
                <w:webHidden/>
                <w:lang w:val="English"/>
              </w:rPr>
              <w:t>0</w:t>
            </w:r>
            <w:r w:rsidR="00311A94">
              <w:rPr>
                <w:noProof/>
                <w:webHidden/>
                <w:lang w:val="English"/>
              </w:rPr>
              <w:fldChar w:fldCharType="end"/>
            </w:r>
          </w:hyperlink>
        </w:p>
        <w:p w:rsidR="00311A94" w:rsidRDefault="00395406" w14:paraId="5585DC1C" w14:textId="77777777">
          <w:pPr>
            <w:pStyle w:val="EA1"/>
            <w:tabs>
              <w:tab w:val="left" w:pos="440"/>
              <w:tab w:val="right" w:leader="dot" w:pos="9111"/>
            </w:tabs>
            <w:rPr>
              <w:rFonts w:cstheme="minorBidi"/>
              <w:noProof/>
            </w:rPr>
          </w:pPr>
          <w:hyperlink w:history="1" w:anchor="_Toc202768974">
            <w:r w:rsidRPr="00BB1D12" w:rsidR="00311A94">
              <w:rPr>
                <w:rStyle w:val="Hiperesteka"/>
                <w:rFonts w:ascii="Arial" w:hAnsi="Arial" w:cs="Arial"/>
                <w:noProof/>
                <w:lang w:val="English"/>
              </w:rPr>
              <w:t>1.</w:t>
            </w:r>
            <w:r w:rsidR="00311A94">
              <w:rPr>
                <w:rFonts w:cstheme="minorBidi"/>
                <w:noProof/>
                <w:lang w:val="English"/>
              </w:rPr>
              <w:tab/>
            </w:r>
            <w:r w:rsidRPr="00BB1D12" w:rsidR="00311A94">
              <w:rPr>
                <w:rStyle w:val="Hiperesteka"/>
                <w:rFonts w:ascii="Arial" w:hAnsi="Arial" w:cs="Arial"/>
                <w:noProof/>
                <w:lang w:val="English"/>
              </w:rPr>
              <w:t>"Sensor Box" station: Integration of Robot UR, AV Camera and MiR Mobile Robot.</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_Toc202768974 \h </w:instrText>
            </w:r>
            <w:r w:rsidR="00311A94">
              <w:rPr>
                <w:noProof/>
                <w:webHidden/>
                <w:lang w:val="English"/>
              </w:rPr>
            </w:r>
            <w:r w:rsidR="00311A94">
              <w:rPr>
                <w:noProof/>
                <w:webHidden/>
                <w:lang w:val="English"/>
              </w:rPr>
              <w:fldChar w:fldCharType="separate"/>
            </w:r>
            <w:r w:rsidR="00311A94">
              <w:rPr>
                <w:noProof/>
                <w:webHidden/>
                <w:lang w:val="English"/>
              </w:rPr>
              <w:t>2</w:t>
            </w:r>
            <w:r w:rsidR="00311A94">
              <w:rPr>
                <w:noProof/>
                <w:webHidden/>
                <w:lang w:val="English"/>
              </w:rPr>
              <w:fldChar w:fldCharType="end"/>
            </w:r>
          </w:hyperlink>
        </w:p>
        <w:p w:rsidR="00311A94" w:rsidRDefault="00395406" w14:paraId="0B59F026" w14:textId="77777777">
          <w:pPr>
            <w:pStyle w:val="EA1"/>
            <w:tabs>
              <w:tab w:val="left" w:pos="660"/>
              <w:tab w:val="right" w:leader="dot" w:pos="9111"/>
            </w:tabs>
            <w:rPr>
              <w:rFonts w:cstheme="minorBidi"/>
              <w:noProof/>
            </w:rPr>
          </w:pPr>
          <w:hyperlink w:history="1" w:anchor="_Toc202768975">
            <w:r w:rsidRPr="00BB1D12" w:rsidR="00311A94">
              <w:rPr>
                <w:rStyle w:val="Hiperesteka"/>
                <w:rFonts w:ascii="Arial" w:hAnsi="Arial" w:cs="Arial"/>
                <w:noProof/>
                <w:lang w:val="English"/>
              </w:rPr>
              <w:t>1.1.</w:t>
            </w:r>
            <w:r w:rsidR="00311A94">
              <w:rPr>
                <w:rFonts w:cstheme="minorBidi"/>
                <w:noProof/>
                <w:lang w:val="English"/>
              </w:rPr>
              <w:tab/>
            </w:r>
            <w:r w:rsidRPr="00BB1D12" w:rsidR="00311A94">
              <w:rPr>
                <w:rStyle w:val="Hiperesteka"/>
                <w:rFonts w:ascii="Arial" w:hAnsi="Arial" w:cs="Arial"/>
                <w:noProof/>
                <w:lang w:val="English"/>
              </w:rPr>
              <w:t>Objectives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_Toc202768975 \h </w:instrText>
            </w:r>
            <w:r w:rsidR="00311A94">
              <w:rPr>
                <w:noProof/>
                <w:webHidden/>
                <w:lang w:val="English"/>
              </w:rPr>
            </w:r>
            <w:r w:rsidR="00311A94">
              <w:rPr>
                <w:noProof/>
                <w:webHidden/>
                <w:lang w:val="English"/>
              </w:rPr>
              <w:fldChar w:fldCharType="separate"/>
            </w:r>
            <w:r w:rsidR="00311A94">
              <w:rPr>
                <w:noProof/>
                <w:webHidden/>
                <w:lang w:val="English"/>
              </w:rPr>
              <w:t>2</w:t>
            </w:r>
            <w:r w:rsidR="00311A94">
              <w:rPr>
                <w:noProof/>
                <w:webHidden/>
                <w:lang w:val="English"/>
              </w:rPr>
              <w:fldChar w:fldCharType="end"/>
            </w:r>
          </w:hyperlink>
        </w:p>
        <w:p w:rsidR="00311A94" w:rsidRDefault="00395406" w14:paraId="145E8A58" w14:textId="77777777">
          <w:pPr>
            <w:pStyle w:val="EA1"/>
            <w:tabs>
              <w:tab w:val="left" w:pos="440"/>
              <w:tab w:val="right" w:leader="dot" w:pos="9111"/>
            </w:tabs>
            <w:rPr>
              <w:rFonts w:cstheme="minorBidi"/>
              <w:noProof/>
            </w:rPr>
          </w:pPr>
          <w:hyperlink w:history="1" w:anchor="_Toc202768976">
            <w:r w:rsidRPr="00BB1D12" w:rsidR="00311A94">
              <w:rPr>
                <w:rStyle w:val="Hiperesteka"/>
                <w:rFonts w:ascii="Arial" w:hAnsi="Arial" w:cs="Arial"/>
                <w:noProof/>
                <w:lang w:val="English"/>
              </w:rPr>
              <w:t>2.</w:t>
            </w:r>
            <w:r w:rsidR="00311A94">
              <w:rPr>
                <w:rFonts w:cstheme="minorBidi"/>
                <w:noProof/>
                <w:lang w:val="English"/>
              </w:rPr>
              <w:tab/>
            </w:r>
            <w:r w:rsidRPr="00BB1D12" w:rsidR="00311A94">
              <w:rPr>
                <w:rStyle w:val="Hiperesteka"/>
                <w:rFonts w:ascii="Arial" w:hAnsi="Arial" w:cs="Arial"/>
                <w:noProof/>
                <w:lang w:val="English"/>
              </w:rPr>
              <w:t>Curriculum and Didactic Objectives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_Toc202768976 \h </w:instrText>
            </w:r>
            <w:r w:rsidR="00311A94">
              <w:rPr>
                <w:noProof/>
                <w:webHidden/>
                <w:lang w:val="English"/>
              </w:rPr>
            </w:r>
            <w:r w:rsidR="00311A94">
              <w:rPr>
                <w:noProof/>
                <w:webHidden/>
                <w:lang w:val="English"/>
              </w:rPr>
              <w:fldChar w:fldCharType="separate"/>
            </w:r>
            <w:r w:rsidR="00311A94">
              <w:rPr>
                <w:noProof/>
                <w:webHidden/>
                <w:lang w:val="English"/>
              </w:rPr>
              <w:t>3</w:t>
            </w:r>
            <w:r w:rsidR="00311A94">
              <w:rPr>
                <w:noProof/>
                <w:webHidden/>
                <w:lang w:val="English"/>
              </w:rPr>
              <w:fldChar w:fldCharType="end"/>
            </w:r>
          </w:hyperlink>
        </w:p>
        <w:p w:rsidR="00311A94" w:rsidRDefault="00395406" w14:paraId="09EE0FB7" w14:textId="77777777">
          <w:pPr>
            <w:pStyle w:val="EA1"/>
            <w:tabs>
              <w:tab w:val="left" w:pos="660"/>
              <w:tab w:val="right" w:leader="dot" w:pos="9111"/>
            </w:tabs>
            <w:rPr>
              <w:rFonts w:cstheme="minorBidi"/>
              <w:noProof/>
            </w:rPr>
          </w:pPr>
          <w:hyperlink w:history="1" w:anchor="_Toc202768977">
            <w:r w:rsidRPr="00BB1D12" w:rsidR="00311A94">
              <w:rPr>
                <w:rStyle w:val="Hiperesteka"/>
                <w:rFonts w:ascii="Arial" w:hAnsi="Arial" w:cs="Arial"/>
                <w:noProof/>
                <w:lang w:val="English"/>
              </w:rPr>
              <w:t>2.1.</w:t>
            </w:r>
            <w:r w:rsidR="00311A94">
              <w:rPr>
                <w:rFonts w:cstheme="minorBidi"/>
                <w:noProof/>
                <w:lang w:val="English"/>
              </w:rPr>
              <w:tab/>
            </w:r>
            <w:r w:rsidRPr="00BB1D12" w:rsidR="00311A94">
              <w:rPr>
                <w:rStyle w:val="Hiperesteka"/>
                <w:rFonts w:ascii="Arial" w:hAnsi="Arial" w:cs="Arial"/>
                <w:noProof/>
                <w:lang w:val="English"/>
              </w:rPr>
              <w:t>Objectives related to the curriculum of the educational system</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_Toc202768977 \h </w:instrText>
            </w:r>
            <w:r w:rsidR="00311A94">
              <w:rPr>
                <w:noProof/>
                <w:webHidden/>
                <w:lang w:val="English"/>
              </w:rPr>
            </w:r>
            <w:r w:rsidR="00311A94">
              <w:rPr>
                <w:noProof/>
                <w:webHidden/>
                <w:lang w:val="English"/>
              </w:rPr>
              <w:fldChar w:fldCharType="separate"/>
            </w:r>
            <w:r w:rsidR="00311A94">
              <w:rPr>
                <w:noProof/>
                <w:webHidden/>
                <w:lang w:val="English"/>
              </w:rPr>
              <w:t>3</w:t>
            </w:r>
            <w:r w:rsidR="00311A94">
              <w:rPr>
                <w:noProof/>
                <w:webHidden/>
                <w:lang w:val="English"/>
              </w:rPr>
              <w:fldChar w:fldCharType="end"/>
            </w:r>
          </w:hyperlink>
        </w:p>
        <w:p w:rsidR="00311A94" w:rsidRDefault="00395406" w14:paraId="0CDD865F" w14:textId="77777777">
          <w:pPr>
            <w:pStyle w:val="EA1"/>
            <w:tabs>
              <w:tab w:val="left" w:pos="880"/>
              <w:tab w:val="right" w:leader="dot" w:pos="9111"/>
            </w:tabs>
            <w:rPr>
              <w:rFonts w:cstheme="minorBidi"/>
              <w:noProof/>
            </w:rPr>
          </w:pPr>
          <w:hyperlink w:history="1" w:anchor="_Toc202768978">
            <w:r w:rsidRPr="00BB1D12" w:rsidR="00311A94">
              <w:rPr>
                <w:rStyle w:val="Hiperesteka"/>
                <w:rFonts w:ascii="Arial" w:hAnsi="Arial" w:cs="Arial"/>
                <w:noProof/>
                <w:lang w:val="English"/>
              </w:rPr>
              <w:t>2.1.1.</w:t>
            </w:r>
            <w:r w:rsidR="00311A94">
              <w:rPr>
                <w:rFonts w:cstheme="minorBidi"/>
                <w:noProof/>
                <w:lang w:val="English"/>
              </w:rPr>
              <w:tab/>
            </w:r>
            <w:r w:rsidRPr="00BB1D12" w:rsidR="00311A94">
              <w:rPr>
                <w:rStyle w:val="Hiperesteka"/>
                <w:rFonts w:ascii="Arial" w:hAnsi="Arial" w:cs="Arial"/>
                <w:noProof/>
                <w:lang w:val="English"/>
              </w:rPr>
              <w:t>Technical skills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_Toc202768978 \h </w:instrText>
            </w:r>
            <w:r w:rsidR="00311A94">
              <w:rPr>
                <w:noProof/>
                <w:webHidden/>
                <w:lang w:val="English"/>
              </w:rPr>
            </w:r>
            <w:r w:rsidR="00311A94">
              <w:rPr>
                <w:noProof/>
                <w:webHidden/>
                <w:lang w:val="English"/>
              </w:rPr>
              <w:fldChar w:fldCharType="separate"/>
            </w:r>
            <w:r w:rsidR="00311A94">
              <w:rPr>
                <w:noProof/>
                <w:webHidden/>
                <w:lang w:val="English"/>
              </w:rPr>
              <w:t>3</w:t>
            </w:r>
            <w:r w:rsidR="00311A94">
              <w:rPr>
                <w:noProof/>
                <w:webHidden/>
                <w:lang w:val="English"/>
              </w:rPr>
              <w:fldChar w:fldCharType="end"/>
            </w:r>
          </w:hyperlink>
        </w:p>
        <w:p w:rsidR="00311A94" w:rsidRDefault="00395406" w14:paraId="2978A867" w14:textId="77777777">
          <w:pPr>
            <w:pStyle w:val="EA1"/>
            <w:tabs>
              <w:tab w:val="left" w:pos="880"/>
              <w:tab w:val="right" w:leader="dot" w:pos="9111"/>
            </w:tabs>
            <w:rPr>
              <w:rFonts w:cstheme="minorBidi"/>
              <w:noProof/>
            </w:rPr>
          </w:pPr>
          <w:hyperlink w:history="1" w:anchor="_Toc202768979">
            <w:r w:rsidRPr="00BB1D12" w:rsidR="00311A94">
              <w:rPr>
                <w:rStyle w:val="Hiperesteka"/>
                <w:rFonts w:ascii="Arial" w:hAnsi="Arial" w:cs="Arial"/>
                <w:noProof/>
                <w:lang w:val="English"/>
              </w:rPr>
              <w:t>2.1.2.</w:t>
            </w:r>
            <w:r w:rsidR="00311A94">
              <w:rPr>
                <w:rFonts w:cstheme="minorBidi"/>
                <w:noProof/>
                <w:lang w:val="English"/>
              </w:rPr>
              <w:tab/>
            </w:r>
            <w:r w:rsidRPr="00BB1D12" w:rsidR="00311A94">
              <w:rPr>
                <w:rStyle w:val="Hiperesteka"/>
                <w:rFonts w:ascii="Arial" w:hAnsi="Arial" w:cs="Arial"/>
                <w:noProof/>
                <w:lang w:val="English"/>
              </w:rPr>
              <w:t>Transversal competences: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_Toc202768979 \h </w:instrText>
            </w:r>
            <w:r w:rsidR="00311A94">
              <w:rPr>
                <w:noProof/>
                <w:webHidden/>
                <w:lang w:val="English"/>
              </w:rPr>
            </w:r>
            <w:r w:rsidR="00311A94">
              <w:rPr>
                <w:noProof/>
                <w:webHidden/>
                <w:lang w:val="English"/>
              </w:rPr>
              <w:fldChar w:fldCharType="separate"/>
            </w:r>
            <w:r w:rsidR="00311A94">
              <w:rPr>
                <w:noProof/>
                <w:webHidden/>
                <w:lang w:val="English"/>
              </w:rPr>
              <w:t>5</w:t>
            </w:r>
            <w:r w:rsidR="00311A94">
              <w:rPr>
                <w:noProof/>
                <w:webHidden/>
                <w:lang w:val="English"/>
              </w:rPr>
              <w:fldChar w:fldCharType="end"/>
            </w:r>
          </w:hyperlink>
        </w:p>
        <w:p w:rsidR="00311A94" w:rsidRDefault="00395406" w14:paraId="14E1529C" w14:textId="77777777">
          <w:pPr>
            <w:pStyle w:val="EA1"/>
            <w:tabs>
              <w:tab w:val="left" w:pos="440"/>
              <w:tab w:val="right" w:leader="dot" w:pos="9111"/>
            </w:tabs>
            <w:rPr>
              <w:rFonts w:cstheme="minorBidi"/>
              <w:noProof/>
            </w:rPr>
          </w:pPr>
          <w:hyperlink w:history="1" w:anchor="_Toc202768980">
            <w:r w:rsidRPr="00BB1D12" w:rsidR="00311A94">
              <w:rPr>
                <w:rStyle w:val="Hiperesteka"/>
                <w:rFonts w:ascii="Arial" w:hAnsi="Arial" w:cs="Arial"/>
                <w:noProof/>
                <w:lang w:val="English"/>
              </w:rPr>
              <w:t>3.</w:t>
            </w:r>
            <w:r w:rsidR="00311A94">
              <w:rPr>
                <w:rFonts w:cstheme="minorBidi"/>
                <w:noProof/>
                <w:lang w:val="English"/>
              </w:rPr>
              <w:tab/>
            </w:r>
            <w:r w:rsidRPr="00BB1D12" w:rsidR="00311A94">
              <w:rPr>
                <w:rStyle w:val="Hiperesteka"/>
                <w:rFonts w:ascii="Arial" w:hAnsi="Arial" w:cs="Arial"/>
                <w:noProof/>
                <w:lang w:val="English"/>
              </w:rPr>
              <w:t>Contents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_Toc202768980 \h </w:instrText>
            </w:r>
            <w:r w:rsidR="00311A94">
              <w:rPr>
                <w:noProof/>
                <w:webHidden/>
                <w:lang w:val="English"/>
              </w:rPr>
            </w:r>
            <w:r w:rsidR="00311A94">
              <w:rPr>
                <w:noProof/>
                <w:webHidden/>
                <w:lang w:val="English"/>
              </w:rPr>
              <w:fldChar w:fldCharType="separate"/>
            </w:r>
            <w:r w:rsidR="00311A94">
              <w:rPr>
                <w:noProof/>
                <w:webHidden/>
                <w:lang w:val="English"/>
              </w:rPr>
              <w:t>5</w:t>
            </w:r>
            <w:r w:rsidR="00311A94">
              <w:rPr>
                <w:noProof/>
                <w:webHidden/>
                <w:lang w:val="English"/>
              </w:rPr>
              <w:fldChar w:fldCharType="end"/>
            </w:r>
          </w:hyperlink>
        </w:p>
        <w:p w:rsidR="00311A94" w:rsidRDefault="00395406" w14:paraId="232AE053" w14:textId="77777777">
          <w:pPr>
            <w:pStyle w:val="EA1"/>
            <w:tabs>
              <w:tab w:val="left" w:pos="440"/>
              <w:tab w:val="right" w:leader="dot" w:pos="9111"/>
            </w:tabs>
            <w:rPr>
              <w:rFonts w:cstheme="minorBidi"/>
              <w:noProof/>
            </w:rPr>
          </w:pPr>
          <w:hyperlink w:history="1" w:anchor="_Toc202768981">
            <w:r w:rsidRPr="00BB1D12" w:rsidR="00311A94">
              <w:rPr>
                <w:rStyle w:val="Hiperesteka"/>
                <w:rFonts w:ascii="Arial" w:hAnsi="Arial" w:cs="Arial"/>
                <w:noProof/>
                <w:lang w:val="English"/>
              </w:rPr>
              <w:t>4.</w:t>
            </w:r>
            <w:r w:rsidR="00311A94">
              <w:rPr>
                <w:rFonts w:cstheme="minorBidi"/>
                <w:noProof/>
                <w:lang w:val="English"/>
              </w:rPr>
              <w:tab/>
            </w:r>
            <w:r w:rsidRPr="00BB1D12" w:rsidR="00311A94">
              <w:rPr>
                <w:rStyle w:val="Hiperesteka"/>
                <w:rFonts w:ascii="Arial" w:hAnsi="Arial" w:cs="Arial"/>
                <w:noProof/>
                <w:lang w:val="English"/>
              </w:rPr>
              <w:t>Methodology</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_Toc202768981 \h </w:instrText>
            </w:r>
            <w:r w:rsidR="00311A94">
              <w:rPr>
                <w:noProof/>
                <w:webHidden/>
                <w:lang w:val="English"/>
              </w:rPr>
            </w:r>
            <w:r w:rsidR="00311A94">
              <w:rPr>
                <w:noProof/>
                <w:webHidden/>
                <w:lang w:val="English"/>
              </w:rPr>
              <w:fldChar w:fldCharType="separate"/>
            </w:r>
            <w:r w:rsidR="00311A94">
              <w:rPr>
                <w:noProof/>
                <w:webHidden/>
                <w:lang w:val="English"/>
              </w:rPr>
              <w:t>6</w:t>
            </w:r>
            <w:r w:rsidR="00311A94">
              <w:rPr>
                <w:noProof/>
                <w:webHidden/>
                <w:lang w:val="English"/>
              </w:rPr>
              <w:fldChar w:fldCharType="end"/>
            </w:r>
          </w:hyperlink>
        </w:p>
        <w:p w:rsidR="00311A94" w:rsidRDefault="00395406" w14:paraId="3EEC85BA" w14:textId="77777777">
          <w:pPr>
            <w:pStyle w:val="EA1"/>
            <w:tabs>
              <w:tab w:val="left" w:pos="440"/>
              <w:tab w:val="right" w:leader="dot" w:pos="9111"/>
            </w:tabs>
            <w:rPr>
              <w:rFonts w:cstheme="minorBidi"/>
              <w:noProof/>
            </w:rPr>
          </w:pPr>
          <w:hyperlink w:history="1" w:anchor="_Toc202768982">
            <w:r w:rsidRPr="00BB1D12" w:rsidR="00311A94">
              <w:rPr>
                <w:rStyle w:val="Hiperesteka"/>
                <w:rFonts w:ascii="Arial" w:hAnsi="Arial" w:cs="Arial"/>
                <w:noProof/>
                <w:lang w:val="English"/>
              </w:rPr>
              <w:t>5.</w:t>
            </w:r>
            <w:r w:rsidR="00311A94">
              <w:rPr>
                <w:rFonts w:cstheme="minorBidi"/>
                <w:noProof/>
                <w:lang w:val="English"/>
              </w:rPr>
              <w:tab/>
            </w:r>
            <w:r w:rsidRPr="00BB1D12" w:rsidR="00311A94">
              <w:rPr>
                <w:rStyle w:val="Hiperesteka"/>
                <w:rFonts w:ascii="Arial" w:hAnsi="Arial" w:cs="Arial"/>
                <w:noProof/>
                <w:lang w:val="English"/>
              </w:rPr>
              <w:t>Development of Activities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_Toc202768982 \h </w:instrText>
            </w:r>
            <w:r w:rsidR="00311A94">
              <w:rPr>
                <w:noProof/>
                <w:webHidden/>
                <w:lang w:val="English"/>
              </w:rPr>
            </w:r>
            <w:r w:rsidR="00311A94">
              <w:rPr>
                <w:noProof/>
                <w:webHidden/>
                <w:lang w:val="English"/>
              </w:rPr>
              <w:fldChar w:fldCharType="separate"/>
            </w:r>
            <w:r w:rsidR="00311A94">
              <w:rPr>
                <w:noProof/>
                <w:webHidden/>
                <w:lang w:val="English"/>
              </w:rPr>
              <w:t>6</w:t>
            </w:r>
            <w:r w:rsidR="00311A94">
              <w:rPr>
                <w:noProof/>
                <w:webHidden/>
                <w:lang w:val="English"/>
              </w:rPr>
              <w:fldChar w:fldCharType="end"/>
            </w:r>
          </w:hyperlink>
        </w:p>
        <w:p w:rsidR="00311A94" w:rsidRDefault="00395406" w14:paraId="12D3058B" w14:textId="77777777">
          <w:pPr>
            <w:pStyle w:val="EA1"/>
            <w:tabs>
              <w:tab w:val="left" w:pos="440"/>
              <w:tab w:val="right" w:leader="dot" w:pos="9111"/>
            </w:tabs>
            <w:rPr>
              <w:rFonts w:cstheme="minorBidi"/>
              <w:noProof/>
            </w:rPr>
          </w:pPr>
          <w:hyperlink w:history="1" w:anchor="_Toc202768983">
            <w:r w:rsidRPr="00BB1D12" w:rsidR="00311A94">
              <w:rPr>
                <w:rStyle w:val="Hiperesteka"/>
                <w:rFonts w:ascii="Arial" w:hAnsi="Arial" w:cs="Arial"/>
                <w:noProof/>
                <w:lang w:val="English"/>
              </w:rPr>
              <w:t>6.</w:t>
            </w:r>
            <w:r w:rsidR="00311A94">
              <w:rPr>
                <w:rFonts w:cstheme="minorBidi"/>
                <w:noProof/>
                <w:lang w:val="English"/>
              </w:rPr>
              <w:tab/>
            </w:r>
            <w:r w:rsidRPr="00BB1D12" w:rsidR="00311A94">
              <w:rPr>
                <w:rStyle w:val="Hiperesteka"/>
                <w:rFonts w:ascii="Arial" w:hAnsi="Arial" w:cs="Arial"/>
                <w:noProof/>
                <w:lang w:val="English"/>
              </w:rPr>
              <w:t>Evaluation</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_Toc202768983 \h </w:instrText>
            </w:r>
            <w:r w:rsidR="00311A94">
              <w:rPr>
                <w:noProof/>
                <w:webHidden/>
                <w:lang w:val="English"/>
              </w:rPr>
            </w:r>
            <w:r w:rsidR="00311A94">
              <w:rPr>
                <w:noProof/>
                <w:webHidden/>
                <w:lang w:val="English"/>
              </w:rPr>
              <w:fldChar w:fldCharType="separate"/>
            </w:r>
            <w:r w:rsidR="00311A94">
              <w:rPr>
                <w:noProof/>
                <w:webHidden/>
                <w:lang w:val="English"/>
              </w:rPr>
              <w:t>7</w:t>
            </w:r>
            <w:r w:rsidR="00311A94">
              <w:rPr>
                <w:noProof/>
                <w:webHidden/>
                <w:lang w:val="English"/>
              </w:rPr>
              <w:fldChar w:fldCharType="end"/>
            </w:r>
          </w:hyperlink>
        </w:p>
        <w:p w:rsidR="00311A94" w:rsidRDefault="00395406" w14:paraId="44885839" w14:textId="77777777">
          <w:pPr>
            <w:pStyle w:val="EA1"/>
            <w:tabs>
              <w:tab w:val="left" w:pos="440"/>
              <w:tab w:val="right" w:leader="dot" w:pos="9111"/>
            </w:tabs>
            <w:rPr>
              <w:rFonts w:cstheme="minorBidi"/>
              <w:noProof/>
            </w:rPr>
          </w:pPr>
          <w:hyperlink w:history="1" w:anchor="_Toc202768984">
            <w:r w:rsidRPr="00BB1D12" w:rsidR="00311A94">
              <w:rPr>
                <w:rStyle w:val="Hiperesteka"/>
                <w:rFonts w:ascii="Arial" w:hAnsi="Arial" w:cs="Arial"/>
                <w:noProof/>
                <w:lang w:val="English"/>
              </w:rPr>
              <w:t>7.</w:t>
            </w:r>
            <w:r w:rsidR="00311A94">
              <w:rPr>
                <w:rFonts w:cstheme="minorBidi"/>
                <w:noProof/>
                <w:lang w:val="English"/>
              </w:rPr>
              <w:tab/>
            </w:r>
            <w:r w:rsidRPr="00BB1D12" w:rsidR="00311A94">
              <w:rPr>
                <w:rStyle w:val="Hiperesteka"/>
                <w:rFonts w:ascii="Arial" w:hAnsi="Arial" w:cs="Arial"/>
                <w:noProof/>
                <w:lang w:val="English"/>
              </w:rPr>
              <w:t>Teaching Material and Resources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_Toc202768984 \h </w:instrText>
            </w:r>
            <w:r w:rsidR="00311A94">
              <w:rPr>
                <w:noProof/>
                <w:webHidden/>
                <w:lang w:val="English"/>
              </w:rPr>
            </w:r>
            <w:r w:rsidR="00311A94">
              <w:rPr>
                <w:noProof/>
                <w:webHidden/>
                <w:lang w:val="English"/>
              </w:rPr>
              <w:fldChar w:fldCharType="separate"/>
            </w:r>
            <w:r w:rsidR="00311A94">
              <w:rPr>
                <w:noProof/>
                <w:webHidden/>
                <w:lang w:val="English"/>
              </w:rPr>
              <w:t>7</w:t>
            </w:r>
            <w:r w:rsidR="00311A94">
              <w:rPr>
                <w:noProof/>
                <w:webHidden/>
                <w:lang w:val="English"/>
              </w:rPr>
              <w:fldChar w:fldCharType="end"/>
            </w:r>
          </w:hyperlink>
        </w:p>
        <w:p w:rsidR="00311A94" w:rsidRDefault="00395406" w14:paraId="3DAD5B6C" w14:textId="77777777">
          <w:pPr>
            <w:pStyle w:val="EA1"/>
            <w:tabs>
              <w:tab w:val="left" w:pos="440"/>
              <w:tab w:val="right" w:leader="dot" w:pos="9111"/>
            </w:tabs>
            <w:rPr>
              <w:rFonts w:cstheme="minorBidi"/>
              <w:noProof/>
            </w:rPr>
          </w:pPr>
          <w:hyperlink w:history="1" w:anchor="_Toc202768985">
            <w:r w:rsidRPr="00BB1D12" w:rsidR="00311A94">
              <w:rPr>
                <w:rStyle w:val="Hiperesteka"/>
                <w:rFonts w:ascii="Arial" w:hAnsi="Arial" w:cs="Arial"/>
                <w:noProof/>
                <w:lang w:val="English"/>
              </w:rPr>
              <w:t>8.</w:t>
            </w:r>
            <w:r w:rsidR="00311A94">
              <w:rPr>
                <w:rFonts w:cstheme="minorBidi"/>
                <w:noProof/>
                <w:lang w:val="English"/>
              </w:rPr>
              <w:tab/>
            </w:r>
            <w:r w:rsidRPr="00BB1D12" w:rsidR="00311A94">
              <w:rPr>
                <w:rStyle w:val="Hiperesteka"/>
                <w:rFonts w:ascii="Arial" w:hAnsi="Arial" w:cs="Arial"/>
                <w:noProof/>
                <w:lang w:val="English"/>
              </w:rPr>
              <w:t>Temporal Planning</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_Toc202768985 \h </w:instrText>
            </w:r>
            <w:r w:rsidR="00311A94">
              <w:rPr>
                <w:noProof/>
                <w:webHidden/>
                <w:lang w:val="English"/>
              </w:rPr>
            </w:r>
            <w:r w:rsidR="00311A94">
              <w:rPr>
                <w:noProof/>
                <w:webHidden/>
                <w:lang w:val="English"/>
              </w:rPr>
              <w:fldChar w:fldCharType="separate"/>
            </w:r>
            <w:r w:rsidR="00311A94">
              <w:rPr>
                <w:noProof/>
                <w:webHidden/>
                <w:lang w:val="English"/>
              </w:rPr>
              <w:t>8</w:t>
            </w:r>
            <w:r w:rsidR="00311A94">
              <w:rPr>
                <w:noProof/>
                <w:webHidden/>
                <w:lang w:val="English"/>
              </w:rPr>
              <w:fldChar w:fldCharType="end"/>
            </w:r>
          </w:hyperlink>
        </w:p>
        <w:p w:rsidR="00311A94" w:rsidRDefault="00395406" w14:paraId="3E991A79" w14:textId="77777777">
          <w:pPr>
            <w:pStyle w:val="EA1"/>
            <w:tabs>
              <w:tab w:val="left" w:pos="440"/>
              <w:tab w:val="right" w:leader="dot" w:pos="9111"/>
            </w:tabs>
            <w:rPr>
              <w:rFonts w:cstheme="minorBidi"/>
              <w:noProof/>
            </w:rPr>
          </w:pPr>
          <w:hyperlink w:history="1" w:anchor="_Toc202768986">
            <w:r w:rsidRPr="00BB1D12" w:rsidR="00311A94">
              <w:rPr>
                <w:rStyle w:val="Hiperesteka"/>
                <w:rFonts w:ascii="Arial" w:hAnsi="Arial" w:cs="Arial"/>
                <w:noProof/>
                <w:lang w:val="English"/>
              </w:rPr>
              <w:t>9.</w:t>
            </w:r>
            <w:r w:rsidR="00311A94">
              <w:rPr>
                <w:rFonts w:cstheme="minorBidi"/>
                <w:noProof/>
                <w:lang w:val="English"/>
              </w:rPr>
              <w:tab/>
            </w:r>
            <w:r w:rsidRPr="00BB1D12" w:rsidR="00311A94">
              <w:rPr>
                <w:rStyle w:val="Hiperesteka"/>
                <w:rFonts w:ascii="Arial" w:hAnsi="Arial" w:cs="Arial"/>
                <w:noProof/>
                <w:lang w:val="English"/>
              </w:rPr>
              <w:t>Inclusion and Attention to Diversity</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_Toc202768986 \h </w:instrText>
            </w:r>
            <w:r w:rsidR="00311A94">
              <w:rPr>
                <w:noProof/>
                <w:webHidden/>
                <w:lang w:val="English"/>
              </w:rPr>
            </w:r>
            <w:r w:rsidR="00311A94">
              <w:rPr>
                <w:noProof/>
                <w:webHidden/>
                <w:lang w:val="English"/>
              </w:rPr>
              <w:fldChar w:fldCharType="separate"/>
            </w:r>
            <w:r w:rsidR="00311A94">
              <w:rPr>
                <w:noProof/>
                <w:webHidden/>
                <w:lang w:val="English"/>
              </w:rPr>
              <w:t>8</w:t>
            </w:r>
            <w:r w:rsidR="00311A94">
              <w:rPr>
                <w:noProof/>
                <w:webHidden/>
                <w:lang w:val="English"/>
              </w:rPr>
              <w:fldChar w:fldCharType="end"/>
            </w:r>
          </w:hyperlink>
        </w:p>
        <w:p w:rsidR="00311A94" w:rsidRDefault="00395406" w14:paraId="12995E70" w14:textId="77777777">
          <w:pPr>
            <w:pStyle w:val="EA1"/>
            <w:tabs>
              <w:tab w:val="left" w:pos="660"/>
              <w:tab w:val="right" w:leader="dot" w:pos="9111"/>
            </w:tabs>
            <w:rPr>
              <w:rFonts w:cstheme="minorBidi"/>
              <w:noProof/>
            </w:rPr>
          </w:pPr>
          <w:hyperlink w:history="1" w:anchor="_Toc202768987">
            <w:r w:rsidRPr="00BB1D12" w:rsidR="00311A94">
              <w:rPr>
                <w:rStyle w:val="Hiperesteka"/>
                <w:rFonts w:ascii="Arial" w:hAnsi="Arial" w:cs="Arial"/>
                <w:noProof/>
                <w:lang w:val="English"/>
              </w:rPr>
              <w:t>10.</w:t>
            </w:r>
            <w:r w:rsidR="00311A94">
              <w:rPr>
                <w:rFonts w:cstheme="minorBidi"/>
                <w:noProof/>
                <w:lang w:val="English"/>
              </w:rPr>
              <w:tab/>
            </w:r>
            <w:r w:rsidRPr="00BB1D12" w:rsidR="00311A94">
              <w:rPr>
                <w:rStyle w:val="Hiperesteka"/>
                <w:rFonts w:ascii="Arial" w:hAnsi="Arial" w:cs="Arial"/>
                <w:noProof/>
                <w:lang w:val="English"/>
              </w:rPr>
              <w:t>Pedagogical Observations and Recommendations</w:t>
            </w:r>
            <w:r w:rsidR="00311A94">
              <w:rPr>
                <w:noProof/>
                <w:webHidden/>
                <w:lang w:val="English"/>
              </w:rPr>
              <w:tab/>
            </w:r>
            <w:r w:rsidR="00311A94">
              <w:rPr>
                <w:noProof/>
                <w:webHidden/>
                <w:lang w:val="English"/>
              </w:rPr>
              <w:fldChar w:fldCharType="begin"/>
            </w:r>
            <w:r w:rsidR="00311A94">
              <w:rPr>
                <w:noProof/>
                <w:webHidden/>
                <w:lang w:val="English"/>
              </w:rPr>
              <w:instrText xml:space="preserve"> PAGEREF _Toc202768987 \h </w:instrText>
            </w:r>
            <w:r w:rsidR="00311A94">
              <w:rPr>
                <w:noProof/>
                <w:webHidden/>
                <w:lang w:val="English"/>
              </w:rPr>
            </w:r>
            <w:r w:rsidR="00311A94">
              <w:rPr>
                <w:noProof/>
                <w:webHidden/>
                <w:lang w:val="English"/>
              </w:rPr>
              <w:fldChar w:fldCharType="separate"/>
            </w:r>
            <w:r w:rsidR="00311A94">
              <w:rPr>
                <w:noProof/>
                <w:webHidden/>
                <w:lang w:val="English"/>
              </w:rPr>
              <w:t>9</w:t>
            </w:r>
            <w:r w:rsidR="00311A94">
              <w:rPr>
                <w:noProof/>
                <w:webHidden/>
                <w:lang w:val="English"/>
              </w:rPr>
              <w:fldChar w:fldCharType="end"/>
            </w:r>
          </w:hyperlink>
        </w:p>
        <w:p w:rsidRPr="002C2419" w:rsidR="00C21BB1" w:rsidRDefault="00C21BB1" w14:paraId="20C8B74C" w14:textId="77777777">
          <w:pPr>
            <w:rPr>
              <w:rFonts w:ascii="Arial" w:hAnsi="Arial" w:cs="Arial"/>
              <w:sz w:val="24"/>
              <w:szCs w:val="24"/>
            </w:rPr>
          </w:pPr>
          <w:r w:rsidRPr="002C2419">
            <w:rPr>
              <w:rFonts w:ascii="Arial" w:hAnsi="Arial" w:cs="Arial"/>
              <w:b/>
              <w:bCs/>
              <w:sz w:val="24"/>
              <w:szCs w:val="24"/>
              <w:lang w:val="English"/>
            </w:rPr>
            <w:fldChar w:fldCharType="end"/>
          </w:r>
        </w:p>
      </w:sdtContent>
    </w:sdt>
    <w:p w:rsidRPr="002C2419" w:rsidR="00C21BB1" w:rsidRDefault="00C21BB1" w14:paraId="4F2C9276" w14:textId="77777777">
      <w:pPr>
        <w:rPr>
          <w:rFonts w:ascii="Arial" w:hAnsi="Arial" w:cs="Arial" w:eastAsiaTheme="majorEastAsia"/>
          <w:b/>
          <w:bCs/>
          <w:color w:val="365F91" w:themeColor="accent1" w:themeShade="BF"/>
          <w:sz w:val="24"/>
          <w:szCs w:val="24"/>
          <w:lang w:val="eu-ES"/>
        </w:rPr>
      </w:pPr>
      <w:r w:rsidRPr="002C2419">
        <w:rPr>
          <w:rFonts w:ascii="Arial" w:hAnsi="Arial" w:cs="Arial"/>
          <w:sz w:val="24"/>
          <w:szCs w:val="24"/>
          <w:lang w:val="English"/>
        </w:rPr>
        <w:br w:type="page"/>
      </w:r>
    </w:p>
    <w:p w:rsidR="00D3238E" w:rsidP="00395406" w:rsidRDefault="00D3238E" w14:paraId="7BFB8704" w14:textId="77777777">
      <w:pPr>
        <w:pStyle w:val="1izenburua"/>
        <w:numPr>
          <w:ilvl w:val="0"/>
          <w:numId w:val="7"/>
        </w:numPr>
        <w:spacing w:line="360" w:lineRule="auto"/>
        <w:rPr>
          <w:rFonts w:ascii="Arial" w:hAnsi="Arial" w:cs="Arial"/>
          <w:szCs w:val="24"/>
          <w:lang w:val="eu-ES"/>
        </w:rPr>
      </w:pPr>
      <w:bookmarkStart w:name="_Toc202768974" w:id="0"/>
      <w:r w:rsidRPr="002C2419">
        <w:rPr>
          <w:rFonts w:ascii="Arial" w:hAnsi="Arial" w:cs="Arial"/>
          <w:szCs w:val="24"/>
          <w:lang w:val="English"/>
        </w:rPr>
        <w:lastRenderedPageBreak/>
        <w:t>Sensor Box Station: Evaluation Ruby System</w:t>
      </w:r>
      <w:proofErr w:type="spellStart"/>
      <w:proofErr w:type="spellEnd"/>
      <w:bookmarkEnd w:id="0"/>
    </w:p>
    <w:p w:rsidRPr="002C2419" w:rsidR="00D3238E" w:rsidP="00D3238E" w:rsidRDefault="00D3238E" w14:paraId="7B778F99" w14:textId="77777777">
      <w:pPr>
        <w:rPr>
          <w:rFonts w:ascii="Arial" w:hAnsi="Arial" w:cs="Arial"/>
          <w:sz w:val="24"/>
          <w:szCs w:val="24"/>
          <w:lang w:val="eu-ES"/>
        </w:rPr>
      </w:pPr>
    </w:p>
    <w:p w:rsidRPr="00101266" w:rsidR="00101266" w:rsidP="00101266" w:rsidRDefault="00101266" w14:paraId="34CCD732" w14:textId="77777777">
      <w:p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sz w:val="24"/>
          <w:szCs w:val="24"/>
          <w:lang w:val="English" w:eastAsia="eu-ES"/>
        </w:rPr>
        <w:t>This assessment system is designed for the "Sensor Box" station course, in which students develop advanced automation skills in the Learning Factory environment. This course integrates the UR5 collaborative robot, the Cognex vision system, the MiR mobile robot and the Siemens S7-1500 PLC in the context of industry 4.0.</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101266" w:rsidR="00101266" w:rsidP="00101266" w:rsidRDefault="00101266" w14:paraId="31686152" w14:textId="77777777">
      <w:p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sz w:val="24"/>
          <w:szCs w:val="24"/>
          <w:lang w:val="English" w:eastAsia="eu-ES"/>
        </w:rPr>
        <w:t>The objective of the rubric system is to evaluate the student's learning process in an objective and structured way, based on four main areas:</w:t>
      </w:r>
    </w:p>
    <w:p w:rsidRPr="00101266" w:rsidR="00101266" w:rsidP="00395406" w:rsidRDefault="00101266" w14:paraId="0C6A5D8F" w14:textId="77777777">
      <w:pPr>
        <w:pStyle w:val="Zerrenda-paragrafoa"/>
        <w:numPr>
          <w:ilvl w:val="0"/>
          <w:numId w:val="11"/>
        </w:num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b/>
          <w:sz w:val="24"/>
          <w:szCs w:val="24"/>
          <w:lang w:val="English" w:eastAsia="eu-ES"/>
        </w:rPr>
        <w:t>Technical Knowledge</w:t>
      </w:r>
      <w:r w:rsidRPr="00101266">
        <w:rPr>
          <w:rFonts w:ascii="Arial" w:hAnsi="Arial" w:eastAsia="Times New Roman" w:cs="Arial"/>
          <w:sz w:val="24"/>
          <w:szCs w:val="24"/>
          <w:lang w:val="English" w:eastAsia="eu-ES"/>
        </w:rPr>
        <w:t>: Programming and configuration skills for robotics, automation and artificial vision</w:t>
      </w:r>
    </w:p>
    <w:p w:rsidRPr="00101266" w:rsidR="00101266" w:rsidP="00395406" w:rsidRDefault="00101266" w14:paraId="6793F776" w14:textId="77777777">
      <w:pPr>
        <w:pStyle w:val="Zerrenda-paragrafoa"/>
        <w:numPr>
          <w:ilvl w:val="0"/>
          <w:numId w:val="11"/>
        </w:num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b/>
          <w:sz w:val="24"/>
          <w:szCs w:val="24"/>
          <w:lang w:val="English" w:eastAsia="eu-ES"/>
        </w:rPr>
        <w:t>Practical Application:</w:t>
      </w:r>
      <w:r w:rsidRPr="00101266">
        <w:rPr>
          <w:rFonts w:ascii="Arial" w:hAnsi="Arial" w:eastAsia="Times New Roman" w:cs="Arial"/>
          <w:sz w:val="24"/>
          <w:szCs w:val="24"/>
          <w:lang w:val="English" w:eastAsia="eu-ES"/>
        </w:rPr>
        <w:t xml:space="preserve"> System integration and applicability in real projects</w:t>
      </w:r>
    </w:p>
    <w:p w:rsidRPr="00101266" w:rsidR="00101266" w:rsidP="00395406" w:rsidRDefault="00101266" w14:paraId="328952C5" w14:textId="77777777">
      <w:pPr>
        <w:pStyle w:val="Zerrenda-paragrafoa"/>
        <w:numPr>
          <w:ilvl w:val="0"/>
          <w:numId w:val="11"/>
        </w:num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b/>
          <w:sz w:val="24"/>
          <w:szCs w:val="24"/>
          <w:lang w:val="English" w:eastAsia="eu-ES"/>
        </w:rPr>
        <w:t>Documentation:</w:t>
      </w:r>
      <w:r w:rsidRPr="00101266">
        <w:rPr>
          <w:rFonts w:ascii="Arial" w:hAnsi="Arial" w:eastAsia="Times New Roman" w:cs="Arial"/>
          <w:sz w:val="24"/>
          <w:szCs w:val="24"/>
          <w:lang w:val="English" w:eastAsia="eu-ES"/>
        </w:rPr>
        <w:t xml:space="preserve"> Technical communication and presentation of results</w:t>
      </w:r>
    </w:p>
    <w:p w:rsidRPr="00101266" w:rsidR="00101266" w:rsidP="00395406" w:rsidRDefault="00101266" w14:paraId="59390E6E" w14:textId="77777777">
      <w:pPr>
        <w:pStyle w:val="Zerrenda-paragrafoa"/>
        <w:numPr>
          <w:ilvl w:val="0"/>
          <w:numId w:val="11"/>
        </w:num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b/>
          <w:sz w:val="24"/>
          <w:szCs w:val="24"/>
          <w:lang w:val="English" w:eastAsia="eu-ES"/>
        </w:rPr>
        <w:t>Professional Position:</w:t>
      </w:r>
      <w:r w:rsidRPr="00101266">
        <w:rPr>
          <w:rFonts w:ascii="Arial" w:hAnsi="Arial" w:eastAsia="Times New Roman" w:cs="Arial"/>
          <w:sz w:val="24"/>
          <w:szCs w:val="24"/>
          <w:lang w:val="English" w:eastAsia="eu-ES"/>
        </w:rPr>
        <w:t xml:space="preserve"> Safety, cooperation and good labor practices</w:t>
      </w:r>
    </w:p>
    <w:p w:rsidRPr="00101266" w:rsidR="00101266" w:rsidP="00101266" w:rsidRDefault="00101266" w14:paraId="7CEB7B02" w14:textId="77777777">
      <w:p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sz w:val="24"/>
          <w:szCs w:val="24"/>
          <w:lang w:val="English" w:eastAsia="eu-ES"/>
        </w:rPr>
        <w:t>This system aims to promote continuous and formative assessment, providing feedback that helps the student's improvement process. It also provides the teacher with an objective tool to measure the level of progress of each student and provide the necessary help.</w:t>
      </w:r>
      <w:bookmarkStart w:name="_GoBack" w:id="1"/>
      <w:bookmarkEnd w:id="1"/>
    </w:p>
    <w:p w:rsidRPr="00101266" w:rsidR="00101266" w:rsidP="00101266" w:rsidRDefault="00101266" w14:paraId="70DAEEE4" w14:textId="77777777">
      <w:pPr>
        <w:spacing w:before="100" w:beforeAutospacing="1" w:after="100" w:afterAutospacing="1" w:line="360" w:lineRule="auto"/>
        <w:rPr>
          <w:rFonts w:ascii="Arial" w:hAnsi="Arial" w:eastAsia="Times New Roman" w:cs="Arial"/>
          <w:sz w:val="24"/>
          <w:szCs w:val="24"/>
          <w:lang w:val="eu-ES" w:eastAsia="eu-ES"/>
        </w:rPr>
      </w:pPr>
      <w:r w:rsidRPr="00101266">
        <w:rPr>
          <w:rFonts w:ascii="Arial" w:hAnsi="Arial" w:eastAsia="Times New Roman" w:cs="Arial"/>
          <w:sz w:val="24"/>
          <w:szCs w:val="24"/>
          <w:lang w:val="English" w:eastAsia="eu-ES"/>
        </w:rPr>
        <w:t xml:space="preserve">The rubies are aligned with the Vocational Training curriculum and follow the principles of the Learning Factory methodology, prioritizing "learning-by-doing" practical learning and Challenge-Based Learning (CBL).</w:t>
      </w:r>
      <w:proofErr w:type="spellStart"/>
      <w:proofErr w:type="spellEnd"/>
      <w:proofErr w:type="spellStart"/>
      <w:proofErr w:type="spellEnd"/>
      <w:proofErr w:type="spellStart"/>
      <w:proofErr w:type="spellEnd"/>
      <w:proofErr w:type="spellStart"/>
      <w:proofErr w:type="spellEnd"/>
      <w:proofErr w:type="spellStart"/>
      <w:proofErr w:type="spellEnd"/>
    </w:p>
    <w:p w:rsidR="00101266" w:rsidP="00D3238E" w:rsidRDefault="00101266" w14:paraId="1A0B81B7" w14:textId="77777777">
      <w:pPr>
        <w:spacing w:before="100" w:beforeAutospacing="1" w:after="100" w:afterAutospacing="1" w:line="360" w:lineRule="auto"/>
        <w:rPr>
          <w:rFonts w:ascii="Arial" w:hAnsi="Arial" w:eastAsia="Times New Roman" w:cs="Arial"/>
          <w:sz w:val="24"/>
          <w:szCs w:val="24"/>
          <w:lang w:val="eu-ES" w:eastAsia="eu-ES"/>
        </w:rPr>
      </w:pPr>
    </w:p>
    <w:p w:rsidR="0079164F" w:rsidRDefault="0079164F" w14:paraId="467BF7B6" w14:textId="77777777">
      <w:pPr>
        <w:rPr>
          <w:rFonts w:ascii="Arial" w:hAnsi="Arial" w:eastAsia="Times New Roman" w:cs="Arial"/>
          <w:sz w:val="24"/>
          <w:szCs w:val="24"/>
          <w:lang w:val="eu-ES" w:eastAsia="eu-ES"/>
        </w:rPr>
      </w:pPr>
      <w:r>
        <w:rPr>
          <w:rFonts w:ascii="Arial" w:hAnsi="Arial" w:eastAsia="Times New Roman" w:cs="Arial"/>
          <w:sz w:val="24"/>
          <w:szCs w:val="24"/>
          <w:lang w:val="English" w:eastAsia="eu-ES"/>
        </w:rPr>
        <w:br w:type="page"/>
      </w:r>
    </w:p>
    <w:p w:rsidR="0079164F" w:rsidP="00D3238E" w:rsidRDefault="0079164F" w14:paraId="1CDADDBB" w14:textId="77777777">
      <w:pPr>
        <w:spacing w:before="100" w:beforeAutospacing="1" w:after="100" w:afterAutospacing="1" w:line="360" w:lineRule="auto"/>
        <w:rPr>
          <w:rFonts w:ascii="Arial" w:hAnsi="Arial" w:eastAsia="Times New Roman" w:cs="Arial"/>
          <w:sz w:val="24"/>
          <w:szCs w:val="24"/>
          <w:lang w:val="eu-ES" w:eastAsia="eu-ES"/>
        </w:rPr>
        <w:sectPr w:rsidR="0079164F" w:rsidSect="0079164F">
          <w:headerReference w:type="default" r:id="rId17"/>
          <w:footerReference w:type="default" r:id="rId18"/>
          <w:pgSz w:w="12240" w:h="15840" w:orient="portrait"/>
          <w:pgMar w:top="1701" w:right="1418" w:bottom="1418" w:left="1701" w:header="142" w:footer="720" w:gutter="0"/>
          <w:pgNumType w:start="0"/>
          <w:cols w:space="720"/>
          <w:titlePg/>
          <w:docGrid w:linePitch="360"/>
        </w:sectPr>
      </w:pPr>
    </w:p>
    <w:p w:rsidRPr="0079164F" w:rsidR="0079164F" w:rsidP="00395406" w:rsidRDefault="0079164F" w14:paraId="137915E5" w14:textId="77777777">
      <w:pPr>
        <w:pStyle w:val="1izenburua"/>
        <w:numPr>
          <w:ilvl w:val="0"/>
          <w:numId w:val="7"/>
        </w:numPr>
        <w:spacing w:line="360" w:lineRule="auto"/>
        <w:rPr>
          <w:rFonts w:ascii="Arial" w:hAnsi="Arial" w:cs="Arial"/>
          <w:szCs w:val="24"/>
          <w:lang w:val="eu-ES"/>
        </w:rPr>
      </w:pPr>
      <w:r w:rsidRPr="0079164F">
        <w:rPr>
          <w:rFonts w:ascii="Arial" w:hAnsi="Arial" w:cs="Arial"/>
          <w:szCs w:val="24"/>
          <w:lang w:val="English"/>
        </w:rPr>
        <w:lastRenderedPageBreak/>
        <w:t>TECHNICAL KNOWLEDGE CHART</w:t>
      </w:r>
    </w:p>
    <w:p w:rsidR="0079164F" w:rsidP="00395406" w:rsidRDefault="0079164F" w14:paraId="2749A632" w14:textId="77777777">
      <w:pPr>
        <w:pStyle w:val="1izenburua"/>
        <w:numPr>
          <w:ilvl w:val="1"/>
          <w:numId w:val="7"/>
        </w:numPr>
        <w:spacing w:line="360" w:lineRule="auto"/>
        <w:rPr>
          <w:rFonts w:ascii="Arial" w:hAnsi="Arial" w:cs="Arial"/>
          <w:szCs w:val="24"/>
          <w:lang w:val="eu-ES"/>
        </w:rPr>
      </w:pPr>
      <w:r w:rsidRPr="0079164F">
        <w:rPr>
          <w:rFonts w:ascii="Arial" w:hAnsi="Arial" w:cs="Arial"/>
          <w:szCs w:val="24"/>
          <w:lang w:val="English"/>
        </w:rPr>
        <w:t>Siemens S7 Programming</w:t>
      </w:r>
    </w:p>
    <w:p w:rsidRPr="0079164F" w:rsidR="0079164F" w:rsidP="0079164F" w:rsidRDefault="0079164F" w14:paraId="4F7981E3" w14:textId="77777777">
      <w:pPr>
        <w:rPr>
          <w:lang w:val="eu-ES"/>
        </w:rPr>
      </w:pPr>
    </w:p>
    <w:tbl>
      <w:tblPr>
        <w:tblStyle w:val="5sareta-taulailuna-1enfasia"/>
        <w:tblW w:w="0" w:type="auto"/>
        <w:jc w:val="center"/>
        <w:tblLook w:val="04A0" w:firstRow="1" w:lastRow="0" w:firstColumn="1" w:lastColumn="0" w:noHBand="0" w:noVBand="1"/>
      </w:tblPr>
      <w:tblGrid>
        <w:gridCol w:w="1952"/>
        <w:gridCol w:w="3235"/>
        <w:gridCol w:w="2935"/>
        <w:gridCol w:w="2339"/>
        <w:gridCol w:w="2250"/>
      </w:tblGrid>
      <w:tr w:rsidR="0079164F" w:rsidTr="0079164F" w14:paraId="130843E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79164F" w:rsidR="0079164F" w:rsidP="00F854F6" w:rsidRDefault="0079164F" w14:paraId="0378C460" w14:textId="77777777">
            <w:pPr>
              <w:spacing w:line="360" w:lineRule="auto"/>
              <w:jc w:val="center"/>
              <w:rPr>
                <w:rFonts w:ascii="Arial" w:hAnsi="Arial" w:cs="Arial"/>
                <w:b w:val="0"/>
                <w:sz w:val="24"/>
                <w:szCs w:val="24"/>
              </w:rPr>
            </w:pPr>
            <w:proofErr w:type="spellStart"/>
            <w:r w:rsidRPr="0079164F">
              <w:rPr>
                <w:rStyle w:val="Lodia"/>
                <w:rFonts w:ascii="Arial" w:hAnsi="Arial" w:cs="Arial"/>
                <w:b/>
                <w:sz w:val="24"/>
                <w:szCs w:val="24"/>
                <w:lang w:val="English"/>
              </w:rPr>
              <w:t>Rank</w:t>
            </w:r>
            <w:proofErr w:type="spellEnd"/>
          </w:p>
        </w:tc>
        <w:tc>
          <w:tcPr>
            <w:tcW w:w="0" w:type="auto"/>
            <w:hideMark/>
          </w:tcPr>
          <w:p w:rsidRPr="0079164F" w:rsidR="0079164F" w:rsidP="00F854F6" w:rsidRDefault="0079164F" w14:paraId="4B12415C"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Excellent (9-10)</w:t>
            </w:r>
            <w:proofErr w:type="spellEnd"/>
          </w:p>
        </w:tc>
        <w:tc>
          <w:tcPr>
            <w:tcW w:w="0" w:type="auto"/>
            <w:hideMark/>
          </w:tcPr>
          <w:p w:rsidRPr="0079164F" w:rsidR="0079164F" w:rsidP="00F854F6" w:rsidRDefault="0079164F" w14:paraId="16623FE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79164F">
              <w:rPr>
                <w:rStyle w:val="Lodia"/>
                <w:rFonts w:ascii="Arial" w:hAnsi="Arial" w:cs="Arial"/>
                <w:b/>
                <w:sz w:val="24"/>
                <w:szCs w:val="24"/>
                <w:lang w:val="English"/>
              </w:rPr>
              <w:t>Ona (7-8)</w:t>
            </w:r>
          </w:p>
        </w:tc>
        <w:tc>
          <w:tcPr>
            <w:tcW w:w="0" w:type="auto"/>
            <w:hideMark/>
          </w:tcPr>
          <w:p w:rsidRPr="0079164F" w:rsidR="0079164F" w:rsidP="00F854F6" w:rsidRDefault="0079164F" w14:paraId="5239BCA8"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Enough (5-6)</w:t>
            </w:r>
            <w:proofErr w:type="spellEnd"/>
          </w:p>
        </w:tc>
        <w:tc>
          <w:tcPr>
            <w:tcW w:w="0" w:type="auto"/>
            <w:hideMark/>
          </w:tcPr>
          <w:p w:rsidRPr="0079164F" w:rsidR="0079164F" w:rsidP="00F854F6" w:rsidRDefault="0079164F" w14:paraId="0C076708"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Insufficient (0-4)</w:t>
            </w:r>
            <w:proofErr w:type="spellEnd"/>
          </w:p>
        </w:tc>
      </w:tr>
      <w:tr w:rsidR="0079164F" w:rsidTr="0079164F" w14:paraId="1F157F04" w14:textId="77777777">
        <w:trPr>
          <w:cnfStyle w:val="000000100000" w:firstRow="0" w:lastRow="0" w:firstColumn="0" w:lastColumn="0" w:oddVBand="0" w:evenVBand="0" w:oddHBand="1" w:evenHBand="0" w:firstRowFirstColumn="0" w:firstRowLastColumn="0" w:lastRowFirstColumn="0" w:lastRowLastColumn="0"/>
          <w:trHeight w:val="181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3F21858D" w14:textId="77777777">
            <w:pPr>
              <w:spacing w:line="360" w:lineRule="auto"/>
              <w:jc w:val="center"/>
              <w:rPr>
                <w:rFonts w:ascii="Arial" w:hAnsi="Arial" w:cs="Arial"/>
                <w:b w:val="0"/>
                <w:bCs w:val="0"/>
                <w:sz w:val="24"/>
                <w:szCs w:val="24"/>
              </w:rPr>
            </w:pPr>
            <w:proofErr w:type="spellStart"/>
            <w:r w:rsidRPr="0079164F">
              <w:rPr>
                <w:rStyle w:val="Lodia"/>
                <w:rFonts w:ascii="Arial" w:hAnsi="Arial" w:cs="Arial"/>
                <w:b/>
                <w:sz w:val="24"/>
                <w:szCs w:val="24"/>
                <w:lang w:val="English"/>
              </w:rPr>
              <w:t>Logic programming</w:t>
            </w:r>
            <w:proofErr w:type="spellEnd"/>
            <w:proofErr w:type="spellStart"/>
            <w:proofErr w:type="spellEnd"/>
          </w:p>
        </w:tc>
        <w:tc>
          <w:tcPr>
            <w:tcW w:w="0" w:type="auto"/>
            <w:vAlign w:val="center"/>
            <w:hideMark/>
          </w:tcPr>
          <w:p w:rsidRPr="0079164F" w:rsidR="0079164F" w:rsidP="00F854F6" w:rsidRDefault="0079164F" w14:paraId="040D588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autonomously programs highly complex sequences. Apply optimization techniques.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F08FE0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Develop and test independently programmed sequences.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6705BF4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You can develop basic sequences with help.</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6288399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program basic sequences.</w:t>
            </w:r>
            <w:proofErr w:type="spellEnd"/>
            <w:proofErr w:type="spellStart"/>
            <w:proofErr w:type="spellEnd"/>
            <w:proofErr w:type="spellStart"/>
            <w:proofErr w:type="spellEnd"/>
            <w:proofErr w:type="spellStart"/>
            <w:proofErr w:type="spellEnd"/>
            <w:proofErr w:type="spellStart"/>
            <w:proofErr w:type="spellEnd"/>
          </w:p>
        </w:tc>
      </w:tr>
      <w:tr w:rsidRPr="0079164F" w:rsidR="0079164F" w:rsidTr="0079164F" w14:paraId="06A33834" w14:textId="77777777">
        <w:trPr>
          <w:trHeight w:val="127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16B6824A" w14:textId="77777777">
            <w:pPr>
              <w:spacing w:line="360" w:lineRule="auto"/>
              <w:jc w:val="center"/>
              <w:rPr>
                <w:rFonts w:ascii="Arial" w:hAnsi="Arial" w:cs="Arial"/>
                <w:b w:val="0"/>
                <w:sz w:val="24"/>
                <w:szCs w:val="24"/>
              </w:rPr>
            </w:pPr>
            <w:r w:rsidRPr="0079164F">
              <w:rPr>
                <w:rStyle w:val="Lodia"/>
                <w:rFonts w:ascii="Arial" w:hAnsi="Arial" w:cs="Arial"/>
                <w:b/>
                <w:sz w:val="24"/>
                <w:szCs w:val="24"/>
                <w:lang w:val="English"/>
              </w:rPr>
              <w:t xml:space="preserve">I/O treatment</w:t>
            </w:r>
            <w:proofErr w:type="spellStart"/>
            <w:proofErr w:type="spellEnd"/>
          </w:p>
        </w:tc>
        <w:tc>
          <w:tcPr>
            <w:tcW w:w="0" w:type="auto"/>
            <w:vAlign w:val="center"/>
            <w:hideMark/>
          </w:tcPr>
          <w:p w:rsidRPr="0079164F" w:rsidR="0079164F" w:rsidP="00F854F6" w:rsidRDefault="0079164F" w14:paraId="72B10F7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It can manage analog and digital signals in an advanced way.</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DAA7BF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It can handle digital and analog signals well.</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60621D1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Manage basic digital signs.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2F024F2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You have difficulty with the I/O signal.</w:t>
            </w:r>
            <w:proofErr w:type="spellEnd"/>
            <w:proofErr w:type="spellStart"/>
            <w:proofErr w:type="spellEnd"/>
            <w:proofErr w:type="spellStart"/>
            <w:proofErr w:type="spellEnd"/>
          </w:p>
        </w:tc>
      </w:tr>
      <w:tr w:rsidR="0079164F" w:rsidTr="0079164F" w14:paraId="7FF77CDA" w14:textId="77777777">
        <w:trPr>
          <w:cnfStyle w:val="000000100000" w:firstRow="0" w:lastRow="0" w:firstColumn="0" w:lastColumn="0" w:oddVBand="0" w:evenVBand="0" w:oddHBand="1" w:evenHBand="0" w:firstRowFirstColumn="0" w:firstRowLastColumn="0" w:lastRowFirstColumn="0" w:lastRowLastColumn="0"/>
          <w:trHeight w:val="154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3EAFDCBC" w14:textId="77777777">
            <w:pPr>
              <w:spacing w:line="360" w:lineRule="auto"/>
              <w:jc w:val="center"/>
              <w:rPr>
                <w:rFonts w:ascii="Arial" w:hAnsi="Arial" w:cs="Arial"/>
                <w:b w:val="0"/>
                <w:sz w:val="24"/>
                <w:szCs w:val="24"/>
              </w:rPr>
            </w:pPr>
            <w:proofErr w:type="spellStart"/>
            <w:r w:rsidRPr="0079164F">
              <w:rPr>
                <w:rStyle w:val="Lodia"/>
                <w:rFonts w:ascii="Arial" w:hAnsi="Arial" w:cs="Arial"/>
                <w:b/>
                <w:sz w:val="24"/>
                <w:szCs w:val="24"/>
                <w:lang w:val="English"/>
              </w:rPr>
              <w:t>Communication</w:t>
            </w:r>
            <w:proofErr w:type="spellEnd"/>
          </w:p>
        </w:tc>
        <w:tc>
          <w:tcPr>
            <w:tcW w:w="0" w:type="auto"/>
            <w:vAlign w:val="center"/>
            <w:hideMark/>
          </w:tcPr>
          <w:p w:rsidRPr="0079164F" w:rsidR="0079164F" w:rsidP="00F854F6" w:rsidRDefault="0079164F" w14:paraId="7BB3FAD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Establish advanced industrial protocols (Ethernet/IP, Modbus TCP).</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42AA6B6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Establish basic communication protocols.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1EE67CD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Establish communication protocols with help.</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B4F658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establish communication protocols.</w:t>
            </w:r>
            <w:proofErr w:type="spellEnd"/>
            <w:proofErr w:type="spellStart"/>
            <w:proofErr w:type="spellEnd"/>
            <w:proofErr w:type="spellStart"/>
            <w:proofErr w:type="spellEnd"/>
            <w:proofErr w:type="spellStart"/>
            <w:proofErr w:type="spellEnd"/>
            <w:proofErr w:type="spellStart"/>
            <w:proofErr w:type="spellEnd"/>
          </w:p>
        </w:tc>
      </w:tr>
    </w:tbl>
    <w:p w:rsidR="0079164F" w:rsidP="0079164F" w:rsidRDefault="0079164F" w14:paraId="547DC4F5" w14:textId="77777777">
      <w:pPr>
        <w:pStyle w:val="1izenburua"/>
        <w:spacing w:line="360" w:lineRule="auto"/>
        <w:ind w:left="792"/>
        <w:rPr>
          <w:rFonts w:ascii="Arial" w:hAnsi="Arial" w:cs="Arial"/>
          <w:szCs w:val="24"/>
          <w:lang w:val="eu-ES"/>
        </w:rPr>
      </w:pPr>
    </w:p>
    <w:p w:rsidR="0079164F" w:rsidP="00395406" w:rsidRDefault="0079164F" w14:paraId="77F9DE51" w14:textId="77777777">
      <w:pPr>
        <w:pStyle w:val="1izenburua"/>
        <w:numPr>
          <w:ilvl w:val="1"/>
          <w:numId w:val="7"/>
        </w:numPr>
        <w:spacing w:line="360" w:lineRule="auto"/>
        <w:rPr>
          <w:rFonts w:ascii="Arial" w:hAnsi="Arial" w:cs="Arial"/>
          <w:szCs w:val="24"/>
          <w:lang w:val="eu-ES"/>
        </w:rPr>
      </w:pPr>
      <w:r>
        <w:rPr>
          <w:rFonts w:ascii="Arial" w:hAnsi="Arial" w:cs="Arial"/>
          <w:szCs w:val="24"/>
          <w:lang w:val="English"/>
        </w:rPr>
        <w:t xml:space="preserve">Programming of the UR Collaborative Robot</w:t>
      </w:r>
      <w:proofErr w:type="spellStart"/>
      <w:proofErr w:type="spellEnd"/>
    </w:p>
    <w:p w:rsidRPr="0079164F" w:rsidR="0079164F" w:rsidP="0079164F" w:rsidRDefault="0079164F" w14:paraId="47D2B82B" w14:textId="77777777">
      <w:pPr>
        <w:rPr>
          <w:lang w:val="eu-ES"/>
        </w:rPr>
      </w:pPr>
    </w:p>
    <w:tbl>
      <w:tblPr>
        <w:tblStyle w:val="5sareta-taulailuna-1enfasia"/>
        <w:tblW w:w="0" w:type="auto"/>
        <w:tblLook w:val="04A0" w:firstRow="1" w:lastRow="0" w:firstColumn="1" w:lastColumn="0" w:noHBand="0" w:noVBand="1"/>
      </w:tblPr>
      <w:tblGrid>
        <w:gridCol w:w="2069"/>
        <w:gridCol w:w="2740"/>
        <w:gridCol w:w="2947"/>
        <w:gridCol w:w="2511"/>
        <w:gridCol w:w="2444"/>
      </w:tblGrid>
      <w:tr w:rsidRPr="0079164F" w:rsidR="0079164F" w:rsidTr="0079164F" w14:paraId="1162E234"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hideMark/>
          </w:tcPr>
          <w:p w:rsidRPr="0079164F" w:rsidR="0079164F" w:rsidP="00F854F6" w:rsidRDefault="0079164F" w14:paraId="79F03571" w14:textId="77777777">
            <w:pPr>
              <w:spacing w:line="360" w:lineRule="auto"/>
              <w:jc w:val="center"/>
              <w:rPr>
                <w:rFonts w:ascii="Arial" w:hAnsi="Arial" w:cs="Arial"/>
                <w:b w:val="0"/>
                <w:sz w:val="24"/>
                <w:szCs w:val="24"/>
              </w:rPr>
            </w:pPr>
            <w:proofErr w:type="spellStart"/>
            <w:r w:rsidRPr="0079164F">
              <w:rPr>
                <w:rStyle w:val="Lodia"/>
                <w:rFonts w:ascii="Arial" w:hAnsi="Arial" w:cs="Arial"/>
                <w:b/>
                <w:sz w:val="24"/>
                <w:szCs w:val="24"/>
                <w:lang w:val="English"/>
              </w:rPr>
              <w:t>Rank</w:t>
            </w:r>
            <w:proofErr w:type="spellEnd"/>
          </w:p>
        </w:tc>
        <w:tc>
          <w:tcPr>
            <w:tcW w:w="0" w:type="auto"/>
            <w:hideMark/>
          </w:tcPr>
          <w:p w:rsidRPr="0079164F" w:rsidR="0079164F" w:rsidP="00F854F6" w:rsidRDefault="0079164F" w14:paraId="0F3F1881"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Excellent (9-10)</w:t>
            </w:r>
            <w:proofErr w:type="spellEnd"/>
          </w:p>
        </w:tc>
        <w:tc>
          <w:tcPr>
            <w:tcW w:w="0" w:type="auto"/>
            <w:hideMark/>
          </w:tcPr>
          <w:p w:rsidRPr="0079164F" w:rsidR="0079164F" w:rsidP="00F854F6" w:rsidRDefault="0079164F" w14:paraId="029BC86F"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79164F">
              <w:rPr>
                <w:rStyle w:val="Lodia"/>
                <w:rFonts w:ascii="Arial" w:hAnsi="Arial" w:cs="Arial"/>
                <w:b/>
                <w:sz w:val="24"/>
                <w:szCs w:val="24"/>
                <w:lang w:val="English"/>
              </w:rPr>
              <w:t>Ona (7-8)</w:t>
            </w:r>
          </w:p>
        </w:tc>
        <w:tc>
          <w:tcPr>
            <w:tcW w:w="0" w:type="auto"/>
            <w:hideMark/>
          </w:tcPr>
          <w:p w:rsidRPr="0079164F" w:rsidR="0079164F" w:rsidP="00F854F6" w:rsidRDefault="0079164F" w14:paraId="2D650D50"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Enough (5-6)</w:t>
            </w:r>
            <w:proofErr w:type="spellEnd"/>
          </w:p>
        </w:tc>
        <w:tc>
          <w:tcPr>
            <w:tcW w:w="0" w:type="auto"/>
            <w:hideMark/>
          </w:tcPr>
          <w:p w:rsidRPr="0079164F" w:rsidR="0079164F" w:rsidP="00F854F6" w:rsidRDefault="0079164F" w14:paraId="18BC7861"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79164F">
              <w:rPr>
                <w:rStyle w:val="Lodia"/>
                <w:rFonts w:ascii="Arial" w:hAnsi="Arial" w:cs="Arial"/>
                <w:b/>
                <w:sz w:val="24"/>
                <w:szCs w:val="24"/>
                <w:lang w:val="English"/>
              </w:rPr>
              <w:t>Insufficient (0-4)</w:t>
            </w:r>
            <w:proofErr w:type="spellEnd"/>
          </w:p>
        </w:tc>
      </w:tr>
      <w:tr w:rsidRPr="0079164F" w:rsidR="0079164F" w:rsidTr="0079164F" w14:paraId="0CF899EC" w14:textId="77777777">
        <w:trPr>
          <w:cnfStyle w:val="000000100000" w:firstRow="0" w:lastRow="0" w:firstColumn="0" w:lastColumn="0" w:oddVBand="0" w:evenVBand="0" w:oddHBand="1"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198CAAE0" w14:textId="77777777">
            <w:pPr>
              <w:spacing w:line="360" w:lineRule="auto"/>
              <w:rPr>
                <w:rFonts w:ascii="Arial" w:hAnsi="Arial" w:cs="Arial"/>
                <w:b w:val="0"/>
                <w:bCs w:val="0"/>
                <w:sz w:val="24"/>
                <w:szCs w:val="24"/>
              </w:rPr>
            </w:pPr>
            <w:proofErr w:type="spellStart"/>
            <w:r w:rsidRPr="0079164F">
              <w:rPr>
                <w:rStyle w:val="Lodia"/>
                <w:rFonts w:ascii="Arial" w:hAnsi="Arial" w:cs="Arial"/>
                <w:b/>
                <w:sz w:val="24"/>
                <w:szCs w:val="24"/>
                <w:lang w:val="English"/>
              </w:rPr>
              <w:t>Basic programming</w:t>
            </w:r>
            <w:proofErr w:type="spellEnd"/>
            <w:proofErr w:type="spellStart"/>
            <w:proofErr w:type="spellEnd"/>
          </w:p>
        </w:tc>
        <w:tc>
          <w:tcPr>
            <w:tcW w:w="0" w:type="auto"/>
            <w:vAlign w:val="center"/>
            <w:hideMark/>
          </w:tcPr>
          <w:p w:rsidRPr="0079164F" w:rsidR="0079164F" w:rsidP="00F854F6" w:rsidRDefault="0079164F" w14:paraId="44841FE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autonomously programs highly complex sequences.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1BC7BFA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9164F">
              <w:rPr>
                <w:rFonts w:ascii="Arial" w:hAnsi="Arial" w:cs="Arial"/>
                <w:sz w:val="24"/>
                <w:szCs w:val="24"/>
                <w:lang w:val="English"/>
              </w:rPr>
              <w:t xml:space="preserve">Independently program pick &amp; place sequences.</w:t>
            </w:r>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5911078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Program basic movements with help.</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7D5A519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program the basic movements.</w:t>
            </w:r>
            <w:proofErr w:type="spellEnd"/>
            <w:proofErr w:type="spellStart"/>
            <w:proofErr w:type="spellEnd"/>
            <w:proofErr w:type="spellStart"/>
            <w:proofErr w:type="spellEnd"/>
            <w:proofErr w:type="spellStart"/>
            <w:proofErr w:type="spellEnd"/>
            <w:proofErr w:type="spellStart"/>
            <w:proofErr w:type="spellEnd"/>
          </w:p>
        </w:tc>
      </w:tr>
      <w:tr w:rsidRPr="0079164F" w:rsidR="0079164F" w:rsidTr="0079164F" w14:paraId="0C65D541" w14:textId="77777777">
        <w:trPr>
          <w:trHeight w:val="140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3835AFA7" w14:textId="77777777">
            <w:pPr>
              <w:spacing w:line="360" w:lineRule="auto"/>
              <w:rPr>
                <w:rFonts w:ascii="Arial" w:hAnsi="Arial" w:cs="Arial"/>
                <w:b w:val="0"/>
                <w:sz w:val="24"/>
                <w:szCs w:val="24"/>
              </w:rPr>
            </w:pPr>
            <w:r w:rsidRPr="0079164F">
              <w:rPr>
                <w:rStyle w:val="Lodia"/>
                <w:rFonts w:ascii="Arial" w:hAnsi="Arial" w:cs="Arial"/>
                <w:b/>
                <w:sz w:val="24"/>
                <w:szCs w:val="24"/>
                <w:lang w:val="English"/>
              </w:rPr>
              <w:t xml:space="preserve">Block programming</w:t>
            </w:r>
            <w:proofErr w:type="spellStart"/>
            <w:proofErr w:type="spellEnd"/>
            <w:proofErr w:type="spellStart"/>
            <w:proofErr w:type="spellEnd"/>
          </w:p>
        </w:tc>
        <w:tc>
          <w:tcPr>
            <w:tcW w:w="0" w:type="auto"/>
            <w:vAlign w:val="center"/>
            <w:hideMark/>
          </w:tcPr>
          <w:p w:rsidRPr="0079164F" w:rsidR="0079164F" w:rsidP="00F854F6" w:rsidRDefault="0079164F" w14:paraId="7EA066F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Apply advanced logic and conditions.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6A9C097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164F">
              <w:rPr>
                <w:rFonts w:ascii="Arial" w:hAnsi="Arial" w:cs="Arial"/>
                <w:sz w:val="24"/>
                <w:szCs w:val="24"/>
                <w:lang w:val="English"/>
              </w:rPr>
              <w:t xml:space="preserve">Use block programming efficiently.</w:t>
            </w:r>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7F25244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Use basic blocks.</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4EED9B2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He has difficulties in block programming.</w:t>
            </w:r>
            <w:proofErr w:type="spellEnd"/>
            <w:proofErr w:type="spellStart"/>
            <w:proofErr w:type="spellEnd"/>
            <w:proofErr w:type="spellStart"/>
            <w:proofErr w:type="spellEnd"/>
            <w:proofErr w:type="spellStart"/>
            <w:proofErr w:type="spellEnd"/>
          </w:p>
        </w:tc>
      </w:tr>
      <w:tr w:rsidRPr="0079164F" w:rsidR="0079164F" w:rsidTr="0079164F" w14:paraId="194E6764" w14:textId="77777777">
        <w:trPr>
          <w:cnfStyle w:val="000000100000" w:firstRow="0" w:lastRow="0" w:firstColumn="0" w:lastColumn="0" w:oddVBand="0" w:evenVBand="0" w:oddHBand="1" w:evenHBand="0" w:firstRowFirstColumn="0" w:firstRowLastColumn="0" w:lastRowFirstColumn="0" w:lastRowLastColumn="0"/>
          <w:trHeight w:val="16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79164F" w:rsidR="0079164F" w:rsidP="00F854F6" w:rsidRDefault="0079164F" w14:paraId="39B2C6ED" w14:textId="77777777">
            <w:pPr>
              <w:spacing w:line="360" w:lineRule="auto"/>
              <w:rPr>
                <w:rFonts w:ascii="Arial" w:hAnsi="Arial" w:cs="Arial"/>
                <w:b w:val="0"/>
                <w:sz w:val="24"/>
                <w:szCs w:val="24"/>
              </w:rPr>
            </w:pPr>
            <w:proofErr w:type="spellStart"/>
            <w:r w:rsidRPr="0079164F">
              <w:rPr>
                <w:rStyle w:val="Lodia"/>
                <w:rFonts w:ascii="Arial" w:hAnsi="Arial" w:cs="Arial"/>
                <w:b/>
                <w:sz w:val="24"/>
                <w:szCs w:val="24"/>
                <w:lang w:val="English"/>
              </w:rPr>
              <w:t>Security Settings</w:t>
            </w:r>
            <w:proofErr w:type="spellEnd"/>
            <w:proofErr w:type="spellStart"/>
            <w:proofErr w:type="spellEnd"/>
          </w:p>
        </w:tc>
        <w:tc>
          <w:tcPr>
            <w:tcW w:w="0" w:type="auto"/>
            <w:vAlign w:val="center"/>
            <w:hideMark/>
          </w:tcPr>
          <w:p w:rsidRPr="0079164F" w:rsidR="0079164F" w:rsidP="00F854F6" w:rsidRDefault="0079164F" w14:paraId="1A86414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commentRangeStart w:id="2"/>
            <w:proofErr w:type="spellStart"/>
            <w:r w:rsidRPr="0079164F">
              <w:rPr>
                <w:rFonts w:ascii="Arial" w:hAnsi="Arial" w:cs="Arial"/>
                <w:sz w:val="24"/>
                <w:szCs w:val="24"/>
                <w:lang w:val="English"/>
              </w:rPr>
              <w:t>Optimize security parameters based on the application.</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2B83DA3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Configure security settings appropriately.</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7C579FD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Establish basic security parameters.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489BBA7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79164F">
              <w:rPr>
                <w:rFonts w:ascii="Arial" w:hAnsi="Arial" w:cs="Arial"/>
                <w:sz w:val="24"/>
                <w:szCs w:val="24"/>
                <w:lang w:val="English"/>
              </w:rPr>
              <w:t xml:space="preserve">It does not establish security parameters.</w:t>
            </w:r>
            <w:proofErr w:type="spellStart"/>
            <w:proofErr w:type="spellEnd"/>
            <w:proofErr w:type="spellStart"/>
            <w:proofErr w:type="spellEnd"/>
            <w:proofErr w:type="spellStart"/>
            <w:proofErr w:type="spellEnd"/>
            <w:proofErr w:type="spellStart"/>
            <w:proofErr w:type="spellEnd"/>
            <w:commentRangeEnd w:id="2"/>
            <w:r>
              <w:rPr>
                <w:rStyle w:val="Iruzkinarenerreferentzia"/>
                <w:lang w:val="English"/>
              </w:rPr>
              <w:commentReference w:id="2"/>
            </w:r>
          </w:p>
        </w:tc>
      </w:tr>
    </w:tbl>
    <w:p w:rsidR="0079164F" w:rsidP="0079164F" w:rsidRDefault="0079164F" w14:paraId="6FE12537" w14:textId="77777777">
      <w:pPr>
        <w:pStyle w:val="1izenburua"/>
        <w:spacing w:line="360" w:lineRule="auto"/>
        <w:ind w:left="792"/>
        <w:rPr>
          <w:rFonts w:ascii="Arial" w:hAnsi="Arial" w:cs="Arial"/>
          <w:szCs w:val="24"/>
          <w:lang w:val="eu-ES"/>
        </w:rPr>
      </w:pPr>
    </w:p>
    <w:p w:rsidR="0079164F" w:rsidP="00395406" w:rsidRDefault="0079164F" w14:paraId="2B5DB088" w14:textId="77777777">
      <w:pPr>
        <w:pStyle w:val="1izenburua"/>
        <w:numPr>
          <w:ilvl w:val="1"/>
          <w:numId w:val="7"/>
        </w:numPr>
        <w:spacing w:line="360" w:lineRule="auto"/>
        <w:rPr>
          <w:rFonts w:ascii="Arial" w:hAnsi="Arial" w:cs="Arial"/>
          <w:szCs w:val="24"/>
          <w:lang w:val="eu-ES"/>
        </w:rPr>
      </w:pPr>
      <w:proofErr w:type="spellStart"/>
      <w:r w:rsidRPr="0079164F">
        <w:rPr>
          <w:rFonts w:ascii="Arial" w:hAnsi="Arial" w:cs="Arial"/>
          <w:szCs w:val="24"/>
          <w:lang w:val="English"/>
        </w:rPr>
        <w:t>Cognex Visual System Configuration</w:t>
      </w:r>
      <w:proofErr w:type="spellEnd"/>
    </w:p>
    <w:p w:rsidRPr="0079164F" w:rsidR="0079164F" w:rsidP="0079164F" w:rsidRDefault="0079164F" w14:paraId="444A2D7E" w14:textId="77777777">
      <w:pPr>
        <w:rPr>
          <w:lang w:val="eu-ES"/>
        </w:rPr>
      </w:pPr>
    </w:p>
    <w:tbl>
      <w:tblPr>
        <w:tblStyle w:val="5sareta-taulailuna-1enfasia"/>
        <w:tblW w:w="0" w:type="auto"/>
        <w:tblLook w:val="04A0" w:firstRow="1" w:lastRow="0" w:firstColumn="1" w:lastColumn="0" w:noHBand="0" w:noVBand="1"/>
      </w:tblPr>
      <w:tblGrid>
        <w:gridCol w:w="2089"/>
        <w:gridCol w:w="3260"/>
        <w:gridCol w:w="2652"/>
        <w:gridCol w:w="2586"/>
        <w:gridCol w:w="2124"/>
      </w:tblGrid>
      <w:tr w:rsidRPr="00F854F6" w:rsidR="0079164F" w:rsidTr="0079164F" w14:paraId="35AA46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854F6" w:rsidR="0079164F" w:rsidP="00F854F6" w:rsidRDefault="0079164F" w14:paraId="6CC01DAD"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hideMark/>
          </w:tcPr>
          <w:p w:rsidRPr="00F854F6" w:rsidR="0079164F" w:rsidP="00F854F6" w:rsidRDefault="0079164F" w14:paraId="213F6D10"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hideMark/>
          </w:tcPr>
          <w:p w:rsidRPr="00F854F6" w:rsidR="0079164F" w:rsidP="00F854F6" w:rsidRDefault="0079164F" w14:paraId="1947B1FE"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hideMark/>
          </w:tcPr>
          <w:p w:rsidRPr="00F854F6" w:rsidR="0079164F" w:rsidP="00F854F6" w:rsidRDefault="0079164F" w14:paraId="6E841312"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hideMark/>
          </w:tcPr>
          <w:p w:rsidRPr="00F854F6" w:rsidR="0079164F" w:rsidP="00F854F6" w:rsidRDefault="0079164F" w14:paraId="5BDC8369"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79164F" w:rsidR="0079164F" w:rsidTr="00F854F6" w14:paraId="5E4FE10F" w14:textId="77777777">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60582581"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Camera settings</w:t>
            </w:r>
            <w:proofErr w:type="spellEnd"/>
            <w:proofErr w:type="spellStart"/>
            <w:proofErr w:type="spellEnd"/>
          </w:p>
        </w:tc>
        <w:tc>
          <w:tcPr>
            <w:tcW w:w="0" w:type="auto"/>
            <w:vAlign w:val="center"/>
            <w:hideMark/>
          </w:tcPr>
          <w:p w:rsidRPr="0079164F" w:rsidR="0079164F" w:rsidP="00F854F6" w:rsidRDefault="0079164F" w14:paraId="30A3B9C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Optimizes light in different conditions.</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141AE10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Set up and calibrate the camera properly.</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6638C72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Do some basic setup with help.</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2B3D00A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set up the camera.</w:t>
            </w:r>
            <w:proofErr w:type="spellEnd"/>
            <w:proofErr w:type="spellStart"/>
            <w:proofErr w:type="spellEnd"/>
            <w:proofErr w:type="spellStart"/>
            <w:proofErr w:type="spellEnd"/>
          </w:p>
        </w:tc>
      </w:tr>
      <w:tr w:rsidRPr="0079164F" w:rsidR="0079164F" w:rsidTr="00F854F6" w14:paraId="6904A5CD" w14:textId="77777777">
        <w:trPr>
          <w:trHeight w:val="14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3979F216"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Object Detection</w:t>
            </w:r>
            <w:proofErr w:type="spellEnd"/>
            <w:proofErr w:type="spellStart"/>
            <w:proofErr w:type="spellEnd"/>
          </w:p>
        </w:tc>
        <w:tc>
          <w:tcPr>
            <w:tcW w:w="0" w:type="auto"/>
            <w:vAlign w:val="center"/>
            <w:hideMark/>
          </w:tcPr>
          <w:p w:rsidRPr="0079164F" w:rsidR="0079164F" w:rsidP="00F854F6" w:rsidRDefault="0079164F" w14:paraId="1649169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79164F">
              <w:rPr>
                <w:rFonts w:ascii="Arial" w:hAnsi="Arial" w:cs="Arial"/>
                <w:sz w:val="24"/>
                <w:szCs w:val="24"/>
                <w:lang w:val="English"/>
              </w:rPr>
              <w:t xml:space="preserve">It applies advanced shape and quality control algorithms.</w:t>
            </w:r>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CF3E46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Detects and classifies different objects.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38E764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Performs basic object detection.</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0B5C250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detect objects.</w:t>
            </w:r>
            <w:proofErr w:type="spellEnd"/>
            <w:proofErr w:type="spellStart"/>
            <w:proofErr w:type="spellEnd"/>
            <w:proofErr w:type="spellStart"/>
            <w:proofErr w:type="spellEnd"/>
            <w:proofErr w:type="spellStart"/>
            <w:proofErr w:type="spellEnd"/>
          </w:p>
        </w:tc>
      </w:tr>
      <w:tr w:rsidRPr="0079164F" w:rsidR="0079164F" w:rsidTr="00F854F6" w14:paraId="3DB9FC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72598EC6"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Integration</w:t>
            </w:r>
            <w:proofErr w:type="spellEnd"/>
          </w:p>
        </w:tc>
        <w:tc>
          <w:tcPr>
            <w:tcW w:w="0" w:type="auto"/>
            <w:vAlign w:val="center"/>
            <w:hideMark/>
          </w:tcPr>
          <w:p w:rsidRPr="0079164F" w:rsidR="0079164F" w:rsidP="00F854F6" w:rsidRDefault="0079164F" w14:paraId="70C731F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Integrates the visual system in an advanced way with other components.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24D4000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Integrates the visual system with the PLC and the robot.</w:t>
            </w:r>
            <w:proofErr w:type="spellEnd"/>
            <w:proofErr w:type="spellStart"/>
            <w:proofErr w:type="spellEnd"/>
            <w:proofErr w:type="spellStart"/>
            <w:proofErr w:type="spellEnd"/>
          </w:p>
        </w:tc>
        <w:tc>
          <w:tcPr>
            <w:tcW w:w="0" w:type="auto"/>
            <w:vAlign w:val="center"/>
            <w:hideMark/>
          </w:tcPr>
          <w:p w:rsidRPr="0079164F" w:rsidR="0079164F" w:rsidP="00F854F6" w:rsidRDefault="0079164F" w14:paraId="74121B2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79164F">
              <w:rPr>
                <w:rFonts w:ascii="Arial" w:hAnsi="Arial" w:cs="Arial"/>
                <w:sz w:val="24"/>
                <w:szCs w:val="24"/>
                <w:lang w:val="English"/>
              </w:rPr>
              <w:t>Basic integration is done with help.</w:t>
            </w:r>
            <w:proofErr w:type="spellEnd"/>
            <w:proofErr w:type="spellStart"/>
            <w:proofErr w:type="spellEnd"/>
            <w:proofErr w:type="spellStart"/>
            <w:proofErr w:type="spellEnd"/>
            <w:proofErr w:type="spellStart"/>
            <w:proofErr w:type="spellEnd"/>
          </w:p>
        </w:tc>
        <w:tc>
          <w:tcPr>
            <w:tcW w:w="0" w:type="auto"/>
            <w:vAlign w:val="center"/>
            <w:hideMark/>
          </w:tcPr>
          <w:p w:rsidRPr="0079164F" w:rsidR="0079164F" w:rsidP="00F854F6" w:rsidRDefault="0079164F" w14:paraId="75A7B43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79164F">
              <w:rPr>
                <w:rFonts w:ascii="Arial" w:hAnsi="Arial" w:cs="Arial"/>
                <w:sz w:val="24"/>
                <w:szCs w:val="24"/>
                <w:lang w:val="English"/>
              </w:rPr>
              <w:t>It does not integrate.</w:t>
            </w:r>
            <w:proofErr w:type="spellEnd"/>
            <w:proofErr w:type="spellStart"/>
            <w:proofErr w:type="spellEnd"/>
            <w:proofErr w:type="spellStart"/>
            <w:proofErr w:type="spellEnd"/>
          </w:p>
        </w:tc>
      </w:tr>
    </w:tbl>
    <w:p w:rsidR="00F854F6" w:rsidP="00F854F6" w:rsidRDefault="00F854F6" w14:paraId="232B9A15" w14:textId="77777777">
      <w:pPr>
        <w:pStyle w:val="3izenburua"/>
        <w:spacing w:line="360" w:lineRule="auto"/>
      </w:pPr>
    </w:p>
    <w:p w:rsidR="00F854F6" w:rsidP="00F854F6" w:rsidRDefault="00F854F6" w14:paraId="5AC2CA21" w14:textId="77777777"/>
    <w:p w:rsidR="00F854F6" w:rsidP="00F854F6" w:rsidRDefault="00F854F6" w14:paraId="7DD13E29" w14:textId="77777777"/>
    <w:p w:rsidR="00F854F6" w:rsidP="00F854F6" w:rsidRDefault="00F854F6" w14:paraId="5F4A937E" w14:textId="77777777"/>
    <w:p w:rsidR="00F854F6" w:rsidP="00F854F6" w:rsidRDefault="00F854F6" w14:paraId="4B09387E" w14:textId="77777777"/>
    <w:p w:rsidRPr="00F854F6" w:rsidR="00F854F6" w:rsidP="00F854F6" w:rsidRDefault="00F854F6" w14:paraId="3BC90CF2" w14:textId="77777777"/>
    <w:p w:rsidR="0079164F" w:rsidP="00395406" w:rsidRDefault="0079164F" w14:paraId="2B026B38" w14:textId="77777777">
      <w:pPr>
        <w:pStyle w:val="1izenburua"/>
        <w:numPr>
          <w:ilvl w:val="1"/>
          <w:numId w:val="7"/>
        </w:numPr>
        <w:spacing w:line="360" w:lineRule="auto"/>
        <w:rPr>
          <w:rFonts w:ascii="Arial" w:hAnsi="Arial" w:cs="Arial"/>
          <w:szCs w:val="24"/>
          <w:lang w:val="eu-ES"/>
        </w:rPr>
      </w:pPr>
      <w:proofErr w:type="spellStart"/>
      <w:r w:rsidRPr="00F854F6">
        <w:rPr>
          <w:rFonts w:ascii="Arial" w:hAnsi="Arial" w:cs="Arial"/>
          <w:szCs w:val="24"/>
          <w:lang w:val="English"/>
        </w:rPr>
        <w:t>MiR Mobile Robot Programming</w:t>
      </w:r>
      <w:proofErr w:type="spellEnd"/>
    </w:p>
    <w:p w:rsidRPr="00F854F6" w:rsidR="00F854F6" w:rsidP="00F854F6" w:rsidRDefault="00F854F6" w14:paraId="16D80BE1" w14:textId="77777777">
      <w:pPr>
        <w:rPr>
          <w:lang w:val="eu-ES"/>
        </w:rPr>
      </w:pPr>
    </w:p>
    <w:tbl>
      <w:tblPr>
        <w:tblStyle w:val="5sareta-taulailuna-1enfasia"/>
        <w:tblW w:w="0" w:type="auto"/>
        <w:tblLook w:val="04A0" w:firstRow="1" w:lastRow="0" w:firstColumn="1" w:lastColumn="0" w:noHBand="0" w:noVBand="1"/>
      </w:tblPr>
      <w:tblGrid>
        <w:gridCol w:w="2007"/>
        <w:gridCol w:w="2860"/>
        <w:gridCol w:w="3037"/>
        <w:gridCol w:w="2507"/>
        <w:gridCol w:w="2300"/>
      </w:tblGrid>
      <w:tr w:rsidRPr="00F854F6" w:rsidR="00F854F6" w:rsidTr="00F854F6" w14:paraId="1660C6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794C639E"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02969D09"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671326D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64C57493"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061608EB"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105CD6BA" w14:textId="77777777">
        <w:trPr>
          <w:cnfStyle w:val="000000100000" w:firstRow="0" w:lastRow="0" w:firstColumn="0" w:lastColumn="0" w:oddVBand="0" w:evenVBand="0" w:oddHBand="1" w:evenHBand="0"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19B9B533"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Navigation</w:t>
            </w:r>
            <w:proofErr w:type="spellEnd"/>
          </w:p>
        </w:tc>
        <w:tc>
          <w:tcPr>
            <w:tcW w:w="0" w:type="auto"/>
            <w:vAlign w:val="center"/>
            <w:hideMark/>
          </w:tcPr>
          <w:p w:rsidRPr="00F854F6" w:rsidR="0079164F" w:rsidP="00F854F6" w:rsidRDefault="0079164F" w14:paraId="04691FC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Create complex maps and optimize navigation.</w:t>
            </w:r>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FF3C16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Create the map and set up the navigation accordingly.</w:t>
            </w:r>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554F25D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Set up basic navigation.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586AB2D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doesn't set up navigation.</w:t>
            </w:r>
            <w:proofErr w:type="spellEnd"/>
            <w:proofErr w:type="spellStart"/>
            <w:proofErr w:type="spellEnd"/>
            <w:proofErr w:type="spellStart"/>
            <w:proofErr w:type="spellEnd"/>
          </w:p>
        </w:tc>
      </w:tr>
      <w:tr w:rsidRPr="00F854F6" w:rsidR="00F854F6" w:rsidTr="00F854F6" w14:paraId="461FC9CD" w14:textId="77777777">
        <w:trPr>
          <w:trHeight w:val="18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54A65C82"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Mission programming</w:t>
            </w:r>
            <w:proofErr w:type="spellEnd"/>
            <w:proofErr w:type="spellStart"/>
            <w:proofErr w:type="spellEnd"/>
          </w:p>
        </w:tc>
        <w:tc>
          <w:tcPr>
            <w:tcW w:w="0" w:type="auto"/>
            <w:vAlign w:val="center"/>
            <w:hideMark/>
          </w:tcPr>
          <w:p w:rsidRPr="00F854F6" w:rsidR="0079164F" w:rsidP="00F854F6" w:rsidRDefault="0079164F" w14:paraId="0D37D73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Program complex and conditioned missions.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3249549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Program basic missions.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23E1FD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Program simple missions with help.</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645904F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He does not schedule missions.</w:t>
            </w:r>
            <w:proofErr w:type="spellEnd"/>
            <w:proofErr w:type="spellStart"/>
            <w:proofErr w:type="spellEnd"/>
            <w:proofErr w:type="spellStart"/>
            <w:proofErr w:type="spellEnd"/>
            <w:proofErr w:type="spellStart"/>
            <w:proofErr w:type="spellEnd"/>
          </w:p>
        </w:tc>
      </w:tr>
      <w:tr w:rsidRPr="00F854F6" w:rsidR="00F854F6" w:rsidTr="00F854F6" w14:paraId="513B87A0" w14:textId="77777777">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4C8D8A0D" w14:textId="77777777">
            <w:pPr>
              <w:spacing w:line="360" w:lineRule="auto"/>
              <w:rPr>
                <w:rFonts w:ascii="Arial" w:hAnsi="Arial" w:cs="Arial"/>
                <w:b w:val="0"/>
                <w:sz w:val="24"/>
                <w:szCs w:val="24"/>
              </w:rPr>
            </w:pPr>
            <w:r w:rsidRPr="00F854F6">
              <w:rPr>
                <w:rStyle w:val="Lodia"/>
                <w:rFonts w:ascii="Arial" w:hAnsi="Arial" w:cs="Arial"/>
                <w:b/>
                <w:sz w:val="24"/>
                <w:szCs w:val="24"/>
                <w:lang w:val="English"/>
              </w:rPr>
              <w:t xml:space="preserve">Fleet kudeaketa</w:t>
            </w:r>
            <w:proofErr w:type="spellStart"/>
            <w:proofErr w:type="spellEnd"/>
          </w:p>
        </w:tc>
        <w:tc>
          <w:tcPr>
            <w:tcW w:w="0" w:type="auto"/>
            <w:vAlign w:val="center"/>
            <w:hideMark/>
          </w:tcPr>
          <w:p w:rsidRPr="00F854F6" w:rsidR="0079164F" w:rsidP="00F854F6" w:rsidRDefault="0079164F" w14:paraId="6CF5E09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Coordinates the robotic fleet.</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2FB7340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54F6">
              <w:rPr>
                <w:rFonts w:ascii="Arial" w:hAnsi="Arial" w:cs="Arial"/>
                <w:sz w:val="24"/>
                <w:szCs w:val="24"/>
                <w:lang w:val="English"/>
              </w:rPr>
              <w:t xml:space="preserve">Manage the single robot efficiently.</w:t>
            </w:r>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2543C46"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Performs basic robot management.</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14991EB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It does not manage the robot.</w:t>
            </w:r>
            <w:proofErr w:type="spellStart"/>
            <w:proofErr w:type="spellEnd"/>
            <w:proofErr w:type="spellStart"/>
            <w:proofErr w:type="spellEnd"/>
            <w:proofErr w:type="spellStart"/>
            <w:proofErr w:type="spellEnd"/>
          </w:p>
        </w:tc>
      </w:tr>
    </w:tbl>
    <w:p w:rsidR="0079164F" w:rsidP="00395406" w:rsidRDefault="0079164F" w14:paraId="73CEF3B7" w14:textId="77777777">
      <w:pPr>
        <w:pStyle w:val="1izenburua"/>
        <w:numPr>
          <w:ilvl w:val="0"/>
          <w:numId w:val="7"/>
        </w:numPr>
        <w:spacing w:line="360" w:lineRule="auto"/>
        <w:rPr>
          <w:rFonts w:ascii="Arial" w:hAnsi="Arial" w:cs="Arial"/>
          <w:szCs w:val="24"/>
          <w:lang w:val="eu-ES"/>
        </w:rPr>
      </w:pPr>
      <w:r w:rsidRPr="00F854F6">
        <w:rPr>
          <w:rFonts w:ascii="Arial" w:hAnsi="Arial" w:cs="Arial"/>
          <w:szCs w:val="24"/>
          <w:lang w:val="English"/>
        </w:rPr>
        <w:lastRenderedPageBreak/>
        <w:t>PRACTICAL APPLICATION CHART</w:t>
      </w:r>
    </w:p>
    <w:p w:rsidRPr="00F854F6" w:rsidR="00F854F6" w:rsidP="00F854F6" w:rsidRDefault="00F854F6" w14:paraId="6568B794" w14:textId="77777777">
      <w:pPr>
        <w:rPr>
          <w:lang w:val="eu-ES"/>
        </w:rPr>
      </w:pPr>
    </w:p>
    <w:p w:rsidR="0079164F" w:rsidP="00395406" w:rsidRDefault="0079164F" w14:paraId="7D578B98"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t>System Integration</w:t>
      </w:r>
    </w:p>
    <w:p w:rsidRPr="00F854F6" w:rsidR="00F854F6" w:rsidP="00F854F6" w:rsidRDefault="00F854F6" w14:paraId="22933677" w14:textId="77777777">
      <w:pPr>
        <w:rPr>
          <w:lang w:val="eu-ES"/>
        </w:rPr>
      </w:pPr>
    </w:p>
    <w:tbl>
      <w:tblPr>
        <w:tblStyle w:val="5sareta-taulailuna-1enfasia"/>
        <w:tblW w:w="0" w:type="auto"/>
        <w:tblLook w:val="04A0" w:firstRow="1" w:lastRow="0" w:firstColumn="1" w:lastColumn="0" w:noHBand="0" w:noVBand="1"/>
      </w:tblPr>
      <w:tblGrid>
        <w:gridCol w:w="2264"/>
        <w:gridCol w:w="2900"/>
        <w:gridCol w:w="2543"/>
        <w:gridCol w:w="2753"/>
        <w:gridCol w:w="2251"/>
      </w:tblGrid>
      <w:tr w:rsidRPr="00F854F6" w:rsidR="00F854F6" w:rsidTr="00F854F6" w14:paraId="04114DB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049D2A9B"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1C7838B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4B24144D"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422BAFAE"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20FF7AA8"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66810F02" w14:textId="77777777">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6DEE7F4"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Communication between components</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5075554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All ingredients communicate optimally.</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05481B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All ingredients communicate properly.</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5023BC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Basic communication is achieved with help.</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1BC0E6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There is no adequate communication.</w:t>
            </w:r>
            <w:proofErr w:type="spellEnd"/>
            <w:proofErr w:type="spellStart"/>
            <w:proofErr w:type="spellEnd"/>
            <w:proofErr w:type="spellStart"/>
            <w:proofErr w:type="spellEnd"/>
          </w:p>
        </w:tc>
      </w:tr>
      <w:tr w:rsidRPr="00F854F6" w:rsidR="00F854F6" w:rsidTr="00F854F6" w14:paraId="2A247B47" w14:textId="77777777">
        <w:trPr>
          <w:trHeight w:val="16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0029A329"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Sequence coordination</w:t>
            </w:r>
            <w:proofErr w:type="spellEnd"/>
            <w:proofErr w:type="spellStart"/>
            <w:proofErr w:type="spellEnd"/>
          </w:p>
        </w:tc>
        <w:tc>
          <w:tcPr>
            <w:tcW w:w="0" w:type="auto"/>
            <w:vAlign w:val="center"/>
            <w:hideMark/>
          </w:tcPr>
          <w:p w:rsidRPr="00F854F6" w:rsidR="0079164F" w:rsidP="00F854F6" w:rsidRDefault="0079164F" w14:paraId="586510C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Coordinates complex sequences autonomously.</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38421EB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Properly coordinate the sequences.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5BA1ABC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Coordinates basic sequences.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64479B7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coordinate the sequences.</w:t>
            </w:r>
            <w:proofErr w:type="spellEnd"/>
            <w:proofErr w:type="spellStart"/>
            <w:proofErr w:type="spellEnd"/>
            <w:proofErr w:type="spellStart"/>
            <w:proofErr w:type="spellEnd"/>
            <w:proofErr w:type="spellStart"/>
            <w:proofErr w:type="spellEnd"/>
          </w:p>
        </w:tc>
      </w:tr>
      <w:tr w:rsidRPr="00F854F6" w:rsidR="00F854F6" w:rsidTr="00F854F6" w14:paraId="4391BA1A" w14:textId="77777777">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549A121B"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Arazo ebazpena</w:t>
            </w:r>
            <w:proofErr w:type="spellEnd"/>
            <w:proofErr w:type="spellStart"/>
            <w:proofErr w:type="spellEnd"/>
          </w:p>
        </w:tc>
        <w:tc>
          <w:tcPr>
            <w:tcW w:w="0" w:type="auto"/>
            <w:vAlign w:val="center"/>
            <w:hideMark/>
          </w:tcPr>
          <w:p w:rsidRPr="00F854F6" w:rsidR="0079164F" w:rsidP="00F854F6" w:rsidRDefault="0079164F" w14:paraId="35B5824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Solve complex problems autonomously.</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F54C4C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Troubleshoot normal issues.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20DC2F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Solve simple problems with help.</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4FE1C5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doesn't solve problems.</w:t>
            </w:r>
            <w:proofErr w:type="spellEnd"/>
            <w:proofErr w:type="spellStart"/>
            <w:proofErr w:type="spellEnd"/>
            <w:proofErr w:type="spellStart"/>
            <w:proofErr w:type="spellEnd"/>
            <w:proofErr w:type="spellStart"/>
            <w:proofErr w:type="spellEnd"/>
          </w:p>
        </w:tc>
      </w:tr>
    </w:tbl>
    <w:p w:rsidR="0079164F" w:rsidP="00395406" w:rsidRDefault="0079164F" w14:paraId="489D4D63"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lastRenderedPageBreak/>
        <w:t>Integrated Project</w:t>
      </w:r>
    </w:p>
    <w:p w:rsidR="00F854F6" w:rsidP="00F854F6" w:rsidRDefault="00F854F6" w14:paraId="55AEB5EA" w14:textId="77777777">
      <w:pPr>
        <w:rPr>
          <w:lang w:val="eu-ES"/>
        </w:rPr>
      </w:pPr>
    </w:p>
    <w:p w:rsidRPr="00F854F6" w:rsidR="00F854F6" w:rsidP="00F854F6" w:rsidRDefault="00F854F6" w14:paraId="2A85C1E1" w14:textId="77777777">
      <w:pPr>
        <w:rPr>
          <w:lang w:val="eu-ES"/>
        </w:rPr>
      </w:pPr>
    </w:p>
    <w:tbl>
      <w:tblPr>
        <w:tblStyle w:val="5sareta-taulailuna-1enfasia"/>
        <w:tblW w:w="0" w:type="auto"/>
        <w:tblLook w:val="04A0" w:firstRow="1" w:lastRow="0" w:firstColumn="1" w:lastColumn="0" w:noHBand="0" w:noVBand="1"/>
      </w:tblPr>
      <w:tblGrid>
        <w:gridCol w:w="2062"/>
        <w:gridCol w:w="3118"/>
        <w:gridCol w:w="2315"/>
        <w:gridCol w:w="2659"/>
        <w:gridCol w:w="2557"/>
      </w:tblGrid>
      <w:tr w:rsidRPr="00F854F6" w:rsidR="00F854F6" w:rsidTr="00F854F6" w14:paraId="7DCC0A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686B8F7B"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016C4B1D"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328A3A7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7BF14057"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713E4AE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7847E21F" w14:textId="77777777">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17A9C2D4"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Planning</w:t>
            </w:r>
            <w:proofErr w:type="spellEnd"/>
          </w:p>
        </w:tc>
        <w:tc>
          <w:tcPr>
            <w:tcW w:w="0" w:type="auto"/>
            <w:vAlign w:val="center"/>
            <w:hideMark/>
          </w:tcPr>
          <w:p w:rsidRPr="00F854F6" w:rsidR="0079164F" w:rsidP="00F854F6" w:rsidRDefault="0079164F" w14:paraId="66A4047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Make a concrete and realistic project plan.</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3D4C7E6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Carry out the project plan properly.</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3A9A3D9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Do some basic planning.</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4A3898B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He does not plan.</w:t>
            </w:r>
            <w:proofErr w:type="spellEnd"/>
            <w:proofErr w:type="spellStart"/>
            <w:proofErr w:type="spellEnd"/>
            <w:proofErr w:type="spellStart"/>
            <w:proofErr w:type="spellEnd"/>
          </w:p>
        </w:tc>
      </w:tr>
      <w:tr w:rsidRPr="00F854F6" w:rsidR="00F854F6" w:rsidTr="00F854F6" w14:paraId="7290CAEE" w14:textId="77777777">
        <w:trPr>
          <w:trHeight w:val="15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78BAB532"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Execution</w:t>
            </w:r>
            <w:proofErr w:type="spellEnd"/>
          </w:p>
        </w:tc>
        <w:tc>
          <w:tcPr>
            <w:tcW w:w="0" w:type="auto"/>
            <w:vAlign w:val="center"/>
            <w:hideMark/>
          </w:tcPr>
          <w:p w:rsidRPr="00F854F6" w:rsidR="0079164F" w:rsidP="00F854F6" w:rsidRDefault="0079164F" w14:paraId="2DC63BC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Execute the project with optimal time and quality.</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8EFD11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Execute the project correctly.</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1335B8C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Execute the project with the help.</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0EFF489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execute any projects.</w:t>
            </w:r>
            <w:proofErr w:type="spellEnd"/>
            <w:proofErr w:type="spellStart"/>
            <w:proofErr w:type="spellEnd"/>
            <w:proofErr w:type="spellStart"/>
            <w:proofErr w:type="spellEnd"/>
          </w:p>
        </w:tc>
      </w:tr>
      <w:tr w:rsidRPr="00F854F6" w:rsidR="00F854F6" w:rsidTr="00F854F6" w14:paraId="73C855CF" w14:textId="77777777">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37C5F2E4"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Resource Management</w:t>
            </w:r>
            <w:proofErr w:type="spellEnd"/>
            <w:proofErr w:type="spellStart"/>
            <w:proofErr w:type="spellEnd"/>
          </w:p>
        </w:tc>
        <w:tc>
          <w:tcPr>
            <w:tcW w:w="0" w:type="auto"/>
            <w:vAlign w:val="center"/>
            <w:hideMark/>
          </w:tcPr>
          <w:p w:rsidRPr="00F854F6" w:rsidR="0079164F" w:rsidP="00F854F6" w:rsidRDefault="0079164F" w14:paraId="4003D3F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Use resources optimally.</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6DE895D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Use resources appropriately.</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EC8EF1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Use resources with help.</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D87F4D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It does not use resources properly.</w:t>
            </w:r>
            <w:proofErr w:type="spellStart"/>
            <w:proofErr w:type="spellEnd"/>
            <w:proofErr w:type="spellStart"/>
            <w:proofErr w:type="spellEnd"/>
            <w:proofErr w:type="spellStart"/>
            <w:proofErr w:type="spellEnd"/>
            <w:proofErr w:type="spellStart"/>
            <w:proofErr w:type="spellEnd"/>
          </w:p>
        </w:tc>
      </w:tr>
    </w:tbl>
    <w:p w:rsidR="00F854F6" w:rsidP="00F854F6" w:rsidRDefault="00F854F6" w14:paraId="6790DC82" w14:textId="77777777">
      <w:pPr>
        <w:pStyle w:val="1izenburua"/>
        <w:spacing w:line="360" w:lineRule="auto"/>
        <w:rPr>
          <w:rFonts w:ascii="Arial" w:hAnsi="Arial" w:cs="Arial"/>
          <w:szCs w:val="24"/>
          <w:lang w:val="eu-ES"/>
        </w:rPr>
      </w:pPr>
    </w:p>
    <w:p w:rsidR="00F854F6" w:rsidRDefault="00F854F6" w14:paraId="3B68603D" w14:textId="77777777">
      <w:pPr>
        <w:rPr>
          <w:rFonts w:ascii="Arial" w:hAnsi="Arial" w:cs="Arial" w:eastAsiaTheme="majorEastAsia"/>
          <w:b/>
          <w:bCs/>
          <w:color w:val="365F91" w:themeColor="accent1" w:themeShade="BF"/>
          <w:sz w:val="28"/>
          <w:szCs w:val="24"/>
          <w:lang w:val="eu-ES"/>
        </w:rPr>
      </w:pPr>
      <w:r>
        <w:rPr>
          <w:rFonts w:ascii="Arial" w:hAnsi="Arial" w:cs="Arial"/>
          <w:szCs w:val="24"/>
          <w:lang w:val="English"/>
        </w:rPr>
        <w:br w:type="page"/>
      </w:r>
    </w:p>
    <w:p w:rsidRPr="00F854F6" w:rsidR="0079164F" w:rsidP="00395406" w:rsidRDefault="0079164F" w14:paraId="2E40C50D" w14:textId="77777777">
      <w:pPr>
        <w:pStyle w:val="1izenburua"/>
        <w:numPr>
          <w:ilvl w:val="0"/>
          <w:numId w:val="7"/>
        </w:numPr>
        <w:spacing w:line="360" w:lineRule="auto"/>
        <w:rPr>
          <w:rFonts w:ascii="Arial" w:hAnsi="Arial" w:cs="Arial"/>
          <w:szCs w:val="24"/>
          <w:lang w:val="eu-ES"/>
        </w:rPr>
      </w:pPr>
      <w:r w:rsidRPr="00F854F6">
        <w:rPr>
          <w:rFonts w:ascii="Arial" w:hAnsi="Arial" w:cs="Arial"/>
          <w:szCs w:val="24"/>
          <w:lang w:val="English"/>
        </w:rPr>
        <w:lastRenderedPageBreak/>
        <w:t>DOCUMENTATION CHART</w:t>
      </w:r>
    </w:p>
    <w:p w:rsidR="0079164F" w:rsidP="00395406" w:rsidRDefault="0079164F" w14:paraId="05D442BE"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t>Technical Report</w:t>
      </w:r>
    </w:p>
    <w:p w:rsidRPr="00F854F6" w:rsidR="00F854F6" w:rsidP="00F854F6" w:rsidRDefault="00F854F6" w14:paraId="3B111D49" w14:textId="77777777">
      <w:pPr>
        <w:rPr>
          <w:lang w:val="eu-ES"/>
        </w:rPr>
      </w:pPr>
    </w:p>
    <w:tbl>
      <w:tblPr>
        <w:tblStyle w:val="5sareta-taulailuna-1enfasia"/>
        <w:tblW w:w="0" w:type="auto"/>
        <w:tblLook w:val="04A0" w:firstRow="1" w:lastRow="0" w:firstColumn="1" w:lastColumn="0" w:noHBand="0" w:noVBand="1"/>
      </w:tblPr>
      <w:tblGrid>
        <w:gridCol w:w="1945"/>
        <w:gridCol w:w="2808"/>
        <w:gridCol w:w="2654"/>
        <w:gridCol w:w="2430"/>
        <w:gridCol w:w="2874"/>
      </w:tblGrid>
      <w:tr w:rsidRPr="00F854F6" w:rsidR="00F854F6" w:rsidTr="00F854F6" w14:paraId="3D4F77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1A9D3E15"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1D6366D3"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096C732A"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208AC2D0"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0660740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485CC902" w14:textId="77777777">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CB1C05E"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Technical content</w:t>
            </w:r>
            <w:proofErr w:type="spellEnd"/>
            <w:proofErr w:type="spellStart"/>
            <w:proofErr w:type="spellEnd"/>
          </w:p>
        </w:tc>
        <w:tc>
          <w:tcPr>
            <w:tcW w:w="0" w:type="auto"/>
            <w:vAlign w:val="center"/>
            <w:hideMark/>
          </w:tcPr>
          <w:p w:rsidRPr="00F854F6" w:rsidR="0079164F" w:rsidP="00F854F6" w:rsidRDefault="0079164F" w14:paraId="3A2D91CB"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Accurate and comprehensive technical information.</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13EE2B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Adequate and clear technical information.</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648BD194"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technical information.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2F411D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Poor or erroneous technical information.</w:t>
            </w:r>
            <w:proofErr w:type="spellEnd"/>
            <w:proofErr w:type="spellStart"/>
            <w:proofErr w:type="spellEnd"/>
            <w:proofErr w:type="spellStart"/>
            <w:proofErr w:type="spellEnd"/>
            <w:proofErr w:type="spellStart"/>
            <w:proofErr w:type="spellEnd"/>
            <w:proofErr w:type="spellStart"/>
            <w:proofErr w:type="spellEnd"/>
          </w:p>
        </w:tc>
      </w:tr>
      <w:tr w:rsidRPr="00F854F6" w:rsidR="00F854F6" w:rsidTr="00F854F6" w14:paraId="4A375AC3" w14:textId="77777777">
        <w:trPr>
          <w:trHeight w:val="14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A982725"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Structure and organization</w:t>
            </w:r>
            <w:proofErr w:type="spellEnd"/>
            <w:proofErr w:type="spellStart"/>
            <w:proofErr w:type="spellEnd"/>
          </w:p>
        </w:tc>
        <w:tc>
          <w:tcPr>
            <w:tcW w:w="0" w:type="auto"/>
            <w:vAlign w:val="center"/>
            <w:hideMark/>
          </w:tcPr>
          <w:p w:rsidRPr="00F854F6" w:rsidR="0079164F" w:rsidP="00F854F6" w:rsidRDefault="0079164F" w14:paraId="2A2292F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Logical and professional structure.</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0B6D672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Good structure and understandable.</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7F1BE17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structure.</w:t>
            </w:r>
            <w:proofErr w:type="spellEnd"/>
            <w:proofErr w:type="spellStart"/>
            <w:proofErr w:type="spellEnd"/>
          </w:p>
        </w:tc>
        <w:tc>
          <w:tcPr>
            <w:tcW w:w="0" w:type="auto"/>
            <w:vAlign w:val="center"/>
            <w:hideMark/>
          </w:tcPr>
          <w:p w:rsidRPr="00F854F6" w:rsidR="0079164F" w:rsidP="00F854F6" w:rsidRDefault="0079164F" w14:paraId="6BA5944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Unholy or unclear structure.</w:t>
            </w:r>
            <w:proofErr w:type="spellEnd"/>
            <w:proofErr w:type="spellStart"/>
            <w:proofErr w:type="spellEnd"/>
            <w:proofErr w:type="spellStart"/>
            <w:proofErr w:type="spellEnd"/>
            <w:proofErr w:type="spellStart"/>
            <w:proofErr w:type="spellEnd"/>
            <w:proofErr w:type="spellStart"/>
            <w:proofErr w:type="spellEnd"/>
          </w:p>
        </w:tc>
      </w:tr>
      <w:tr w:rsidRPr="00F854F6" w:rsidR="00F854F6" w:rsidTr="00F854F6" w14:paraId="65960FCA" w14:textId="77777777">
        <w:trPr>
          <w:cnfStyle w:val="000000100000" w:firstRow="0" w:lastRow="0" w:firstColumn="0" w:lastColumn="0" w:oddVBand="0" w:evenVBand="0" w:oddHBand="1" w:evenHBand="0" w:firstRowFirstColumn="0" w:firstRowLastColumn="0" w:lastRowFirstColumn="0" w:lastRowLastColumn="0"/>
          <w:trHeight w:val="16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48A1D05E"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Technical language</w:t>
            </w:r>
            <w:proofErr w:type="spellEnd"/>
            <w:proofErr w:type="spellStart"/>
            <w:proofErr w:type="spellEnd"/>
          </w:p>
        </w:tc>
        <w:tc>
          <w:tcPr>
            <w:tcW w:w="0" w:type="auto"/>
            <w:vAlign w:val="center"/>
            <w:hideMark/>
          </w:tcPr>
          <w:p w:rsidRPr="00F854F6" w:rsidR="0079164F" w:rsidP="00F854F6" w:rsidRDefault="0079164F" w14:paraId="02C384B6"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Technical terminology well used.</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1C6F67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Appropriate technical terminology.</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8E8E2A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technical terminology.</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494B375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Inadequate technical terminology.</w:t>
            </w:r>
            <w:proofErr w:type="spellEnd"/>
            <w:proofErr w:type="spellStart"/>
            <w:proofErr w:type="spellEnd"/>
            <w:proofErr w:type="spellStart"/>
            <w:proofErr w:type="spellEnd"/>
            <w:proofErr w:type="spellStart"/>
            <w:proofErr w:type="spellEnd"/>
          </w:p>
        </w:tc>
      </w:tr>
    </w:tbl>
    <w:p w:rsidR="00F854F6" w:rsidP="00F854F6" w:rsidRDefault="00F854F6" w14:paraId="48E8B1C4" w14:textId="77777777">
      <w:pPr>
        <w:pStyle w:val="1izenburua"/>
        <w:spacing w:line="360" w:lineRule="auto"/>
        <w:rPr>
          <w:rFonts w:ascii="Arial" w:hAnsi="Arial" w:cs="Arial"/>
          <w:szCs w:val="24"/>
          <w:lang w:val="eu-ES"/>
        </w:rPr>
      </w:pPr>
    </w:p>
    <w:p w:rsidR="00F854F6" w:rsidRDefault="00F854F6" w14:paraId="21F88FEF" w14:textId="77777777">
      <w:pPr>
        <w:rPr>
          <w:rFonts w:ascii="Arial" w:hAnsi="Arial" w:cs="Arial" w:eastAsiaTheme="majorEastAsia"/>
          <w:b/>
          <w:bCs/>
          <w:color w:val="365F91" w:themeColor="accent1" w:themeShade="BF"/>
          <w:sz w:val="28"/>
          <w:szCs w:val="24"/>
          <w:lang w:val="eu-ES"/>
        </w:rPr>
      </w:pPr>
      <w:r>
        <w:rPr>
          <w:rFonts w:ascii="Arial" w:hAnsi="Arial" w:cs="Arial"/>
          <w:szCs w:val="24"/>
          <w:lang w:val="English"/>
        </w:rPr>
        <w:br w:type="page"/>
      </w:r>
    </w:p>
    <w:p w:rsidR="0079164F" w:rsidP="00395406" w:rsidRDefault="0079164F" w14:paraId="57B69499"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lastRenderedPageBreak/>
        <w:t>Presentation</w:t>
      </w:r>
    </w:p>
    <w:p w:rsidRPr="00F854F6" w:rsidR="00F854F6" w:rsidP="00F854F6" w:rsidRDefault="00F854F6" w14:paraId="126F8415" w14:textId="77777777">
      <w:pPr>
        <w:rPr>
          <w:lang w:val="eu-ES"/>
        </w:rPr>
      </w:pPr>
    </w:p>
    <w:tbl>
      <w:tblPr>
        <w:tblStyle w:val="5sareta-taulailuna-1enfasia"/>
        <w:tblW w:w="0" w:type="auto"/>
        <w:tblLook w:val="04A0" w:firstRow="1" w:lastRow="0" w:firstColumn="1" w:lastColumn="0" w:noHBand="0" w:noVBand="1"/>
      </w:tblPr>
      <w:tblGrid>
        <w:gridCol w:w="2079"/>
        <w:gridCol w:w="3472"/>
        <w:gridCol w:w="2267"/>
        <w:gridCol w:w="2369"/>
        <w:gridCol w:w="2524"/>
      </w:tblGrid>
      <w:tr w:rsidRPr="00F854F6" w:rsidR="00F854F6" w:rsidTr="00F854F6" w14:paraId="7B29D6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5B2ACC94"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13F73764"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0E14A0D7"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486B23B5"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5145BB28"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0F0A7EC6" w14:textId="77777777">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0F1CBECE"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Communicative competence</w:t>
            </w:r>
            <w:proofErr w:type="spellEnd"/>
            <w:proofErr w:type="spellStart"/>
            <w:proofErr w:type="spellEnd"/>
          </w:p>
        </w:tc>
        <w:tc>
          <w:tcPr>
            <w:tcW w:w="0" w:type="auto"/>
            <w:vAlign w:val="center"/>
            <w:hideMark/>
          </w:tcPr>
          <w:p w:rsidRPr="00F854F6" w:rsidR="0079164F" w:rsidP="00F854F6" w:rsidRDefault="0079164F" w14:paraId="5CD09B4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Light, strength and conviction.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49E3019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Good and understandable communication.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24BFBF5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communication.</w:t>
            </w:r>
            <w:proofErr w:type="spellEnd"/>
            <w:proofErr w:type="spellStart"/>
            <w:proofErr w:type="spellEnd"/>
          </w:p>
        </w:tc>
        <w:tc>
          <w:tcPr>
            <w:tcW w:w="0" w:type="auto"/>
            <w:vAlign w:val="center"/>
            <w:hideMark/>
          </w:tcPr>
          <w:p w:rsidRPr="00F854F6" w:rsidR="0079164F" w:rsidP="00F854F6" w:rsidRDefault="0079164F" w14:paraId="6B1B3D4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Poor or unclear communication.</w:t>
            </w:r>
            <w:proofErr w:type="spellEnd"/>
            <w:proofErr w:type="spellStart"/>
            <w:proofErr w:type="spellEnd"/>
            <w:proofErr w:type="spellStart"/>
            <w:proofErr w:type="spellEnd"/>
            <w:proofErr w:type="spellStart"/>
            <w:proofErr w:type="spellEnd"/>
            <w:proofErr w:type="spellStart"/>
            <w:proofErr w:type="spellEnd"/>
          </w:p>
        </w:tc>
      </w:tr>
      <w:tr w:rsidRPr="00F854F6" w:rsidR="00F854F6" w:rsidTr="00F854F6" w14:paraId="76B1DECC" w14:textId="77777777">
        <w:trPr>
          <w:trHeight w:val="15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0AE2B67"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Visual Resources</w:t>
            </w:r>
            <w:proofErr w:type="spellEnd"/>
            <w:proofErr w:type="spellStart"/>
            <w:proofErr w:type="spellEnd"/>
          </w:p>
        </w:tc>
        <w:tc>
          <w:tcPr>
            <w:tcW w:w="0" w:type="auto"/>
            <w:vAlign w:val="center"/>
            <w:hideMark/>
          </w:tcPr>
          <w:p w:rsidRPr="00F854F6" w:rsidR="0079164F" w:rsidP="00F854F6" w:rsidRDefault="0079164F" w14:paraId="54C3CE1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Professional and attractive visual resources.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76C6CAC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Appropriate visual resources.</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435E46D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visual resources.</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12D0FE2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Scarce or inadequate visual resources.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r>
      <w:tr w:rsidRPr="00F854F6" w:rsidR="00F854F6" w:rsidTr="00F854F6" w14:paraId="4144B448" w14:textId="77777777">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0BD3BC3"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Question Management</w:t>
            </w:r>
            <w:proofErr w:type="spellEnd"/>
            <w:proofErr w:type="spellStart"/>
            <w:proofErr w:type="spellEnd"/>
          </w:p>
        </w:tc>
        <w:tc>
          <w:tcPr>
            <w:tcW w:w="0" w:type="auto"/>
            <w:vAlign w:val="center"/>
            <w:hideMark/>
          </w:tcPr>
          <w:p w:rsidRPr="00F854F6" w:rsidR="0079164F" w:rsidP="00F854F6" w:rsidRDefault="0079164F" w14:paraId="16AA60D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Answer questions professionally and thoroughly.</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152BA8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Respond appropriately to questions.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7DCAA861"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Answer simple questions.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62AA7B2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He does not answer questions.</w:t>
            </w:r>
            <w:proofErr w:type="spellEnd"/>
            <w:proofErr w:type="spellStart"/>
            <w:proofErr w:type="spellEnd"/>
            <w:proofErr w:type="spellStart"/>
            <w:proofErr w:type="spellEnd"/>
            <w:proofErr w:type="spellStart"/>
            <w:proofErr w:type="spellEnd"/>
          </w:p>
        </w:tc>
      </w:tr>
    </w:tbl>
    <w:p w:rsidR="00F854F6" w:rsidP="00F854F6" w:rsidRDefault="00F854F6" w14:paraId="03C511D1" w14:textId="77777777">
      <w:pPr>
        <w:pStyle w:val="1izenburua"/>
        <w:spacing w:line="360" w:lineRule="auto"/>
        <w:rPr>
          <w:rFonts w:ascii="Arial" w:hAnsi="Arial" w:cs="Arial"/>
          <w:szCs w:val="24"/>
          <w:lang w:val="eu-ES"/>
        </w:rPr>
      </w:pPr>
    </w:p>
    <w:p w:rsidR="00F854F6" w:rsidRDefault="00F854F6" w14:paraId="3A49225E" w14:textId="77777777">
      <w:pPr>
        <w:rPr>
          <w:rFonts w:ascii="Arial" w:hAnsi="Arial" w:cs="Arial" w:eastAsiaTheme="majorEastAsia"/>
          <w:b/>
          <w:bCs/>
          <w:color w:val="365F91" w:themeColor="accent1" w:themeShade="BF"/>
          <w:sz w:val="28"/>
          <w:szCs w:val="24"/>
          <w:lang w:val="eu-ES"/>
        </w:rPr>
      </w:pPr>
      <w:r>
        <w:rPr>
          <w:rFonts w:ascii="Arial" w:hAnsi="Arial" w:cs="Arial"/>
          <w:szCs w:val="24"/>
          <w:lang w:val="English"/>
        </w:rPr>
        <w:br w:type="page"/>
      </w:r>
    </w:p>
    <w:p w:rsidRPr="00F854F6" w:rsidR="0079164F" w:rsidP="00395406" w:rsidRDefault="0079164F" w14:paraId="22B846C5" w14:textId="77777777">
      <w:pPr>
        <w:pStyle w:val="1izenburua"/>
        <w:numPr>
          <w:ilvl w:val="0"/>
          <w:numId w:val="7"/>
        </w:numPr>
        <w:spacing w:line="360" w:lineRule="auto"/>
        <w:rPr>
          <w:rFonts w:ascii="Arial" w:hAnsi="Arial" w:cs="Arial"/>
          <w:szCs w:val="24"/>
          <w:lang w:val="eu-ES"/>
        </w:rPr>
      </w:pPr>
      <w:r w:rsidRPr="00F854F6">
        <w:rPr>
          <w:rFonts w:ascii="Arial" w:hAnsi="Arial" w:cs="Arial"/>
          <w:szCs w:val="24"/>
          <w:lang w:val="English"/>
        </w:rPr>
        <w:lastRenderedPageBreak/>
        <w:t>ATTITUDE CHART</w:t>
      </w:r>
    </w:p>
    <w:p w:rsidR="0079164F" w:rsidP="00395406" w:rsidRDefault="0079164F" w14:paraId="127FA625"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t>Safety</w:t>
      </w:r>
    </w:p>
    <w:p w:rsidRPr="00F854F6" w:rsidR="00F854F6" w:rsidP="00F854F6" w:rsidRDefault="00F854F6" w14:paraId="4615A438" w14:textId="77777777">
      <w:pPr>
        <w:rPr>
          <w:lang w:val="eu-ES"/>
        </w:rPr>
      </w:pPr>
    </w:p>
    <w:tbl>
      <w:tblPr>
        <w:tblStyle w:val="5sareta-taulailuna-1enfasia"/>
        <w:tblW w:w="0" w:type="auto"/>
        <w:tblLook w:val="04A0" w:firstRow="1" w:lastRow="0" w:firstColumn="1" w:lastColumn="0" w:noHBand="0" w:noVBand="1"/>
      </w:tblPr>
      <w:tblGrid>
        <w:gridCol w:w="2098"/>
        <w:gridCol w:w="2964"/>
        <w:gridCol w:w="2526"/>
        <w:gridCol w:w="2717"/>
        <w:gridCol w:w="2406"/>
      </w:tblGrid>
      <w:tr w:rsidRPr="00F854F6" w:rsidR="00F854F6" w:rsidTr="00F854F6" w14:paraId="74FF95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4749DCD3"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77A95461"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36170340"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2BE48B63"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79C42655"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F854F6" w14:paraId="73955C44" w14:textId="7777777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0C08A50D"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Safety Standards</w:t>
            </w:r>
            <w:proofErr w:type="spellEnd"/>
            <w:proofErr w:type="spellStart"/>
            <w:proofErr w:type="spellEnd"/>
          </w:p>
        </w:tc>
        <w:tc>
          <w:tcPr>
            <w:tcW w:w="0" w:type="auto"/>
            <w:vAlign w:val="center"/>
            <w:hideMark/>
          </w:tcPr>
          <w:p w:rsidRPr="00F854F6" w:rsidR="0079164F" w:rsidP="00F854F6" w:rsidRDefault="0079164F" w14:paraId="42B08EA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Always comply with safety regulations.</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A5D9FF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Properly comply with safety regulations.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4CDC36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The safety standard complies with the basics.</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4CD507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It does not meet safety standards.</w:t>
            </w:r>
            <w:proofErr w:type="spellStart"/>
            <w:proofErr w:type="spellEnd"/>
            <w:proofErr w:type="spellStart"/>
            <w:proofErr w:type="spellEnd"/>
            <w:proofErr w:type="spellStart"/>
            <w:proofErr w:type="spellEnd"/>
            <w:proofErr w:type="spellStart"/>
            <w:proofErr w:type="spellEnd"/>
          </w:p>
        </w:tc>
      </w:tr>
      <w:tr w:rsidRPr="00F854F6" w:rsidR="00F854F6" w:rsidTr="00F854F6" w14:paraId="1D01150F" w14:textId="77777777">
        <w:trPr>
          <w:trHeight w:val="18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440197E3"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Risk Identification</w:t>
            </w:r>
            <w:proofErr w:type="spellEnd"/>
            <w:proofErr w:type="spellStart"/>
            <w:proofErr w:type="spellEnd"/>
          </w:p>
        </w:tc>
        <w:tc>
          <w:tcPr>
            <w:tcW w:w="0" w:type="auto"/>
            <w:vAlign w:val="center"/>
            <w:hideMark/>
          </w:tcPr>
          <w:p w:rsidRPr="00F854F6" w:rsidR="0079164F" w:rsidP="00F854F6" w:rsidRDefault="0079164F" w14:paraId="0C2CAA9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They prevent risks and prevent prevention.</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89A505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Identify the risks.</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43098E8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risk identification.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0AE626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identify risks.</w:t>
            </w:r>
            <w:proofErr w:type="spellEnd"/>
            <w:proofErr w:type="spellStart"/>
            <w:proofErr w:type="spellEnd"/>
            <w:proofErr w:type="spellStart"/>
            <w:proofErr w:type="spellEnd"/>
            <w:proofErr w:type="spellStart"/>
            <w:proofErr w:type="spellEnd"/>
          </w:p>
        </w:tc>
      </w:tr>
    </w:tbl>
    <w:p w:rsidR="00F854F6" w:rsidP="00F854F6" w:rsidRDefault="00F854F6" w14:paraId="4D91908D" w14:textId="77777777">
      <w:pPr>
        <w:pStyle w:val="3izenburua"/>
        <w:spacing w:line="360" w:lineRule="auto"/>
        <w:rPr>
          <w:rFonts w:ascii="Arial" w:hAnsi="Arial" w:cs="Arial"/>
          <w:sz w:val="24"/>
          <w:szCs w:val="24"/>
        </w:rPr>
      </w:pPr>
    </w:p>
    <w:p w:rsidR="00F854F6" w:rsidRDefault="00F854F6" w14:paraId="64636296" w14:textId="77777777">
      <w:pPr>
        <w:rPr>
          <w:rFonts w:ascii="Arial" w:hAnsi="Arial" w:cs="Arial" w:eastAsiaTheme="majorEastAsia"/>
          <w:b/>
          <w:bCs/>
          <w:color w:val="4F81BD" w:themeColor="accent1"/>
          <w:sz w:val="24"/>
          <w:szCs w:val="24"/>
        </w:rPr>
      </w:pPr>
      <w:r>
        <w:rPr>
          <w:rFonts w:ascii="Arial" w:hAnsi="Arial" w:cs="Arial"/>
          <w:sz w:val="24"/>
          <w:szCs w:val="24"/>
          <w:lang w:val="English"/>
        </w:rPr>
        <w:br w:type="page"/>
      </w:r>
    </w:p>
    <w:p w:rsidR="0079164F" w:rsidP="00395406" w:rsidRDefault="0079164F" w14:paraId="53CA0DE0"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lastRenderedPageBreak/>
        <w:t>Cooperation</w:t>
      </w:r>
    </w:p>
    <w:p w:rsidR="00F854F6" w:rsidP="00F854F6" w:rsidRDefault="00F854F6" w14:paraId="09832E1C" w14:textId="77777777">
      <w:pPr>
        <w:rPr>
          <w:lang w:val="eu-ES"/>
        </w:rPr>
      </w:pPr>
    </w:p>
    <w:tbl>
      <w:tblPr>
        <w:tblStyle w:val="5sareta-taulailuna-1enfasia"/>
        <w:tblW w:w="0" w:type="auto"/>
        <w:tblLook w:val="04A0" w:firstRow="1" w:lastRow="0" w:firstColumn="1" w:lastColumn="0" w:noHBand="0" w:noVBand="1"/>
      </w:tblPr>
      <w:tblGrid>
        <w:gridCol w:w="1843"/>
        <w:gridCol w:w="2894"/>
        <w:gridCol w:w="2808"/>
        <w:gridCol w:w="2508"/>
        <w:gridCol w:w="2658"/>
      </w:tblGrid>
      <w:tr w:rsidRPr="00F854F6" w:rsidR="00F854F6" w:rsidTr="00F854F6" w14:paraId="425456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088C9296" w14:textId="77777777">
            <w:pPr>
              <w:spacing w:line="360" w:lineRule="auto"/>
              <w:jc w:val="center"/>
              <w:rPr>
                <w:rFonts w:ascii="Arial" w:hAnsi="Arial" w:cs="Arial"/>
                <w:b w:val="0"/>
                <w:sz w:val="24"/>
                <w:szCs w:val="24"/>
              </w:rPr>
            </w:pPr>
            <w:proofErr w:type="spellStart"/>
            <w:r w:rsidRPr="00F854F6">
              <w:rPr>
                <w:rStyle w:val="Lodia"/>
                <w:rFonts w:ascii="Arial" w:hAnsi="Arial" w:cs="Arial"/>
                <w:b/>
                <w:sz w:val="24"/>
                <w:szCs w:val="24"/>
                <w:lang w:val="English"/>
              </w:rPr>
              <w:t>Rank</w:t>
            </w:r>
            <w:proofErr w:type="spellEnd"/>
          </w:p>
        </w:tc>
        <w:tc>
          <w:tcPr>
            <w:tcW w:w="0" w:type="auto"/>
            <w:vAlign w:val="center"/>
            <w:hideMark/>
          </w:tcPr>
          <w:p w:rsidRPr="00F854F6" w:rsidR="0079164F" w:rsidP="00F854F6" w:rsidRDefault="0079164F" w14:paraId="13E030A1"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Excellent (9-10)</w:t>
            </w:r>
            <w:proofErr w:type="spellEnd"/>
          </w:p>
        </w:tc>
        <w:tc>
          <w:tcPr>
            <w:tcW w:w="0" w:type="auto"/>
            <w:vAlign w:val="center"/>
            <w:hideMark/>
          </w:tcPr>
          <w:p w:rsidRPr="00F854F6" w:rsidR="0079164F" w:rsidP="00F854F6" w:rsidRDefault="0079164F" w14:paraId="1AB64371"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854F6">
              <w:rPr>
                <w:rStyle w:val="Lodia"/>
                <w:rFonts w:ascii="Arial" w:hAnsi="Arial" w:cs="Arial"/>
                <w:b/>
                <w:sz w:val="24"/>
                <w:szCs w:val="24"/>
                <w:lang w:val="English"/>
              </w:rPr>
              <w:t>Ona (7-8)</w:t>
            </w:r>
          </w:p>
        </w:tc>
        <w:tc>
          <w:tcPr>
            <w:tcW w:w="0" w:type="auto"/>
            <w:vAlign w:val="center"/>
            <w:hideMark/>
          </w:tcPr>
          <w:p w:rsidRPr="00F854F6" w:rsidR="0079164F" w:rsidP="00F854F6" w:rsidRDefault="0079164F" w14:paraId="5D460D4E"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Enough (5-6)</w:t>
            </w:r>
            <w:proofErr w:type="spellEnd"/>
          </w:p>
        </w:tc>
        <w:tc>
          <w:tcPr>
            <w:tcW w:w="0" w:type="auto"/>
            <w:vAlign w:val="center"/>
            <w:hideMark/>
          </w:tcPr>
          <w:p w:rsidRPr="00F854F6" w:rsidR="0079164F" w:rsidP="00F854F6" w:rsidRDefault="0079164F" w14:paraId="63795F92"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F854F6">
              <w:rPr>
                <w:rStyle w:val="Lodia"/>
                <w:rFonts w:ascii="Arial" w:hAnsi="Arial" w:cs="Arial"/>
                <w:b/>
                <w:sz w:val="24"/>
                <w:szCs w:val="24"/>
                <w:lang w:val="English"/>
              </w:rPr>
              <w:t>Insufficient (0-4)</w:t>
            </w:r>
            <w:proofErr w:type="spellEnd"/>
          </w:p>
        </w:tc>
      </w:tr>
      <w:tr w:rsidRPr="00F854F6" w:rsidR="00F854F6" w:rsidTr="00101266" w14:paraId="5A5294F4" w14:textId="77777777">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387448C5" w14:textId="77777777">
            <w:pPr>
              <w:spacing w:line="360" w:lineRule="auto"/>
              <w:rPr>
                <w:rFonts w:ascii="Arial" w:hAnsi="Arial" w:cs="Arial"/>
                <w:b w:val="0"/>
                <w:bCs w:val="0"/>
                <w:sz w:val="24"/>
                <w:szCs w:val="24"/>
              </w:rPr>
            </w:pPr>
            <w:proofErr w:type="spellStart"/>
            <w:r w:rsidRPr="00F854F6">
              <w:rPr>
                <w:rStyle w:val="Lodia"/>
                <w:rFonts w:ascii="Arial" w:hAnsi="Arial" w:cs="Arial"/>
                <w:b/>
                <w:sz w:val="24"/>
                <w:szCs w:val="24"/>
                <w:lang w:val="English"/>
              </w:rPr>
              <w:t>Teamwork</w:t>
            </w:r>
            <w:proofErr w:type="spellEnd"/>
            <w:proofErr w:type="spellStart"/>
            <w:proofErr w:type="spellEnd"/>
          </w:p>
        </w:tc>
        <w:tc>
          <w:tcPr>
            <w:tcW w:w="0" w:type="auto"/>
            <w:vAlign w:val="center"/>
            <w:hideMark/>
          </w:tcPr>
          <w:p w:rsidRPr="00F854F6" w:rsidR="0079164F" w:rsidP="00F854F6" w:rsidRDefault="0079164F" w14:paraId="6018705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Promotes and coordinates teamwork.</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249A1A4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Participate appropriately in teamwork.</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6EF3F3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Perform basic teamwork.</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358A22D"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F854F6">
              <w:rPr>
                <w:rFonts w:ascii="Arial" w:hAnsi="Arial" w:cs="Arial"/>
                <w:sz w:val="24"/>
                <w:szCs w:val="24"/>
                <w:lang w:val="English"/>
              </w:rPr>
              <w:t xml:space="preserve">He does not work in a team.</w:t>
            </w:r>
            <w:proofErr w:type="spellStart"/>
            <w:proofErr w:type="spellEnd"/>
            <w:proofErr w:type="spellStart"/>
            <w:proofErr w:type="spellEnd"/>
            <w:proofErr w:type="spellStart"/>
            <w:proofErr w:type="spellEnd"/>
          </w:p>
        </w:tc>
      </w:tr>
      <w:tr w:rsidRPr="00F854F6" w:rsidR="00F854F6" w:rsidTr="00101266" w14:paraId="233376C1" w14:textId="77777777">
        <w:trPr>
          <w:trHeight w:val="14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F854F6" w:rsidR="0079164F" w:rsidP="00F854F6" w:rsidRDefault="0079164F" w14:paraId="2D29311B" w14:textId="77777777">
            <w:pPr>
              <w:spacing w:line="360" w:lineRule="auto"/>
              <w:rPr>
                <w:rFonts w:ascii="Arial" w:hAnsi="Arial" w:cs="Arial"/>
                <w:b w:val="0"/>
                <w:sz w:val="24"/>
                <w:szCs w:val="24"/>
              </w:rPr>
            </w:pPr>
            <w:proofErr w:type="spellStart"/>
            <w:r w:rsidRPr="00F854F6">
              <w:rPr>
                <w:rStyle w:val="Lodia"/>
                <w:rFonts w:ascii="Arial" w:hAnsi="Arial" w:cs="Arial"/>
                <w:b/>
                <w:sz w:val="24"/>
                <w:szCs w:val="24"/>
                <w:lang w:val="English"/>
              </w:rPr>
              <w:t>Communication</w:t>
            </w:r>
            <w:proofErr w:type="spellEnd"/>
          </w:p>
        </w:tc>
        <w:tc>
          <w:tcPr>
            <w:tcW w:w="0" w:type="auto"/>
            <w:vAlign w:val="center"/>
            <w:hideMark/>
          </w:tcPr>
          <w:p w:rsidRPr="00F854F6" w:rsidR="0079164F" w:rsidP="00F854F6" w:rsidRDefault="0079164F" w14:paraId="204D91D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Efficient and constructive communication.</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5AE0549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Good communication with their classmates.</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B1B331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communication.</w:t>
            </w:r>
            <w:proofErr w:type="spellEnd"/>
            <w:proofErr w:type="spellStart"/>
            <w:proofErr w:type="spellEnd"/>
          </w:p>
        </w:tc>
        <w:tc>
          <w:tcPr>
            <w:tcW w:w="0" w:type="auto"/>
            <w:vAlign w:val="center"/>
            <w:hideMark/>
          </w:tcPr>
          <w:p w:rsidRPr="00F854F6" w:rsidR="0079164F" w:rsidP="00F854F6" w:rsidRDefault="0079164F" w14:paraId="0D84300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Deficient or confluent communication.</w:t>
            </w:r>
            <w:proofErr w:type="spellEnd"/>
            <w:proofErr w:type="spellStart"/>
            <w:proofErr w:type="spellEnd"/>
            <w:proofErr w:type="spellStart"/>
            <w:proofErr w:type="spellEnd"/>
            <w:proofErr w:type="spellStart"/>
            <w:proofErr w:type="spellEnd"/>
          </w:p>
        </w:tc>
      </w:tr>
    </w:tbl>
    <w:p w:rsidR="0079164F" w:rsidP="00395406" w:rsidRDefault="0079164F" w14:paraId="085F8769" w14:textId="77777777">
      <w:pPr>
        <w:pStyle w:val="1izenburua"/>
        <w:numPr>
          <w:ilvl w:val="1"/>
          <w:numId w:val="7"/>
        </w:numPr>
        <w:spacing w:line="360" w:lineRule="auto"/>
        <w:rPr>
          <w:rFonts w:ascii="Arial" w:hAnsi="Arial" w:cs="Arial"/>
          <w:szCs w:val="24"/>
          <w:lang w:val="eu-ES"/>
        </w:rPr>
      </w:pPr>
      <w:r w:rsidRPr="00F854F6">
        <w:rPr>
          <w:rFonts w:ascii="Arial" w:hAnsi="Arial" w:cs="Arial"/>
          <w:szCs w:val="24"/>
          <w:lang w:val="English"/>
        </w:rPr>
        <w:t>Initiative and Autonomy</w:t>
      </w:r>
    </w:p>
    <w:p w:rsidRPr="00F854F6" w:rsidR="00F854F6" w:rsidP="00F854F6" w:rsidRDefault="00F854F6" w14:paraId="53DA6A96" w14:textId="77777777">
      <w:pPr>
        <w:rPr>
          <w:lang w:val="eu-ES"/>
        </w:rPr>
      </w:pPr>
    </w:p>
    <w:tbl>
      <w:tblPr>
        <w:tblStyle w:val="5sareta-taulailuna-1enfasia"/>
        <w:tblW w:w="0" w:type="auto"/>
        <w:tblLook w:val="04A0" w:firstRow="1" w:lastRow="0" w:firstColumn="1" w:lastColumn="0" w:noHBand="0" w:noVBand="1"/>
      </w:tblPr>
      <w:tblGrid>
        <w:gridCol w:w="1470"/>
        <w:gridCol w:w="3244"/>
        <w:gridCol w:w="3052"/>
        <w:gridCol w:w="2151"/>
        <w:gridCol w:w="2794"/>
      </w:tblGrid>
      <w:tr w:rsidRPr="00101266" w:rsidR="00F854F6" w:rsidTr="00101266" w14:paraId="685EA0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7D37D31B" w14:textId="77777777">
            <w:pPr>
              <w:spacing w:line="360" w:lineRule="auto"/>
              <w:jc w:val="center"/>
              <w:rPr>
                <w:rFonts w:ascii="Arial" w:hAnsi="Arial" w:cs="Arial"/>
                <w:b w:val="0"/>
                <w:sz w:val="24"/>
                <w:szCs w:val="24"/>
              </w:rPr>
            </w:pPr>
            <w:proofErr w:type="spellStart"/>
            <w:r w:rsidRPr="00101266">
              <w:rPr>
                <w:rStyle w:val="Lodia"/>
                <w:rFonts w:ascii="Arial" w:hAnsi="Arial" w:cs="Arial"/>
                <w:b/>
                <w:sz w:val="24"/>
                <w:szCs w:val="24"/>
                <w:lang w:val="English"/>
              </w:rPr>
              <w:t>Rank</w:t>
            </w:r>
            <w:proofErr w:type="spellEnd"/>
          </w:p>
        </w:tc>
        <w:tc>
          <w:tcPr>
            <w:tcW w:w="0" w:type="auto"/>
            <w:vAlign w:val="center"/>
            <w:hideMark/>
          </w:tcPr>
          <w:p w:rsidRPr="00101266" w:rsidR="0079164F" w:rsidP="00F854F6" w:rsidRDefault="0079164F" w14:paraId="61AAB21C"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Excellent (9-10)</w:t>
            </w:r>
            <w:proofErr w:type="spellEnd"/>
          </w:p>
        </w:tc>
        <w:tc>
          <w:tcPr>
            <w:tcW w:w="0" w:type="auto"/>
            <w:vAlign w:val="center"/>
            <w:hideMark/>
          </w:tcPr>
          <w:p w:rsidRPr="00101266" w:rsidR="0079164F" w:rsidP="00F854F6" w:rsidRDefault="0079164F" w14:paraId="6C7FCD63"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101266">
              <w:rPr>
                <w:rStyle w:val="Lodia"/>
                <w:rFonts w:ascii="Arial" w:hAnsi="Arial" w:cs="Arial"/>
                <w:b/>
                <w:sz w:val="24"/>
                <w:szCs w:val="24"/>
                <w:lang w:val="English"/>
              </w:rPr>
              <w:t>Ona (7-8)</w:t>
            </w:r>
          </w:p>
        </w:tc>
        <w:tc>
          <w:tcPr>
            <w:tcW w:w="0" w:type="auto"/>
            <w:vAlign w:val="center"/>
            <w:hideMark/>
          </w:tcPr>
          <w:p w:rsidRPr="00101266" w:rsidR="0079164F" w:rsidP="00F854F6" w:rsidRDefault="0079164F" w14:paraId="7DF73A69"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Enough (5-6)</w:t>
            </w:r>
            <w:proofErr w:type="spellEnd"/>
          </w:p>
        </w:tc>
        <w:tc>
          <w:tcPr>
            <w:tcW w:w="0" w:type="auto"/>
            <w:vAlign w:val="center"/>
            <w:hideMark/>
          </w:tcPr>
          <w:p w:rsidRPr="00101266" w:rsidR="0079164F" w:rsidP="00F854F6" w:rsidRDefault="0079164F" w14:paraId="1088BA45"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Insufficient (0-4)</w:t>
            </w:r>
            <w:proofErr w:type="spellEnd"/>
          </w:p>
        </w:tc>
      </w:tr>
      <w:tr w:rsidRPr="00F854F6" w:rsidR="00F854F6" w:rsidTr="00101266" w14:paraId="41024A78" w14:textId="77777777">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11494AEE" w14:textId="77777777">
            <w:pPr>
              <w:spacing w:line="360" w:lineRule="auto"/>
              <w:rPr>
                <w:rFonts w:ascii="Arial" w:hAnsi="Arial" w:cs="Arial"/>
                <w:b w:val="0"/>
                <w:bCs w:val="0"/>
                <w:sz w:val="24"/>
                <w:szCs w:val="24"/>
              </w:rPr>
            </w:pPr>
            <w:proofErr w:type="spellStart"/>
            <w:r w:rsidRPr="00101266">
              <w:rPr>
                <w:rStyle w:val="Lodia"/>
                <w:rFonts w:ascii="Arial" w:hAnsi="Arial" w:cs="Arial"/>
                <w:b/>
                <w:sz w:val="24"/>
                <w:szCs w:val="24"/>
                <w:lang w:val="English"/>
              </w:rPr>
              <w:t>Initiative</w:t>
            </w:r>
            <w:proofErr w:type="spellEnd"/>
          </w:p>
        </w:tc>
        <w:tc>
          <w:tcPr>
            <w:tcW w:w="0" w:type="auto"/>
            <w:vAlign w:val="center"/>
            <w:hideMark/>
          </w:tcPr>
          <w:p w:rsidRPr="00F854F6" w:rsidR="0079164F" w:rsidP="00F854F6" w:rsidRDefault="0079164F" w14:paraId="43CC3EE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Great initiative and creative.</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0D956DAC"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An appropriate initiative in most situations.</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389D25D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initiative.</w:t>
            </w:r>
            <w:proofErr w:type="spellEnd"/>
            <w:proofErr w:type="spellStart"/>
            <w:proofErr w:type="spellEnd"/>
          </w:p>
        </w:tc>
        <w:tc>
          <w:tcPr>
            <w:tcW w:w="0" w:type="auto"/>
            <w:vAlign w:val="center"/>
            <w:hideMark/>
          </w:tcPr>
          <w:p w:rsidRPr="00F854F6" w:rsidR="0079164F" w:rsidP="00F854F6" w:rsidRDefault="0079164F" w14:paraId="7FC19872"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He shows no initiative.</w:t>
            </w:r>
            <w:proofErr w:type="spellEnd"/>
            <w:proofErr w:type="spellStart"/>
            <w:proofErr w:type="spellEnd"/>
            <w:proofErr w:type="spellStart"/>
            <w:proofErr w:type="spellEnd"/>
          </w:p>
        </w:tc>
      </w:tr>
      <w:tr w:rsidRPr="00F854F6" w:rsidR="00F854F6" w:rsidTr="00101266" w14:paraId="247822FD" w14:textId="77777777">
        <w:trPr>
          <w:trHeight w:val="111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0FEFBD95" w14:textId="77777777">
            <w:pPr>
              <w:spacing w:line="360" w:lineRule="auto"/>
              <w:rPr>
                <w:rFonts w:ascii="Arial" w:hAnsi="Arial" w:cs="Arial"/>
                <w:b w:val="0"/>
                <w:sz w:val="24"/>
                <w:szCs w:val="24"/>
              </w:rPr>
            </w:pPr>
            <w:proofErr w:type="spellStart"/>
            <w:r w:rsidRPr="00101266">
              <w:rPr>
                <w:rStyle w:val="Lodia"/>
                <w:rFonts w:ascii="Arial" w:hAnsi="Arial" w:cs="Arial"/>
                <w:b/>
                <w:sz w:val="24"/>
                <w:szCs w:val="24"/>
                <w:lang w:val="English"/>
              </w:rPr>
              <w:t>Autonomy</w:t>
            </w:r>
            <w:proofErr w:type="spellEnd"/>
          </w:p>
        </w:tc>
        <w:tc>
          <w:tcPr>
            <w:tcW w:w="0" w:type="auto"/>
            <w:vAlign w:val="center"/>
            <w:hideMark/>
          </w:tcPr>
          <w:p w:rsidRPr="00F854F6" w:rsidR="0079164F" w:rsidP="00F854F6" w:rsidRDefault="0079164F" w14:paraId="7B48A46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He works very autonomously.</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CD7711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Demonstrates good autonomy.</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6019397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autonomy.</w:t>
            </w:r>
            <w:proofErr w:type="spellEnd"/>
            <w:proofErr w:type="spellStart"/>
            <w:proofErr w:type="spellEnd"/>
          </w:p>
        </w:tc>
        <w:tc>
          <w:tcPr>
            <w:tcW w:w="0" w:type="auto"/>
            <w:vAlign w:val="center"/>
            <w:hideMark/>
          </w:tcPr>
          <w:p w:rsidRPr="00F854F6" w:rsidR="0079164F" w:rsidP="00F854F6" w:rsidRDefault="0079164F" w14:paraId="42BE957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show autonomy.</w:t>
            </w:r>
            <w:proofErr w:type="spellEnd"/>
            <w:proofErr w:type="spellStart"/>
            <w:proofErr w:type="spellEnd"/>
            <w:proofErr w:type="spellStart"/>
            <w:proofErr w:type="spellEnd"/>
          </w:p>
        </w:tc>
      </w:tr>
    </w:tbl>
    <w:p w:rsidR="0079164F" w:rsidP="00395406" w:rsidRDefault="0079164F" w14:paraId="2FE2FEF4" w14:textId="77777777">
      <w:pPr>
        <w:pStyle w:val="1izenburua"/>
        <w:numPr>
          <w:ilvl w:val="1"/>
          <w:numId w:val="7"/>
        </w:numPr>
        <w:spacing w:line="360" w:lineRule="auto"/>
        <w:rPr>
          <w:rFonts w:ascii="Arial" w:hAnsi="Arial" w:cs="Arial"/>
          <w:szCs w:val="24"/>
          <w:lang w:val="eu-ES"/>
        </w:rPr>
      </w:pPr>
      <w:r w:rsidRPr="00101266">
        <w:rPr>
          <w:rFonts w:ascii="Arial" w:hAnsi="Arial" w:cs="Arial"/>
          <w:szCs w:val="24"/>
          <w:lang w:val="English"/>
        </w:rPr>
        <w:lastRenderedPageBreak/>
        <w:t>Order and Precision</w:t>
      </w:r>
    </w:p>
    <w:p w:rsidR="00101266" w:rsidP="00101266" w:rsidRDefault="00101266" w14:paraId="325BB593" w14:textId="77777777">
      <w:pPr>
        <w:rPr>
          <w:lang w:val="eu-ES"/>
        </w:rPr>
      </w:pPr>
    </w:p>
    <w:p w:rsidRPr="00101266" w:rsidR="00101266" w:rsidP="00101266" w:rsidRDefault="00101266" w14:paraId="0351A791" w14:textId="77777777">
      <w:pPr>
        <w:rPr>
          <w:lang w:val="eu-ES"/>
        </w:rPr>
      </w:pPr>
    </w:p>
    <w:tbl>
      <w:tblPr>
        <w:tblStyle w:val="5sareta-taulailuna-1enfasia"/>
        <w:tblW w:w="0" w:type="auto"/>
        <w:tblLook w:val="04A0" w:firstRow="1" w:lastRow="0" w:firstColumn="1" w:lastColumn="0" w:noHBand="0" w:noVBand="1"/>
      </w:tblPr>
      <w:tblGrid>
        <w:gridCol w:w="1604"/>
        <w:gridCol w:w="3064"/>
        <w:gridCol w:w="2789"/>
        <w:gridCol w:w="2722"/>
        <w:gridCol w:w="2532"/>
      </w:tblGrid>
      <w:tr w:rsidRPr="00F854F6" w:rsidR="00101266" w:rsidTr="00101266" w14:paraId="1F6609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6E960D03" w14:textId="77777777">
            <w:pPr>
              <w:spacing w:line="360" w:lineRule="auto"/>
              <w:jc w:val="center"/>
              <w:rPr>
                <w:rFonts w:ascii="Arial" w:hAnsi="Arial" w:cs="Arial"/>
                <w:sz w:val="24"/>
                <w:szCs w:val="24"/>
              </w:rPr>
            </w:pPr>
            <w:proofErr w:type="spellStart"/>
            <w:r w:rsidRPr="00101266">
              <w:rPr>
                <w:rStyle w:val="Lodia"/>
                <w:rFonts w:ascii="Arial" w:hAnsi="Arial" w:cs="Arial"/>
                <w:sz w:val="24"/>
                <w:szCs w:val="24"/>
                <w:lang w:val="English"/>
              </w:rPr>
              <w:t>Rank</w:t>
            </w:r>
            <w:proofErr w:type="spellEnd"/>
          </w:p>
        </w:tc>
        <w:tc>
          <w:tcPr>
            <w:tcW w:w="0" w:type="auto"/>
            <w:vAlign w:val="center"/>
            <w:hideMark/>
          </w:tcPr>
          <w:p w:rsidRPr="00101266" w:rsidR="0079164F" w:rsidP="00F854F6" w:rsidRDefault="0079164F" w14:paraId="0D7E13CC"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Excellent (9-10)</w:t>
            </w:r>
            <w:proofErr w:type="spellEnd"/>
          </w:p>
        </w:tc>
        <w:tc>
          <w:tcPr>
            <w:tcW w:w="0" w:type="auto"/>
            <w:vAlign w:val="center"/>
            <w:hideMark/>
          </w:tcPr>
          <w:p w:rsidRPr="00101266" w:rsidR="0079164F" w:rsidP="00F854F6" w:rsidRDefault="0079164F" w14:paraId="38CA2C49"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101266">
              <w:rPr>
                <w:rStyle w:val="Lodia"/>
                <w:rFonts w:ascii="Arial" w:hAnsi="Arial" w:cs="Arial"/>
                <w:b/>
                <w:sz w:val="24"/>
                <w:szCs w:val="24"/>
                <w:lang w:val="English"/>
              </w:rPr>
              <w:t>Ona (7-8)</w:t>
            </w:r>
          </w:p>
        </w:tc>
        <w:tc>
          <w:tcPr>
            <w:tcW w:w="0" w:type="auto"/>
            <w:vAlign w:val="center"/>
            <w:hideMark/>
          </w:tcPr>
          <w:p w:rsidRPr="00101266" w:rsidR="0079164F" w:rsidP="00F854F6" w:rsidRDefault="0079164F" w14:paraId="3F11C8AF"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Enough (5-6)</w:t>
            </w:r>
            <w:proofErr w:type="spellEnd"/>
          </w:p>
        </w:tc>
        <w:tc>
          <w:tcPr>
            <w:tcW w:w="0" w:type="auto"/>
            <w:vAlign w:val="center"/>
            <w:hideMark/>
          </w:tcPr>
          <w:p w:rsidRPr="00101266" w:rsidR="0079164F" w:rsidP="00F854F6" w:rsidRDefault="0079164F" w14:paraId="284CA516"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roofErr w:type="spellStart"/>
            <w:r w:rsidRPr="00101266">
              <w:rPr>
                <w:rStyle w:val="Lodia"/>
                <w:rFonts w:ascii="Arial" w:hAnsi="Arial" w:cs="Arial"/>
                <w:b/>
                <w:sz w:val="24"/>
                <w:szCs w:val="24"/>
                <w:lang w:val="English"/>
              </w:rPr>
              <w:t>Insufficient (0-4)</w:t>
            </w:r>
            <w:proofErr w:type="spellEnd"/>
          </w:p>
        </w:tc>
      </w:tr>
      <w:tr w:rsidRPr="00F854F6" w:rsidR="00101266" w:rsidTr="00101266" w14:paraId="24D1F805" w14:textId="77777777">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288FB1AF" w14:textId="77777777">
            <w:pPr>
              <w:spacing w:line="360" w:lineRule="auto"/>
              <w:rPr>
                <w:rFonts w:ascii="Arial" w:hAnsi="Arial" w:cs="Arial"/>
                <w:bCs w:val="0"/>
                <w:sz w:val="24"/>
                <w:szCs w:val="24"/>
              </w:rPr>
            </w:pPr>
            <w:r w:rsidRPr="00101266">
              <w:rPr>
                <w:rStyle w:val="Lodia"/>
                <w:rFonts w:ascii="Arial" w:hAnsi="Arial" w:cs="Arial"/>
                <w:sz w:val="24"/>
                <w:szCs w:val="24"/>
                <w:lang w:val="English"/>
              </w:rPr>
              <w:t xml:space="preserve">Work area</w:t>
            </w:r>
            <w:proofErr w:type="spellStart"/>
            <w:proofErr w:type="spellEnd"/>
          </w:p>
        </w:tc>
        <w:tc>
          <w:tcPr>
            <w:tcW w:w="0" w:type="auto"/>
            <w:vAlign w:val="center"/>
            <w:hideMark/>
          </w:tcPr>
          <w:p w:rsidRPr="00F854F6" w:rsidR="0079164F" w:rsidP="00F854F6" w:rsidRDefault="0079164F" w14:paraId="2BA0583F"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Workspace always tidy and tidy.</w:t>
            </w:r>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4166424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Properly maintains the work area.</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0B096C06"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Maintain basic order.</w:t>
            </w:r>
            <w:proofErr w:type="spellEnd"/>
            <w:proofErr w:type="spellStart"/>
            <w:proofErr w:type="spellEnd"/>
            <w:proofErr w:type="spellStart"/>
            <w:proofErr w:type="spellEnd"/>
          </w:p>
        </w:tc>
        <w:tc>
          <w:tcPr>
            <w:tcW w:w="0" w:type="auto"/>
            <w:vAlign w:val="center"/>
            <w:hideMark/>
          </w:tcPr>
          <w:p w:rsidRPr="00F854F6" w:rsidR="0079164F" w:rsidP="00F854F6" w:rsidRDefault="0079164F" w14:paraId="0381C79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maintain order.</w:t>
            </w:r>
            <w:proofErr w:type="spellEnd"/>
            <w:proofErr w:type="spellStart"/>
            <w:proofErr w:type="spellEnd"/>
            <w:proofErr w:type="spellStart"/>
            <w:proofErr w:type="spellEnd"/>
          </w:p>
        </w:tc>
      </w:tr>
      <w:tr w:rsidRPr="00F854F6" w:rsidR="00101266" w:rsidTr="00101266" w14:paraId="51028EA5" w14:textId="77777777">
        <w:trPr>
          <w:trHeight w:val="15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101266" w:rsidR="0079164F" w:rsidP="00F854F6" w:rsidRDefault="0079164F" w14:paraId="26249256" w14:textId="77777777">
            <w:pPr>
              <w:spacing w:line="360" w:lineRule="auto"/>
              <w:rPr>
                <w:rFonts w:ascii="Arial" w:hAnsi="Arial" w:cs="Arial"/>
                <w:sz w:val="24"/>
                <w:szCs w:val="24"/>
              </w:rPr>
            </w:pPr>
            <w:proofErr w:type="spellStart"/>
            <w:r w:rsidRPr="00101266">
              <w:rPr>
                <w:rStyle w:val="Lodia"/>
                <w:rFonts w:ascii="Arial" w:hAnsi="Arial" w:cs="Arial"/>
                <w:sz w:val="24"/>
                <w:szCs w:val="24"/>
                <w:lang w:val="English"/>
              </w:rPr>
              <w:t>Precision</w:t>
            </w:r>
            <w:proofErr w:type="spellEnd"/>
          </w:p>
        </w:tc>
        <w:tc>
          <w:tcPr>
            <w:tcW w:w="0" w:type="auto"/>
            <w:vAlign w:val="center"/>
            <w:hideMark/>
          </w:tcPr>
          <w:p w:rsidRPr="00F854F6" w:rsidR="0079164F" w:rsidP="00F854F6" w:rsidRDefault="0079164F" w14:paraId="640EC1C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F854F6">
              <w:rPr>
                <w:rFonts w:ascii="Arial" w:hAnsi="Arial" w:cs="Arial"/>
                <w:sz w:val="24"/>
                <w:szCs w:val="24"/>
                <w:lang w:val="English"/>
              </w:rPr>
              <w:t>All the work is carried out with great precision.</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52C2B7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Perform jobs with precision.</w:t>
            </w:r>
            <w:proofErr w:type="spellEnd"/>
            <w:proofErr w:type="spellStart"/>
            <w:proofErr w:type="spellEnd"/>
            <w:proofErr w:type="spellStart"/>
            <w:proofErr w:type="spellEnd"/>
            <w:proofErr w:type="spellStart"/>
            <w:proofErr w:type="spellEnd"/>
          </w:p>
        </w:tc>
        <w:tc>
          <w:tcPr>
            <w:tcW w:w="0" w:type="auto"/>
            <w:vAlign w:val="center"/>
            <w:hideMark/>
          </w:tcPr>
          <w:p w:rsidRPr="00F854F6" w:rsidR="0079164F" w:rsidP="00F854F6" w:rsidRDefault="0079164F" w14:paraId="2A8CFF2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Basic accuracy.</w:t>
            </w:r>
            <w:proofErr w:type="spellEnd"/>
            <w:proofErr w:type="spellStart"/>
            <w:proofErr w:type="spellEnd"/>
          </w:p>
        </w:tc>
        <w:tc>
          <w:tcPr>
            <w:tcW w:w="0" w:type="auto"/>
            <w:vAlign w:val="center"/>
            <w:hideMark/>
          </w:tcPr>
          <w:p w:rsidRPr="00F854F6" w:rsidR="0079164F" w:rsidP="00F854F6" w:rsidRDefault="0079164F" w14:paraId="7E24489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F854F6">
              <w:rPr>
                <w:rFonts w:ascii="Arial" w:hAnsi="Arial" w:cs="Arial"/>
                <w:sz w:val="24"/>
                <w:szCs w:val="24"/>
                <w:lang w:val="English"/>
              </w:rPr>
              <w:t>It does not show details.</w:t>
            </w:r>
            <w:proofErr w:type="spellEnd"/>
            <w:proofErr w:type="spellStart"/>
            <w:proofErr w:type="spellEnd"/>
            <w:proofErr w:type="spellStart"/>
            <w:proofErr w:type="spellEnd"/>
          </w:p>
        </w:tc>
      </w:tr>
    </w:tbl>
    <w:p w:rsidRPr="00F854F6" w:rsidR="0079164F" w:rsidP="00F854F6" w:rsidRDefault="0079164F" w14:paraId="6A272116" w14:textId="77777777">
      <w:pPr>
        <w:spacing w:line="360" w:lineRule="auto"/>
        <w:rPr>
          <w:rFonts w:ascii="Arial" w:hAnsi="Arial" w:cs="Arial"/>
          <w:sz w:val="24"/>
          <w:szCs w:val="24"/>
        </w:rPr>
      </w:pPr>
      <w:r w:rsidRPr="00F854F6">
        <w:rPr>
          <w:rFonts w:ascii="Arial" w:hAnsi="Arial" w:cs="Arial"/>
          <w:sz w:val="24"/>
          <w:szCs w:val="24"/>
          <w:lang w:val="English"/>
        </w:rPr>
        <w:br w:type="page"/>
      </w:r>
    </w:p>
    <w:p w:rsidRPr="00F854F6" w:rsidR="0079164F" w:rsidP="00F854F6" w:rsidRDefault="0079164F" w14:paraId="7A2D3E54" w14:textId="77777777">
      <w:pPr>
        <w:spacing w:line="360" w:lineRule="auto"/>
        <w:rPr>
          <w:rStyle w:val="Lodia"/>
          <w:rFonts w:ascii="Arial" w:hAnsi="Arial" w:cs="Arial"/>
          <w:sz w:val="24"/>
          <w:szCs w:val="24"/>
        </w:rPr>
        <w:sectPr w:rsidRPr="00F854F6" w:rsidR="0079164F" w:rsidSect="0079164F">
          <w:pgSz w:w="15840" w:h="12240" w:orient="landscape"/>
          <w:pgMar w:top="1701" w:right="1701" w:bottom="1418" w:left="1418" w:header="142" w:footer="720" w:gutter="0"/>
          <w:pgNumType w:start="0"/>
          <w:cols w:space="720"/>
          <w:titlePg/>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81"/>
      </w:tblGrid>
      <w:tr w:rsidRPr="00F854F6" w:rsidR="0079164F" w:rsidTr="0079164F" w14:paraId="1491CF1B" w14:textId="77777777">
        <w:trPr>
          <w:tblCellSpacing w:w="15" w:type="dxa"/>
        </w:trPr>
        <w:tc>
          <w:tcPr>
            <w:tcW w:w="0" w:type="auto"/>
            <w:vAlign w:val="center"/>
          </w:tcPr>
          <w:p w:rsidRPr="00F854F6" w:rsidR="0079164F" w:rsidP="00F854F6" w:rsidRDefault="0079164F" w14:paraId="34BD0797" w14:textId="77777777">
            <w:pPr>
              <w:spacing w:line="360" w:lineRule="auto"/>
              <w:rPr>
                <w:rStyle w:val="Lodia"/>
                <w:rFonts w:ascii="Arial" w:hAnsi="Arial" w:cs="Arial"/>
                <w:sz w:val="24"/>
                <w:szCs w:val="24"/>
              </w:rPr>
            </w:pPr>
          </w:p>
        </w:tc>
        <w:tc>
          <w:tcPr>
            <w:tcW w:w="0" w:type="auto"/>
            <w:vAlign w:val="center"/>
          </w:tcPr>
          <w:p w:rsidRPr="00F854F6" w:rsidR="0079164F" w:rsidP="00F854F6" w:rsidRDefault="0079164F" w14:paraId="52D8F50F" w14:textId="77777777">
            <w:pPr>
              <w:spacing w:line="360" w:lineRule="auto"/>
              <w:rPr>
                <w:rFonts w:ascii="Arial" w:hAnsi="Arial" w:cs="Arial"/>
                <w:sz w:val="24"/>
                <w:szCs w:val="24"/>
                <w:lang w:val="es-ES"/>
              </w:rPr>
            </w:pPr>
          </w:p>
        </w:tc>
        <w:tc>
          <w:tcPr>
            <w:tcW w:w="0" w:type="auto"/>
            <w:vAlign w:val="center"/>
          </w:tcPr>
          <w:p w:rsidRPr="00F854F6" w:rsidR="0079164F" w:rsidP="00F854F6" w:rsidRDefault="0079164F" w14:paraId="683E2C0B" w14:textId="77777777">
            <w:pPr>
              <w:spacing w:line="360" w:lineRule="auto"/>
              <w:rPr>
                <w:rFonts w:ascii="Arial" w:hAnsi="Arial" w:cs="Arial"/>
                <w:sz w:val="24"/>
                <w:szCs w:val="24"/>
              </w:rPr>
            </w:pPr>
          </w:p>
        </w:tc>
        <w:tc>
          <w:tcPr>
            <w:tcW w:w="0" w:type="auto"/>
            <w:vAlign w:val="center"/>
          </w:tcPr>
          <w:p w:rsidRPr="00F854F6" w:rsidR="0079164F" w:rsidP="00F854F6" w:rsidRDefault="0079164F" w14:paraId="342C9BE8" w14:textId="77777777">
            <w:pPr>
              <w:spacing w:line="360" w:lineRule="auto"/>
              <w:rPr>
                <w:rFonts w:ascii="Arial" w:hAnsi="Arial" w:cs="Arial"/>
                <w:sz w:val="24"/>
                <w:szCs w:val="24"/>
              </w:rPr>
            </w:pPr>
          </w:p>
        </w:tc>
        <w:tc>
          <w:tcPr>
            <w:tcW w:w="0" w:type="auto"/>
            <w:vAlign w:val="center"/>
          </w:tcPr>
          <w:p w:rsidRPr="00F854F6" w:rsidR="0079164F" w:rsidP="00F854F6" w:rsidRDefault="0079164F" w14:paraId="2E65DB10" w14:textId="77777777">
            <w:pPr>
              <w:spacing w:line="360" w:lineRule="auto"/>
              <w:rPr>
                <w:rFonts w:ascii="Arial" w:hAnsi="Arial" w:cs="Arial"/>
                <w:sz w:val="24"/>
                <w:szCs w:val="24"/>
              </w:rPr>
            </w:pPr>
          </w:p>
        </w:tc>
      </w:tr>
    </w:tbl>
    <w:p w:rsidRPr="00F854F6" w:rsidR="0079164F" w:rsidP="00F854F6" w:rsidRDefault="0079164F" w14:paraId="38C2ED91" w14:textId="77777777">
      <w:pPr>
        <w:pStyle w:val="2izenburua"/>
        <w:spacing w:line="360" w:lineRule="auto"/>
        <w:rPr>
          <w:rFonts w:ascii="Arial" w:hAnsi="Arial" w:cs="Arial"/>
          <w:sz w:val="24"/>
          <w:szCs w:val="24"/>
        </w:rPr>
      </w:pPr>
      <w:r w:rsidRPr="00F854F6">
        <w:rPr>
          <w:rFonts w:ascii="Arial" w:hAnsi="Arial" w:cs="Arial"/>
          <w:sz w:val="24"/>
          <w:szCs w:val="24"/>
          <w:lang w:val="English"/>
        </w:rPr>
        <w:t>DISTRIBUTION OF FINAL GRADES</w:t>
      </w:r>
    </w:p>
    <w:p w:rsidRPr="00F854F6" w:rsidR="0079164F" w:rsidP="00F854F6" w:rsidRDefault="0079164F" w14:paraId="29209457" w14:textId="77777777">
      <w:pPr>
        <w:pStyle w:val="3izenburua"/>
        <w:spacing w:line="360" w:lineRule="auto"/>
        <w:rPr>
          <w:rFonts w:ascii="Arial" w:hAnsi="Arial" w:cs="Arial"/>
          <w:sz w:val="24"/>
          <w:szCs w:val="24"/>
        </w:rPr>
      </w:pPr>
      <w:proofErr w:type="spellStart"/>
      <w:r w:rsidRPr="00F854F6">
        <w:rPr>
          <w:rFonts w:ascii="Arial" w:hAnsi="Arial" w:cs="Arial"/>
          <w:sz w:val="24"/>
          <w:szCs w:val="24"/>
          <w:lang w:val="English"/>
        </w:rPr>
        <w:t>Overall Score:</w:t>
      </w:r>
      <w:proofErr w:type="spellEnd"/>
      <w:proofErr w:type="spellStart"/>
      <w:proofErr w:type="spellEnd"/>
    </w:p>
    <w:p w:rsidRPr="00F854F6" w:rsidR="0079164F" w:rsidP="00395406" w:rsidRDefault="0079164F" w14:paraId="61E79E14" w14:textId="77777777">
      <w:pPr>
        <w:numPr>
          <w:ilvl w:val="0"/>
          <w:numId w:val="8"/>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Technical Knowledge</w:t>
      </w:r>
      <w:proofErr w:type="spellEnd"/>
      <w:proofErr w:type="spellStart"/>
      <w:proofErr w:type="spellEnd"/>
      <w:r w:rsidRPr="00F854F6">
        <w:rPr>
          <w:rFonts w:ascii="Arial" w:hAnsi="Arial" w:cs="Arial"/>
          <w:sz w:val="24"/>
          <w:szCs w:val="24"/>
          <w:lang w:val="English"/>
        </w:rPr>
        <w:t>: 40%</w:t>
      </w:r>
    </w:p>
    <w:p w:rsidRPr="00F854F6" w:rsidR="0079164F" w:rsidP="00395406" w:rsidRDefault="0079164F" w14:paraId="0DA84241" w14:textId="77777777">
      <w:pPr>
        <w:numPr>
          <w:ilvl w:val="0"/>
          <w:numId w:val="8"/>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Practical application</w:t>
      </w:r>
      <w:proofErr w:type="spellEnd"/>
      <w:proofErr w:type="spellStart"/>
      <w:proofErr w:type="spellEnd"/>
      <w:r w:rsidRPr="00F854F6">
        <w:rPr>
          <w:rFonts w:ascii="Arial" w:hAnsi="Arial" w:cs="Arial"/>
          <w:sz w:val="24"/>
          <w:szCs w:val="24"/>
          <w:lang w:val="English"/>
        </w:rPr>
        <w:t>: 30%</w:t>
      </w:r>
    </w:p>
    <w:p w:rsidRPr="00F854F6" w:rsidR="0079164F" w:rsidP="00395406" w:rsidRDefault="0079164F" w14:paraId="0B027B0D" w14:textId="77777777">
      <w:pPr>
        <w:numPr>
          <w:ilvl w:val="0"/>
          <w:numId w:val="8"/>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Documentation</w:t>
      </w:r>
      <w:proofErr w:type="spellEnd"/>
      <w:r w:rsidRPr="00F854F6">
        <w:rPr>
          <w:rFonts w:ascii="Arial" w:hAnsi="Arial" w:cs="Arial"/>
          <w:sz w:val="24"/>
          <w:szCs w:val="24"/>
          <w:lang w:val="English"/>
        </w:rPr>
        <w:t>: 20%</w:t>
      </w:r>
    </w:p>
    <w:p w:rsidRPr="00F854F6" w:rsidR="0079164F" w:rsidP="00395406" w:rsidRDefault="0079164F" w14:paraId="7937677A" w14:textId="77777777">
      <w:pPr>
        <w:numPr>
          <w:ilvl w:val="0"/>
          <w:numId w:val="8"/>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Position</w:t>
      </w:r>
      <w:proofErr w:type="spellEnd"/>
      <w:r w:rsidRPr="00F854F6">
        <w:rPr>
          <w:rFonts w:ascii="Arial" w:hAnsi="Arial" w:cs="Arial"/>
          <w:sz w:val="24"/>
          <w:szCs w:val="24"/>
          <w:lang w:val="English"/>
        </w:rPr>
        <w:t>: 10%</w:t>
      </w:r>
    </w:p>
    <w:p w:rsidRPr="00F854F6" w:rsidR="0079164F" w:rsidP="00F854F6" w:rsidRDefault="0079164F" w14:paraId="5D89B7A4" w14:textId="77777777">
      <w:pPr>
        <w:pStyle w:val="3izenburua"/>
        <w:spacing w:line="360" w:lineRule="auto"/>
        <w:rPr>
          <w:rFonts w:ascii="Arial" w:hAnsi="Arial" w:cs="Arial"/>
          <w:sz w:val="24"/>
          <w:szCs w:val="24"/>
        </w:rPr>
      </w:pPr>
      <w:proofErr w:type="spellStart"/>
      <w:r w:rsidRPr="00F854F6">
        <w:rPr>
          <w:rFonts w:ascii="Arial" w:hAnsi="Arial" w:cs="Arial"/>
          <w:sz w:val="24"/>
          <w:szCs w:val="24"/>
          <w:lang w:val="English"/>
        </w:rPr>
        <w:t>Rating Scale:</w:t>
      </w:r>
      <w:proofErr w:type="spellEnd"/>
      <w:proofErr w:type="spellStart"/>
      <w:proofErr w:type="spellEnd"/>
    </w:p>
    <w:p w:rsidRPr="00F854F6" w:rsidR="0079164F" w:rsidP="00395406" w:rsidRDefault="0079164F" w14:paraId="07570664" w14:textId="77777777">
      <w:pPr>
        <w:numPr>
          <w:ilvl w:val="0"/>
          <w:numId w:val="9"/>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Excellent</w:t>
      </w:r>
      <w:proofErr w:type="spellEnd"/>
      <w:r w:rsidRPr="00F854F6">
        <w:rPr>
          <w:rFonts w:ascii="Arial" w:hAnsi="Arial" w:cs="Arial"/>
          <w:sz w:val="24"/>
          <w:szCs w:val="24"/>
          <w:lang w:val="English"/>
        </w:rPr>
        <w:t xml:space="preserve">: 9-10 points</w:t>
      </w:r>
      <w:proofErr w:type="spellStart"/>
      <w:proofErr w:type="spellEnd"/>
    </w:p>
    <w:p w:rsidRPr="00F854F6" w:rsidR="0079164F" w:rsidP="00395406" w:rsidRDefault="0079164F" w14:paraId="309CEED0" w14:textId="77777777">
      <w:pPr>
        <w:numPr>
          <w:ilvl w:val="0"/>
          <w:numId w:val="9"/>
        </w:numPr>
        <w:spacing w:before="100" w:beforeAutospacing="1" w:after="100" w:afterAutospacing="1" w:line="360" w:lineRule="auto"/>
        <w:rPr>
          <w:rFonts w:ascii="Arial" w:hAnsi="Arial" w:cs="Arial"/>
          <w:sz w:val="24"/>
          <w:szCs w:val="24"/>
        </w:rPr>
      </w:pPr>
      <w:r w:rsidRPr="00F854F6">
        <w:rPr>
          <w:rStyle w:val="Lodia"/>
          <w:rFonts w:ascii="Arial" w:hAnsi="Arial" w:cs="Arial"/>
          <w:sz w:val="24"/>
          <w:szCs w:val="24"/>
          <w:lang w:val="English"/>
        </w:rPr>
        <w:t>Ona</w:t>
      </w:r>
      <w:r w:rsidRPr="00F854F6">
        <w:rPr>
          <w:rFonts w:ascii="Arial" w:hAnsi="Arial" w:cs="Arial"/>
          <w:sz w:val="24"/>
          <w:szCs w:val="24"/>
          <w:lang w:val="English"/>
        </w:rPr>
        <w:t xml:space="preserve">: 7-8 points</w:t>
      </w:r>
      <w:proofErr w:type="spellStart"/>
      <w:proofErr w:type="spellEnd"/>
    </w:p>
    <w:p w:rsidRPr="00F854F6" w:rsidR="0079164F" w:rsidP="00395406" w:rsidRDefault="0079164F" w14:paraId="0F827C27" w14:textId="77777777">
      <w:pPr>
        <w:numPr>
          <w:ilvl w:val="0"/>
          <w:numId w:val="9"/>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Enough</w:t>
      </w:r>
      <w:proofErr w:type="spellEnd"/>
      <w:r w:rsidRPr="00F854F6">
        <w:rPr>
          <w:rFonts w:ascii="Arial" w:hAnsi="Arial" w:cs="Arial"/>
          <w:sz w:val="24"/>
          <w:szCs w:val="24"/>
          <w:lang w:val="English"/>
        </w:rPr>
        <w:t xml:space="preserve">: 5-6 points</w:t>
      </w:r>
      <w:proofErr w:type="spellStart"/>
      <w:proofErr w:type="spellEnd"/>
    </w:p>
    <w:p w:rsidRPr="00F854F6" w:rsidR="0079164F" w:rsidP="00395406" w:rsidRDefault="0079164F" w14:paraId="1BE1AECD" w14:textId="77777777">
      <w:pPr>
        <w:numPr>
          <w:ilvl w:val="0"/>
          <w:numId w:val="9"/>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Insufficient</w:t>
      </w:r>
      <w:proofErr w:type="spellEnd"/>
      <w:r w:rsidRPr="00F854F6">
        <w:rPr>
          <w:rFonts w:ascii="Arial" w:hAnsi="Arial" w:cs="Arial"/>
          <w:sz w:val="24"/>
          <w:szCs w:val="24"/>
          <w:lang w:val="English"/>
        </w:rPr>
        <w:t xml:space="preserve">: 0-4 points</w:t>
      </w:r>
      <w:proofErr w:type="spellStart"/>
      <w:proofErr w:type="spellEnd"/>
    </w:p>
    <w:p w:rsidRPr="00F854F6" w:rsidR="0079164F" w:rsidP="00F854F6" w:rsidRDefault="0079164F" w14:paraId="3BFB9EA7" w14:textId="77777777">
      <w:pPr>
        <w:pStyle w:val="3izenburua"/>
        <w:spacing w:line="360" w:lineRule="auto"/>
        <w:rPr>
          <w:rFonts w:ascii="Arial" w:hAnsi="Arial" w:cs="Arial"/>
          <w:sz w:val="24"/>
          <w:szCs w:val="24"/>
        </w:rPr>
      </w:pPr>
      <w:proofErr w:type="spellStart"/>
      <w:r w:rsidRPr="00F854F6">
        <w:rPr>
          <w:rFonts w:ascii="Arial" w:hAnsi="Arial" w:cs="Arial"/>
          <w:sz w:val="24"/>
          <w:szCs w:val="24"/>
          <w:lang w:val="English"/>
        </w:rPr>
        <w:t>Minimum Condition:</w:t>
      </w:r>
      <w:proofErr w:type="spellEnd"/>
      <w:proofErr w:type="spellStart"/>
      <w:proofErr w:type="spellEnd"/>
    </w:p>
    <w:p w:rsidRPr="00F854F6" w:rsidR="0079164F" w:rsidP="00F854F6" w:rsidRDefault="0079164F" w14:paraId="3F023EA4" w14:textId="77777777">
      <w:pPr>
        <w:pStyle w:val="Normalaweb"/>
        <w:spacing w:line="360" w:lineRule="auto"/>
        <w:rPr>
          <w:rFonts w:ascii="Arial" w:hAnsi="Arial" w:cs="Arial"/>
        </w:rPr>
      </w:pPr>
      <w:r w:rsidRPr="00F854F6">
        <w:rPr>
          <w:rFonts w:ascii="Arial" w:hAnsi="Arial" w:cs="Arial"/>
          <w:lang w:val="English"/>
        </w:rPr>
        <w:t>To pass the course, students must obtain a minimum of 5 points in general score and a minimum of 5 points in the technical knowledge section.</w:t>
      </w:r>
    </w:p>
    <w:p w:rsidRPr="00F854F6" w:rsidR="0079164F" w:rsidP="00F854F6" w:rsidRDefault="0079164F" w14:paraId="5429E87A" w14:textId="77777777">
      <w:pPr>
        <w:pStyle w:val="2izenburua"/>
        <w:spacing w:line="360" w:lineRule="auto"/>
        <w:rPr>
          <w:rFonts w:ascii="Arial" w:hAnsi="Arial" w:cs="Arial"/>
          <w:sz w:val="24"/>
          <w:szCs w:val="24"/>
        </w:rPr>
      </w:pPr>
      <w:r w:rsidRPr="00F854F6">
        <w:rPr>
          <w:rFonts w:ascii="Arial" w:hAnsi="Arial" w:cs="Arial"/>
          <w:sz w:val="24"/>
          <w:szCs w:val="24"/>
          <w:lang w:val="English"/>
        </w:rPr>
        <w:t>6. EVALUATION MOMENTS</w:t>
      </w:r>
    </w:p>
    <w:p w:rsidRPr="00F854F6" w:rsidR="0079164F" w:rsidP="00F854F6" w:rsidRDefault="0079164F" w14:paraId="66C8746C" w14:textId="77777777">
      <w:pPr>
        <w:pStyle w:val="3izenburua"/>
        <w:spacing w:line="360" w:lineRule="auto"/>
        <w:rPr>
          <w:rFonts w:ascii="Arial" w:hAnsi="Arial" w:cs="Arial"/>
          <w:sz w:val="24"/>
          <w:szCs w:val="24"/>
        </w:rPr>
      </w:pPr>
      <w:proofErr w:type="spellStart"/>
      <w:r w:rsidRPr="00F854F6">
        <w:rPr>
          <w:rFonts w:ascii="Arial" w:hAnsi="Arial" w:cs="Arial"/>
          <w:sz w:val="24"/>
          <w:szCs w:val="24"/>
          <w:lang w:val="English"/>
        </w:rPr>
        <w:t>Continuous Evaluation:</w:t>
      </w:r>
      <w:proofErr w:type="spellEnd"/>
      <w:proofErr w:type="spellStart"/>
      <w:proofErr w:type="spellEnd"/>
    </w:p>
    <w:p w:rsidRPr="00F854F6" w:rsidR="0079164F" w:rsidP="00395406" w:rsidRDefault="0079164F" w14:paraId="332746DA" w14:textId="77777777">
      <w:pPr>
        <w:numPr>
          <w:ilvl w:val="0"/>
          <w:numId w:val="10"/>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Weekly activities</w:t>
      </w:r>
      <w:proofErr w:type="spellEnd"/>
      <w:proofErr w:type="spellStart"/>
      <w:proofErr w:type="spellEnd"/>
      <w:r w:rsidRPr="00F854F6">
        <w:rPr>
          <w:rFonts w:ascii="Arial" w:hAnsi="Arial" w:cs="Arial"/>
          <w:sz w:val="24"/>
          <w:szCs w:val="24"/>
          <w:lang w:val="English"/>
        </w:rPr>
        <w:t>: 25%</w:t>
      </w:r>
    </w:p>
    <w:p w:rsidRPr="00F854F6" w:rsidR="0079164F" w:rsidP="00395406" w:rsidRDefault="0079164F" w14:paraId="04D5D717" w14:textId="77777777">
      <w:pPr>
        <w:numPr>
          <w:ilvl w:val="0"/>
          <w:numId w:val="10"/>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Intermediate projects</w:t>
      </w:r>
      <w:proofErr w:type="spellEnd"/>
      <w:proofErr w:type="spellStart"/>
      <w:proofErr w:type="spellEnd"/>
      <w:r w:rsidRPr="00F854F6">
        <w:rPr>
          <w:rFonts w:ascii="Arial" w:hAnsi="Arial" w:cs="Arial"/>
          <w:sz w:val="24"/>
          <w:szCs w:val="24"/>
          <w:lang w:val="English"/>
        </w:rPr>
        <w:t>: 25%</w:t>
      </w:r>
    </w:p>
    <w:p w:rsidRPr="00F854F6" w:rsidR="0079164F" w:rsidP="00395406" w:rsidRDefault="0079164F" w14:paraId="1AA9422F" w14:textId="77777777">
      <w:pPr>
        <w:numPr>
          <w:ilvl w:val="0"/>
          <w:numId w:val="10"/>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Final project</w:t>
      </w:r>
      <w:proofErr w:type="spellEnd"/>
      <w:proofErr w:type="spellStart"/>
      <w:proofErr w:type="spellEnd"/>
      <w:r w:rsidRPr="00F854F6">
        <w:rPr>
          <w:rFonts w:ascii="Arial" w:hAnsi="Arial" w:cs="Arial"/>
          <w:sz w:val="24"/>
          <w:szCs w:val="24"/>
          <w:lang w:val="English"/>
        </w:rPr>
        <w:t>: 35%</w:t>
      </w:r>
    </w:p>
    <w:p w:rsidRPr="00F854F6" w:rsidR="0079164F" w:rsidP="00395406" w:rsidRDefault="0079164F" w14:paraId="6A5CBAB8" w14:textId="77777777">
      <w:pPr>
        <w:numPr>
          <w:ilvl w:val="0"/>
          <w:numId w:val="10"/>
        </w:numPr>
        <w:spacing w:before="100" w:beforeAutospacing="1" w:after="100" w:afterAutospacing="1" w:line="360" w:lineRule="auto"/>
        <w:rPr>
          <w:rFonts w:ascii="Arial" w:hAnsi="Arial" w:cs="Arial"/>
          <w:sz w:val="24"/>
          <w:szCs w:val="24"/>
        </w:rPr>
      </w:pPr>
      <w:proofErr w:type="spellStart"/>
      <w:r w:rsidRPr="00F854F6">
        <w:rPr>
          <w:rStyle w:val="Lodia"/>
          <w:rFonts w:ascii="Arial" w:hAnsi="Arial" w:cs="Arial"/>
          <w:sz w:val="24"/>
          <w:szCs w:val="24"/>
          <w:lang w:val="English"/>
        </w:rPr>
        <w:t>Attitude and participation</w:t>
      </w:r>
      <w:proofErr w:type="spellEnd"/>
      <w:proofErr w:type="spellStart"/>
      <w:proofErr w:type="spellEnd"/>
      <w:r w:rsidRPr="00F854F6">
        <w:rPr>
          <w:rFonts w:ascii="Arial" w:hAnsi="Arial" w:cs="Arial"/>
          <w:sz w:val="24"/>
          <w:szCs w:val="24"/>
          <w:lang w:val="English"/>
        </w:rPr>
        <w:t>: 15%</w:t>
      </w:r>
    </w:p>
    <w:p w:rsidRPr="00F854F6" w:rsidR="0079164F" w:rsidP="00F854F6" w:rsidRDefault="0079164F" w14:paraId="02742726" w14:textId="77777777">
      <w:pPr>
        <w:spacing w:before="100" w:beforeAutospacing="1" w:after="100" w:afterAutospacing="1" w:line="360" w:lineRule="auto"/>
        <w:rPr>
          <w:rFonts w:ascii="Arial" w:hAnsi="Arial" w:eastAsia="Times New Roman" w:cs="Arial"/>
          <w:sz w:val="24"/>
          <w:szCs w:val="24"/>
          <w:lang w:val="eu-ES" w:eastAsia="eu-ES"/>
        </w:rPr>
      </w:pPr>
    </w:p>
    <w:sectPr w:rsidRPr="00F854F6" w:rsidR="0079164F" w:rsidSect="0079164F">
      <w:pgSz w:w="12240" w:h="15840" w:orient="portrait"/>
      <w:pgMar w:top="1701" w:right="1418" w:bottom="1418" w:left="1701" w:header="142"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AA" w:author="Ane Albisua" w:date="2025-07-09T09:34:00Z" w:id="2">
    <w:p w:rsidR="0079164F" w:rsidRDefault="0079164F" w14:paraId="038C730B" w14:textId="77777777">
      <w:pPr>
        <w:pStyle w:val="Iruzkinarentestua"/>
      </w:pPr>
      <w:r>
        <w:rPr>
          <w:rStyle w:val="Iruzkinarenerreferentzi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8C730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406" w:rsidP="00530AAA" w:rsidRDefault="00395406" w14:paraId="51AA4456" w14:textId="77777777">
      <w:pPr>
        <w:spacing w:after="0" w:line="240" w:lineRule="auto"/>
      </w:pPr>
      <w:r>
        <w:separator/>
      </w:r>
    </w:p>
  </w:endnote>
  <w:endnote w:type="continuationSeparator" w:id="0">
    <w:p w:rsidR="00395406" w:rsidP="00530AAA" w:rsidRDefault="00395406" w14:paraId="5338B1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9317"/>
      <w:docPartObj>
        <w:docPartGallery w:val="Page Numbers (Bottom of Page)"/>
        <w:docPartUnique/>
      </w:docPartObj>
    </w:sdtPr>
    <w:sdtEndPr/>
    <w:sdtContent>
      <w:p w:rsidR="00093622" w:rsidRDefault="00093622" w14:paraId="6AC96B86" w14:textId="77777777">
        <w:pPr>
          <w:pStyle w:val="Orri-oina"/>
          <w:jc w:val="right"/>
        </w:pPr>
        <w:r>
          <w:rPr>
            <w:lang w:val="English"/>
          </w:rPr>
          <w:fldChar w:fldCharType="begin"/>
        </w:r>
        <w:r>
          <w:rPr>
            <w:lang w:val="English"/>
          </w:rPr>
          <w:instrText>PAGE   \* MERGEFORMAT</w:instrText>
        </w:r>
        <w:r>
          <w:rPr>
            <w:lang w:val="English"/>
          </w:rPr>
          <w:fldChar w:fldCharType="separate"/>
        </w:r>
        <w:r w:rsidRPr="00101266" w:rsidR="00101266">
          <w:rPr>
            <w:noProof/>
            <w:lang w:val="English"/>
          </w:rPr>
          <w:t>1</w:t>
        </w:r>
        <w:r>
          <w:rPr>
            <w:lang w:val="English"/>
          </w:rPr>
          <w:fldChar w:fldCharType="end"/>
        </w:r>
      </w:p>
    </w:sdtContent>
  </w:sdt>
  <w:p w:rsidR="00093622" w:rsidRDefault="00093622" w14:paraId="4C2EEB44" w14:textId="77777777">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406" w:rsidP="00530AAA" w:rsidRDefault="00395406" w14:paraId="42402285" w14:textId="77777777">
      <w:pPr>
        <w:spacing w:after="0" w:line="240" w:lineRule="auto"/>
      </w:pPr>
      <w:r>
        <w:separator/>
      </w:r>
    </w:p>
  </w:footnote>
  <w:footnote w:type="continuationSeparator" w:id="0">
    <w:p w:rsidR="00395406" w:rsidP="00530AAA" w:rsidRDefault="00395406" w14:paraId="0E2055B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30AAA" w:rsidP="00530AAA" w:rsidRDefault="00093622" w14:paraId="55D83558" w14:textId="77777777">
    <w:pPr>
      <w:pStyle w:val="1izenburua"/>
      <w:spacing w:line="360" w:lineRule="auto"/>
      <w:jc w:val="right"/>
      <w:rPr>
        <w:rFonts w:ascii="Arial" w:hAnsi="Arial" w:cs="Arial"/>
        <w:lang w:val="eu-ES"/>
      </w:rPr>
    </w:pPr>
    <w:r>
      <w:rPr>
        <w:noProof/>
        <w:lang w:val="English" w:eastAsia="eu-ES"/>
      </w:rPr>
      <w:drawing>
        <wp:anchor distT="114300" distB="114300" distL="114300" distR="114300" simplePos="0" relativeHeight="251659264" behindDoc="0" locked="0" layoutInCell="1" hidden="0" allowOverlap="1" wp14:editId="6E22DC46" wp14:anchorId="2588048A">
          <wp:simplePos x="0" y="0"/>
          <wp:positionH relativeFrom="margin">
            <wp:align>center</wp:align>
          </wp:positionH>
          <wp:positionV relativeFrom="paragraph">
            <wp:posOffset>60960</wp:posOffset>
          </wp:positionV>
          <wp:extent cx="1281113" cy="547384"/>
          <wp:effectExtent l="0" t="0" r="0" b="5080"/>
          <wp:wrapNone/>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81113" cy="547384"/>
                  </a:xfrm>
                  <a:prstGeom prst="rect">
                    <a:avLst/>
                  </a:prstGeom>
                  <a:ln/>
                </pic:spPr>
              </pic:pic>
            </a:graphicData>
          </a:graphic>
        </wp:anchor>
      </w:drawing>
    </w:r>
    <w:r>
      <w:rPr>
        <w:noProof/>
        <w:lang w:val="English" w:eastAsia="eu-ES"/>
      </w:rPr>
      <w:drawing>
        <wp:anchor distT="0" distB="0" distL="114300" distR="114300" simplePos="0" relativeHeight="251661312" behindDoc="0" locked="0" layoutInCell="1" allowOverlap="1" wp14:editId="48C140B4" wp14:anchorId="4A6967D5">
          <wp:simplePos x="0" y="0"/>
          <wp:positionH relativeFrom="margin">
            <wp:align>left</wp:align>
          </wp:positionH>
          <wp:positionV relativeFrom="paragraph">
            <wp:posOffset>83185</wp:posOffset>
          </wp:positionV>
          <wp:extent cx="1050475" cy="611079"/>
          <wp:effectExtent l="0" t="0" r="0" b="0"/>
          <wp:wrapNone/>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2">
                    <a:extLst>
                      <a:ext uri="{28A0092B-C50C-407E-A947-70E740481C1C}">
                        <a14:useLocalDpi xmlns:a14="http://schemas.microsoft.com/office/drawing/2010/main" val="0"/>
                      </a:ext>
                    </a:extLst>
                  </a:blip>
                  <a:stretch>
                    <a:fillRect/>
                  </a:stretch>
                </pic:blipFill>
                <pic:spPr>
                  <a:xfrm>
                    <a:off x="0" y="0"/>
                    <a:ext cx="1050475" cy="611079"/>
                  </a:xfrm>
                  <a:prstGeom prst="rect">
                    <a:avLst/>
                  </a:prstGeom>
                </pic:spPr>
              </pic:pic>
            </a:graphicData>
          </a:graphic>
          <wp14:sizeRelH relativeFrom="margin">
            <wp14:pctWidth>0</wp14:pctWidth>
          </wp14:sizeRelH>
          <wp14:sizeRelV relativeFrom="margin">
            <wp14:pctHeight>0</wp14:pctHeight>
          </wp14:sizeRelV>
        </wp:anchor>
      </w:drawing>
    </w:r>
    <w:r w:rsidR="0079164F">
      <w:rPr>
        <w:rFonts w:ascii="Arial" w:hAnsi="Arial" w:cs="Arial"/>
        <w:lang w:val="English"/>
      </w:rPr>
      <w:t>RUBRIKAK</w:t>
    </w:r>
  </w:p>
  <w:p w:rsidR="00530AAA" w:rsidRDefault="00530AAA" w14:paraId="62834B68" w14:textId="7777777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Zenbaki-zerren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Zenbaki-zerren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Bulet-zerrenda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3D1EFFD4"/>
    <w:lvl w:ilvl="0">
      <w:start w:val="1"/>
      <w:numFmt w:val="bullet"/>
      <w:pStyle w:val="Bulet-zerrenda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D0A62B40"/>
    <w:lvl w:ilvl="0">
      <w:start w:val="1"/>
      <w:numFmt w:val="decimal"/>
      <w:pStyle w:val="Zenbaki-zerren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Bulet-zerrenda"/>
      <w:lvlText w:val=""/>
      <w:lvlJc w:val="left"/>
      <w:pPr>
        <w:tabs>
          <w:tab w:val="num" w:pos="360"/>
        </w:tabs>
        <w:ind w:left="360" w:hanging="360"/>
      </w:pPr>
      <w:rPr>
        <w:rFonts w:hint="default" w:ascii="Symbol" w:hAnsi="Symbol"/>
      </w:rPr>
    </w:lvl>
  </w:abstractNum>
  <w:abstractNum w:abstractNumId="6" w15:restartNumberingAfterBreak="0">
    <w:nsid w:val="070D2627"/>
    <w:multiLevelType w:val="hybridMultilevel"/>
    <w:tmpl w:val="BB146218"/>
    <w:lvl w:ilvl="0" w:tplc="042D0001">
      <w:start w:val="1"/>
      <w:numFmt w:val="bullet"/>
      <w:lvlText w:val=""/>
      <w:lvlJc w:val="left"/>
      <w:pPr>
        <w:ind w:left="720" w:hanging="360"/>
      </w:pPr>
      <w:rPr>
        <w:rFonts w:hint="default" w:ascii="Symbol" w:hAnsi="Symbol"/>
      </w:rPr>
    </w:lvl>
    <w:lvl w:ilvl="1" w:tplc="042D0003" w:tentative="1">
      <w:start w:val="1"/>
      <w:numFmt w:val="bullet"/>
      <w:lvlText w:val="o"/>
      <w:lvlJc w:val="left"/>
      <w:pPr>
        <w:ind w:left="1440" w:hanging="360"/>
      </w:pPr>
      <w:rPr>
        <w:rFonts w:hint="default" w:ascii="Courier New" w:hAnsi="Courier New" w:cs="Courier New"/>
      </w:rPr>
    </w:lvl>
    <w:lvl w:ilvl="2" w:tplc="042D0005" w:tentative="1">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7" w15:restartNumberingAfterBreak="0">
    <w:nsid w:val="275937C2"/>
    <w:multiLevelType w:val="multilevel"/>
    <w:tmpl w:val="A2EE36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7E87BE2"/>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15C70B0"/>
    <w:multiLevelType w:val="multilevel"/>
    <w:tmpl w:val="B34E4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9060EEA"/>
    <w:multiLevelType w:val="multilevel"/>
    <w:tmpl w:val="CE762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7"/>
  </w:num>
  <w:num w:numId="9">
    <w:abstractNumId w:val="9"/>
  </w:num>
  <w:num w:numId="10">
    <w:abstractNumId w:val="10"/>
  </w:num>
  <w:num w:numId="11">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e Albisua">
    <w15:presenceInfo w15:providerId="None" w15:userId="Ane Albisu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52D"/>
    <w:rsid w:val="00034616"/>
    <w:rsid w:val="0006063C"/>
    <w:rsid w:val="00093622"/>
    <w:rsid w:val="000A2664"/>
    <w:rsid w:val="000B27C0"/>
    <w:rsid w:val="000C62C9"/>
    <w:rsid w:val="000F0F40"/>
    <w:rsid w:val="00101266"/>
    <w:rsid w:val="00130B8F"/>
    <w:rsid w:val="00132A65"/>
    <w:rsid w:val="001453EA"/>
    <w:rsid w:val="0015074B"/>
    <w:rsid w:val="00162BE6"/>
    <w:rsid w:val="001978FA"/>
    <w:rsid w:val="001C16F6"/>
    <w:rsid w:val="001D704D"/>
    <w:rsid w:val="0029639D"/>
    <w:rsid w:val="002B13C4"/>
    <w:rsid w:val="002B2B58"/>
    <w:rsid w:val="002B3523"/>
    <w:rsid w:val="002C2419"/>
    <w:rsid w:val="002C75F1"/>
    <w:rsid w:val="002F2DB3"/>
    <w:rsid w:val="00311A94"/>
    <w:rsid w:val="0031604C"/>
    <w:rsid w:val="00326F90"/>
    <w:rsid w:val="003337E1"/>
    <w:rsid w:val="00350B03"/>
    <w:rsid w:val="00395406"/>
    <w:rsid w:val="003A4CB4"/>
    <w:rsid w:val="003C6E5F"/>
    <w:rsid w:val="003E6CD8"/>
    <w:rsid w:val="004356F1"/>
    <w:rsid w:val="00501802"/>
    <w:rsid w:val="00513386"/>
    <w:rsid w:val="00514E60"/>
    <w:rsid w:val="00527618"/>
    <w:rsid w:val="00530AAA"/>
    <w:rsid w:val="005E4B8F"/>
    <w:rsid w:val="00677CB4"/>
    <w:rsid w:val="006F5C00"/>
    <w:rsid w:val="00721D1A"/>
    <w:rsid w:val="00742573"/>
    <w:rsid w:val="007757AC"/>
    <w:rsid w:val="0079164F"/>
    <w:rsid w:val="00792BAE"/>
    <w:rsid w:val="007A45AD"/>
    <w:rsid w:val="008651D1"/>
    <w:rsid w:val="00885DF0"/>
    <w:rsid w:val="008B4288"/>
    <w:rsid w:val="008D1705"/>
    <w:rsid w:val="00970E19"/>
    <w:rsid w:val="009872AA"/>
    <w:rsid w:val="009A3940"/>
    <w:rsid w:val="009E7014"/>
    <w:rsid w:val="00A15E57"/>
    <w:rsid w:val="00A43817"/>
    <w:rsid w:val="00A46CBB"/>
    <w:rsid w:val="00A511E6"/>
    <w:rsid w:val="00A91E8B"/>
    <w:rsid w:val="00AA1D8D"/>
    <w:rsid w:val="00AC61F8"/>
    <w:rsid w:val="00AD5564"/>
    <w:rsid w:val="00B47730"/>
    <w:rsid w:val="00BB4643"/>
    <w:rsid w:val="00C21BB1"/>
    <w:rsid w:val="00C24244"/>
    <w:rsid w:val="00C742C7"/>
    <w:rsid w:val="00C847DF"/>
    <w:rsid w:val="00CB0664"/>
    <w:rsid w:val="00D226DF"/>
    <w:rsid w:val="00D3238E"/>
    <w:rsid w:val="00DE439B"/>
    <w:rsid w:val="00DF3B80"/>
    <w:rsid w:val="00E05DEB"/>
    <w:rsid w:val="00E26D75"/>
    <w:rsid w:val="00E447B9"/>
    <w:rsid w:val="00F411A0"/>
    <w:rsid w:val="00F629F5"/>
    <w:rsid w:val="00F854F6"/>
    <w:rsid w:val="00F91A3C"/>
    <w:rsid w:val="00FA0B43"/>
    <w:rsid w:val="00FB5A8A"/>
    <w:rsid w:val="00FC693F"/>
    <w:rsid w:val="29702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9EB35"/>
  <w14:defaultImageDpi w14:val="300"/>
  <w15:docId w15:val="{3649ADE8-F2E7-4064-A355-B1A61B41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a" w:default="1">
    <w:name w:val="Normal"/>
    <w:qFormat/>
    <w:rsid w:val="00FC693F"/>
  </w:style>
  <w:style w:type="paragraph" w:styleId="1izenburua">
    <w:name w:val="heading 1"/>
    <w:basedOn w:val="Normala"/>
    <w:next w:val="Normala"/>
    <w:link w:val="1izenburuaK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4izenburua">
    <w:name w:val="heading 4"/>
    <w:basedOn w:val="Normala"/>
    <w:next w:val="Normala"/>
    <w:link w:val="4izenburuaK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5izenburua">
    <w:name w:val="heading 5"/>
    <w:basedOn w:val="Normala"/>
    <w:next w:val="Normala"/>
    <w:link w:val="5izenburuaK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6izenburua">
    <w:name w:val="heading 6"/>
    <w:basedOn w:val="Normala"/>
    <w:next w:val="Normala"/>
    <w:link w:val="6izenburuaK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7izenburua">
    <w:name w:val="heading 7"/>
    <w:basedOn w:val="Normala"/>
    <w:next w:val="Normala"/>
    <w:link w:val="7izenburuaK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8izenburua">
    <w:name w:val="heading 8"/>
    <w:basedOn w:val="Normala"/>
    <w:next w:val="Normala"/>
    <w:link w:val="8izenburuaK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9izenburua">
    <w:name w:val="heading 9"/>
    <w:basedOn w:val="Normala"/>
    <w:next w:val="Normala"/>
    <w:link w:val="9izenburuaK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Paragrafoarenletra-tipolehenetsia" w:default="1">
    <w:name w:val="Default Paragraph Font"/>
    <w:uiPriority w:val="1"/>
    <w:semiHidden/>
    <w:unhideWhenUsed/>
  </w:style>
  <w:style w:type="table" w:styleId="Taulanormala" w:default="1">
    <w:name w:val="Normal Table"/>
    <w:uiPriority w:val="99"/>
    <w:semiHidden/>
    <w:unhideWhenUsed/>
    <w:tblPr>
      <w:tblInd w:w="0" w:type="dxa"/>
      <w:tblCellMar>
        <w:top w:w="0" w:type="dxa"/>
        <w:left w:w="108" w:type="dxa"/>
        <w:bottom w:w="0" w:type="dxa"/>
        <w:right w:w="108" w:type="dxa"/>
      </w:tblCellMar>
    </w:tblPr>
  </w:style>
  <w:style w:type="numbering" w:styleId="Zerrendarikez" w:default="1">
    <w:name w:val="No List"/>
    <w:uiPriority w:val="99"/>
    <w:semiHidden/>
    <w:unhideWhenUsed/>
  </w:style>
  <w:style w:type="paragraph" w:styleId="Goiburua">
    <w:name w:val="header"/>
    <w:basedOn w:val="Normala"/>
    <w:link w:val="GoiburuaKar"/>
    <w:uiPriority w:val="99"/>
    <w:unhideWhenUsed/>
    <w:rsid w:val="00E618BF"/>
    <w:pPr>
      <w:tabs>
        <w:tab w:val="center" w:pos="4680"/>
        <w:tab w:val="right" w:pos="9360"/>
      </w:tabs>
      <w:spacing w:after="0" w:line="240" w:lineRule="auto"/>
    </w:pPr>
  </w:style>
  <w:style w:type="character" w:styleId="GoiburuaKar" w:customStyle="1">
    <w:name w:val="Goiburua Kar"/>
    <w:basedOn w:val="Paragrafoarenletra-tipolehenetsia"/>
    <w:link w:val="Goiburua"/>
    <w:uiPriority w:val="99"/>
    <w:rsid w:val="00E618BF"/>
  </w:style>
  <w:style w:type="paragraph" w:styleId="Orri-oina">
    <w:name w:val="footer"/>
    <w:basedOn w:val="Normala"/>
    <w:link w:val="Orri-oinaKar"/>
    <w:uiPriority w:val="99"/>
    <w:unhideWhenUsed/>
    <w:rsid w:val="00E618BF"/>
    <w:pPr>
      <w:tabs>
        <w:tab w:val="center" w:pos="4680"/>
        <w:tab w:val="right" w:pos="9360"/>
      </w:tabs>
      <w:spacing w:after="0" w:line="240" w:lineRule="auto"/>
    </w:pPr>
  </w:style>
  <w:style w:type="character" w:styleId="Orri-oinaKar" w:customStyle="1">
    <w:name w:val="Orri-oina Kar"/>
    <w:basedOn w:val="Paragrafoarenletra-tipolehenetsia"/>
    <w:link w:val="Orri-oina"/>
    <w:uiPriority w:val="99"/>
    <w:rsid w:val="00E618BF"/>
  </w:style>
  <w:style w:type="paragraph" w:styleId="Tarterikez">
    <w:name w:val="No Spacing"/>
    <w:link w:val="TarterikezKar"/>
    <w:uiPriority w:val="1"/>
    <w:qFormat/>
    <w:rsid w:val="00FC693F"/>
    <w:pPr>
      <w:spacing w:after="0" w:line="240" w:lineRule="auto"/>
    </w:pPr>
  </w:style>
  <w:style w:type="character" w:styleId="1izenburuaKar" w:customStyle="1">
    <w:name w:val="1. izenburua Kar"/>
    <w:basedOn w:val="Paragrafoarenletra-tipolehenetsia"/>
    <w:link w:val="1izenburua"/>
    <w:uiPriority w:val="9"/>
    <w:rsid w:val="00FC693F"/>
    <w:rPr>
      <w:rFonts w:asciiTheme="majorHAnsi" w:hAnsiTheme="majorHAnsi" w:eastAsiaTheme="majorEastAsia" w:cstheme="majorBidi"/>
      <w:b/>
      <w:bCs/>
      <w:color w:val="365F91" w:themeColor="accent1" w:themeShade="BF"/>
      <w:sz w:val="28"/>
      <w:szCs w:val="28"/>
    </w:rPr>
  </w:style>
  <w:style w:type="character" w:styleId="2izenburuaKar" w:customStyle="1">
    <w:name w:val="2. izenburua Kar"/>
    <w:basedOn w:val="Paragrafoarenletra-tipolehenetsia"/>
    <w:link w:val="2izenburua"/>
    <w:uiPriority w:val="9"/>
    <w:rsid w:val="00FC693F"/>
    <w:rPr>
      <w:rFonts w:asciiTheme="majorHAnsi" w:hAnsiTheme="majorHAnsi" w:eastAsiaTheme="majorEastAsia" w:cstheme="majorBidi"/>
      <w:b/>
      <w:bCs/>
      <w:color w:val="4F81BD" w:themeColor="accent1"/>
      <w:sz w:val="26"/>
      <w:szCs w:val="26"/>
    </w:rPr>
  </w:style>
  <w:style w:type="character" w:styleId="3izenburuaKar" w:customStyle="1">
    <w:name w:val="3. izenburua Kar"/>
    <w:basedOn w:val="Paragrafoarenletra-tipolehenetsia"/>
    <w:link w:val="3izenburua"/>
    <w:uiPriority w:val="9"/>
    <w:rsid w:val="00FC693F"/>
    <w:rPr>
      <w:rFonts w:asciiTheme="majorHAnsi" w:hAnsiTheme="majorHAnsi" w:eastAsiaTheme="majorEastAsia" w:cstheme="majorBidi"/>
      <w:b/>
      <w:bCs/>
      <w:color w:val="4F81BD" w:themeColor="accent1"/>
    </w:rPr>
  </w:style>
  <w:style w:type="paragraph" w:styleId="Titulua">
    <w:name w:val="Title"/>
    <w:basedOn w:val="Normala"/>
    <w:next w:val="Normala"/>
    <w:link w:val="TituluaK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uluaKar" w:customStyle="1">
    <w:name w:val="Titulua Kar"/>
    <w:basedOn w:val="Paragrafoarenletra-tipolehenetsia"/>
    <w:link w:val="Titulua"/>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Azpititulua">
    <w:name w:val="Subtitle"/>
    <w:basedOn w:val="Normala"/>
    <w:next w:val="Normala"/>
    <w:link w:val="AzpitituluaK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AzpitituluaKar" w:customStyle="1">
    <w:name w:val="Azpititulua Kar"/>
    <w:basedOn w:val="Paragrafoarenletra-tipolehenetsia"/>
    <w:link w:val="Azpititulua"/>
    <w:uiPriority w:val="11"/>
    <w:rsid w:val="00FC693F"/>
    <w:rPr>
      <w:rFonts w:asciiTheme="majorHAnsi" w:hAnsiTheme="majorHAnsi" w:eastAsiaTheme="majorEastAsia" w:cstheme="majorBidi"/>
      <w:i/>
      <w:iCs/>
      <w:color w:val="4F81BD" w:themeColor="accent1"/>
      <w:spacing w:val="15"/>
      <w:sz w:val="24"/>
      <w:szCs w:val="24"/>
    </w:rPr>
  </w:style>
  <w:style w:type="paragraph" w:styleId="Zerrenda-paragrafoa">
    <w:name w:val="List Paragraph"/>
    <w:basedOn w:val="Normala"/>
    <w:uiPriority w:val="34"/>
    <w:qFormat/>
    <w:rsid w:val="00FC693F"/>
    <w:pPr>
      <w:ind w:left="720"/>
      <w:contextualSpacing/>
    </w:pPr>
  </w:style>
  <w:style w:type="paragraph" w:styleId="Gorputz-testua">
    <w:name w:val="Body Text"/>
    <w:basedOn w:val="Normala"/>
    <w:link w:val="Gorputz-testuaKar"/>
    <w:uiPriority w:val="99"/>
    <w:unhideWhenUsed/>
    <w:rsid w:val="00AA1D8D"/>
    <w:pPr>
      <w:spacing w:after="120"/>
    </w:pPr>
  </w:style>
  <w:style w:type="character" w:styleId="Gorputz-testuaKar" w:customStyle="1">
    <w:name w:val="Gorputz-testua Kar"/>
    <w:basedOn w:val="Paragrafoarenletra-tipolehenetsia"/>
    <w:link w:val="Gorputz-testua"/>
    <w:uiPriority w:val="99"/>
    <w:rsid w:val="00AA1D8D"/>
  </w:style>
  <w:style w:type="paragraph" w:styleId="Gorputz-testua2">
    <w:name w:val="Body Text 2"/>
    <w:basedOn w:val="Normala"/>
    <w:link w:val="Gorputz-testua2Kar"/>
    <w:uiPriority w:val="99"/>
    <w:unhideWhenUsed/>
    <w:rsid w:val="00AA1D8D"/>
    <w:pPr>
      <w:spacing w:after="120" w:line="480" w:lineRule="auto"/>
    </w:pPr>
  </w:style>
  <w:style w:type="character" w:styleId="Gorputz-testua2Kar" w:customStyle="1">
    <w:name w:val="Gorputz-testua 2 Kar"/>
    <w:basedOn w:val="Paragrafoarenletra-tipolehenetsia"/>
    <w:link w:val="Gorputz-testua2"/>
    <w:uiPriority w:val="99"/>
    <w:rsid w:val="00AA1D8D"/>
  </w:style>
  <w:style w:type="paragraph" w:styleId="Gorputz-testua3">
    <w:name w:val="Body Text 3"/>
    <w:basedOn w:val="Normala"/>
    <w:link w:val="Gorputz-testua3Kar"/>
    <w:uiPriority w:val="99"/>
    <w:unhideWhenUsed/>
    <w:rsid w:val="00AA1D8D"/>
    <w:pPr>
      <w:spacing w:after="120"/>
    </w:pPr>
    <w:rPr>
      <w:sz w:val="16"/>
      <w:szCs w:val="16"/>
    </w:rPr>
  </w:style>
  <w:style w:type="character" w:styleId="Gorputz-testua3Kar" w:customStyle="1">
    <w:name w:val="Gorputz-testua 3 Kar"/>
    <w:basedOn w:val="Paragrafoarenletra-tipolehenetsia"/>
    <w:link w:val="Gorputz-testua3"/>
    <w:uiPriority w:val="99"/>
    <w:rsid w:val="00AA1D8D"/>
    <w:rPr>
      <w:sz w:val="16"/>
      <w:szCs w:val="16"/>
    </w:rPr>
  </w:style>
  <w:style w:type="paragraph" w:styleId="Zerrenda">
    <w:name w:val="List"/>
    <w:basedOn w:val="Normala"/>
    <w:uiPriority w:val="99"/>
    <w:unhideWhenUsed/>
    <w:rsid w:val="00AA1D8D"/>
    <w:pPr>
      <w:ind w:left="360" w:hanging="360"/>
      <w:contextualSpacing/>
    </w:pPr>
  </w:style>
  <w:style w:type="paragraph" w:styleId="Zerrenda2">
    <w:name w:val="List 2"/>
    <w:basedOn w:val="Normala"/>
    <w:uiPriority w:val="99"/>
    <w:unhideWhenUsed/>
    <w:rsid w:val="00326F90"/>
    <w:pPr>
      <w:ind w:left="720" w:hanging="360"/>
      <w:contextualSpacing/>
    </w:pPr>
  </w:style>
  <w:style w:type="paragraph" w:styleId="Zerrenda3">
    <w:name w:val="List 3"/>
    <w:basedOn w:val="Normala"/>
    <w:uiPriority w:val="99"/>
    <w:unhideWhenUsed/>
    <w:rsid w:val="00326F90"/>
    <w:pPr>
      <w:ind w:left="1080" w:hanging="360"/>
      <w:contextualSpacing/>
    </w:pPr>
  </w:style>
  <w:style w:type="paragraph" w:styleId="Bulet-zerrenda">
    <w:name w:val="List Bullet"/>
    <w:basedOn w:val="Normala"/>
    <w:uiPriority w:val="99"/>
    <w:unhideWhenUsed/>
    <w:rsid w:val="00326F90"/>
    <w:pPr>
      <w:numPr>
        <w:numId w:val="1"/>
      </w:numPr>
      <w:contextualSpacing/>
    </w:pPr>
  </w:style>
  <w:style w:type="paragraph" w:styleId="Bulet-zerrenda2">
    <w:name w:val="List Bullet 2"/>
    <w:basedOn w:val="Normala"/>
    <w:uiPriority w:val="99"/>
    <w:unhideWhenUsed/>
    <w:rsid w:val="00326F90"/>
    <w:pPr>
      <w:numPr>
        <w:numId w:val="2"/>
      </w:numPr>
      <w:contextualSpacing/>
    </w:pPr>
  </w:style>
  <w:style w:type="paragraph" w:styleId="Bulet-zerrenda3">
    <w:name w:val="List Bullet 3"/>
    <w:basedOn w:val="Normala"/>
    <w:uiPriority w:val="99"/>
    <w:unhideWhenUsed/>
    <w:rsid w:val="00326F90"/>
    <w:pPr>
      <w:numPr>
        <w:numId w:val="3"/>
      </w:numPr>
      <w:contextualSpacing/>
    </w:pPr>
  </w:style>
  <w:style w:type="paragraph" w:styleId="Zenbaki-zerrenda">
    <w:name w:val="List Number"/>
    <w:basedOn w:val="Normala"/>
    <w:uiPriority w:val="99"/>
    <w:unhideWhenUsed/>
    <w:rsid w:val="00326F90"/>
    <w:pPr>
      <w:numPr>
        <w:numId w:val="4"/>
      </w:numPr>
      <w:contextualSpacing/>
    </w:pPr>
  </w:style>
  <w:style w:type="paragraph" w:styleId="Zenbaki-zerrenda2">
    <w:name w:val="List Number 2"/>
    <w:basedOn w:val="Normala"/>
    <w:uiPriority w:val="99"/>
    <w:unhideWhenUsed/>
    <w:rsid w:val="0029639D"/>
    <w:pPr>
      <w:numPr>
        <w:numId w:val="5"/>
      </w:numPr>
      <w:contextualSpacing/>
    </w:pPr>
  </w:style>
  <w:style w:type="paragraph" w:styleId="Zenbaki-zerrenda3">
    <w:name w:val="List Number 3"/>
    <w:basedOn w:val="Normala"/>
    <w:uiPriority w:val="99"/>
    <w:unhideWhenUsed/>
    <w:rsid w:val="0029639D"/>
    <w:pPr>
      <w:numPr>
        <w:numId w:val="6"/>
      </w:numPr>
      <w:contextualSpacing/>
    </w:pPr>
  </w:style>
  <w:style w:type="paragraph" w:styleId="Zerrendajarraitua">
    <w:name w:val="List Continue"/>
    <w:basedOn w:val="Normala"/>
    <w:uiPriority w:val="99"/>
    <w:unhideWhenUsed/>
    <w:rsid w:val="0029639D"/>
    <w:pPr>
      <w:spacing w:after="120"/>
      <w:ind w:left="360"/>
      <w:contextualSpacing/>
    </w:pPr>
  </w:style>
  <w:style w:type="paragraph" w:styleId="Zerrendajarraitua2">
    <w:name w:val="List Continue 2"/>
    <w:basedOn w:val="Normala"/>
    <w:uiPriority w:val="99"/>
    <w:unhideWhenUsed/>
    <w:rsid w:val="0029639D"/>
    <w:pPr>
      <w:spacing w:after="120"/>
      <w:ind w:left="720"/>
      <w:contextualSpacing/>
    </w:pPr>
  </w:style>
  <w:style w:type="paragraph" w:styleId="Zerrendajarraitua3">
    <w:name w:val="List Continue 3"/>
    <w:basedOn w:val="Normala"/>
    <w:uiPriority w:val="99"/>
    <w:unhideWhenUsed/>
    <w:rsid w:val="0029639D"/>
    <w:pPr>
      <w:spacing w:after="120"/>
      <w:ind w:left="1080"/>
      <w:contextualSpacing/>
    </w:pPr>
  </w:style>
  <w:style w:type="paragraph" w:styleId="Makrokotestua">
    <w:name w:val="macro"/>
    <w:link w:val="Makrokotestua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krokotestuaKar" w:customStyle="1">
    <w:name w:val="Makroko testua Kar"/>
    <w:basedOn w:val="Paragrafoarenletra-tipolehenetsia"/>
    <w:link w:val="Makrokotestua"/>
    <w:uiPriority w:val="99"/>
    <w:rsid w:val="0029639D"/>
    <w:rPr>
      <w:rFonts w:ascii="Courier" w:hAnsi="Courier"/>
      <w:sz w:val="20"/>
      <w:szCs w:val="20"/>
    </w:rPr>
  </w:style>
  <w:style w:type="paragraph" w:styleId="Aipua">
    <w:name w:val="Quote"/>
    <w:basedOn w:val="Normala"/>
    <w:next w:val="Normala"/>
    <w:link w:val="AipuaKar"/>
    <w:uiPriority w:val="29"/>
    <w:qFormat/>
    <w:rsid w:val="00FC693F"/>
    <w:rPr>
      <w:i/>
      <w:iCs/>
      <w:color w:val="000000" w:themeColor="text1"/>
    </w:rPr>
  </w:style>
  <w:style w:type="character" w:styleId="AipuaKar" w:customStyle="1">
    <w:name w:val="Aipua Kar"/>
    <w:basedOn w:val="Paragrafoarenletra-tipolehenetsia"/>
    <w:link w:val="Aipua"/>
    <w:uiPriority w:val="29"/>
    <w:rsid w:val="00FC693F"/>
    <w:rPr>
      <w:i/>
      <w:iCs/>
      <w:color w:val="000000" w:themeColor="text1"/>
    </w:rPr>
  </w:style>
  <w:style w:type="character" w:styleId="4izenburuaKar" w:customStyle="1">
    <w:name w:val="4. izenburua Kar"/>
    <w:basedOn w:val="Paragrafoarenletra-tipolehenetsia"/>
    <w:link w:val="4izenburua"/>
    <w:uiPriority w:val="9"/>
    <w:semiHidden/>
    <w:rsid w:val="00FC693F"/>
    <w:rPr>
      <w:rFonts w:asciiTheme="majorHAnsi" w:hAnsiTheme="majorHAnsi" w:eastAsiaTheme="majorEastAsia" w:cstheme="majorBidi"/>
      <w:b/>
      <w:bCs/>
      <w:i/>
      <w:iCs/>
      <w:color w:val="4F81BD" w:themeColor="accent1"/>
    </w:rPr>
  </w:style>
  <w:style w:type="character" w:styleId="5izenburuaKar" w:customStyle="1">
    <w:name w:val="5. izenburua Kar"/>
    <w:basedOn w:val="Paragrafoarenletra-tipolehenetsia"/>
    <w:link w:val="5izenburua"/>
    <w:uiPriority w:val="9"/>
    <w:semiHidden/>
    <w:rsid w:val="00FC693F"/>
    <w:rPr>
      <w:rFonts w:asciiTheme="majorHAnsi" w:hAnsiTheme="majorHAnsi" w:eastAsiaTheme="majorEastAsia" w:cstheme="majorBidi"/>
      <w:color w:val="243F60" w:themeColor="accent1" w:themeShade="7F"/>
    </w:rPr>
  </w:style>
  <w:style w:type="character" w:styleId="6izenburuaKar" w:customStyle="1">
    <w:name w:val="6. izenburua Kar"/>
    <w:basedOn w:val="Paragrafoarenletra-tipolehenetsia"/>
    <w:link w:val="6izenburua"/>
    <w:uiPriority w:val="9"/>
    <w:semiHidden/>
    <w:rsid w:val="00FC693F"/>
    <w:rPr>
      <w:rFonts w:asciiTheme="majorHAnsi" w:hAnsiTheme="majorHAnsi" w:eastAsiaTheme="majorEastAsia" w:cstheme="majorBidi"/>
      <w:i/>
      <w:iCs/>
      <w:color w:val="243F60" w:themeColor="accent1" w:themeShade="7F"/>
    </w:rPr>
  </w:style>
  <w:style w:type="character" w:styleId="7izenburuaKar" w:customStyle="1">
    <w:name w:val="7. izenburua Kar"/>
    <w:basedOn w:val="Paragrafoarenletra-tipolehenetsia"/>
    <w:link w:val="7izenburua"/>
    <w:uiPriority w:val="9"/>
    <w:semiHidden/>
    <w:rsid w:val="00FC693F"/>
    <w:rPr>
      <w:rFonts w:asciiTheme="majorHAnsi" w:hAnsiTheme="majorHAnsi" w:eastAsiaTheme="majorEastAsia" w:cstheme="majorBidi"/>
      <w:i/>
      <w:iCs/>
      <w:color w:val="404040" w:themeColor="text1" w:themeTint="BF"/>
    </w:rPr>
  </w:style>
  <w:style w:type="character" w:styleId="8izenburuaKar" w:customStyle="1">
    <w:name w:val="8. izenburua Kar"/>
    <w:basedOn w:val="Paragrafoarenletra-tipolehenetsia"/>
    <w:link w:val="8izenburua"/>
    <w:uiPriority w:val="9"/>
    <w:semiHidden/>
    <w:rsid w:val="00FC693F"/>
    <w:rPr>
      <w:rFonts w:asciiTheme="majorHAnsi" w:hAnsiTheme="majorHAnsi" w:eastAsiaTheme="majorEastAsia" w:cstheme="majorBidi"/>
      <w:color w:val="4F81BD" w:themeColor="accent1"/>
      <w:sz w:val="20"/>
      <w:szCs w:val="20"/>
    </w:rPr>
  </w:style>
  <w:style w:type="character" w:styleId="9izenburuaKar" w:customStyle="1">
    <w:name w:val="9. izenburua Kar"/>
    <w:basedOn w:val="Paragrafoarenletra-tipolehenetsia"/>
    <w:link w:val="9izenburua"/>
    <w:uiPriority w:val="9"/>
    <w:semiHidden/>
    <w:rsid w:val="00FC693F"/>
    <w:rPr>
      <w:rFonts w:asciiTheme="majorHAnsi" w:hAnsiTheme="majorHAnsi" w:eastAsiaTheme="majorEastAsia" w:cstheme="majorBidi"/>
      <w:i/>
      <w:iCs/>
      <w:color w:val="404040" w:themeColor="text1" w:themeTint="BF"/>
      <w:sz w:val="20"/>
      <w:szCs w:val="20"/>
    </w:rPr>
  </w:style>
  <w:style w:type="paragraph" w:styleId="Epigrafea">
    <w:name w:val="caption"/>
    <w:basedOn w:val="Normala"/>
    <w:next w:val="Normala"/>
    <w:uiPriority w:val="35"/>
    <w:semiHidden/>
    <w:unhideWhenUsed/>
    <w:qFormat/>
    <w:rsid w:val="00FC693F"/>
    <w:pPr>
      <w:spacing w:line="240" w:lineRule="auto"/>
    </w:pPr>
    <w:rPr>
      <w:b/>
      <w:bCs/>
      <w:color w:val="4F81BD" w:themeColor="accent1"/>
      <w:sz w:val="18"/>
      <w:szCs w:val="18"/>
    </w:rPr>
  </w:style>
  <w:style w:type="character" w:styleId="Lodia">
    <w:name w:val="Strong"/>
    <w:basedOn w:val="Paragrafoarenletra-tipolehenetsia"/>
    <w:uiPriority w:val="22"/>
    <w:qFormat/>
    <w:rsid w:val="00FC693F"/>
    <w:rPr>
      <w:b/>
      <w:bCs/>
    </w:rPr>
  </w:style>
  <w:style w:type="character" w:styleId="Enfasia">
    <w:name w:val="Emphasis"/>
    <w:basedOn w:val="Paragrafoarenletra-tipolehenetsia"/>
    <w:uiPriority w:val="20"/>
    <w:qFormat/>
    <w:rsid w:val="00FC693F"/>
    <w:rPr>
      <w:i/>
      <w:iCs/>
    </w:rPr>
  </w:style>
  <w:style w:type="paragraph" w:styleId="Aipamenhandia">
    <w:name w:val="Intense Quote"/>
    <w:basedOn w:val="Normala"/>
    <w:next w:val="Normala"/>
    <w:link w:val="AipamenhandiaK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AipamenhandiaKar" w:customStyle="1">
    <w:name w:val="Aipamen handia Kar"/>
    <w:basedOn w:val="Paragrafoarenletra-tipolehenetsia"/>
    <w:link w:val="Aipamenhandia"/>
    <w:uiPriority w:val="30"/>
    <w:rsid w:val="00FC693F"/>
    <w:rPr>
      <w:b/>
      <w:bCs/>
      <w:i/>
      <w:iCs/>
      <w:color w:val="4F81BD" w:themeColor="accent1"/>
    </w:rPr>
  </w:style>
  <w:style w:type="character" w:styleId="Enfasileuna">
    <w:name w:val="Subtle Emphasis"/>
    <w:basedOn w:val="Paragrafoarenletra-tipolehenetsia"/>
    <w:uiPriority w:val="19"/>
    <w:qFormat/>
    <w:rsid w:val="00FC693F"/>
    <w:rPr>
      <w:i/>
      <w:iCs/>
      <w:color w:val="808080" w:themeColor="text1" w:themeTint="7F"/>
    </w:rPr>
  </w:style>
  <w:style w:type="character" w:styleId="Enfasibizia">
    <w:name w:val="Intense Emphasis"/>
    <w:basedOn w:val="Paragrafoarenletra-tipolehenetsia"/>
    <w:uiPriority w:val="21"/>
    <w:qFormat/>
    <w:rsid w:val="00FC693F"/>
    <w:rPr>
      <w:b/>
      <w:bCs/>
      <w:i/>
      <w:iCs/>
      <w:color w:val="4F81BD" w:themeColor="accent1"/>
    </w:rPr>
  </w:style>
  <w:style w:type="character" w:styleId="Erreferentzialeuna">
    <w:name w:val="Subtle Reference"/>
    <w:basedOn w:val="Paragrafoarenletra-tipolehenetsia"/>
    <w:uiPriority w:val="31"/>
    <w:qFormat/>
    <w:rsid w:val="00FC693F"/>
    <w:rPr>
      <w:smallCaps/>
      <w:color w:val="C0504D" w:themeColor="accent2"/>
      <w:u w:val="single"/>
    </w:rPr>
  </w:style>
  <w:style w:type="character" w:styleId="Erreferentziabizia">
    <w:name w:val="Intense Reference"/>
    <w:basedOn w:val="Paragrafoarenletra-tipolehenetsia"/>
    <w:uiPriority w:val="32"/>
    <w:qFormat/>
    <w:rsid w:val="00FC693F"/>
    <w:rPr>
      <w:b/>
      <w:bCs/>
      <w:smallCaps/>
      <w:color w:val="C0504D" w:themeColor="accent2"/>
      <w:spacing w:val="5"/>
      <w:u w:val="single"/>
    </w:rPr>
  </w:style>
  <w:style w:type="character" w:styleId="Liburuarentitulua">
    <w:name w:val="Book Title"/>
    <w:basedOn w:val="Paragrafoarenletra-tipolehenetsia"/>
    <w:uiPriority w:val="33"/>
    <w:qFormat/>
    <w:rsid w:val="00FC693F"/>
    <w:rPr>
      <w:b/>
      <w:bCs/>
      <w:smallCaps/>
      <w:spacing w:val="5"/>
    </w:rPr>
  </w:style>
  <w:style w:type="paragraph" w:styleId="TOCizenburua">
    <w:name w:val="TOC Heading"/>
    <w:basedOn w:val="1izenburua"/>
    <w:next w:val="Normala"/>
    <w:uiPriority w:val="39"/>
    <w:unhideWhenUsed/>
    <w:qFormat/>
    <w:rsid w:val="00FC693F"/>
    <w:pPr>
      <w:outlineLvl w:val="9"/>
    </w:pPr>
  </w:style>
  <w:style w:type="table" w:styleId="Saretaduntaula">
    <w:name w:val="Table Grid"/>
    <w:basedOn w:val="Taulanormala"/>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Itzalduraargia">
    <w:name w:val="Light Shading"/>
    <w:basedOn w:val="Taulanormala"/>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Itzalduraargia-1enfasia">
    <w:name w:val="Light Shading Accent 1"/>
    <w:basedOn w:val="Taulanormala"/>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Itzalduraargia-2enfasia">
    <w:name w:val="Light Shading Accent 2"/>
    <w:basedOn w:val="Taulanormala"/>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Itzalduraargia-3enfasia">
    <w:name w:val="Light Shading Accent 3"/>
    <w:basedOn w:val="Taulanormala"/>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Itzalduraargia-4enfasia">
    <w:name w:val="Light Shading Accent 4"/>
    <w:basedOn w:val="Taulanormala"/>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Itzalduraargia-5enfasia">
    <w:name w:val="Light Shading Accent 5"/>
    <w:basedOn w:val="Taulanormala"/>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Itzalduraargia-6enfasia">
    <w:name w:val="Light Shading Accent 6"/>
    <w:basedOn w:val="Taulanormala"/>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Zerrendaargia">
    <w:name w:val="Light List"/>
    <w:basedOn w:val="Taulanormala"/>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Zerrendaargia-1enfasia">
    <w:name w:val="Light List Accent 1"/>
    <w:basedOn w:val="Taulanormala"/>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Zerrendaargia-2enfasia">
    <w:name w:val="Light List Accent 2"/>
    <w:basedOn w:val="Taulanormala"/>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Zerrendaargia-3enfasia">
    <w:name w:val="Light List Accent 3"/>
    <w:basedOn w:val="Taulanormala"/>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Zerrendaargia-4enfasia">
    <w:name w:val="Light List Accent 4"/>
    <w:basedOn w:val="Taulanormala"/>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Zerrendaargia-5enfasia">
    <w:name w:val="Light List Accent 5"/>
    <w:basedOn w:val="Taulanormala"/>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Zerrendaargia-6enfasia">
    <w:name w:val="Light List Accent 6"/>
    <w:basedOn w:val="Taulanormala"/>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Saretaargia">
    <w:name w:val="Light Grid"/>
    <w:basedOn w:val="Taulanormala"/>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aretaargia-1enfasia">
    <w:name w:val="Light Grid Accent 1"/>
    <w:basedOn w:val="Taulanormala"/>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Saretaargia-2enfasia">
    <w:name w:val="Light Grid Accent 2"/>
    <w:basedOn w:val="Taulanormala"/>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aretaargia-3enfasia">
    <w:name w:val="Light Grid Accent 3"/>
    <w:basedOn w:val="Taulanormala"/>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Saretaargia-4enfasia">
    <w:name w:val="Light Grid Accent 4"/>
    <w:basedOn w:val="Taulanormala"/>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Saretaargia-5enfasia">
    <w:name w:val="Light Grid Accent 5"/>
    <w:basedOn w:val="Taulanormala"/>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Saretaargia-6enfasia">
    <w:name w:val="Light Grid Accent 6"/>
    <w:basedOn w:val="Taulanormala"/>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1itzalduraertaina">
    <w:name w:val="Medium Shading 1"/>
    <w:basedOn w:val="Taulanormala"/>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itzalduraertaina-1enfasia">
    <w:name w:val="Medium Shading 1 Accent 1"/>
    <w:basedOn w:val="Taulanormala"/>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itzalduraertaina-2enfasia">
    <w:name w:val="Medium Shading 1 Accent 2"/>
    <w:basedOn w:val="Taulanormala"/>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itzalduraertaina-3enfasia">
    <w:name w:val="Medium Shading 1 Accent 3"/>
    <w:basedOn w:val="Taulanormala"/>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itzalduraertaina-4enfasia">
    <w:name w:val="Medium Shading 1 Accent 4"/>
    <w:basedOn w:val="Taulanormala"/>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itzalduraertaina-5enfasia">
    <w:name w:val="Medium Shading 1 Accent 5"/>
    <w:basedOn w:val="Taulanormala"/>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itzalduraertaina-6enfasia">
    <w:name w:val="Medium Shading 1 Accent 6"/>
    <w:basedOn w:val="Taulanormala"/>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itzalduraertaina">
    <w:name w:val="Medium Shading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1enfasia">
    <w:name w:val="Medium Shading 2 Accent 1"/>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2enfasia">
    <w:name w:val="Medium Shading 2 Accent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3enfasia">
    <w:name w:val="Medium Shading 2 Accent 3"/>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4enfasia">
    <w:name w:val="Medium Shading 2 Accent 4"/>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5enfasia">
    <w:name w:val="Medium Shading 2 Accent 5"/>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6enfasia">
    <w:name w:val="Medium Shading 2 Accent 6"/>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zerrendaertaina">
    <w:name w:val="Medium List 1"/>
    <w:basedOn w:val="Taulanormala"/>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zerrendaertaina-1enfasia">
    <w:name w:val="Medium List 1 Accent 1"/>
    <w:basedOn w:val="Taulanormala"/>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zerrendaertaina-2enfasia">
    <w:name w:val="Medium List 1 Accent 2"/>
    <w:basedOn w:val="Taulanormala"/>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zerrendaertaina-3enfasia">
    <w:name w:val="Medium List 1 Accent 3"/>
    <w:basedOn w:val="Taulanormala"/>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zerrendaertaina-4enfasia">
    <w:name w:val="Medium List 1 Accent 4"/>
    <w:basedOn w:val="Taulanormala"/>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zerrendaertaina-5enfasia">
    <w:name w:val="Medium List 1 Accent 5"/>
    <w:basedOn w:val="Taulanormala"/>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zerrendaertaina-6enfasia">
    <w:name w:val="Medium List 1 Accent 6"/>
    <w:basedOn w:val="Taulanormala"/>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zerrendaertaina">
    <w:name w:val="Medium Lis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1enfasia">
    <w:name w:val="Medium List 2 Accent 1"/>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2enfasia">
    <w:name w:val="Medium List 2 Accen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3enfasia">
    <w:name w:val="Medium List 2 Accent 3"/>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4enfasia">
    <w:name w:val="Medium List 2 Accent 4"/>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5enfasia">
    <w:name w:val="Medium List 2 Accent 5"/>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6enfasia">
    <w:name w:val="Medium List 2 Accent 6"/>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saretaertaina">
    <w:name w:val="Medium Grid 1"/>
    <w:basedOn w:val="Taulanormala"/>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saretaertaina-1enfasia">
    <w:name w:val="Medium Grid 1 Accent 1"/>
    <w:basedOn w:val="Taulanormala"/>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saretaertaina-2enfasia">
    <w:name w:val="Medium Grid 1 Accent 2"/>
    <w:basedOn w:val="Taulanormala"/>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saretaertaina-3enfasia">
    <w:name w:val="Medium Grid 1 Accent 3"/>
    <w:basedOn w:val="Taulanormala"/>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saretaertaina-4enfasia">
    <w:name w:val="Medium Grid 1 Accent 4"/>
    <w:basedOn w:val="Taulanormala"/>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saretaertaina-5enfasia">
    <w:name w:val="Medium Grid 1 Accent 5"/>
    <w:basedOn w:val="Taulanormala"/>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saretaertaina-6enfasia">
    <w:name w:val="Medium Grid 1 Accent 6"/>
    <w:basedOn w:val="Taulanormala"/>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saretaertaina">
    <w:name w:val="Medium Grid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saretaertaina-1enfasia">
    <w:name w:val="Medium Grid 2 Accent 1"/>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2saretaertaina-2enfasia">
    <w:name w:val="Medium Grid 2 Accent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2saretaertaina-3enfasia">
    <w:name w:val="Medium Grid 2 Accent 3"/>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2saretaertaina-4enfasia">
    <w:name w:val="Medium Grid 2 Accent 4"/>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2saretaertaina-5enfasia">
    <w:name w:val="Medium Grid 2 Accent 5"/>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2saretaertaina-6enfasia">
    <w:name w:val="Medium Grid 2 Accent 6"/>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3saretaertaina">
    <w:name w:val="Medium Grid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saretaertaina-1enfasia">
    <w:name w:val="Medium Grid 3 Accent 1"/>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3saretaertaina-2enfasia">
    <w:name w:val="Medium Grid 3 Accent 2"/>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3saretaertaina-3enfasia">
    <w:name w:val="Medium Grid 3 Accent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3saretaertaina-4enfasia">
    <w:name w:val="Medium Grid 3 Accent 4"/>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3saretaertaina-5enfasia">
    <w:name w:val="Medium Grid 3 Accent 5"/>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3saretaertaina-6enfasia">
    <w:name w:val="Medium Grid 3 Accent 6"/>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Zerrendailuna">
    <w:name w:val="Dark List"/>
    <w:basedOn w:val="Taulanormal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Zerrendailuna-1enfasia">
    <w:name w:val="Dark List Accent 1"/>
    <w:basedOn w:val="Taulanormal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Zerrendailuna-2enfasia">
    <w:name w:val="Dark List Accent 2"/>
    <w:basedOn w:val="Taulanormal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Zerrendailuna-3enfasia">
    <w:name w:val="Dark List Accent 3"/>
    <w:basedOn w:val="Taulanormal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Zerrendailuna-4enfasia">
    <w:name w:val="Dark List Accent 4"/>
    <w:basedOn w:val="Taulanormal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Zerrendailuna-5enfasia">
    <w:name w:val="Dark List Accent 5"/>
    <w:basedOn w:val="Taulanormal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Zerrendailuna-6enfasia">
    <w:name w:val="Dark List Accent 6"/>
    <w:basedOn w:val="Taulanormal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etakoitzaldura">
    <w:name w:val="Colorful Shading"/>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etakoitzaldura-1enfasia">
    <w:name w:val="Colorful Shading Accent 1"/>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etakoitzaldura-2enfasia">
    <w:name w:val="Colorful Shading Accent 2"/>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etakoitzaldura-3enfasia">
    <w:name w:val="Colorful Shading Accent 3"/>
    <w:basedOn w:val="Taulanormala"/>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etakoitzaldura-4enfasia">
    <w:name w:val="Colorful Shading Accent 4"/>
    <w:basedOn w:val="Taulanormala"/>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etakoitzaldura-5enfasia">
    <w:name w:val="Colorful Shading Accent 5"/>
    <w:basedOn w:val="Taulanormala"/>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etakoitzaldura-6enfasia">
    <w:name w:val="Colorful Shading Accent 6"/>
    <w:basedOn w:val="Taulanormala"/>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etakozerrenda">
    <w:name w:val="Colorful List"/>
    <w:basedOn w:val="Taulanormal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Zerrendakoloretsua-1enfasia">
    <w:name w:val="Colorful List Accent 1"/>
    <w:basedOn w:val="Taulanormal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Zerrendakoloretsua-2enfasia">
    <w:name w:val="Colorful List Accent 2"/>
    <w:basedOn w:val="Taulanormal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Zerrendakoloretsua-3enfasia">
    <w:name w:val="Colorful List Accent 3"/>
    <w:basedOn w:val="Taulanormal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Zerrendakoloretsua-4enfasia">
    <w:name w:val="Colorful List Accent 4"/>
    <w:basedOn w:val="Taulanormal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Zerrendakoloretsua-5enfasia">
    <w:name w:val="Colorful List Accent 5"/>
    <w:basedOn w:val="Taulanormal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Zerrendakoloretsua-6enfasia">
    <w:name w:val="Colorful List Accent 6"/>
    <w:basedOn w:val="Taulanormal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etakosareta">
    <w:name w:val="Colorful Grid"/>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etakosareta-1enfasia">
    <w:name w:val="Colorful Grid Accent 1"/>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etakosareta-2enfasia">
    <w:name w:val="Colorful Grid Accent 2"/>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etakosareta-3enfasia">
    <w:name w:val="Colorful Grid Accent 3"/>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etakosareta-4enfasia">
    <w:name w:val="Colorful Grid Accent 4"/>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etakosareta-5enfasia">
    <w:name w:val="Colorful Grid Accent 5"/>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etakosareta-6enfasia">
    <w:name w:val="Colorful Grid Accent 6"/>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esteka">
    <w:name w:val="Hyperlink"/>
    <w:basedOn w:val="Paragrafoarenletra-tipolehenetsia"/>
    <w:uiPriority w:val="99"/>
    <w:unhideWhenUsed/>
    <w:rsid w:val="00A46CBB"/>
    <w:rPr>
      <w:color w:val="0000FF" w:themeColor="hyperlink"/>
      <w:u w:val="single"/>
    </w:rPr>
  </w:style>
  <w:style w:type="character" w:styleId="BisitatutakoHiperesteka">
    <w:name w:val="FollowedHyperlink"/>
    <w:basedOn w:val="Paragrafoarenletra-tipolehenetsia"/>
    <w:uiPriority w:val="99"/>
    <w:semiHidden/>
    <w:unhideWhenUsed/>
    <w:rsid w:val="00A46CBB"/>
    <w:rPr>
      <w:color w:val="800080" w:themeColor="followedHyperlink"/>
      <w:u w:val="single"/>
    </w:rPr>
  </w:style>
  <w:style w:type="paragraph" w:styleId="Normalaweb">
    <w:name w:val="Normal (Web)"/>
    <w:basedOn w:val="Normala"/>
    <w:uiPriority w:val="99"/>
    <w:unhideWhenUsed/>
    <w:rsid w:val="00E447B9"/>
    <w:pPr>
      <w:spacing w:before="100" w:beforeAutospacing="1" w:after="100" w:afterAutospacing="1" w:line="240" w:lineRule="auto"/>
    </w:pPr>
    <w:rPr>
      <w:rFonts w:ascii="Times New Roman" w:hAnsi="Times New Roman" w:eastAsia="Times New Roman" w:cs="Times New Roman"/>
      <w:sz w:val="24"/>
      <w:szCs w:val="24"/>
      <w:lang w:val="eu-ES" w:eastAsia="eu-ES"/>
    </w:rPr>
  </w:style>
  <w:style w:type="character" w:styleId="citation-299" w:customStyle="1">
    <w:name w:val="citation-299"/>
    <w:basedOn w:val="Paragrafoarenletra-tipolehenetsia"/>
    <w:rsid w:val="000B27C0"/>
  </w:style>
  <w:style w:type="character" w:styleId="citation-298" w:customStyle="1">
    <w:name w:val="citation-298"/>
    <w:basedOn w:val="Paragrafoarenletra-tipolehenetsia"/>
    <w:rsid w:val="000B27C0"/>
  </w:style>
  <w:style w:type="character" w:styleId="citation-297" w:customStyle="1">
    <w:name w:val="citation-297"/>
    <w:basedOn w:val="Paragrafoarenletra-tipolehenetsia"/>
    <w:rsid w:val="000B27C0"/>
  </w:style>
  <w:style w:type="character" w:styleId="citation-296" w:customStyle="1">
    <w:name w:val="citation-296"/>
    <w:basedOn w:val="Paragrafoarenletra-tipolehenetsia"/>
    <w:rsid w:val="000B27C0"/>
  </w:style>
  <w:style w:type="character" w:styleId="citation-295" w:customStyle="1">
    <w:name w:val="citation-295"/>
    <w:basedOn w:val="Paragrafoarenletra-tipolehenetsia"/>
    <w:rsid w:val="000B27C0"/>
  </w:style>
  <w:style w:type="character" w:styleId="citation-294" w:customStyle="1">
    <w:name w:val="citation-294"/>
    <w:basedOn w:val="Paragrafoarenletra-tipolehenetsia"/>
    <w:rsid w:val="000B27C0"/>
  </w:style>
  <w:style w:type="character" w:styleId="citation-293" w:customStyle="1">
    <w:name w:val="citation-293"/>
    <w:basedOn w:val="Paragrafoarenletra-tipolehenetsia"/>
    <w:rsid w:val="000B27C0"/>
  </w:style>
  <w:style w:type="character" w:styleId="citation-292" w:customStyle="1">
    <w:name w:val="citation-292"/>
    <w:basedOn w:val="Paragrafoarenletra-tipolehenetsia"/>
    <w:rsid w:val="000B27C0"/>
  </w:style>
  <w:style w:type="character" w:styleId="citation-291" w:customStyle="1">
    <w:name w:val="citation-291"/>
    <w:basedOn w:val="Paragrafoarenletra-tipolehenetsia"/>
    <w:rsid w:val="000B27C0"/>
  </w:style>
  <w:style w:type="character" w:styleId="citation-290" w:customStyle="1">
    <w:name w:val="citation-290"/>
    <w:basedOn w:val="Paragrafoarenletra-tipolehenetsia"/>
    <w:rsid w:val="000B27C0"/>
  </w:style>
  <w:style w:type="character" w:styleId="citation-289" w:customStyle="1">
    <w:name w:val="citation-289"/>
    <w:basedOn w:val="Paragrafoarenletra-tipolehenetsia"/>
    <w:rsid w:val="000B27C0"/>
  </w:style>
  <w:style w:type="character" w:styleId="citation-288" w:customStyle="1">
    <w:name w:val="citation-288"/>
    <w:basedOn w:val="Paragrafoarenletra-tipolehenetsia"/>
    <w:rsid w:val="000B27C0"/>
  </w:style>
  <w:style w:type="character" w:styleId="citation-287" w:customStyle="1">
    <w:name w:val="citation-287"/>
    <w:basedOn w:val="Paragrafoarenletra-tipolehenetsia"/>
    <w:rsid w:val="000B27C0"/>
  </w:style>
  <w:style w:type="character" w:styleId="citation-286" w:customStyle="1">
    <w:name w:val="citation-286"/>
    <w:basedOn w:val="Paragrafoarenletra-tipolehenetsia"/>
    <w:rsid w:val="000B27C0"/>
  </w:style>
  <w:style w:type="character" w:styleId="citation-285" w:customStyle="1">
    <w:name w:val="citation-285"/>
    <w:basedOn w:val="Paragrafoarenletra-tipolehenetsia"/>
    <w:rsid w:val="000B27C0"/>
  </w:style>
  <w:style w:type="character" w:styleId="citation-284" w:customStyle="1">
    <w:name w:val="citation-284"/>
    <w:basedOn w:val="Paragrafoarenletra-tipolehenetsia"/>
    <w:rsid w:val="000B27C0"/>
  </w:style>
  <w:style w:type="character" w:styleId="citation-283" w:customStyle="1">
    <w:name w:val="citation-283"/>
    <w:basedOn w:val="Paragrafoarenletra-tipolehenetsia"/>
    <w:rsid w:val="000B27C0"/>
  </w:style>
  <w:style w:type="character" w:styleId="citation-282" w:customStyle="1">
    <w:name w:val="citation-282"/>
    <w:basedOn w:val="Paragrafoarenletra-tipolehenetsia"/>
    <w:rsid w:val="000B27C0"/>
  </w:style>
  <w:style w:type="character" w:styleId="citation-281" w:customStyle="1">
    <w:name w:val="citation-281"/>
    <w:basedOn w:val="Paragrafoarenletra-tipolehenetsia"/>
    <w:rsid w:val="000B27C0"/>
  </w:style>
  <w:style w:type="character" w:styleId="citation-280" w:customStyle="1">
    <w:name w:val="citation-280"/>
    <w:basedOn w:val="Paragrafoarenletra-tipolehenetsia"/>
    <w:rsid w:val="000B27C0"/>
  </w:style>
  <w:style w:type="character" w:styleId="citation-279" w:customStyle="1">
    <w:name w:val="citation-279"/>
    <w:basedOn w:val="Paragrafoarenletra-tipolehenetsia"/>
    <w:rsid w:val="000B27C0"/>
  </w:style>
  <w:style w:type="character" w:styleId="citation-278" w:customStyle="1">
    <w:name w:val="citation-278"/>
    <w:basedOn w:val="Paragrafoarenletra-tipolehenetsia"/>
    <w:rsid w:val="000B27C0"/>
  </w:style>
  <w:style w:type="character" w:styleId="citation-277" w:customStyle="1">
    <w:name w:val="citation-277"/>
    <w:basedOn w:val="Paragrafoarenletra-tipolehenetsia"/>
    <w:rsid w:val="000B27C0"/>
  </w:style>
  <w:style w:type="character" w:styleId="citation-276" w:customStyle="1">
    <w:name w:val="citation-276"/>
    <w:basedOn w:val="Paragrafoarenletra-tipolehenetsia"/>
    <w:rsid w:val="000B27C0"/>
  </w:style>
  <w:style w:type="character" w:styleId="citation-275" w:customStyle="1">
    <w:name w:val="citation-275"/>
    <w:basedOn w:val="Paragrafoarenletra-tipolehenetsia"/>
    <w:rsid w:val="000B27C0"/>
  </w:style>
  <w:style w:type="character" w:styleId="citation-274" w:customStyle="1">
    <w:name w:val="citation-274"/>
    <w:basedOn w:val="Paragrafoarenletra-tipolehenetsia"/>
    <w:rsid w:val="000B27C0"/>
  </w:style>
  <w:style w:type="character" w:styleId="citation-273" w:customStyle="1">
    <w:name w:val="citation-273"/>
    <w:basedOn w:val="Paragrafoarenletra-tipolehenetsia"/>
    <w:rsid w:val="000B27C0"/>
  </w:style>
  <w:style w:type="character" w:styleId="citation-272" w:customStyle="1">
    <w:name w:val="citation-272"/>
    <w:basedOn w:val="Paragrafoarenletra-tipolehenetsia"/>
    <w:rsid w:val="000B27C0"/>
  </w:style>
  <w:style w:type="character" w:styleId="citation-271" w:customStyle="1">
    <w:name w:val="citation-271"/>
    <w:basedOn w:val="Paragrafoarenletra-tipolehenetsia"/>
    <w:rsid w:val="000B27C0"/>
  </w:style>
  <w:style w:type="character" w:styleId="citation-270" w:customStyle="1">
    <w:name w:val="citation-270"/>
    <w:basedOn w:val="Paragrafoarenletra-tipolehenetsia"/>
    <w:rsid w:val="000B27C0"/>
  </w:style>
  <w:style w:type="character" w:styleId="citation-269" w:customStyle="1">
    <w:name w:val="citation-269"/>
    <w:basedOn w:val="Paragrafoarenletra-tipolehenetsia"/>
    <w:rsid w:val="000B27C0"/>
  </w:style>
  <w:style w:type="character" w:styleId="citation-268" w:customStyle="1">
    <w:name w:val="citation-268"/>
    <w:basedOn w:val="Paragrafoarenletra-tipolehenetsia"/>
    <w:rsid w:val="000B27C0"/>
  </w:style>
  <w:style w:type="character" w:styleId="citation-267" w:customStyle="1">
    <w:name w:val="citation-267"/>
    <w:basedOn w:val="Paragrafoarenletra-tipolehenetsia"/>
    <w:rsid w:val="000B27C0"/>
  </w:style>
  <w:style w:type="character" w:styleId="citation-266" w:customStyle="1">
    <w:name w:val="citation-266"/>
    <w:basedOn w:val="Paragrafoarenletra-tipolehenetsia"/>
    <w:rsid w:val="000B27C0"/>
  </w:style>
  <w:style w:type="character" w:styleId="citation-265" w:customStyle="1">
    <w:name w:val="citation-265"/>
    <w:basedOn w:val="Paragrafoarenletra-tipolehenetsia"/>
    <w:rsid w:val="000B27C0"/>
  </w:style>
  <w:style w:type="character" w:styleId="citation-264" w:customStyle="1">
    <w:name w:val="citation-264"/>
    <w:basedOn w:val="Paragrafoarenletra-tipolehenetsia"/>
    <w:rsid w:val="000B27C0"/>
  </w:style>
  <w:style w:type="character" w:styleId="citation-263" w:customStyle="1">
    <w:name w:val="citation-263"/>
    <w:basedOn w:val="Paragrafoarenletra-tipolehenetsia"/>
    <w:rsid w:val="000B27C0"/>
  </w:style>
  <w:style w:type="character" w:styleId="citation-262" w:customStyle="1">
    <w:name w:val="citation-262"/>
    <w:basedOn w:val="Paragrafoarenletra-tipolehenetsia"/>
    <w:rsid w:val="000B27C0"/>
  </w:style>
  <w:style w:type="character" w:styleId="citation-261" w:customStyle="1">
    <w:name w:val="citation-261"/>
    <w:basedOn w:val="Paragrafoarenletra-tipolehenetsia"/>
    <w:rsid w:val="000B27C0"/>
  </w:style>
  <w:style w:type="character" w:styleId="citation-260" w:customStyle="1">
    <w:name w:val="citation-260"/>
    <w:basedOn w:val="Paragrafoarenletra-tipolehenetsia"/>
    <w:rsid w:val="000B27C0"/>
  </w:style>
  <w:style w:type="character" w:styleId="citation-259" w:customStyle="1">
    <w:name w:val="citation-259"/>
    <w:basedOn w:val="Paragrafoarenletra-tipolehenetsia"/>
    <w:rsid w:val="000B27C0"/>
  </w:style>
  <w:style w:type="character" w:styleId="citation-258" w:customStyle="1">
    <w:name w:val="citation-258"/>
    <w:basedOn w:val="Paragrafoarenletra-tipolehenetsia"/>
    <w:rsid w:val="000B27C0"/>
  </w:style>
  <w:style w:type="character" w:styleId="citation-257" w:customStyle="1">
    <w:name w:val="citation-257"/>
    <w:basedOn w:val="Paragrafoarenletra-tipolehenetsia"/>
    <w:rsid w:val="000B27C0"/>
  </w:style>
  <w:style w:type="character" w:styleId="citation-256" w:customStyle="1">
    <w:name w:val="citation-256"/>
    <w:basedOn w:val="Paragrafoarenletra-tipolehenetsia"/>
    <w:rsid w:val="000B27C0"/>
  </w:style>
  <w:style w:type="character" w:styleId="citation-255" w:customStyle="1">
    <w:name w:val="citation-255"/>
    <w:basedOn w:val="Paragrafoarenletra-tipolehenetsia"/>
    <w:rsid w:val="000B27C0"/>
  </w:style>
  <w:style w:type="character" w:styleId="citation-254" w:customStyle="1">
    <w:name w:val="citation-254"/>
    <w:basedOn w:val="Paragrafoarenletra-tipolehenetsia"/>
    <w:rsid w:val="000B27C0"/>
  </w:style>
  <w:style w:type="character" w:styleId="citation-253" w:customStyle="1">
    <w:name w:val="citation-253"/>
    <w:basedOn w:val="Paragrafoarenletra-tipolehenetsia"/>
    <w:rsid w:val="000B27C0"/>
  </w:style>
  <w:style w:type="character" w:styleId="citation-252" w:customStyle="1">
    <w:name w:val="citation-252"/>
    <w:basedOn w:val="Paragrafoarenletra-tipolehenetsia"/>
    <w:rsid w:val="000B27C0"/>
  </w:style>
  <w:style w:type="character" w:styleId="citation-251" w:customStyle="1">
    <w:name w:val="citation-251"/>
    <w:basedOn w:val="Paragrafoarenletra-tipolehenetsia"/>
    <w:rsid w:val="000B27C0"/>
  </w:style>
  <w:style w:type="character" w:styleId="citation-250" w:customStyle="1">
    <w:name w:val="citation-250"/>
    <w:basedOn w:val="Paragrafoarenletra-tipolehenetsia"/>
    <w:rsid w:val="000B27C0"/>
  </w:style>
  <w:style w:type="character" w:styleId="citation-249" w:customStyle="1">
    <w:name w:val="citation-249"/>
    <w:basedOn w:val="Paragrafoarenletra-tipolehenetsia"/>
    <w:rsid w:val="000B27C0"/>
  </w:style>
  <w:style w:type="character" w:styleId="citation-248" w:customStyle="1">
    <w:name w:val="citation-248"/>
    <w:basedOn w:val="Paragrafoarenletra-tipolehenetsia"/>
    <w:rsid w:val="000B27C0"/>
  </w:style>
  <w:style w:type="character" w:styleId="citation-247" w:customStyle="1">
    <w:name w:val="citation-247"/>
    <w:basedOn w:val="Paragrafoarenletra-tipolehenetsia"/>
    <w:rsid w:val="000B27C0"/>
  </w:style>
  <w:style w:type="character" w:styleId="citation-246" w:customStyle="1">
    <w:name w:val="citation-246"/>
    <w:basedOn w:val="Paragrafoarenletra-tipolehenetsia"/>
    <w:rsid w:val="000B27C0"/>
  </w:style>
  <w:style w:type="character" w:styleId="citation-245" w:customStyle="1">
    <w:name w:val="citation-245"/>
    <w:basedOn w:val="Paragrafoarenletra-tipolehenetsia"/>
    <w:rsid w:val="000B27C0"/>
  </w:style>
  <w:style w:type="character" w:styleId="citation-197" w:customStyle="1">
    <w:name w:val="citation-197"/>
    <w:basedOn w:val="Paragrafoarenletra-tipolehenetsia"/>
    <w:rsid w:val="00C742C7"/>
  </w:style>
  <w:style w:type="character" w:styleId="citation-196" w:customStyle="1">
    <w:name w:val="citation-196"/>
    <w:basedOn w:val="Paragrafoarenletra-tipolehenetsia"/>
    <w:rsid w:val="00C742C7"/>
  </w:style>
  <w:style w:type="character" w:styleId="citation-195" w:customStyle="1">
    <w:name w:val="citation-195"/>
    <w:basedOn w:val="Paragrafoarenletra-tipolehenetsia"/>
    <w:rsid w:val="00C742C7"/>
  </w:style>
  <w:style w:type="character" w:styleId="citation-194" w:customStyle="1">
    <w:name w:val="citation-194"/>
    <w:basedOn w:val="Paragrafoarenletra-tipolehenetsia"/>
    <w:rsid w:val="00C742C7"/>
  </w:style>
  <w:style w:type="character" w:styleId="citation-193" w:customStyle="1">
    <w:name w:val="citation-193"/>
    <w:basedOn w:val="Paragrafoarenletra-tipolehenetsia"/>
    <w:rsid w:val="00C742C7"/>
  </w:style>
  <w:style w:type="character" w:styleId="citation-192" w:customStyle="1">
    <w:name w:val="citation-192"/>
    <w:basedOn w:val="Paragrafoarenletra-tipolehenetsia"/>
    <w:rsid w:val="00C742C7"/>
  </w:style>
  <w:style w:type="character" w:styleId="citation-191" w:customStyle="1">
    <w:name w:val="citation-191"/>
    <w:basedOn w:val="Paragrafoarenletra-tipolehenetsia"/>
    <w:rsid w:val="00C742C7"/>
  </w:style>
  <w:style w:type="character" w:styleId="citation-190" w:customStyle="1">
    <w:name w:val="citation-190"/>
    <w:basedOn w:val="Paragrafoarenletra-tipolehenetsia"/>
    <w:rsid w:val="00C742C7"/>
  </w:style>
  <w:style w:type="character" w:styleId="citation-189" w:customStyle="1">
    <w:name w:val="citation-189"/>
    <w:basedOn w:val="Paragrafoarenletra-tipolehenetsia"/>
    <w:rsid w:val="00C742C7"/>
  </w:style>
  <w:style w:type="character" w:styleId="citation-188" w:customStyle="1">
    <w:name w:val="citation-188"/>
    <w:basedOn w:val="Paragrafoarenletra-tipolehenetsia"/>
    <w:rsid w:val="00C742C7"/>
  </w:style>
  <w:style w:type="character" w:styleId="citation-187" w:customStyle="1">
    <w:name w:val="citation-187"/>
    <w:basedOn w:val="Paragrafoarenletra-tipolehenetsia"/>
    <w:rsid w:val="00C742C7"/>
  </w:style>
  <w:style w:type="character" w:styleId="citation-186" w:customStyle="1">
    <w:name w:val="citation-186"/>
    <w:basedOn w:val="Paragrafoarenletra-tipolehenetsia"/>
    <w:rsid w:val="00C742C7"/>
  </w:style>
  <w:style w:type="character" w:styleId="citation-185" w:customStyle="1">
    <w:name w:val="citation-185"/>
    <w:basedOn w:val="Paragrafoarenletra-tipolehenetsia"/>
    <w:rsid w:val="00C742C7"/>
  </w:style>
  <w:style w:type="character" w:styleId="citation-184" w:customStyle="1">
    <w:name w:val="citation-184"/>
    <w:basedOn w:val="Paragrafoarenletra-tipolehenetsia"/>
    <w:rsid w:val="00C742C7"/>
  </w:style>
  <w:style w:type="character" w:styleId="citation-183" w:customStyle="1">
    <w:name w:val="citation-183"/>
    <w:basedOn w:val="Paragrafoarenletra-tipolehenetsia"/>
    <w:rsid w:val="00C742C7"/>
  </w:style>
  <w:style w:type="character" w:styleId="citation-182" w:customStyle="1">
    <w:name w:val="citation-182"/>
    <w:basedOn w:val="Paragrafoarenletra-tipolehenetsia"/>
    <w:rsid w:val="00C742C7"/>
  </w:style>
  <w:style w:type="character" w:styleId="citation-181" w:customStyle="1">
    <w:name w:val="citation-181"/>
    <w:basedOn w:val="Paragrafoarenletra-tipolehenetsia"/>
    <w:rsid w:val="00C742C7"/>
  </w:style>
  <w:style w:type="character" w:styleId="citation-180" w:customStyle="1">
    <w:name w:val="citation-180"/>
    <w:basedOn w:val="Paragrafoarenletra-tipolehenetsia"/>
    <w:rsid w:val="00C742C7"/>
  </w:style>
  <w:style w:type="character" w:styleId="citation-179" w:customStyle="1">
    <w:name w:val="citation-179"/>
    <w:basedOn w:val="Paragrafoarenletra-tipolehenetsia"/>
    <w:rsid w:val="00C742C7"/>
  </w:style>
  <w:style w:type="character" w:styleId="citation-178" w:customStyle="1">
    <w:name w:val="citation-178"/>
    <w:basedOn w:val="Paragrafoarenletra-tipolehenetsia"/>
    <w:rsid w:val="00C742C7"/>
  </w:style>
  <w:style w:type="character" w:styleId="citation-177" w:customStyle="1">
    <w:name w:val="citation-177"/>
    <w:basedOn w:val="Paragrafoarenletra-tipolehenetsia"/>
    <w:rsid w:val="00C742C7"/>
  </w:style>
  <w:style w:type="character" w:styleId="citation-176" w:customStyle="1">
    <w:name w:val="citation-176"/>
    <w:basedOn w:val="Paragrafoarenletra-tipolehenetsia"/>
    <w:rsid w:val="00C742C7"/>
  </w:style>
  <w:style w:type="character" w:styleId="citation-175" w:customStyle="1">
    <w:name w:val="citation-175"/>
    <w:basedOn w:val="Paragrafoarenletra-tipolehenetsia"/>
    <w:rsid w:val="00C742C7"/>
  </w:style>
  <w:style w:type="character" w:styleId="citation-174" w:customStyle="1">
    <w:name w:val="citation-174"/>
    <w:basedOn w:val="Paragrafoarenletra-tipolehenetsia"/>
    <w:rsid w:val="00C742C7"/>
  </w:style>
  <w:style w:type="character" w:styleId="citation-173" w:customStyle="1">
    <w:name w:val="citation-173"/>
    <w:basedOn w:val="Paragrafoarenletra-tipolehenetsia"/>
    <w:rsid w:val="00C742C7"/>
  </w:style>
  <w:style w:type="character" w:styleId="citation-172" w:customStyle="1">
    <w:name w:val="citation-172"/>
    <w:basedOn w:val="Paragrafoarenletra-tipolehenetsia"/>
    <w:rsid w:val="00C742C7"/>
  </w:style>
  <w:style w:type="character" w:styleId="citation-171" w:customStyle="1">
    <w:name w:val="citation-171"/>
    <w:basedOn w:val="Paragrafoarenletra-tipolehenetsia"/>
    <w:rsid w:val="00C742C7"/>
  </w:style>
  <w:style w:type="character" w:styleId="citation-170" w:customStyle="1">
    <w:name w:val="citation-170"/>
    <w:basedOn w:val="Paragrafoarenletra-tipolehenetsia"/>
    <w:rsid w:val="00C742C7"/>
  </w:style>
  <w:style w:type="character" w:styleId="citation-169" w:customStyle="1">
    <w:name w:val="citation-169"/>
    <w:basedOn w:val="Paragrafoarenletra-tipolehenetsia"/>
    <w:rsid w:val="00C742C7"/>
  </w:style>
  <w:style w:type="character" w:styleId="citation-168" w:customStyle="1">
    <w:name w:val="citation-168"/>
    <w:basedOn w:val="Paragrafoarenletra-tipolehenetsia"/>
    <w:rsid w:val="00C742C7"/>
  </w:style>
  <w:style w:type="character" w:styleId="citation-167" w:customStyle="1">
    <w:name w:val="citation-167"/>
    <w:basedOn w:val="Paragrafoarenletra-tipolehenetsia"/>
    <w:rsid w:val="00C742C7"/>
  </w:style>
  <w:style w:type="character" w:styleId="citation-166" w:customStyle="1">
    <w:name w:val="citation-166"/>
    <w:basedOn w:val="Paragrafoarenletra-tipolehenetsia"/>
    <w:rsid w:val="00C742C7"/>
  </w:style>
  <w:style w:type="character" w:styleId="citation-165" w:customStyle="1">
    <w:name w:val="citation-165"/>
    <w:basedOn w:val="Paragrafoarenletra-tipolehenetsia"/>
    <w:rsid w:val="00C742C7"/>
  </w:style>
  <w:style w:type="character" w:styleId="citation-164" w:customStyle="1">
    <w:name w:val="citation-164"/>
    <w:basedOn w:val="Paragrafoarenletra-tipolehenetsia"/>
    <w:rsid w:val="00C742C7"/>
  </w:style>
  <w:style w:type="character" w:styleId="citation-163" w:customStyle="1">
    <w:name w:val="citation-163"/>
    <w:basedOn w:val="Paragrafoarenletra-tipolehenetsia"/>
    <w:rsid w:val="00C742C7"/>
  </w:style>
  <w:style w:type="character" w:styleId="citation-162" w:customStyle="1">
    <w:name w:val="citation-162"/>
    <w:basedOn w:val="Paragrafoarenletra-tipolehenetsia"/>
    <w:rsid w:val="00C742C7"/>
  </w:style>
  <w:style w:type="character" w:styleId="citation-161" w:customStyle="1">
    <w:name w:val="citation-161"/>
    <w:basedOn w:val="Paragrafoarenletra-tipolehenetsia"/>
    <w:rsid w:val="00C742C7"/>
  </w:style>
  <w:style w:type="character" w:styleId="citation-160" w:customStyle="1">
    <w:name w:val="citation-160"/>
    <w:basedOn w:val="Paragrafoarenletra-tipolehenetsia"/>
    <w:rsid w:val="00C742C7"/>
  </w:style>
  <w:style w:type="character" w:styleId="citation-159" w:customStyle="1">
    <w:name w:val="citation-159"/>
    <w:basedOn w:val="Paragrafoarenletra-tipolehenetsia"/>
    <w:rsid w:val="00C742C7"/>
  </w:style>
  <w:style w:type="character" w:styleId="citation-158" w:customStyle="1">
    <w:name w:val="citation-158"/>
    <w:basedOn w:val="Paragrafoarenletra-tipolehenetsia"/>
    <w:rsid w:val="00C742C7"/>
  </w:style>
  <w:style w:type="character" w:styleId="citation-157" w:customStyle="1">
    <w:name w:val="citation-157"/>
    <w:basedOn w:val="Paragrafoarenletra-tipolehenetsia"/>
    <w:rsid w:val="00C742C7"/>
  </w:style>
  <w:style w:type="character" w:styleId="citation-156" w:customStyle="1">
    <w:name w:val="citation-156"/>
    <w:basedOn w:val="Paragrafoarenletra-tipolehenetsia"/>
    <w:rsid w:val="00C742C7"/>
  </w:style>
  <w:style w:type="character" w:styleId="citation-155" w:customStyle="1">
    <w:name w:val="citation-155"/>
    <w:basedOn w:val="Paragrafoarenletra-tipolehenetsia"/>
    <w:rsid w:val="00C742C7"/>
  </w:style>
  <w:style w:type="character" w:styleId="citation-154" w:customStyle="1">
    <w:name w:val="citation-154"/>
    <w:basedOn w:val="Paragrafoarenletra-tipolehenetsia"/>
    <w:rsid w:val="00C742C7"/>
  </w:style>
  <w:style w:type="character" w:styleId="citation-153" w:customStyle="1">
    <w:name w:val="citation-153"/>
    <w:basedOn w:val="Paragrafoarenletra-tipolehenetsia"/>
    <w:rsid w:val="00C742C7"/>
  </w:style>
  <w:style w:type="character" w:styleId="citation-152" w:customStyle="1">
    <w:name w:val="citation-152"/>
    <w:basedOn w:val="Paragrafoarenletra-tipolehenetsia"/>
    <w:rsid w:val="00C742C7"/>
  </w:style>
  <w:style w:type="character" w:styleId="citation-151" w:customStyle="1">
    <w:name w:val="citation-151"/>
    <w:basedOn w:val="Paragrafoarenletra-tipolehenetsia"/>
    <w:rsid w:val="00C742C7"/>
  </w:style>
  <w:style w:type="character" w:styleId="citation-150" w:customStyle="1">
    <w:name w:val="citation-150"/>
    <w:basedOn w:val="Paragrafoarenletra-tipolehenetsia"/>
    <w:rsid w:val="00C742C7"/>
  </w:style>
  <w:style w:type="character" w:styleId="citation-149" w:customStyle="1">
    <w:name w:val="citation-149"/>
    <w:basedOn w:val="Paragrafoarenletra-tipolehenetsia"/>
    <w:rsid w:val="00C742C7"/>
  </w:style>
  <w:style w:type="character" w:styleId="citation-148" w:customStyle="1">
    <w:name w:val="citation-148"/>
    <w:basedOn w:val="Paragrafoarenletra-tipolehenetsia"/>
    <w:rsid w:val="00C742C7"/>
  </w:style>
  <w:style w:type="character" w:styleId="citation-147" w:customStyle="1">
    <w:name w:val="citation-147"/>
    <w:basedOn w:val="Paragrafoarenletra-tipolehenetsia"/>
    <w:rsid w:val="00C742C7"/>
  </w:style>
  <w:style w:type="character" w:styleId="citation-146" w:customStyle="1">
    <w:name w:val="citation-146"/>
    <w:basedOn w:val="Paragrafoarenletra-tipolehenetsia"/>
    <w:rsid w:val="00C742C7"/>
  </w:style>
  <w:style w:type="character" w:styleId="citation-145" w:customStyle="1">
    <w:name w:val="citation-145"/>
    <w:basedOn w:val="Paragrafoarenletra-tipolehenetsia"/>
    <w:rsid w:val="00C742C7"/>
  </w:style>
  <w:style w:type="character" w:styleId="citation-144" w:customStyle="1">
    <w:name w:val="citation-144"/>
    <w:basedOn w:val="Paragrafoarenletra-tipolehenetsia"/>
    <w:rsid w:val="00C742C7"/>
  </w:style>
  <w:style w:type="character" w:styleId="citation-143" w:customStyle="1">
    <w:name w:val="citation-143"/>
    <w:basedOn w:val="Paragrafoarenletra-tipolehenetsia"/>
    <w:rsid w:val="00C742C7"/>
  </w:style>
  <w:style w:type="character" w:styleId="citation-142" w:customStyle="1">
    <w:name w:val="citation-142"/>
    <w:basedOn w:val="Paragrafoarenletra-tipolehenetsia"/>
    <w:rsid w:val="00C742C7"/>
  </w:style>
  <w:style w:type="character" w:styleId="citation-141" w:customStyle="1">
    <w:name w:val="citation-141"/>
    <w:basedOn w:val="Paragrafoarenletra-tipolehenetsia"/>
    <w:rsid w:val="00C742C7"/>
  </w:style>
  <w:style w:type="character" w:styleId="citation-140" w:customStyle="1">
    <w:name w:val="citation-140"/>
    <w:basedOn w:val="Paragrafoarenletra-tipolehenetsia"/>
    <w:rsid w:val="00C742C7"/>
  </w:style>
  <w:style w:type="character" w:styleId="citation-139" w:customStyle="1">
    <w:name w:val="citation-139"/>
    <w:basedOn w:val="Paragrafoarenletra-tipolehenetsia"/>
    <w:rsid w:val="00C742C7"/>
  </w:style>
  <w:style w:type="character" w:styleId="citation-138" w:customStyle="1">
    <w:name w:val="citation-138"/>
    <w:basedOn w:val="Paragrafoarenletra-tipolehenetsia"/>
    <w:rsid w:val="00C742C7"/>
  </w:style>
  <w:style w:type="character" w:styleId="citation-137" w:customStyle="1">
    <w:name w:val="citation-137"/>
    <w:basedOn w:val="Paragrafoarenletra-tipolehenetsia"/>
    <w:rsid w:val="00C742C7"/>
  </w:style>
  <w:style w:type="character" w:styleId="citation-136" w:customStyle="1">
    <w:name w:val="citation-136"/>
    <w:basedOn w:val="Paragrafoarenletra-tipolehenetsia"/>
    <w:rsid w:val="00C742C7"/>
  </w:style>
  <w:style w:type="character" w:styleId="citation-135" w:customStyle="1">
    <w:name w:val="citation-135"/>
    <w:basedOn w:val="Paragrafoarenletra-tipolehenetsia"/>
    <w:rsid w:val="00C742C7"/>
  </w:style>
  <w:style w:type="character" w:styleId="citation-134" w:customStyle="1">
    <w:name w:val="citation-134"/>
    <w:basedOn w:val="Paragrafoarenletra-tipolehenetsia"/>
    <w:rsid w:val="00C742C7"/>
  </w:style>
  <w:style w:type="character" w:styleId="citation-133" w:customStyle="1">
    <w:name w:val="citation-133"/>
    <w:basedOn w:val="Paragrafoarenletra-tipolehenetsia"/>
    <w:rsid w:val="00C742C7"/>
  </w:style>
  <w:style w:type="character" w:styleId="citation-132" w:customStyle="1">
    <w:name w:val="citation-132"/>
    <w:basedOn w:val="Paragrafoarenletra-tipolehenetsia"/>
    <w:rsid w:val="00C742C7"/>
  </w:style>
  <w:style w:type="character" w:styleId="citation-833" w:customStyle="1">
    <w:name w:val="citation-833"/>
    <w:basedOn w:val="Paragrafoarenletra-tipolehenetsia"/>
    <w:rsid w:val="00C742C7"/>
  </w:style>
  <w:style w:type="character" w:styleId="citation-832" w:customStyle="1">
    <w:name w:val="citation-832"/>
    <w:basedOn w:val="Paragrafoarenletra-tipolehenetsia"/>
    <w:rsid w:val="00C742C7"/>
  </w:style>
  <w:style w:type="character" w:styleId="citation-831" w:customStyle="1">
    <w:name w:val="citation-831"/>
    <w:basedOn w:val="Paragrafoarenletra-tipolehenetsia"/>
    <w:rsid w:val="00C742C7"/>
  </w:style>
  <w:style w:type="character" w:styleId="citation-830" w:customStyle="1">
    <w:name w:val="citation-830"/>
    <w:basedOn w:val="Paragrafoarenletra-tipolehenetsia"/>
    <w:rsid w:val="00C742C7"/>
  </w:style>
  <w:style w:type="character" w:styleId="citation-829" w:customStyle="1">
    <w:name w:val="citation-829"/>
    <w:basedOn w:val="Paragrafoarenletra-tipolehenetsia"/>
    <w:rsid w:val="00C742C7"/>
  </w:style>
  <w:style w:type="character" w:styleId="citation-828" w:customStyle="1">
    <w:name w:val="citation-828"/>
    <w:basedOn w:val="Paragrafoarenletra-tipolehenetsia"/>
    <w:rsid w:val="00C742C7"/>
  </w:style>
  <w:style w:type="character" w:styleId="citation-827" w:customStyle="1">
    <w:name w:val="citation-827"/>
    <w:basedOn w:val="Paragrafoarenletra-tipolehenetsia"/>
    <w:rsid w:val="00C742C7"/>
  </w:style>
  <w:style w:type="character" w:styleId="citation-826" w:customStyle="1">
    <w:name w:val="citation-826"/>
    <w:basedOn w:val="Paragrafoarenletra-tipolehenetsia"/>
    <w:rsid w:val="00C742C7"/>
  </w:style>
  <w:style w:type="character" w:styleId="citation-825" w:customStyle="1">
    <w:name w:val="citation-825"/>
    <w:basedOn w:val="Paragrafoarenletra-tipolehenetsia"/>
    <w:rsid w:val="00C742C7"/>
  </w:style>
  <w:style w:type="character" w:styleId="citation-824" w:customStyle="1">
    <w:name w:val="citation-824"/>
    <w:basedOn w:val="Paragrafoarenletra-tipolehenetsia"/>
    <w:rsid w:val="00C742C7"/>
  </w:style>
  <w:style w:type="character" w:styleId="citation-823" w:customStyle="1">
    <w:name w:val="citation-823"/>
    <w:basedOn w:val="Paragrafoarenletra-tipolehenetsia"/>
    <w:rsid w:val="00C742C7"/>
  </w:style>
  <w:style w:type="character" w:styleId="citation-822" w:customStyle="1">
    <w:name w:val="citation-822"/>
    <w:basedOn w:val="Paragrafoarenletra-tipolehenetsia"/>
    <w:rsid w:val="00C742C7"/>
  </w:style>
  <w:style w:type="character" w:styleId="citation-821" w:customStyle="1">
    <w:name w:val="citation-821"/>
    <w:basedOn w:val="Paragrafoarenletra-tipolehenetsia"/>
    <w:rsid w:val="00C742C7"/>
  </w:style>
  <w:style w:type="character" w:styleId="citation-820" w:customStyle="1">
    <w:name w:val="citation-820"/>
    <w:basedOn w:val="Paragrafoarenletra-tipolehenetsia"/>
    <w:rsid w:val="00C742C7"/>
  </w:style>
  <w:style w:type="character" w:styleId="citation-819" w:customStyle="1">
    <w:name w:val="citation-819"/>
    <w:basedOn w:val="Paragrafoarenletra-tipolehenetsia"/>
    <w:rsid w:val="00C742C7"/>
  </w:style>
  <w:style w:type="character" w:styleId="citation-818" w:customStyle="1">
    <w:name w:val="citation-818"/>
    <w:basedOn w:val="Paragrafoarenletra-tipolehenetsia"/>
    <w:rsid w:val="00C742C7"/>
  </w:style>
  <w:style w:type="character" w:styleId="citation-817" w:customStyle="1">
    <w:name w:val="citation-817"/>
    <w:basedOn w:val="Paragrafoarenletra-tipolehenetsia"/>
    <w:rsid w:val="00C742C7"/>
  </w:style>
  <w:style w:type="character" w:styleId="citation-816" w:customStyle="1">
    <w:name w:val="citation-816"/>
    <w:basedOn w:val="Paragrafoarenletra-tipolehenetsia"/>
    <w:rsid w:val="00C742C7"/>
  </w:style>
  <w:style w:type="character" w:styleId="citation-815" w:customStyle="1">
    <w:name w:val="citation-815"/>
    <w:basedOn w:val="Paragrafoarenletra-tipolehenetsia"/>
    <w:rsid w:val="00C742C7"/>
  </w:style>
  <w:style w:type="character" w:styleId="citation-814" w:customStyle="1">
    <w:name w:val="citation-814"/>
    <w:basedOn w:val="Paragrafoarenletra-tipolehenetsia"/>
    <w:rsid w:val="00C742C7"/>
  </w:style>
  <w:style w:type="character" w:styleId="citation-813" w:customStyle="1">
    <w:name w:val="citation-813"/>
    <w:basedOn w:val="Paragrafoarenletra-tipolehenetsia"/>
    <w:rsid w:val="00C742C7"/>
  </w:style>
  <w:style w:type="character" w:styleId="citation-812" w:customStyle="1">
    <w:name w:val="citation-812"/>
    <w:basedOn w:val="Paragrafoarenletra-tipolehenetsia"/>
    <w:rsid w:val="00C742C7"/>
  </w:style>
  <w:style w:type="character" w:styleId="citation-811" w:customStyle="1">
    <w:name w:val="citation-811"/>
    <w:basedOn w:val="Paragrafoarenletra-tipolehenetsia"/>
    <w:rsid w:val="00C742C7"/>
  </w:style>
  <w:style w:type="character" w:styleId="citation-810" w:customStyle="1">
    <w:name w:val="citation-810"/>
    <w:basedOn w:val="Paragrafoarenletra-tipolehenetsia"/>
    <w:rsid w:val="00C742C7"/>
  </w:style>
  <w:style w:type="character" w:styleId="citation-809" w:customStyle="1">
    <w:name w:val="citation-809"/>
    <w:basedOn w:val="Paragrafoarenletra-tipolehenetsia"/>
    <w:rsid w:val="00C742C7"/>
  </w:style>
  <w:style w:type="character" w:styleId="citation-808" w:customStyle="1">
    <w:name w:val="citation-808"/>
    <w:basedOn w:val="Paragrafoarenletra-tipolehenetsia"/>
    <w:rsid w:val="00C742C7"/>
  </w:style>
  <w:style w:type="character" w:styleId="citation-807" w:customStyle="1">
    <w:name w:val="citation-807"/>
    <w:basedOn w:val="Paragrafoarenletra-tipolehenetsia"/>
    <w:rsid w:val="00C742C7"/>
  </w:style>
  <w:style w:type="character" w:styleId="citation-806" w:customStyle="1">
    <w:name w:val="citation-806"/>
    <w:basedOn w:val="Paragrafoarenletra-tipolehenetsia"/>
    <w:rsid w:val="00C742C7"/>
  </w:style>
  <w:style w:type="character" w:styleId="citation-805" w:customStyle="1">
    <w:name w:val="citation-805"/>
    <w:basedOn w:val="Paragrafoarenletra-tipolehenetsia"/>
    <w:rsid w:val="00C742C7"/>
  </w:style>
  <w:style w:type="character" w:styleId="citation-804" w:customStyle="1">
    <w:name w:val="citation-804"/>
    <w:basedOn w:val="Paragrafoarenletra-tipolehenetsia"/>
    <w:rsid w:val="00C742C7"/>
  </w:style>
  <w:style w:type="character" w:styleId="citation-803" w:customStyle="1">
    <w:name w:val="citation-803"/>
    <w:basedOn w:val="Paragrafoarenletra-tipolehenetsia"/>
    <w:rsid w:val="00C742C7"/>
  </w:style>
  <w:style w:type="character" w:styleId="citation-802" w:customStyle="1">
    <w:name w:val="citation-802"/>
    <w:basedOn w:val="Paragrafoarenletra-tipolehenetsia"/>
    <w:rsid w:val="00C742C7"/>
  </w:style>
  <w:style w:type="character" w:styleId="citation-801" w:customStyle="1">
    <w:name w:val="citation-801"/>
    <w:basedOn w:val="Paragrafoarenletra-tipolehenetsia"/>
    <w:rsid w:val="00C742C7"/>
  </w:style>
  <w:style w:type="character" w:styleId="citation-800" w:customStyle="1">
    <w:name w:val="citation-800"/>
    <w:basedOn w:val="Paragrafoarenletra-tipolehenetsia"/>
    <w:rsid w:val="00C742C7"/>
  </w:style>
  <w:style w:type="character" w:styleId="citation-799" w:customStyle="1">
    <w:name w:val="citation-799"/>
    <w:basedOn w:val="Paragrafoarenletra-tipolehenetsia"/>
    <w:rsid w:val="00C742C7"/>
  </w:style>
  <w:style w:type="character" w:styleId="citation-798" w:customStyle="1">
    <w:name w:val="citation-798"/>
    <w:basedOn w:val="Paragrafoarenletra-tipolehenetsia"/>
    <w:rsid w:val="00C742C7"/>
  </w:style>
  <w:style w:type="character" w:styleId="citation-797" w:customStyle="1">
    <w:name w:val="citation-797"/>
    <w:basedOn w:val="Paragrafoarenletra-tipolehenetsia"/>
    <w:rsid w:val="00C742C7"/>
  </w:style>
  <w:style w:type="character" w:styleId="citation-796" w:customStyle="1">
    <w:name w:val="citation-796"/>
    <w:basedOn w:val="Paragrafoarenletra-tipolehenetsia"/>
    <w:rsid w:val="00C742C7"/>
  </w:style>
  <w:style w:type="character" w:styleId="citation-795" w:customStyle="1">
    <w:name w:val="citation-795"/>
    <w:basedOn w:val="Paragrafoarenletra-tipolehenetsia"/>
    <w:rsid w:val="00C742C7"/>
  </w:style>
  <w:style w:type="character" w:styleId="citation-794" w:customStyle="1">
    <w:name w:val="citation-794"/>
    <w:basedOn w:val="Paragrafoarenletra-tipolehenetsia"/>
    <w:rsid w:val="00C742C7"/>
  </w:style>
  <w:style w:type="character" w:styleId="citation-793" w:customStyle="1">
    <w:name w:val="citation-793"/>
    <w:basedOn w:val="Paragrafoarenletra-tipolehenetsia"/>
    <w:rsid w:val="00C742C7"/>
  </w:style>
  <w:style w:type="character" w:styleId="citation-792" w:customStyle="1">
    <w:name w:val="citation-792"/>
    <w:basedOn w:val="Paragrafoarenletra-tipolehenetsia"/>
    <w:rsid w:val="00C742C7"/>
  </w:style>
  <w:style w:type="character" w:styleId="citation-791" w:customStyle="1">
    <w:name w:val="citation-791"/>
    <w:basedOn w:val="Paragrafoarenletra-tipolehenetsia"/>
    <w:rsid w:val="00C742C7"/>
  </w:style>
  <w:style w:type="character" w:styleId="citation-790" w:customStyle="1">
    <w:name w:val="citation-790"/>
    <w:basedOn w:val="Paragrafoarenletra-tipolehenetsia"/>
    <w:rsid w:val="00C742C7"/>
  </w:style>
  <w:style w:type="character" w:styleId="citation-789" w:customStyle="1">
    <w:name w:val="citation-789"/>
    <w:basedOn w:val="Paragrafoarenletra-tipolehenetsia"/>
    <w:rsid w:val="00C742C7"/>
  </w:style>
  <w:style w:type="character" w:styleId="citation-788" w:customStyle="1">
    <w:name w:val="citation-788"/>
    <w:basedOn w:val="Paragrafoarenletra-tipolehenetsia"/>
    <w:rsid w:val="00C742C7"/>
  </w:style>
  <w:style w:type="character" w:styleId="citation-787" w:customStyle="1">
    <w:name w:val="citation-787"/>
    <w:basedOn w:val="Paragrafoarenletra-tipolehenetsia"/>
    <w:rsid w:val="00C742C7"/>
  </w:style>
  <w:style w:type="character" w:styleId="citation-786" w:customStyle="1">
    <w:name w:val="citation-786"/>
    <w:basedOn w:val="Paragrafoarenletra-tipolehenetsia"/>
    <w:rsid w:val="00C742C7"/>
  </w:style>
  <w:style w:type="character" w:styleId="citation-785" w:customStyle="1">
    <w:name w:val="citation-785"/>
    <w:basedOn w:val="Paragrafoarenletra-tipolehenetsia"/>
    <w:rsid w:val="00C742C7"/>
  </w:style>
  <w:style w:type="character" w:styleId="citation-784" w:customStyle="1">
    <w:name w:val="citation-784"/>
    <w:basedOn w:val="Paragrafoarenletra-tipolehenetsia"/>
    <w:rsid w:val="00C742C7"/>
  </w:style>
  <w:style w:type="character" w:styleId="citation-783" w:customStyle="1">
    <w:name w:val="citation-783"/>
    <w:basedOn w:val="Paragrafoarenletra-tipolehenetsia"/>
    <w:rsid w:val="00C742C7"/>
  </w:style>
  <w:style w:type="character" w:styleId="citation-782" w:customStyle="1">
    <w:name w:val="citation-782"/>
    <w:basedOn w:val="Paragrafoarenletra-tipolehenetsia"/>
    <w:rsid w:val="00C742C7"/>
  </w:style>
  <w:style w:type="character" w:styleId="citation-781" w:customStyle="1">
    <w:name w:val="citation-781"/>
    <w:basedOn w:val="Paragrafoarenletra-tipolehenetsia"/>
    <w:rsid w:val="00C742C7"/>
  </w:style>
  <w:style w:type="character" w:styleId="citation-780" w:customStyle="1">
    <w:name w:val="citation-780"/>
    <w:basedOn w:val="Paragrafoarenletra-tipolehenetsia"/>
    <w:rsid w:val="00C742C7"/>
  </w:style>
  <w:style w:type="character" w:styleId="citation-779" w:customStyle="1">
    <w:name w:val="citation-779"/>
    <w:basedOn w:val="Paragrafoarenletra-tipolehenetsia"/>
    <w:rsid w:val="00C742C7"/>
  </w:style>
  <w:style w:type="character" w:styleId="citation-778" w:customStyle="1">
    <w:name w:val="citation-778"/>
    <w:basedOn w:val="Paragrafoarenletra-tipolehenetsia"/>
    <w:rsid w:val="00C742C7"/>
  </w:style>
  <w:style w:type="character" w:styleId="citation-777" w:customStyle="1">
    <w:name w:val="citation-777"/>
    <w:basedOn w:val="Paragrafoarenletra-tipolehenetsia"/>
    <w:rsid w:val="00C742C7"/>
  </w:style>
  <w:style w:type="character" w:styleId="citation-776" w:customStyle="1">
    <w:name w:val="citation-776"/>
    <w:basedOn w:val="Paragrafoarenletra-tipolehenetsia"/>
    <w:rsid w:val="00C742C7"/>
  </w:style>
  <w:style w:type="character" w:styleId="citation-775" w:customStyle="1">
    <w:name w:val="citation-775"/>
    <w:basedOn w:val="Paragrafoarenletra-tipolehenetsia"/>
    <w:rsid w:val="00C742C7"/>
  </w:style>
  <w:style w:type="character" w:styleId="citation-774" w:customStyle="1">
    <w:name w:val="citation-774"/>
    <w:basedOn w:val="Paragrafoarenletra-tipolehenetsia"/>
    <w:rsid w:val="00C742C7"/>
  </w:style>
  <w:style w:type="character" w:styleId="citation-773" w:customStyle="1">
    <w:name w:val="citation-773"/>
    <w:basedOn w:val="Paragrafoarenletra-tipolehenetsia"/>
    <w:rsid w:val="00C742C7"/>
  </w:style>
  <w:style w:type="character" w:styleId="citation-772" w:customStyle="1">
    <w:name w:val="citation-772"/>
    <w:basedOn w:val="Paragrafoarenletra-tipolehenetsia"/>
    <w:rsid w:val="00C742C7"/>
  </w:style>
  <w:style w:type="character" w:styleId="citation-771" w:customStyle="1">
    <w:name w:val="citation-771"/>
    <w:basedOn w:val="Paragrafoarenletra-tipolehenetsia"/>
    <w:rsid w:val="00C742C7"/>
  </w:style>
  <w:style w:type="character" w:styleId="citation-770" w:customStyle="1">
    <w:name w:val="citation-770"/>
    <w:basedOn w:val="Paragrafoarenletra-tipolehenetsia"/>
    <w:rsid w:val="00C742C7"/>
  </w:style>
  <w:style w:type="character" w:styleId="citation-769" w:customStyle="1">
    <w:name w:val="citation-769"/>
    <w:basedOn w:val="Paragrafoarenletra-tipolehenetsia"/>
    <w:rsid w:val="00C742C7"/>
  </w:style>
  <w:style w:type="character" w:styleId="citation-768" w:customStyle="1">
    <w:name w:val="citation-768"/>
    <w:basedOn w:val="Paragrafoarenletra-tipolehenetsia"/>
    <w:rsid w:val="00C742C7"/>
  </w:style>
  <w:style w:type="character" w:styleId="citation-767" w:customStyle="1">
    <w:name w:val="citation-767"/>
    <w:basedOn w:val="Paragrafoarenletra-tipolehenetsia"/>
    <w:rsid w:val="00C742C7"/>
  </w:style>
  <w:style w:type="character" w:styleId="citation-766" w:customStyle="1">
    <w:name w:val="citation-766"/>
    <w:basedOn w:val="Paragrafoarenletra-tipolehenetsia"/>
    <w:rsid w:val="00C742C7"/>
  </w:style>
  <w:style w:type="character" w:styleId="citation-765" w:customStyle="1">
    <w:name w:val="citation-765"/>
    <w:basedOn w:val="Paragrafoarenletra-tipolehenetsia"/>
    <w:rsid w:val="00C742C7"/>
  </w:style>
  <w:style w:type="character" w:styleId="citation-764" w:customStyle="1">
    <w:name w:val="citation-764"/>
    <w:basedOn w:val="Paragrafoarenletra-tipolehenetsia"/>
    <w:rsid w:val="00C742C7"/>
  </w:style>
  <w:style w:type="character" w:styleId="citation-763" w:customStyle="1">
    <w:name w:val="citation-763"/>
    <w:basedOn w:val="Paragrafoarenletra-tipolehenetsia"/>
    <w:rsid w:val="00C742C7"/>
  </w:style>
  <w:style w:type="character" w:styleId="citation-762" w:customStyle="1">
    <w:name w:val="citation-762"/>
    <w:basedOn w:val="Paragrafoarenletra-tipolehenetsia"/>
    <w:rsid w:val="00C742C7"/>
  </w:style>
  <w:style w:type="character" w:styleId="citation-761" w:customStyle="1">
    <w:name w:val="citation-761"/>
    <w:basedOn w:val="Paragrafoarenletra-tipolehenetsia"/>
    <w:rsid w:val="00C742C7"/>
  </w:style>
  <w:style w:type="character" w:styleId="citation-760" w:customStyle="1">
    <w:name w:val="citation-760"/>
    <w:basedOn w:val="Paragrafoarenletra-tipolehenetsia"/>
    <w:rsid w:val="00C742C7"/>
  </w:style>
  <w:style w:type="character" w:styleId="citation-759" w:customStyle="1">
    <w:name w:val="citation-759"/>
    <w:basedOn w:val="Paragrafoarenletra-tipolehenetsia"/>
    <w:rsid w:val="00C742C7"/>
  </w:style>
  <w:style w:type="character" w:styleId="citation-758" w:customStyle="1">
    <w:name w:val="citation-758"/>
    <w:basedOn w:val="Paragrafoarenletra-tipolehenetsia"/>
    <w:rsid w:val="00C742C7"/>
  </w:style>
  <w:style w:type="character" w:styleId="citation-757" w:customStyle="1">
    <w:name w:val="citation-757"/>
    <w:basedOn w:val="Paragrafoarenletra-tipolehenetsia"/>
    <w:rsid w:val="00C742C7"/>
  </w:style>
  <w:style w:type="character" w:styleId="citation-756" w:customStyle="1">
    <w:name w:val="citation-756"/>
    <w:basedOn w:val="Paragrafoarenletra-tipolehenetsia"/>
    <w:rsid w:val="00C742C7"/>
  </w:style>
  <w:style w:type="character" w:styleId="citation-755" w:customStyle="1">
    <w:name w:val="citation-755"/>
    <w:basedOn w:val="Paragrafoarenletra-tipolehenetsia"/>
    <w:rsid w:val="00C742C7"/>
  </w:style>
  <w:style w:type="character" w:styleId="citation-754" w:customStyle="1">
    <w:name w:val="citation-754"/>
    <w:basedOn w:val="Paragrafoarenletra-tipolehenetsia"/>
    <w:rsid w:val="00C742C7"/>
  </w:style>
  <w:style w:type="character" w:styleId="citation-753" w:customStyle="1">
    <w:name w:val="citation-753"/>
    <w:basedOn w:val="Paragrafoarenletra-tipolehenetsia"/>
    <w:rsid w:val="00C742C7"/>
  </w:style>
  <w:style w:type="character" w:styleId="citation-752" w:customStyle="1">
    <w:name w:val="citation-752"/>
    <w:basedOn w:val="Paragrafoarenletra-tipolehenetsia"/>
    <w:rsid w:val="00C742C7"/>
  </w:style>
  <w:style w:type="character" w:styleId="citation-751" w:customStyle="1">
    <w:name w:val="citation-751"/>
    <w:basedOn w:val="Paragrafoarenletra-tipolehenetsia"/>
    <w:rsid w:val="00C742C7"/>
  </w:style>
  <w:style w:type="character" w:styleId="citation-750" w:customStyle="1">
    <w:name w:val="citation-750"/>
    <w:basedOn w:val="Paragrafoarenletra-tipolehenetsia"/>
    <w:rsid w:val="00C742C7"/>
  </w:style>
  <w:style w:type="character" w:styleId="citation-749" w:customStyle="1">
    <w:name w:val="citation-749"/>
    <w:basedOn w:val="Paragrafoarenletra-tipolehenetsia"/>
    <w:rsid w:val="00C742C7"/>
  </w:style>
  <w:style w:type="character" w:styleId="citation-748" w:customStyle="1">
    <w:name w:val="citation-748"/>
    <w:basedOn w:val="Paragrafoarenletra-tipolehenetsia"/>
    <w:rsid w:val="00C742C7"/>
  </w:style>
  <w:style w:type="character" w:styleId="citation-747" w:customStyle="1">
    <w:name w:val="citation-747"/>
    <w:basedOn w:val="Paragrafoarenletra-tipolehenetsia"/>
    <w:rsid w:val="00C742C7"/>
  </w:style>
  <w:style w:type="character" w:styleId="citation-746" w:customStyle="1">
    <w:name w:val="citation-746"/>
    <w:basedOn w:val="Paragrafoarenletra-tipolehenetsia"/>
    <w:rsid w:val="00C742C7"/>
  </w:style>
  <w:style w:type="character" w:styleId="citation-745" w:customStyle="1">
    <w:name w:val="citation-745"/>
    <w:basedOn w:val="Paragrafoarenletra-tipolehenetsia"/>
    <w:rsid w:val="00C742C7"/>
  </w:style>
  <w:style w:type="character" w:styleId="citation-744" w:customStyle="1">
    <w:name w:val="citation-744"/>
    <w:basedOn w:val="Paragrafoarenletra-tipolehenetsia"/>
    <w:rsid w:val="00C742C7"/>
  </w:style>
  <w:style w:type="character" w:styleId="citation-743" w:customStyle="1">
    <w:name w:val="citation-743"/>
    <w:basedOn w:val="Paragrafoarenletra-tipolehenetsia"/>
    <w:rsid w:val="00C742C7"/>
  </w:style>
  <w:style w:type="character" w:styleId="citation-742" w:customStyle="1">
    <w:name w:val="citation-742"/>
    <w:basedOn w:val="Paragrafoarenletra-tipolehenetsia"/>
    <w:rsid w:val="00C742C7"/>
  </w:style>
  <w:style w:type="character" w:styleId="citation-741" w:customStyle="1">
    <w:name w:val="citation-741"/>
    <w:basedOn w:val="Paragrafoarenletra-tipolehenetsia"/>
    <w:rsid w:val="00C742C7"/>
  </w:style>
  <w:style w:type="character" w:styleId="citation-740" w:customStyle="1">
    <w:name w:val="citation-740"/>
    <w:basedOn w:val="Paragrafoarenletra-tipolehenetsia"/>
    <w:rsid w:val="00C742C7"/>
  </w:style>
  <w:style w:type="character" w:styleId="citation-739" w:customStyle="1">
    <w:name w:val="citation-739"/>
    <w:basedOn w:val="Paragrafoarenletra-tipolehenetsia"/>
    <w:rsid w:val="00C742C7"/>
  </w:style>
  <w:style w:type="character" w:styleId="citation-738" w:customStyle="1">
    <w:name w:val="citation-738"/>
    <w:basedOn w:val="Paragrafoarenletra-tipolehenetsia"/>
    <w:rsid w:val="00C742C7"/>
  </w:style>
  <w:style w:type="character" w:styleId="citation-737" w:customStyle="1">
    <w:name w:val="citation-737"/>
    <w:basedOn w:val="Paragrafoarenletra-tipolehenetsia"/>
    <w:rsid w:val="00C742C7"/>
  </w:style>
  <w:style w:type="character" w:styleId="citation-736" w:customStyle="1">
    <w:name w:val="citation-736"/>
    <w:basedOn w:val="Paragrafoarenletra-tipolehenetsia"/>
    <w:rsid w:val="00C742C7"/>
  </w:style>
  <w:style w:type="character" w:styleId="citation-735" w:customStyle="1">
    <w:name w:val="citation-735"/>
    <w:basedOn w:val="Paragrafoarenletra-tipolehenetsia"/>
    <w:rsid w:val="00C742C7"/>
  </w:style>
  <w:style w:type="character" w:styleId="citation-734" w:customStyle="1">
    <w:name w:val="citation-734"/>
    <w:basedOn w:val="Paragrafoarenletra-tipolehenetsia"/>
    <w:rsid w:val="00C742C7"/>
  </w:style>
  <w:style w:type="character" w:styleId="citation-733" w:customStyle="1">
    <w:name w:val="citation-733"/>
    <w:basedOn w:val="Paragrafoarenletra-tipolehenetsia"/>
    <w:rsid w:val="00C742C7"/>
  </w:style>
  <w:style w:type="character" w:styleId="citation-732" w:customStyle="1">
    <w:name w:val="citation-732"/>
    <w:basedOn w:val="Paragrafoarenletra-tipolehenetsia"/>
    <w:rsid w:val="00C742C7"/>
  </w:style>
  <w:style w:type="character" w:styleId="citation-731" w:customStyle="1">
    <w:name w:val="citation-731"/>
    <w:basedOn w:val="Paragrafoarenletra-tipolehenetsia"/>
    <w:rsid w:val="00C742C7"/>
  </w:style>
  <w:style w:type="character" w:styleId="citation-730" w:customStyle="1">
    <w:name w:val="citation-730"/>
    <w:basedOn w:val="Paragrafoarenletra-tipolehenetsia"/>
    <w:rsid w:val="00C742C7"/>
  </w:style>
  <w:style w:type="character" w:styleId="citation-729" w:customStyle="1">
    <w:name w:val="citation-729"/>
    <w:basedOn w:val="Paragrafoarenletra-tipolehenetsia"/>
    <w:rsid w:val="00C742C7"/>
  </w:style>
  <w:style w:type="character" w:styleId="citation-728" w:customStyle="1">
    <w:name w:val="citation-728"/>
    <w:basedOn w:val="Paragrafoarenletra-tipolehenetsia"/>
    <w:rsid w:val="00C742C7"/>
  </w:style>
  <w:style w:type="character" w:styleId="citation-727" w:customStyle="1">
    <w:name w:val="citation-727"/>
    <w:basedOn w:val="Paragrafoarenletra-tipolehenetsia"/>
    <w:rsid w:val="00C742C7"/>
  </w:style>
  <w:style w:type="character" w:styleId="citation-726" w:customStyle="1">
    <w:name w:val="citation-726"/>
    <w:basedOn w:val="Paragrafoarenletra-tipolehenetsia"/>
    <w:rsid w:val="00C742C7"/>
  </w:style>
  <w:style w:type="character" w:styleId="citation-725" w:customStyle="1">
    <w:name w:val="citation-725"/>
    <w:basedOn w:val="Paragrafoarenletra-tipolehenetsia"/>
    <w:rsid w:val="00C742C7"/>
  </w:style>
  <w:style w:type="character" w:styleId="citation-724" w:customStyle="1">
    <w:name w:val="citation-724"/>
    <w:basedOn w:val="Paragrafoarenletra-tipolehenetsia"/>
    <w:rsid w:val="00C742C7"/>
  </w:style>
  <w:style w:type="character" w:styleId="citation-723" w:customStyle="1">
    <w:name w:val="citation-723"/>
    <w:basedOn w:val="Paragrafoarenletra-tipolehenetsia"/>
    <w:rsid w:val="00C742C7"/>
  </w:style>
  <w:style w:type="character" w:styleId="citation-722" w:customStyle="1">
    <w:name w:val="citation-722"/>
    <w:basedOn w:val="Paragrafoarenletra-tipolehenetsia"/>
    <w:rsid w:val="00C742C7"/>
  </w:style>
  <w:style w:type="character" w:styleId="citation-721" w:customStyle="1">
    <w:name w:val="citation-721"/>
    <w:basedOn w:val="Paragrafoarenletra-tipolehenetsia"/>
    <w:rsid w:val="00C742C7"/>
  </w:style>
  <w:style w:type="character" w:styleId="citation-720" w:customStyle="1">
    <w:name w:val="citation-720"/>
    <w:basedOn w:val="Paragrafoarenletra-tipolehenetsia"/>
    <w:rsid w:val="00C742C7"/>
  </w:style>
  <w:style w:type="character" w:styleId="citation-719" w:customStyle="1">
    <w:name w:val="citation-719"/>
    <w:basedOn w:val="Paragrafoarenletra-tipolehenetsia"/>
    <w:rsid w:val="00C742C7"/>
  </w:style>
  <w:style w:type="character" w:styleId="citation-718" w:customStyle="1">
    <w:name w:val="citation-718"/>
    <w:basedOn w:val="Paragrafoarenletra-tipolehenetsia"/>
    <w:rsid w:val="00C742C7"/>
  </w:style>
  <w:style w:type="character" w:styleId="citation-717" w:customStyle="1">
    <w:name w:val="citation-717"/>
    <w:basedOn w:val="Paragrafoarenletra-tipolehenetsia"/>
    <w:rsid w:val="00C742C7"/>
  </w:style>
  <w:style w:type="character" w:styleId="citation-716" w:customStyle="1">
    <w:name w:val="citation-716"/>
    <w:basedOn w:val="Paragrafoarenletra-tipolehenetsia"/>
    <w:rsid w:val="00C742C7"/>
  </w:style>
  <w:style w:type="character" w:styleId="citation-715" w:customStyle="1">
    <w:name w:val="citation-715"/>
    <w:basedOn w:val="Paragrafoarenletra-tipolehenetsia"/>
    <w:rsid w:val="00C742C7"/>
  </w:style>
  <w:style w:type="character" w:styleId="citation-714" w:customStyle="1">
    <w:name w:val="citation-714"/>
    <w:basedOn w:val="Paragrafoarenletra-tipolehenetsia"/>
    <w:rsid w:val="00C742C7"/>
  </w:style>
  <w:style w:type="character" w:styleId="citation-713" w:customStyle="1">
    <w:name w:val="citation-713"/>
    <w:basedOn w:val="Paragrafoarenletra-tipolehenetsia"/>
    <w:rsid w:val="00C742C7"/>
  </w:style>
  <w:style w:type="character" w:styleId="citation-712" w:customStyle="1">
    <w:name w:val="citation-712"/>
    <w:basedOn w:val="Paragrafoarenletra-tipolehenetsia"/>
    <w:rsid w:val="00C742C7"/>
  </w:style>
  <w:style w:type="character" w:styleId="citation-711" w:customStyle="1">
    <w:name w:val="citation-711"/>
    <w:basedOn w:val="Paragrafoarenletra-tipolehenetsia"/>
    <w:rsid w:val="00C742C7"/>
  </w:style>
  <w:style w:type="character" w:styleId="citation-710" w:customStyle="1">
    <w:name w:val="citation-710"/>
    <w:basedOn w:val="Paragrafoarenletra-tipolehenetsia"/>
    <w:rsid w:val="00C742C7"/>
  </w:style>
  <w:style w:type="character" w:styleId="citation-709" w:customStyle="1">
    <w:name w:val="citation-709"/>
    <w:basedOn w:val="Paragrafoarenletra-tipolehenetsia"/>
    <w:rsid w:val="00C742C7"/>
  </w:style>
  <w:style w:type="character" w:styleId="citation-708" w:customStyle="1">
    <w:name w:val="citation-708"/>
    <w:basedOn w:val="Paragrafoarenletra-tipolehenetsia"/>
    <w:rsid w:val="00C742C7"/>
  </w:style>
  <w:style w:type="character" w:styleId="citation-707" w:customStyle="1">
    <w:name w:val="citation-707"/>
    <w:basedOn w:val="Paragrafoarenletra-tipolehenetsia"/>
    <w:rsid w:val="00C742C7"/>
  </w:style>
  <w:style w:type="character" w:styleId="citation-706" w:customStyle="1">
    <w:name w:val="citation-706"/>
    <w:basedOn w:val="Paragrafoarenletra-tipolehenetsia"/>
    <w:rsid w:val="00C742C7"/>
  </w:style>
  <w:style w:type="character" w:styleId="citation-705" w:customStyle="1">
    <w:name w:val="citation-705"/>
    <w:basedOn w:val="Paragrafoarenletra-tipolehenetsia"/>
    <w:rsid w:val="00C742C7"/>
  </w:style>
  <w:style w:type="character" w:styleId="citation-704" w:customStyle="1">
    <w:name w:val="citation-704"/>
    <w:basedOn w:val="Paragrafoarenletra-tipolehenetsia"/>
    <w:rsid w:val="00C742C7"/>
  </w:style>
  <w:style w:type="character" w:styleId="citation-703" w:customStyle="1">
    <w:name w:val="citation-703"/>
    <w:basedOn w:val="Paragrafoarenletra-tipolehenetsia"/>
    <w:rsid w:val="00C742C7"/>
  </w:style>
  <w:style w:type="character" w:styleId="citation-702" w:customStyle="1">
    <w:name w:val="citation-702"/>
    <w:basedOn w:val="Paragrafoarenletra-tipolehenetsia"/>
    <w:rsid w:val="00C742C7"/>
  </w:style>
  <w:style w:type="character" w:styleId="citation-701" w:customStyle="1">
    <w:name w:val="citation-701"/>
    <w:basedOn w:val="Paragrafoarenletra-tipolehenetsia"/>
    <w:rsid w:val="00C742C7"/>
  </w:style>
  <w:style w:type="character" w:styleId="citation-700" w:customStyle="1">
    <w:name w:val="citation-700"/>
    <w:basedOn w:val="Paragrafoarenletra-tipolehenetsia"/>
    <w:rsid w:val="00C742C7"/>
  </w:style>
  <w:style w:type="character" w:styleId="citation-699" w:customStyle="1">
    <w:name w:val="citation-699"/>
    <w:basedOn w:val="Paragrafoarenletra-tipolehenetsia"/>
    <w:rsid w:val="00C742C7"/>
  </w:style>
  <w:style w:type="character" w:styleId="citation-698" w:customStyle="1">
    <w:name w:val="citation-698"/>
    <w:basedOn w:val="Paragrafoarenletra-tipolehenetsia"/>
    <w:rsid w:val="00C742C7"/>
  </w:style>
  <w:style w:type="character" w:styleId="citation-697" w:customStyle="1">
    <w:name w:val="citation-697"/>
    <w:basedOn w:val="Paragrafoarenletra-tipolehenetsia"/>
    <w:rsid w:val="00C742C7"/>
  </w:style>
  <w:style w:type="character" w:styleId="citation-696" w:customStyle="1">
    <w:name w:val="citation-696"/>
    <w:basedOn w:val="Paragrafoarenletra-tipolehenetsia"/>
    <w:rsid w:val="00C742C7"/>
  </w:style>
  <w:style w:type="character" w:styleId="citation-695" w:customStyle="1">
    <w:name w:val="citation-695"/>
    <w:basedOn w:val="Paragrafoarenletra-tipolehenetsia"/>
    <w:rsid w:val="00C742C7"/>
  </w:style>
  <w:style w:type="character" w:styleId="citation-694" w:customStyle="1">
    <w:name w:val="citation-694"/>
    <w:basedOn w:val="Paragrafoarenletra-tipolehenetsia"/>
    <w:rsid w:val="00C742C7"/>
  </w:style>
  <w:style w:type="character" w:styleId="citation-693" w:customStyle="1">
    <w:name w:val="citation-693"/>
    <w:basedOn w:val="Paragrafoarenletra-tipolehenetsia"/>
    <w:rsid w:val="00C742C7"/>
  </w:style>
  <w:style w:type="character" w:styleId="citation-692" w:customStyle="1">
    <w:name w:val="citation-692"/>
    <w:basedOn w:val="Paragrafoarenletra-tipolehenetsia"/>
    <w:rsid w:val="00C742C7"/>
  </w:style>
  <w:style w:type="character" w:styleId="citation-691" w:customStyle="1">
    <w:name w:val="citation-691"/>
    <w:basedOn w:val="Paragrafoarenletra-tipolehenetsia"/>
    <w:rsid w:val="00C742C7"/>
  </w:style>
  <w:style w:type="character" w:styleId="TarterikezKar" w:customStyle="1">
    <w:name w:val="Tarterik ez Kar"/>
    <w:basedOn w:val="Paragrafoarenletra-tipolehenetsia"/>
    <w:link w:val="Tarterikez"/>
    <w:uiPriority w:val="1"/>
    <w:rsid w:val="005E4B8F"/>
  </w:style>
  <w:style w:type="paragraph" w:styleId="EA2">
    <w:name w:val="toc 2"/>
    <w:basedOn w:val="Normala"/>
    <w:next w:val="Normala"/>
    <w:autoRedefine/>
    <w:uiPriority w:val="39"/>
    <w:unhideWhenUsed/>
    <w:rsid w:val="00721D1A"/>
    <w:pPr>
      <w:spacing w:after="100" w:line="259" w:lineRule="auto"/>
      <w:ind w:left="220"/>
    </w:pPr>
    <w:rPr>
      <w:rFonts w:cs="Times New Roman"/>
      <w:lang w:val="eu-ES" w:eastAsia="eu-ES"/>
    </w:rPr>
  </w:style>
  <w:style w:type="paragraph" w:styleId="EA1">
    <w:name w:val="toc 1"/>
    <w:basedOn w:val="Normala"/>
    <w:next w:val="Normala"/>
    <w:autoRedefine/>
    <w:uiPriority w:val="39"/>
    <w:unhideWhenUsed/>
    <w:rsid w:val="00721D1A"/>
    <w:pPr>
      <w:spacing w:after="100" w:line="259" w:lineRule="auto"/>
    </w:pPr>
    <w:rPr>
      <w:rFonts w:cs="Times New Roman"/>
      <w:lang w:val="eu-ES" w:eastAsia="eu-ES"/>
    </w:rPr>
  </w:style>
  <w:style w:type="paragraph" w:styleId="EA3">
    <w:name w:val="toc 3"/>
    <w:basedOn w:val="Normala"/>
    <w:next w:val="Normala"/>
    <w:autoRedefine/>
    <w:uiPriority w:val="39"/>
    <w:unhideWhenUsed/>
    <w:rsid w:val="00721D1A"/>
    <w:pPr>
      <w:spacing w:after="100" w:line="259" w:lineRule="auto"/>
      <w:ind w:left="440"/>
    </w:pPr>
    <w:rPr>
      <w:rFonts w:cs="Times New Roman"/>
      <w:lang w:val="eu-ES" w:eastAsia="eu-ES"/>
    </w:rPr>
  </w:style>
  <w:style w:type="table" w:styleId="5sareta-taulailuna-1enfasia">
    <w:name w:val="Grid Table 5 Dark Accent 1"/>
    <w:basedOn w:val="Taulanormala"/>
    <w:uiPriority w:val="50"/>
    <w:rsid w:val="00D3238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sareta-taula-1enfasia">
    <w:name w:val="Grid Table 4 Accent 1"/>
    <w:basedOn w:val="Taulanormala"/>
    <w:uiPriority w:val="49"/>
    <w:rsid w:val="00D3238E"/>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ruzkinarenerreferentzia">
    <w:name w:val="annotation reference"/>
    <w:basedOn w:val="Paragrafoarenletra-tipolehenetsia"/>
    <w:uiPriority w:val="99"/>
    <w:semiHidden/>
    <w:unhideWhenUsed/>
    <w:rsid w:val="0079164F"/>
    <w:rPr>
      <w:sz w:val="16"/>
      <w:szCs w:val="16"/>
    </w:rPr>
  </w:style>
  <w:style w:type="paragraph" w:styleId="Iruzkinarentestua">
    <w:name w:val="annotation text"/>
    <w:basedOn w:val="Normala"/>
    <w:link w:val="IruzkinarentestuaKar"/>
    <w:uiPriority w:val="99"/>
    <w:semiHidden/>
    <w:unhideWhenUsed/>
    <w:rsid w:val="0079164F"/>
    <w:pPr>
      <w:spacing w:line="240" w:lineRule="auto"/>
    </w:pPr>
    <w:rPr>
      <w:sz w:val="20"/>
      <w:szCs w:val="20"/>
    </w:rPr>
  </w:style>
  <w:style w:type="character" w:styleId="IruzkinarentestuaKar" w:customStyle="1">
    <w:name w:val="Iruzkinaren testua Kar"/>
    <w:basedOn w:val="Paragrafoarenletra-tipolehenetsia"/>
    <w:link w:val="Iruzkinarentestua"/>
    <w:uiPriority w:val="99"/>
    <w:semiHidden/>
    <w:rsid w:val="0079164F"/>
    <w:rPr>
      <w:sz w:val="20"/>
      <w:szCs w:val="20"/>
    </w:rPr>
  </w:style>
  <w:style w:type="paragraph" w:styleId="Iruzkinarengaia">
    <w:name w:val="annotation subject"/>
    <w:basedOn w:val="Iruzkinarentestua"/>
    <w:next w:val="Iruzkinarentestua"/>
    <w:link w:val="IruzkinarengaiaKar"/>
    <w:uiPriority w:val="99"/>
    <w:semiHidden/>
    <w:unhideWhenUsed/>
    <w:rsid w:val="0079164F"/>
    <w:rPr>
      <w:b/>
      <w:bCs/>
    </w:rPr>
  </w:style>
  <w:style w:type="character" w:styleId="IruzkinarengaiaKar" w:customStyle="1">
    <w:name w:val="Iruzkinaren gaia Kar"/>
    <w:basedOn w:val="IruzkinarentestuaKar"/>
    <w:link w:val="Iruzkinarengaia"/>
    <w:uiPriority w:val="99"/>
    <w:semiHidden/>
    <w:rsid w:val="0079164F"/>
    <w:rPr>
      <w:b/>
      <w:bCs/>
      <w:sz w:val="20"/>
      <w:szCs w:val="20"/>
    </w:rPr>
  </w:style>
  <w:style w:type="paragraph" w:styleId="Bunbuiloarentestua">
    <w:name w:val="Balloon Text"/>
    <w:basedOn w:val="Normala"/>
    <w:link w:val="BunbuiloarentestuaKar"/>
    <w:uiPriority w:val="99"/>
    <w:semiHidden/>
    <w:unhideWhenUsed/>
    <w:rsid w:val="0079164F"/>
    <w:pPr>
      <w:spacing w:after="0" w:line="240" w:lineRule="auto"/>
    </w:pPr>
    <w:rPr>
      <w:rFonts w:ascii="Segoe UI" w:hAnsi="Segoe UI" w:cs="Segoe UI"/>
      <w:sz w:val="18"/>
      <w:szCs w:val="18"/>
    </w:rPr>
  </w:style>
  <w:style w:type="character" w:styleId="BunbuiloarentestuaKar" w:customStyle="1">
    <w:name w:val="Bunbuiloaren testua Kar"/>
    <w:basedOn w:val="Paragrafoarenletra-tipolehenetsia"/>
    <w:link w:val="Bunbuiloarentestua"/>
    <w:uiPriority w:val="99"/>
    <w:semiHidden/>
    <w:rsid w:val="0079164F"/>
    <w:rPr>
      <w:rFonts w:ascii="Segoe UI" w:hAnsi="Segoe UI" w:cs="Segoe UI"/>
      <w:sz w:val="18"/>
      <w:szCs w:val="18"/>
    </w:rPr>
  </w:style>
  <w:style w:type="paragraph" w:styleId="whitespace-normal" w:customStyle="1">
    <w:name w:val="whitespace-normal"/>
    <w:basedOn w:val="Normala"/>
    <w:rsid w:val="00101266"/>
    <w:pPr>
      <w:spacing w:before="100" w:beforeAutospacing="1" w:after="100" w:afterAutospacing="1" w:line="240" w:lineRule="auto"/>
    </w:pPr>
    <w:rPr>
      <w:rFonts w:ascii="Times New Roman" w:hAnsi="Times New Roman" w:eastAsia="Times New Roman" w:cs="Times New Roman"/>
      <w:sz w:val="24"/>
      <w:szCs w:val="24"/>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4019">
      <w:bodyDiv w:val="1"/>
      <w:marLeft w:val="0"/>
      <w:marRight w:val="0"/>
      <w:marTop w:val="0"/>
      <w:marBottom w:val="0"/>
      <w:divBdr>
        <w:top w:val="none" w:sz="0" w:space="0" w:color="auto"/>
        <w:left w:val="none" w:sz="0" w:space="0" w:color="auto"/>
        <w:bottom w:val="none" w:sz="0" w:space="0" w:color="auto"/>
        <w:right w:val="none" w:sz="0" w:space="0" w:color="auto"/>
      </w:divBdr>
    </w:div>
    <w:div w:id="200367989">
      <w:bodyDiv w:val="1"/>
      <w:marLeft w:val="0"/>
      <w:marRight w:val="0"/>
      <w:marTop w:val="0"/>
      <w:marBottom w:val="0"/>
      <w:divBdr>
        <w:top w:val="none" w:sz="0" w:space="0" w:color="auto"/>
        <w:left w:val="none" w:sz="0" w:space="0" w:color="auto"/>
        <w:bottom w:val="none" w:sz="0" w:space="0" w:color="auto"/>
        <w:right w:val="none" w:sz="0" w:space="0" w:color="auto"/>
      </w:divBdr>
    </w:div>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458963040">
      <w:bodyDiv w:val="1"/>
      <w:marLeft w:val="0"/>
      <w:marRight w:val="0"/>
      <w:marTop w:val="0"/>
      <w:marBottom w:val="0"/>
      <w:divBdr>
        <w:top w:val="none" w:sz="0" w:space="0" w:color="auto"/>
        <w:left w:val="none" w:sz="0" w:space="0" w:color="auto"/>
        <w:bottom w:val="none" w:sz="0" w:space="0" w:color="auto"/>
        <w:right w:val="none" w:sz="0" w:space="0" w:color="auto"/>
      </w:divBdr>
    </w:div>
    <w:div w:id="559292463">
      <w:bodyDiv w:val="1"/>
      <w:marLeft w:val="0"/>
      <w:marRight w:val="0"/>
      <w:marTop w:val="0"/>
      <w:marBottom w:val="0"/>
      <w:divBdr>
        <w:top w:val="none" w:sz="0" w:space="0" w:color="auto"/>
        <w:left w:val="none" w:sz="0" w:space="0" w:color="auto"/>
        <w:bottom w:val="none" w:sz="0" w:space="0" w:color="auto"/>
        <w:right w:val="none" w:sz="0" w:space="0" w:color="auto"/>
      </w:divBdr>
    </w:div>
    <w:div w:id="583875285">
      <w:bodyDiv w:val="1"/>
      <w:marLeft w:val="0"/>
      <w:marRight w:val="0"/>
      <w:marTop w:val="0"/>
      <w:marBottom w:val="0"/>
      <w:divBdr>
        <w:top w:val="none" w:sz="0" w:space="0" w:color="auto"/>
        <w:left w:val="none" w:sz="0" w:space="0" w:color="auto"/>
        <w:bottom w:val="none" w:sz="0" w:space="0" w:color="auto"/>
        <w:right w:val="none" w:sz="0" w:space="0" w:color="auto"/>
      </w:divBdr>
    </w:div>
    <w:div w:id="880703258">
      <w:bodyDiv w:val="1"/>
      <w:marLeft w:val="0"/>
      <w:marRight w:val="0"/>
      <w:marTop w:val="0"/>
      <w:marBottom w:val="0"/>
      <w:divBdr>
        <w:top w:val="none" w:sz="0" w:space="0" w:color="auto"/>
        <w:left w:val="none" w:sz="0" w:space="0" w:color="auto"/>
        <w:bottom w:val="none" w:sz="0" w:space="0" w:color="auto"/>
        <w:right w:val="none" w:sz="0" w:space="0" w:color="auto"/>
      </w:divBdr>
    </w:div>
    <w:div w:id="932204760">
      <w:bodyDiv w:val="1"/>
      <w:marLeft w:val="0"/>
      <w:marRight w:val="0"/>
      <w:marTop w:val="0"/>
      <w:marBottom w:val="0"/>
      <w:divBdr>
        <w:top w:val="none" w:sz="0" w:space="0" w:color="auto"/>
        <w:left w:val="none" w:sz="0" w:space="0" w:color="auto"/>
        <w:bottom w:val="none" w:sz="0" w:space="0" w:color="auto"/>
        <w:right w:val="none" w:sz="0" w:space="0" w:color="auto"/>
      </w:divBdr>
    </w:div>
    <w:div w:id="1115979062">
      <w:bodyDiv w:val="1"/>
      <w:marLeft w:val="0"/>
      <w:marRight w:val="0"/>
      <w:marTop w:val="0"/>
      <w:marBottom w:val="0"/>
      <w:divBdr>
        <w:top w:val="none" w:sz="0" w:space="0" w:color="auto"/>
        <w:left w:val="none" w:sz="0" w:space="0" w:color="auto"/>
        <w:bottom w:val="none" w:sz="0" w:space="0" w:color="auto"/>
        <w:right w:val="none" w:sz="0" w:space="0" w:color="auto"/>
      </w:divBdr>
    </w:div>
    <w:div w:id="1141656200">
      <w:bodyDiv w:val="1"/>
      <w:marLeft w:val="0"/>
      <w:marRight w:val="0"/>
      <w:marTop w:val="0"/>
      <w:marBottom w:val="0"/>
      <w:divBdr>
        <w:top w:val="none" w:sz="0" w:space="0" w:color="auto"/>
        <w:left w:val="none" w:sz="0" w:space="0" w:color="auto"/>
        <w:bottom w:val="none" w:sz="0" w:space="0" w:color="auto"/>
        <w:right w:val="none" w:sz="0" w:space="0" w:color="auto"/>
      </w:divBdr>
    </w:div>
    <w:div w:id="1339652988">
      <w:bodyDiv w:val="1"/>
      <w:marLeft w:val="0"/>
      <w:marRight w:val="0"/>
      <w:marTop w:val="0"/>
      <w:marBottom w:val="0"/>
      <w:divBdr>
        <w:top w:val="none" w:sz="0" w:space="0" w:color="auto"/>
        <w:left w:val="none" w:sz="0" w:space="0" w:color="auto"/>
        <w:bottom w:val="none" w:sz="0" w:space="0" w:color="auto"/>
        <w:right w:val="none" w:sz="0" w:space="0" w:color="auto"/>
      </w:divBdr>
    </w:div>
    <w:div w:id="1497839747">
      <w:bodyDiv w:val="1"/>
      <w:marLeft w:val="0"/>
      <w:marRight w:val="0"/>
      <w:marTop w:val="0"/>
      <w:marBottom w:val="0"/>
      <w:divBdr>
        <w:top w:val="none" w:sz="0" w:space="0" w:color="auto"/>
        <w:left w:val="none" w:sz="0" w:space="0" w:color="auto"/>
        <w:bottom w:val="none" w:sz="0" w:space="0" w:color="auto"/>
        <w:right w:val="none" w:sz="0" w:space="0" w:color="auto"/>
      </w:divBdr>
    </w:div>
    <w:div w:id="2042782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albisua/Documents/MIGUEL%20ALTUNA%202024-2025/MIGUEL%20ALTUNA%2024-25/LCAMP/IKASTAROA/UR_MIR_FESTO/EU/0_0_Irakaslearen%20gida.docx"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Urratsez-urratseko motorren funtzionamendua, driverren erregulazioa eta DC-DC erregulatzaileen parametrizazioa nola egin behar den aztertzeaz gain, estainatze-teknika praktikoekin osatu</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83408C-D11E-4C1C-AE1A-F4471A7AE692}"/>
</file>

<file path=customXml/itemProps3.xml><?xml version="1.0" encoding="utf-8"?>
<ds:datastoreItem xmlns:ds="http://schemas.openxmlformats.org/officeDocument/2006/customXml" ds:itemID="{66E66221-0E29-4D90-90E4-E90D51F99993}">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1F5BBACA-C442-4ED8-85FB-680A99FEABFC}">
  <ds:schemaRefs>
    <ds:schemaRef ds:uri="http://schemas.microsoft.com/sharepoint/v3/contenttype/forms"/>
  </ds:schemaRefs>
</ds:datastoreItem>
</file>

<file path=customXml/itemProps5.xml><?xml version="1.0" encoding="utf-8"?>
<ds:datastoreItem xmlns:ds="http://schemas.openxmlformats.org/officeDocument/2006/customXml" ds:itemID="{E2238372-3B91-4FA9-8E53-539AC04204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Component welding, driver motor regulation and DC-DC converters</dc:subject>
  <dc:creator>Ane Albisua – Miguel Altuna LHII</dc:creator>
  <cp:keywords/>
  <dc:description>generated by python-docx</dc:description>
  <cp:lastModifiedBy>lerrasti</cp:lastModifiedBy>
  <cp:revision>8</cp:revision>
  <dcterms:created xsi:type="dcterms:W3CDTF">2025-07-04T06:37:00Z</dcterms:created>
  <dcterms:modified xsi:type="dcterms:W3CDTF">2025-11-13T12:14:43Z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ies>
</file>