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cs="Arial"/>
          <w:sz w:val="24"/>
          <w:szCs w:val="24"/>
        </w:rPr>
        <w:id w:val="669683428"/>
        <w:docPartObj>
          <w:docPartGallery w:val="Cover Pages"/>
          <w:docPartUnique/>
        </w:docPartObj>
      </w:sdtPr>
      <w:sdtEndPr>
        <w:rPr>
          <w:rFonts w:ascii="Arial" w:hAnsi="Arial" w:eastAsia="Times New Roman" w:cs="Arial"/>
          <w:b w:val="1"/>
          <w:bCs w:val="1"/>
          <w:sz w:val="24"/>
          <w:szCs w:val="24"/>
          <w:lang w:val="eu-ES" w:eastAsia="eu-ES"/>
        </w:rPr>
      </w:sdtEndPr>
      <w:sdtContent>
        <w:p xmlns:wp14="http://schemas.microsoft.com/office/word/2010/wordml" w:rsidRPr="002C2419" w:rsidR="005E4B8F" w:rsidRDefault="005E4B8F" wp14:paraId="1E245495" wp14:textId="77777777">
          <w:pPr>
            <w:rPr>
              <w:rFonts w:ascii="Arial" w:hAnsi="Arial" w:cs="Arial"/>
              <w:sz w:val="24"/>
              <w:szCs w:val="24"/>
              <w:lang w:val="es-ES"/>
            </w:rPr>
          </w:pPr>
          <w:r w:rsidRPr="002C2419">
            <w:rPr>
              <w:rFonts w:ascii="Arial" w:hAnsi="Arial" w:cs="Arial"/>
              <w:noProof/>
              <w:sz w:val="24"/>
              <w:szCs w:val="24"/>
              <w:lang w:val="English" w:eastAsia="eu-ES"/>
            </w:rPr>
            <w:drawing>
              <wp:anchor xmlns:wp14="http://schemas.microsoft.com/office/word/2010/wordprocessingDrawing" distT="0" distB="0" distL="114300" distR="114300" simplePos="0" relativeHeight="251665408" behindDoc="0" locked="0" layoutInCell="1" allowOverlap="1" wp14:editId="7777777" wp14:anchorId="3080890E">
                <wp:simplePos x="0" y="0"/>
                <wp:positionH relativeFrom="column">
                  <wp:posOffset>-851535</wp:posOffset>
                </wp:positionH>
                <wp:positionV relativeFrom="paragraph">
                  <wp:posOffset>-882015</wp:posOffset>
                </wp:positionV>
                <wp:extent cx="2056569" cy="1196340"/>
                <wp:effectExtent l="0" t="0" r="1270" b="3810"/>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12">
                          <a:extLst>
                            <a:ext uri="{28A0092B-C50C-407E-A947-70E740481C1C}">
                              <a14:useLocalDpi xmlns:a14="http://schemas.microsoft.com/office/drawing/2010/main" val="0"/>
                            </a:ext>
                          </a:extLst>
                        </a:blip>
                        <a:stretch>
                          <a:fillRect/>
                        </a:stretch>
                      </pic:blipFill>
                      <pic:spPr>
                        <a:xfrm>
                          <a:off x="0" y="0"/>
                          <a:ext cx="2058143" cy="1197256"/>
                        </a:xfrm>
                        <a:prstGeom prst="rect">
                          <a:avLst/>
                        </a:prstGeom>
                      </pic:spPr>
                    </pic:pic>
                  </a:graphicData>
                </a:graphic>
                <wp14:sizeRelH relativeFrom="margin">
                  <wp14:pctWidth>0</wp14:pctWidth>
                </wp14:sizeRelH>
                <wp14:sizeRelV relativeFrom="margin">
                  <wp14:pctHeight>0</wp14:pctHeight>
                </wp14:sizeRelV>
              </wp:anchor>
            </w:drawing>
          </w:r>
          <w:r w:rsidRPr="002C2419">
            <w:rPr>
              <w:rFonts w:ascii="Arial" w:hAnsi="Arial" w:cs="Arial"/>
              <w:noProof/>
              <w:sz w:val="24"/>
              <w:szCs w:val="24"/>
              <w:lang w:val="English" w:eastAsia="eu-ES"/>
            </w:rPr>
            <mc:AlternateContent>
              <mc:Choice Requires="wpg">
                <w:drawing>
                  <wp:anchor xmlns:wp14="http://schemas.microsoft.com/office/word/2010/wordprocessingDrawing" distT="0" distB="0" distL="114300" distR="114300" simplePos="0" relativeHeight="251662336" behindDoc="0" locked="0" layoutInCell="1" allowOverlap="1" wp14:editId="7777777" wp14:anchorId="0407808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149. taldea"/>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51. laukizuzena"/>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151. laukizuzena"/>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p14:anchorId="262106E8">
                  <v:group id="149. taldea"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pU4lNpgFAACs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w14:anchorId="3DF18A76">
                    <v:shape id="51. laukizuzena"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151. laukizuzena"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4"/>
                    </v:rect>
                    <w10:wrap anchorx="page" anchory="page"/>
                  </v:group>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60288" behindDoc="0" locked="0" layoutInCell="1" allowOverlap="1" wp14:editId="7777777" wp14:anchorId="3C135A1F">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152. testu-koadroa"/>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xmlns:wp14="http://schemas.microsoft.com/office/word/2010/wordml" w:rsidRPr="005E4B8F" w:rsidR="006B5319" w:rsidRDefault="006B5319" wp14:paraId="6A952F05" wp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xmlns:wp14="http://schemas.microsoft.com/office/word/2010/wordml" w:rsidRPr="005E4B8F" w:rsidR="006B5319" w:rsidRDefault="008B12EA" wp14:paraId="207CCF61" wp14:textId="77777777">
                                <w:pPr>
                                  <w:pStyle w:val="Tarterikez"/>
                                  <w:jc w:val="right"/>
                                  <w:rPr>
                                    <w:color w:val="595959" w:themeColor="text1" w:themeTint="A6"/>
                                    <w:sz w:val="18"/>
                                    <w:szCs w:val="18"/>
                                    <w:lang w:val="es-ES"/>
                                  </w:rPr>
                                </w:pPr>
                                <w:sdt>
                                  <w:sdtPr>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6B5319">
                                      <w:rPr>
                                        <w:color w:val="595959" w:themeColor="text1" w:themeTint="A6"/>
                                        <w:sz w:val="18"/>
                                        <w:szCs w:val="18"/>
                                        <w:lang w:val="English"/>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p14:anchorId="6828ADA7">
                  <v:shapetype id="_x0000_t202" coordsize="21600,21600" o:spt="202" path="m,l,21600r21600,l21600,xe">
                    <v:stroke joinstyle="miter"/>
                    <v:path gradientshapeok="t" o:connecttype="rect"/>
                  </v:shapetype>
                  <v:shape id="152. testu-koadroa"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CXtSsQ&#10;gwIAAGcFAAAOAAAAAAAAAAAAAAAAAC4CAABkcnMvZTJvRG9jLnhtbFBLAQItABQABgAIAAAAIQDs&#10;Cl+U3QAAAAYBAAAPAAAAAAAAAAAAAAAAAN0EAABkcnMvZG93bnJldi54bWxQSwUGAAAAAAQABADz&#10;AAAA5wUAAAAA&#10;">
                    <v:textbox inset="126pt,0,54pt,0">
                      <w:txbxContent>
                        <w:sdt>
                          <w:sdtPr>
                            <w:id w:val="573672336"/>
                            <w:rPr>
                              <w:color w:val="595959" w:themeColor="text1" w:themeTint="A6"/>
                              <w:sz w:val="28"/>
                              <w:szCs w:val="28"/>
                              <w:lang w:val="English"/>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Content>
                            <w:p w:rsidRPr="005E4B8F" w:rsidR="006B5319" w:rsidRDefault="006B5319" wp14:paraId="228C0ED4" wp14:textId="77777777">
                              <w:pPr>
                                <w:pStyle w:val="Tarterikez"/>
                                <w:jc w:val="right"/>
                                <w:rPr>
                                  <w:color w:val="595959" w:themeColor="text1" w:themeTint="A6"/>
                                  <w:sz w:val="28"/>
                                  <w:szCs w:val="28"/>
                                  <w:lang w:val="es-ES"/>
                                </w:rPr>
                              </w:pPr>
                              <w:r w:rsidRPr="005E4B8F">
                                <w:rPr>
                                  <w:color w:val="595959" w:themeColor="text1" w:themeTint="A6"/>
                                  <w:sz w:val="28"/>
                                  <w:szCs w:val="28"/>
                                  <w:lang w:val="English"/>
                                </w:rPr>
                                <w:t xml:space="preserve">Ane Albisua – Miguel Altuna LHII</w:t>
                              </w:r>
                              <w:proofErr w:type="spellStart"/>
                              <w:proofErr w:type="spellEnd"/>
                            </w:p>
                          </w:sdtContent>
                        </w:sdt>
                        <w:p w:rsidRPr="005E4B8F" w:rsidR="006B5319" w:rsidRDefault="006B5319" wp14:paraId="05C2A4D3" wp14:textId="77777777">
                          <w:pPr>
                            <w:pStyle w:val="Tarterikez"/>
                            <w:jc w:val="right"/>
                            <w:rPr>
                              <w:color w:val="595959" w:themeColor="text1" w:themeTint="A6"/>
                              <w:sz w:val="18"/>
                              <w:szCs w:val="18"/>
                              <w:lang w:val="es-ES"/>
                            </w:rPr>
                          </w:pPr>
                          <w:sdt>
                            <w:sdtPr>
                              <w:id w:val="41681858"/>
                              <w:rPr>
                                <w:color w:val="595959" w:themeColor="text1" w:themeTint="A6"/>
                                <w:sz w:val="18"/>
                                <w:szCs w:val="18"/>
                                <w:lang w:val="English"/>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lang w:val="English"/>
                                </w:rPr>
                                <w:t xml:space="preserve">     </w:t>
                              </w:r>
                            </w:sdtContent>
                          </w:sdt>
                        </w:p>
                      </w:txbxContent>
                    </v:textbox>
                    <w10:wrap type="square" anchorx="page" anchory="page"/>
                  </v:shape>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61312" behindDoc="0" locked="0" layoutInCell="1" allowOverlap="1" wp14:editId="7777777" wp14:anchorId="79D72A50">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153. testu-koadroa"/>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6B5319" w:rsidRDefault="006B5319" wp14:paraId="26AF7AA8" wp14:textId="77777777">
                                <w:pPr>
                                  <w:pStyle w:val="Tarterikez"/>
                                  <w:jc w:val="right"/>
                                  <w:rPr>
                                    <w:color w:val="4F81BD" w:themeColor="accent1"/>
                                    <w:sz w:val="28"/>
                                    <w:szCs w:val="28"/>
                                    <w:lang w:val="es-ES"/>
                                  </w:rPr>
                                </w:pPr>
                                <w:r>
                                  <w:rPr>
                                    <w:color w:val="4F81BD" w:themeColor="accent1"/>
                                    <w:sz w:val="28"/>
                                    <w:szCs w:val="28"/>
                                    <w:lang w:val="English"/>
                                  </w:rPr>
                                  <w:t>Student's Guide</w:t>
                                </w:r>
                              </w:p>
                              <w:p xmlns:wp14="http://schemas.microsoft.com/office/word/2010/wordml" w:rsidRPr="005E4B8F" w:rsidR="006B5319" w:rsidRDefault="006B5319" wp14:paraId="672A6659" wp14:textId="77777777">
                                <w:pPr>
                                  <w:pStyle w:val="Tarterikez"/>
                                  <w:jc w:val="right"/>
                                  <w:rPr>
                                    <w:color w:val="595959" w:themeColor="text1" w:themeTint="A6"/>
                                    <w:sz w:val="20"/>
                                    <w:szCs w:val="20"/>
                                    <w:lang w:val="es-E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wp14:anchorId="616219A8">
                  <v:shape id="153. testu-koadroa"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Dn&#10;P/O2iAIAAG8FAAAOAAAAAAAAAAAAAAAAAC4CAABkcnMvZTJvRG9jLnhtbFBLAQItABQABgAIAAAA&#10;IQDGREMM2wAAAAYBAAAPAAAAAAAAAAAAAAAAAOIEAABkcnMvZG93bnJldi54bWxQSwUGAAAAAAQA&#10;BADzAAAA6gUAAAAA&#10;">
                    <v:textbox style="mso-fit-shape-to-text:t" inset="126pt,0,54pt,0">
                      <w:txbxContent>
                        <w:p w:rsidRPr="005E4B8F" w:rsidR="006B5319" w:rsidRDefault="006B5319" wp14:paraId="11C611EB" wp14:textId="77777777">
                          <w:pPr>
                            <w:pStyle w:val="Tarterikez"/>
                            <w:jc w:val="right"/>
                            <w:rPr>
                              <w:color w:val="4F81BD" w:themeColor="accent1"/>
                              <w:sz w:val="28"/>
                              <w:szCs w:val="28"/>
                              <w:lang w:val="es-ES"/>
                            </w:rPr>
                          </w:pPr>
                          <w:r>
                            <w:rPr>
                              <w:color w:val="4F81BD" w:themeColor="accent1"/>
                              <w:sz w:val="28"/>
                              <w:szCs w:val="28"/>
                              <w:lang w:val="English"/>
                            </w:rPr>
                            <w:t>Student's Guide</w:t>
                          </w:r>
                        </w:p>
                        <w:p w:rsidRPr="005E4B8F" w:rsidR="006B5319" w:rsidRDefault="006B5319" wp14:paraId="0A37501D" wp14:textId="77777777">
                          <w:pPr>
                            <w:pStyle w:val="Tarterikez"/>
                            <w:jc w:val="right"/>
                            <w:rPr>
                              <w:color w:val="595959" w:themeColor="text1" w:themeTint="A6"/>
                              <w:sz w:val="20"/>
                              <w:szCs w:val="20"/>
                              <w:lang w:val="es-ES"/>
                            </w:rPr>
                          </w:pPr>
                        </w:p>
                      </w:txbxContent>
                    </v:textbox>
                    <w10:wrap type="square" anchorx="page" anchory="page"/>
                  </v:shape>
                </w:pict>
              </mc:Fallback>
            </mc:AlternateContent>
          </w:r>
          <w:r w:rsidRPr="002C2419">
            <w:rPr>
              <w:rFonts w:ascii="Arial" w:hAnsi="Arial" w:cs="Arial"/>
              <w:noProof/>
              <w:sz w:val="24"/>
              <w:szCs w:val="24"/>
              <w:lang w:val="English" w:eastAsia="eu-ES"/>
            </w:rPr>
            <mc:AlternateContent>
              <mc:Choice Requires="wps">
                <w:drawing>
                  <wp:anchor xmlns:wp14="http://schemas.microsoft.com/office/word/2010/wordprocessingDrawing" distT="0" distB="0" distL="114300" distR="114300" simplePos="0" relativeHeight="251659264" behindDoc="0" locked="0" layoutInCell="1" allowOverlap="1" wp14:editId="7777777" wp14:anchorId="29F460E6">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154. testu-koadroa"/>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6B5319" w:rsidRDefault="008B12EA" wp14:paraId="18FB4B73" wp14:textId="77777777">
                                <w:pPr>
                                  <w:jc w:val="right"/>
                                  <w:rPr>
                                    <w:color w:val="4F81BD" w:themeColor="accent1"/>
                                    <w:sz w:val="36"/>
                                    <w:szCs w:val="36"/>
                                    <w:lang w:val="es-ES"/>
                                  </w:rPr>
                                </w:pPr>
                                <w:sdt>
                                  <w:sdtPr>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6B5319">
                                      <w:rPr>
                                        <w:rFonts w:ascii="Arial" w:hAnsi="Arial" w:cs="Arial" w:eastAsiaTheme="majorEastAsia"/>
                                        <w:b/>
                                        <w:bCs/>
                                        <w:color w:val="365F91" w:themeColor="accent1" w:themeShade="BF"/>
                                        <w:sz w:val="36"/>
                                        <w:szCs w:val="36"/>
                                        <w:lang w:val="English"/>
                                      </w:rPr>
                                      <w:t xml:space="preserve">     </w:t>
                                    </w:r>
                                  </w:sdtContent>
                                </w:sdt>
                              </w:p>
                              <w:p xmlns:wp14="http://schemas.microsoft.com/office/word/2010/wordml" w:rsidRPr="00DE439B" w:rsidR="006B5319" w:rsidP="00DE439B" w:rsidRDefault="006B5319" wp14:paraId="72F1CAB5" wp14:textId="77777777">
                                <w:pPr>
                                  <w:pStyle w:val="1izenburua"/>
                                  <w:spacing w:line="360" w:lineRule="auto"/>
                                  <w:ind w:left="360"/>
                                  <w:rPr>
                                    <w:rFonts w:ascii="Arial" w:hAnsi="Arial" w:cs="Arial"/>
                                    <w:sz w:val="44"/>
                                    <w:szCs w:val="44"/>
                                    <w:lang w:val="eu-ES"/>
                                  </w:rPr>
                                </w:pPr>
                                <w:bookmarkStart w:name="_Toc202769022" w:id="0"/>
                                <w:r w:rsidRPr="00DE439B">
                                  <w:rPr>
                                    <w:rFonts w:ascii="Arial" w:hAnsi="Arial" w:cs="Arial"/>
                                    <w:sz w:val="44"/>
                                    <w:szCs w:val="44"/>
                                    <w:lang w:val="English"/>
                                  </w:rPr>
                                  <w:t>"Sensor Box" station: Integration of Robot UR, AV Camera and MiR Mobile Robot.</w:t>
                                </w:r>
                                <w:proofErr w:type="spellStart"/>
                                <w:proofErr w:type="spellEnd"/>
                                <w:proofErr w:type="spellStart"/>
                                <w:proofErr w:type="spellEnd"/>
                                <w:bookmarkEnd w:id="0"/>
                              </w:p>
                              <w:p xmlns:wp14="http://schemas.microsoft.com/office/word/2010/wordml" w:rsidRPr="00DE439B" w:rsidR="006B5319" w:rsidRDefault="006B5319" wp14:paraId="5DAB6C7B" wp14:textId="77777777">
                                <w:pPr>
                                  <w:jc w:val="right"/>
                                  <w:rPr>
                                    <w:smallCaps/>
                                    <w:color w:val="404040" w:themeColor="text1" w:themeTint="BF"/>
                                    <w:sz w:val="36"/>
                                    <w:szCs w:val="36"/>
                                    <w:lang w:val="eu-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p14:anchorId="09A85F5A">
                  <v:shapetype id="_x0000_t202" coordsize="21600,21600" o:spt="202" path="m,l,21600r21600,l21600,xe">
                    <v:stroke joinstyle="miter"/>
                    <v:path gradientshapeok="t" o:connecttype="rect"/>
                  </v:shapetype>
                  <v:shape id="154. testu-koadroa"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Fy7k4eKAgAAbwUAAA4AAAAAAAAAAAAAAAAALgIAAGRycy9lMm9Eb2MueG1sUEsBAi0AFAAGAAgA&#10;AAAhAMNNUIDbAAAABgEAAA8AAAAAAAAAAAAAAAAA5AQAAGRycy9kb3ducmV2LnhtbFBLBQYAAAAA&#10;BAAEAPMAAADsBQAAAAA=&#10;">
                    <v:textbox inset="126pt,0,54pt,0">
                      <w:txbxContent>
                        <w:p w:rsidRPr="005E4B8F" w:rsidR="006B5319" w:rsidRDefault="008B12EA" wp14:paraId="2FB60F38" wp14:textId="77777777">
                          <w:pPr>
                            <w:jc w:val="right"/>
                            <w:rPr>
                              <w:color w:val="4F81BD" w:themeColor="accent1"/>
                              <w:sz w:val="36"/>
                              <w:szCs w:val="36"/>
                              <w:lang w:val="es-ES"/>
                            </w:rPr>
                          </w:pPr>
                          <w:sdt>
                            <w:sdtPr>
                              <w:id w:val="916498830"/>
                              <w:rPr>
                                <w:rFonts w:ascii="Arial" w:hAnsi="Arial" w:cs="Arial" w:eastAsiaTheme="majorEastAsia"/>
                                <w:b/>
                                <w:bCs/>
                                <w:color w:val="365F91" w:themeColor="accent1" w:themeShade="BF"/>
                                <w:sz w:val="36"/>
                                <w:szCs w:val="36"/>
                                <w:lang w:val="English"/>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6B5319">
                                <w:rPr>
                                  <w:rFonts w:ascii="Arial" w:hAnsi="Arial" w:cs="Arial" w:eastAsiaTheme="majorEastAsia"/>
                                  <w:b/>
                                  <w:bCs/>
                                  <w:color w:val="365F91" w:themeColor="accent1" w:themeShade="BF"/>
                                  <w:sz w:val="36"/>
                                  <w:szCs w:val="36"/>
                                  <w:lang w:val="English"/>
                                </w:rPr>
                                <w:t xml:space="preserve">     </w:t>
                              </w:r>
                            </w:sdtContent>
                          </w:sdt>
                        </w:p>
                        <w:p w:rsidRPr="00DE439B" w:rsidR="006B5319" w:rsidP="00DE439B" w:rsidRDefault="006B5319" wp14:paraId="04A4A44A" wp14:textId="77777777">
                          <w:pPr>
                            <w:pStyle w:val="1izenburua"/>
                            <w:spacing w:line="360" w:lineRule="auto"/>
                            <w:ind w:left="360"/>
                            <w:rPr>
                              <w:rFonts w:ascii="Arial" w:hAnsi="Arial" w:cs="Arial"/>
                              <w:sz w:val="44"/>
                              <w:szCs w:val="44"/>
                              <w:lang w:val="eu-ES"/>
                            </w:rPr>
                          </w:pPr>
                          <w:r w:rsidRPr="00DE439B">
                            <w:rPr>
                              <w:rFonts w:ascii="Arial" w:hAnsi="Arial" w:cs="Arial"/>
                              <w:sz w:val="44"/>
                              <w:szCs w:val="44"/>
                              <w:lang w:val="English"/>
                            </w:rPr>
                            <w:t>"Sensor Box" station: Integration of Robot UR, AV Camera and MiR Mobile Robot.</w:t>
                          </w:r>
                          <w:proofErr w:type="spellStart"/>
                          <w:proofErr w:type="spellEnd"/>
                          <w:proofErr w:type="spellStart"/>
                          <w:proofErr w:type="spellEnd"/>
                        </w:p>
                        <w:p w:rsidRPr="00DE439B" w:rsidR="006B5319" w:rsidRDefault="006B5319" wp14:paraId="02EB378F" wp14:textId="77777777">
                          <w:pPr>
                            <w:jc w:val="right"/>
                            <w:rPr>
                              <w:smallCaps/>
                              <w:color w:val="404040" w:themeColor="text1" w:themeTint="BF"/>
                              <w:sz w:val="36"/>
                              <w:szCs w:val="36"/>
                              <w:lang w:val="eu-ES"/>
                            </w:rPr>
                          </w:pPr>
                        </w:p>
                      </w:txbxContent>
                    </v:textbox>
                    <w10:wrap type="square" anchorx="page" anchory="page"/>
                  </v:shape>
                </w:pict>
              </mc:Fallback>
            </mc:AlternateContent>
          </w:r>
        </w:p>
        <w:p xmlns:wp14="http://schemas.microsoft.com/office/word/2010/wordml" w:rsidRPr="002C2419" w:rsidR="005E4B8F" w:rsidRDefault="005E4B8F" wp14:paraId="470C583E" wp14:textId="77777777">
          <w:pPr>
            <w:rPr>
              <w:rFonts w:ascii="Arial" w:hAnsi="Arial" w:eastAsia="Times New Roman" w:cs="Arial"/>
              <w:sz w:val="24"/>
              <w:szCs w:val="24"/>
              <w:lang w:val="eu-ES" w:eastAsia="eu-ES"/>
            </w:rPr>
          </w:pPr>
          <w:r w:rsidRPr="002C2419">
            <w:rPr>
              <w:rFonts w:ascii="Arial" w:hAnsi="Arial" w:cs="Arial"/>
              <w:noProof/>
              <w:sz w:val="24"/>
              <w:szCs w:val="24"/>
              <w:lang w:val="English" w:eastAsia="eu-ES"/>
            </w:rPr>
            <w:drawing>
              <wp:anchor xmlns:wp14="http://schemas.microsoft.com/office/word/2010/wordprocessingDrawing" distT="114300" distB="114300" distL="114300" distR="114300" simplePos="0" relativeHeight="251664384" behindDoc="0" locked="0" layoutInCell="1" hidden="0" allowOverlap="1" wp14:editId="365826D1" wp14:anchorId="01FF331A">
                <wp:simplePos x="0" y="0"/>
                <wp:positionH relativeFrom="column">
                  <wp:posOffset>1303020</wp:posOffset>
                </wp:positionH>
                <wp:positionV relativeFrom="paragraph">
                  <wp:posOffset>1025525</wp:posOffset>
                </wp:positionV>
                <wp:extent cx="3246120" cy="1478280"/>
                <wp:effectExtent l="0" t="0" r="0" b="7620"/>
                <wp:wrapNone/>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246120" cy="1478280"/>
                        </a:xfrm>
                        <a:prstGeom prst="rect">
                          <a:avLst/>
                        </a:prstGeom>
                        <a:ln/>
                      </pic:spPr>
                    </pic:pic>
                  </a:graphicData>
                </a:graphic>
                <wp14:sizeRelH relativeFrom="margin">
                  <wp14:pctWidth>0</wp14:pctWidth>
                </wp14:sizeRelH>
                <wp14:sizeRelV relativeFrom="margin">
                  <wp14:pctHeight>0</wp14:pctHeight>
                </wp14:sizeRelV>
              </wp:anchor>
            </w:drawing>
          </w:r>
          <w:r w:rsidRPr="002C2419">
            <w:rPr>
              <w:rFonts w:ascii="Arial" w:hAnsi="Arial" w:eastAsia="Times New Roman" w:cs="Arial"/>
              <w:b/>
              <w:bCs/>
              <w:sz w:val="24"/>
              <w:szCs w:val="24"/>
              <w:lang w:val="English" w:eastAsia="eu-ES"/>
            </w:rPr>
            <w:br w:type="page"/>
          </w:r>
        </w:p>
      </w:sdtContent>
    </w:sdt>
    <w:sdt>
      <w:sdtPr>
        <w:id w:val="-46612841"/>
        <w:docPartObj>
          <w:docPartGallery w:val="Table of Contents"/>
          <w:docPartUnique/>
        </w:docPartObj>
        <w:rPr>
          <w:rFonts w:ascii="Arial" w:hAnsi="Arial" w:eastAsia="ＭＳ 明朝" w:cs="Arial" w:eastAsiaTheme="minorEastAsia"/>
          <w:b w:val="0"/>
          <w:bCs w:val="0"/>
          <w:color w:val="auto"/>
          <w:sz w:val="24"/>
          <w:szCs w:val="24"/>
          <w:lang w:val="eu-ES"/>
        </w:rPr>
      </w:sdtPr>
      <w:sdtEndPr>
        <w:rPr>
          <w:rFonts w:ascii="Arial" w:hAnsi="Arial" w:eastAsia="ＭＳ 明朝" w:cs="Arial" w:eastAsiaTheme="minorEastAsia"/>
          <w:b w:val="0"/>
          <w:bCs w:val="0"/>
          <w:color w:val="auto"/>
          <w:sz w:val="24"/>
          <w:szCs w:val="24"/>
          <w:lang w:val="en-US"/>
        </w:rPr>
      </w:sdtEndPr>
      <w:sdtContent>
        <w:p xmlns:wp14="http://schemas.microsoft.com/office/word/2010/wordml" w:rsidRPr="002C2419" w:rsidR="00C21BB1" w:rsidRDefault="00C21BB1" wp14:paraId="6B3CFC2F" wp14:textId="77777777">
          <w:pPr>
            <w:pStyle w:val="TOCizenburua"/>
            <w:rPr>
              <w:rFonts w:ascii="Arial" w:hAnsi="Arial" w:cs="Arial"/>
              <w:sz w:val="24"/>
              <w:szCs w:val="24"/>
              <w:lang w:val="eu-ES"/>
            </w:rPr>
          </w:pPr>
          <w:r w:rsidRPr="002C2419">
            <w:rPr>
              <w:rFonts w:ascii="Arial" w:hAnsi="Arial" w:cs="Arial"/>
              <w:sz w:val="24"/>
              <w:szCs w:val="24"/>
              <w:lang w:val="English"/>
            </w:rPr>
            <w:t>Content</w:t>
          </w:r>
        </w:p>
        <w:p xmlns:wp14="http://schemas.microsoft.com/office/word/2010/wordml" w:rsidRPr="002C2419" w:rsidR="00C21BB1" w:rsidP="00C21BB1" w:rsidRDefault="00C21BB1" wp14:paraId="6A05A809" wp14:textId="77777777">
          <w:pPr>
            <w:jc w:val="right"/>
            <w:rPr>
              <w:rFonts w:ascii="Arial" w:hAnsi="Arial" w:cs="Arial"/>
              <w:sz w:val="24"/>
              <w:szCs w:val="24"/>
              <w:lang w:val="eu-ES"/>
            </w:rPr>
          </w:pPr>
        </w:p>
        <w:p xmlns:wp14="http://schemas.microsoft.com/office/word/2010/wordml" w:rsidR="0063592F" w:rsidRDefault="00C21BB1" wp14:paraId="2277CBE6" wp14:textId="77777777">
          <w:pPr>
            <w:pStyle w:val="EA1"/>
            <w:tabs>
              <w:tab w:val="right" w:leader="dot" w:pos="9111"/>
            </w:tabs>
            <w:rPr>
              <w:rFonts w:cstheme="minorBidi"/>
              <w:noProof/>
            </w:rPr>
          </w:pPr>
          <w:r w:rsidRPr="002C2419">
            <w:rPr>
              <w:rFonts w:ascii="Arial" w:hAnsi="Arial" w:cs="Arial"/>
              <w:sz w:val="24"/>
              <w:szCs w:val="24"/>
              <w:lang w:val="English"/>
            </w:rPr>
            <w:fldChar w:fldCharType="begin"/>
          </w:r>
          <w:r w:rsidRPr="002C2419">
            <w:rPr>
              <w:rFonts w:ascii="Arial" w:hAnsi="Arial" w:cs="Arial"/>
              <w:sz w:val="24"/>
              <w:szCs w:val="24"/>
              <w:lang w:val="English"/>
            </w:rPr>
            <w:instrText xml:space="preserve"> TOC \o "1-3" \h \z \u </w:instrText>
          </w:r>
          <w:r w:rsidRPr="002C2419">
            <w:rPr>
              <w:rFonts w:ascii="Arial" w:hAnsi="Arial" w:cs="Arial"/>
              <w:sz w:val="24"/>
              <w:szCs w:val="24"/>
              <w:lang w:val="English"/>
            </w:rPr>
            <w:fldChar w:fldCharType="separate"/>
          </w:r>
          <w:hyperlink w:history="1" w:anchor="_Toc202769022" r:id="rId16">
            <w:r w:rsidRPr="00B96006" w:rsidR="0063592F">
              <w:rPr>
                <w:rStyle w:val="Hiperesteka"/>
                <w:rFonts w:ascii="Arial" w:hAnsi="Arial" w:cs="Arial"/>
                <w:noProof/>
                <w:lang w:val="English"/>
              </w:rPr>
              <w:t>"Sensor Box" station: Integration of Robot UR, AV Camera and MiR Mobile Robot.</w:t>
            </w:r>
            <w:r w:rsidR="0063592F">
              <w:rPr>
                <w:noProof/>
                <w:webHidden/>
                <w:lang w:val="English"/>
              </w:rPr>
              <w:tab/>
            </w:r>
            <w:r w:rsidR="0063592F">
              <w:rPr>
                <w:noProof/>
                <w:webHidden/>
                <w:lang w:val="English"/>
              </w:rPr>
              <w:fldChar w:fldCharType="begin"/>
            </w:r>
            <w:r w:rsidR="0063592F">
              <w:rPr>
                <w:noProof/>
                <w:webHidden/>
                <w:lang w:val="English"/>
              </w:rPr>
              <w:instrText xml:space="preserve"> PAGEREF _Toc202769022 \h </w:instrText>
            </w:r>
            <w:r w:rsidR="0063592F">
              <w:rPr>
                <w:noProof/>
                <w:webHidden/>
                <w:lang w:val="English"/>
              </w:rPr>
            </w:r>
            <w:r w:rsidR="0063592F">
              <w:rPr>
                <w:noProof/>
                <w:webHidden/>
                <w:lang w:val="English"/>
              </w:rPr>
              <w:fldChar w:fldCharType="separate"/>
            </w:r>
            <w:r w:rsidR="0063592F">
              <w:rPr>
                <w:noProof/>
                <w:webHidden/>
                <w:lang w:val="English"/>
              </w:rPr>
              <w:t>0</w:t>
            </w:r>
            <w:r w:rsidR="0063592F">
              <w:rPr>
                <w:noProof/>
                <w:webHidden/>
                <w:lang w:val="English"/>
              </w:rPr>
              <w:fldChar w:fldCharType="end"/>
            </w:r>
          </w:hyperlink>
        </w:p>
        <w:p xmlns:wp14="http://schemas.microsoft.com/office/word/2010/wordml" w:rsidR="0063592F" w:rsidRDefault="0063592F" wp14:paraId="01049B7D" wp14:textId="77777777">
          <w:pPr>
            <w:pStyle w:val="EA1"/>
            <w:tabs>
              <w:tab w:val="left" w:pos="440"/>
              <w:tab w:val="right" w:leader="dot" w:pos="9111"/>
            </w:tabs>
            <w:rPr>
              <w:rFonts w:cstheme="minorBidi"/>
              <w:noProof/>
            </w:rPr>
          </w:pPr>
          <w:hyperlink w:history="1" w:anchor="_Toc202769023">
            <w:r w:rsidRPr="00B96006">
              <w:rPr>
                <w:rStyle w:val="Hiperesteka"/>
                <w:rFonts w:ascii="Arial" w:hAnsi="Arial" w:cs="Arial"/>
                <w:noProof/>
                <w:lang w:val="English"/>
              </w:rPr>
              <w:t>1.</w:t>
            </w:r>
            <w:r>
              <w:rPr>
                <w:rFonts w:cstheme="minorBidi"/>
                <w:noProof/>
                <w:lang w:val="English"/>
              </w:rPr>
              <w:tab/>
            </w:r>
            <w:r w:rsidRPr="00B96006">
              <w:rPr>
                <w:rStyle w:val="Hiperesteka"/>
                <w:rFonts w:ascii="Arial" w:hAnsi="Arial" w:cs="Arial"/>
                <w:noProof/>
                <w:lang w:val="English"/>
              </w:rPr>
              <w:t>"Sensor Box" station: Integration of Robot UR, AV Camera and MiR Mobile Robot</w:t>
            </w:r>
            <w:r>
              <w:rPr>
                <w:noProof/>
                <w:webHidden/>
                <w:lang w:val="English"/>
              </w:rPr>
              <w:tab/>
            </w:r>
            <w:r>
              <w:rPr>
                <w:noProof/>
                <w:webHidden/>
                <w:lang w:val="English"/>
              </w:rPr>
              <w:fldChar w:fldCharType="begin"/>
            </w:r>
            <w:r>
              <w:rPr>
                <w:noProof/>
                <w:webHidden/>
                <w:lang w:val="English"/>
              </w:rPr>
              <w:instrText xml:space="preserve"> PAGEREF _Toc202769023 \h </w:instrText>
            </w:r>
            <w:r>
              <w:rPr>
                <w:noProof/>
                <w:webHidden/>
                <w:lang w:val="English"/>
              </w:rPr>
            </w:r>
            <w:r>
              <w:rPr>
                <w:noProof/>
                <w:webHidden/>
                <w:lang w:val="English"/>
              </w:rPr>
              <w:fldChar w:fldCharType="separate"/>
            </w:r>
            <w:r>
              <w:rPr>
                <w:noProof/>
                <w:webHidden/>
                <w:lang w:val="English"/>
              </w:rPr>
              <w:t>2</w:t>
            </w:r>
            <w:r>
              <w:rPr>
                <w:noProof/>
                <w:webHidden/>
                <w:lang w:val="English"/>
              </w:rPr>
              <w:fldChar w:fldCharType="end"/>
            </w:r>
          </w:hyperlink>
        </w:p>
        <w:p xmlns:wp14="http://schemas.microsoft.com/office/word/2010/wordml" w:rsidR="0063592F" w:rsidRDefault="0063592F" wp14:paraId="7BA3075C" wp14:textId="77777777">
          <w:pPr>
            <w:pStyle w:val="EA1"/>
            <w:tabs>
              <w:tab w:val="left" w:pos="660"/>
              <w:tab w:val="right" w:leader="dot" w:pos="9111"/>
            </w:tabs>
            <w:rPr>
              <w:rFonts w:cstheme="minorBidi"/>
              <w:noProof/>
            </w:rPr>
          </w:pPr>
          <w:hyperlink w:history="1" w:anchor="_Toc202769024">
            <w:r w:rsidRPr="00B96006">
              <w:rPr>
                <w:rStyle w:val="Hiperesteka"/>
                <w:rFonts w:ascii="Arial" w:hAnsi="Arial" w:cs="Arial"/>
                <w:noProof/>
                <w:lang w:val="English"/>
              </w:rPr>
              <w:t>1.1.</w:t>
            </w:r>
            <w:r>
              <w:rPr>
                <w:rFonts w:cstheme="minorBidi"/>
                <w:noProof/>
                <w:lang w:val="English"/>
              </w:rPr>
              <w:tab/>
            </w:r>
            <w:r w:rsidRPr="00B96006">
              <w:rPr>
                <w:rStyle w:val="Hiperesteka"/>
                <w:rFonts w:ascii="Arial" w:hAnsi="Arial" w:cs="Arial"/>
                <w:noProof/>
                <w:lang w:val="English"/>
              </w:rPr>
              <w:t>What will you learn?</w:t>
            </w:r>
            <w:r>
              <w:rPr>
                <w:noProof/>
                <w:webHidden/>
                <w:lang w:val="English"/>
              </w:rPr>
              <w:tab/>
            </w:r>
            <w:r>
              <w:rPr>
                <w:noProof/>
                <w:webHidden/>
                <w:lang w:val="English"/>
              </w:rPr>
              <w:fldChar w:fldCharType="begin"/>
            </w:r>
            <w:r>
              <w:rPr>
                <w:noProof/>
                <w:webHidden/>
                <w:lang w:val="English"/>
              </w:rPr>
              <w:instrText xml:space="preserve"> PAGEREF _Toc202769024 \h </w:instrText>
            </w:r>
            <w:r>
              <w:rPr>
                <w:noProof/>
                <w:webHidden/>
                <w:lang w:val="English"/>
              </w:rPr>
            </w:r>
            <w:r>
              <w:rPr>
                <w:noProof/>
                <w:webHidden/>
                <w:lang w:val="English"/>
              </w:rPr>
              <w:fldChar w:fldCharType="separate"/>
            </w:r>
            <w:r>
              <w:rPr>
                <w:noProof/>
                <w:webHidden/>
                <w:lang w:val="English"/>
              </w:rPr>
              <w:t>2</w:t>
            </w:r>
            <w:r>
              <w:rPr>
                <w:noProof/>
                <w:webHidden/>
                <w:lang w:val="English"/>
              </w:rPr>
              <w:fldChar w:fldCharType="end"/>
            </w:r>
          </w:hyperlink>
        </w:p>
        <w:p xmlns:wp14="http://schemas.microsoft.com/office/word/2010/wordml" w:rsidR="0063592F" w:rsidRDefault="0063592F" wp14:paraId="5B696BAF" wp14:textId="77777777">
          <w:pPr>
            <w:pStyle w:val="EA1"/>
            <w:tabs>
              <w:tab w:val="left" w:pos="440"/>
              <w:tab w:val="right" w:leader="dot" w:pos="9111"/>
            </w:tabs>
            <w:rPr>
              <w:rFonts w:cstheme="minorBidi"/>
              <w:noProof/>
            </w:rPr>
          </w:pPr>
          <w:hyperlink w:history="1" w:anchor="_Toc202769025">
            <w:r w:rsidRPr="00B96006">
              <w:rPr>
                <w:rStyle w:val="Hiperesteka"/>
                <w:rFonts w:ascii="Arial" w:hAnsi="Arial" w:cs="Arial"/>
                <w:noProof/>
                <w:lang w:val="English"/>
              </w:rPr>
              <w:t>2.</w:t>
            </w:r>
            <w:r>
              <w:rPr>
                <w:rFonts w:cstheme="minorBidi"/>
                <w:noProof/>
                <w:lang w:val="English"/>
              </w:rPr>
              <w:tab/>
            </w:r>
            <w:r w:rsidRPr="00B96006">
              <w:rPr>
                <w:rStyle w:val="Hiperesteka"/>
                <w:rFonts w:ascii="Arial" w:hAnsi="Arial" w:cs="Arial"/>
                <w:noProof/>
                <w:lang w:val="English"/>
              </w:rPr>
              <w:t>Content and Time Distribution</w:t>
            </w:r>
            <w:r>
              <w:rPr>
                <w:noProof/>
                <w:webHidden/>
                <w:lang w:val="English"/>
              </w:rPr>
              <w:tab/>
            </w:r>
            <w:r>
              <w:rPr>
                <w:noProof/>
                <w:webHidden/>
                <w:lang w:val="English"/>
              </w:rPr>
              <w:fldChar w:fldCharType="begin"/>
            </w:r>
            <w:r>
              <w:rPr>
                <w:noProof/>
                <w:webHidden/>
                <w:lang w:val="English"/>
              </w:rPr>
              <w:instrText xml:space="preserve"> PAGEREF _Toc202769025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63592F" w:rsidRDefault="0063592F" wp14:paraId="59888298" wp14:textId="77777777">
          <w:pPr>
            <w:pStyle w:val="EA1"/>
            <w:tabs>
              <w:tab w:val="left" w:pos="440"/>
              <w:tab w:val="right" w:leader="dot" w:pos="9111"/>
            </w:tabs>
            <w:rPr>
              <w:rFonts w:cstheme="minorBidi"/>
              <w:noProof/>
            </w:rPr>
          </w:pPr>
          <w:hyperlink w:history="1" w:anchor="_Toc202769026">
            <w:r w:rsidRPr="00B96006">
              <w:rPr>
                <w:rStyle w:val="Hiperesteka"/>
                <w:rFonts w:ascii="Arial" w:hAnsi="Arial" w:cs="Arial"/>
                <w:noProof/>
                <w:lang w:val="English"/>
              </w:rPr>
              <w:t>3.</w:t>
            </w:r>
            <w:r>
              <w:rPr>
                <w:rFonts w:cstheme="minorBidi"/>
                <w:noProof/>
                <w:lang w:val="English"/>
              </w:rPr>
              <w:tab/>
            </w:r>
            <w:r w:rsidRPr="00B96006">
              <w:rPr>
                <w:rStyle w:val="Hiperesteka"/>
                <w:rFonts w:ascii="Arial" w:hAnsi="Arial" w:cs="Arial"/>
                <w:noProof/>
                <w:lang w:val="English"/>
              </w:rPr>
              <w:t>Methodology: How are we going to do it?</w:t>
            </w:r>
            <w:r>
              <w:rPr>
                <w:noProof/>
                <w:webHidden/>
                <w:lang w:val="English"/>
              </w:rPr>
              <w:tab/>
            </w:r>
            <w:r>
              <w:rPr>
                <w:noProof/>
                <w:webHidden/>
                <w:lang w:val="English"/>
              </w:rPr>
              <w:fldChar w:fldCharType="begin"/>
            </w:r>
            <w:r>
              <w:rPr>
                <w:noProof/>
                <w:webHidden/>
                <w:lang w:val="English"/>
              </w:rPr>
              <w:instrText xml:space="preserve"> PAGEREF _Toc202769026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63592F" w:rsidRDefault="0063592F" wp14:paraId="284B2FD4" wp14:textId="77777777">
          <w:pPr>
            <w:pStyle w:val="EA1"/>
            <w:tabs>
              <w:tab w:val="left" w:pos="660"/>
              <w:tab w:val="right" w:leader="dot" w:pos="9111"/>
            </w:tabs>
            <w:rPr>
              <w:rFonts w:cstheme="minorBidi"/>
              <w:noProof/>
            </w:rPr>
          </w:pPr>
          <w:hyperlink w:history="1" w:anchor="_Toc202769027">
            <w:r w:rsidRPr="00B96006">
              <w:rPr>
                <w:rStyle w:val="Hiperesteka"/>
                <w:rFonts w:ascii="Arial" w:hAnsi="Arial" w:cs="Arial"/>
                <w:noProof/>
                <w:lang w:val="English"/>
              </w:rPr>
              <w:t>3.1.</w:t>
            </w:r>
            <w:r>
              <w:rPr>
                <w:rFonts w:cstheme="minorBidi"/>
                <w:noProof/>
                <w:lang w:val="English"/>
              </w:rPr>
              <w:tab/>
            </w:r>
            <w:r w:rsidRPr="00B96006">
              <w:rPr>
                <w:rStyle w:val="Hiperesteka"/>
                <w:rFonts w:ascii="Arial" w:hAnsi="Arial" w:cs="Arial"/>
                <w:noProof/>
                <w:lang w:val="English"/>
              </w:rPr>
              <w:t>Learning Strategies:</w:t>
            </w:r>
            <w:r>
              <w:rPr>
                <w:noProof/>
                <w:webHidden/>
                <w:lang w:val="English"/>
              </w:rPr>
              <w:tab/>
            </w:r>
            <w:r>
              <w:rPr>
                <w:noProof/>
                <w:webHidden/>
                <w:lang w:val="English"/>
              </w:rPr>
              <w:fldChar w:fldCharType="begin"/>
            </w:r>
            <w:r>
              <w:rPr>
                <w:noProof/>
                <w:webHidden/>
                <w:lang w:val="English"/>
              </w:rPr>
              <w:instrText xml:space="preserve"> PAGEREF _Toc202769027 \h </w:instrText>
            </w:r>
            <w:r>
              <w:rPr>
                <w:noProof/>
                <w:webHidden/>
                <w:lang w:val="English"/>
              </w:rPr>
            </w:r>
            <w:r>
              <w:rPr>
                <w:noProof/>
                <w:webHidden/>
                <w:lang w:val="English"/>
              </w:rPr>
              <w:fldChar w:fldCharType="separate"/>
            </w:r>
            <w:r>
              <w:rPr>
                <w:noProof/>
                <w:webHidden/>
                <w:lang w:val="English"/>
              </w:rPr>
              <w:t>3</w:t>
            </w:r>
            <w:r>
              <w:rPr>
                <w:noProof/>
                <w:webHidden/>
                <w:lang w:val="English"/>
              </w:rPr>
              <w:fldChar w:fldCharType="end"/>
            </w:r>
          </w:hyperlink>
        </w:p>
        <w:p xmlns:wp14="http://schemas.microsoft.com/office/word/2010/wordml" w:rsidR="0063592F" w:rsidRDefault="0063592F" wp14:paraId="2146CA8E" wp14:textId="77777777">
          <w:pPr>
            <w:pStyle w:val="EA1"/>
            <w:tabs>
              <w:tab w:val="left" w:pos="660"/>
              <w:tab w:val="right" w:leader="dot" w:pos="9111"/>
            </w:tabs>
            <w:rPr>
              <w:rFonts w:cstheme="minorBidi"/>
              <w:noProof/>
            </w:rPr>
          </w:pPr>
          <w:hyperlink w:history="1" w:anchor="_Toc202769028">
            <w:r w:rsidRPr="00B96006">
              <w:rPr>
                <w:rStyle w:val="Hiperesteka"/>
                <w:rFonts w:ascii="Arial" w:hAnsi="Arial" w:cs="Arial"/>
                <w:noProof/>
                <w:lang w:val="English"/>
              </w:rPr>
              <w:t>3.2.</w:t>
            </w:r>
            <w:r>
              <w:rPr>
                <w:rFonts w:cstheme="minorBidi"/>
                <w:noProof/>
                <w:lang w:val="English"/>
              </w:rPr>
              <w:tab/>
            </w:r>
            <w:r w:rsidRPr="00B96006">
              <w:rPr>
                <w:rStyle w:val="Hiperesteka"/>
                <w:rFonts w:ascii="Arial" w:hAnsi="Arial" w:cs="Arial"/>
                <w:noProof/>
                <w:lang w:val="English"/>
              </w:rPr>
              <w:t>Types of activities:</w:t>
            </w:r>
            <w:r>
              <w:rPr>
                <w:noProof/>
                <w:webHidden/>
                <w:lang w:val="English"/>
              </w:rPr>
              <w:tab/>
            </w:r>
            <w:r>
              <w:rPr>
                <w:noProof/>
                <w:webHidden/>
                <w:lang w:val="English"/>
              </w:rPr>
              <w:fldChar w:fldCharType="begin"/>
            </w:r>
            <w:r>
              <w:rPr>
                <w:noProof/>
                <w:webHidden/>
                <w:lang w:val="English"/>
              </w:rPr>
              <w:instrText xml:space="preserve"> PAGEREF _Toc202769028 \h </w:instrText>
            </w:r>
            <w:r>
              <w:rPr>
                <w:noProof/>
                <w:webHidden/>
                <w:lang w:val="English"/>
              </w:rPr>
            </w:r>
            <w:r>
              <w:rPr>
                <w:noProof/>
                <w:webHidden/>
                <w:lang w:val="English"/>
              </w:rPr>
              <w:fldChar w:fldCharType="separate"/>
            </w:r>
            <w:r>
              <w:rPr>
                <w:noProof/>
                <w:webHidden/>
                <w:lang w:val="English"/>
              </w:rPr>
              <w:t>4</w:t>
            </w:r>
            <w:r>
              <w:rPr>
                <w:noProof/>
                <w:webHidden/>
                <w:lang w:val="English"/>
              </w:rPr>
              <w:fldChar w:fldCharType="end"/>
            </w:r>
          </w:hyperlink>
        </w:p>
        <w:p xmlns:wp14="http://schemas.microsoft.com/office/word/2010/wordml" w:rsidR="0063592F" w:rsidRDefault="0063592F" wp14:paraId="123A85DF" wp14:textId="77777777">
          <w:pPr>
            <w:pStyle w:val="EA1"/>
            <w:tabs>
              <w:tab w:val="left" w:pos="440"/>
              <w:tab w:val="right" w:leader="dot" w:pos="9111"/>
            </w:tabs>
            <w:rPr>
              <w:rFonts w:cstheme="minorBidi"/>
              <w:noProof/>
            </w:rPr>
          </w:pPr>
          <w:hyperlink w:history="1" w:anchor="_Toc202769029">
            <w:r w:rsidRPr="00B96006">
              <w:rPr>
                <w:rStyle w:val="Hiperesteka"/>
                <w:rFonts w:ascii="Arial" w:hAnsi="Arial" w:cs="Arial"/>
                <w:noProof/>
                <w:lang w:val="English"/>
              </w:rPr>
              <w:t>4.</w:t>
            </w:r>
            <w:r>
              <w:rPr>
                <w:rFonts w:cstheme="minorBidi"/>
                <w:noProof/>
                <w:lang w:val="English"/>
              </w:rPr>
              <w:tab/>
            </w:r>
            <w:r w:rsidRPr="00B96006">
              <w:rPr>
                <w:rStyle w:val="Hiperesteka"/>
                <w:rFonts w:ascii="Arial" w:hAnsi="Arial" w:cs="Arial"/>
                <w:noProof/>
                <w:lang w:val="English"/>
              </w:rPr>
              <w:t>Development of Activities</w:t>
            </w:r>
            <w:r>
              <w:rPr>
                <w:noProof/>
                <w:webHidden/>
                <w:lang w:val="English"/>
              </w:rPr>
              <w:tab/>
            </w:r>
            <w:r>
              <w:rPr>
                <w:noProof/>
                <w:webHidden/>
                <w:lang w:val="English"/>
              </w:rPr>
              <w:fldChar w:fldCharType="begin"/>
            </w:r>
            <w:r>
              <w:rPr>
                <w:noProof/>
                <w:webHidden/>
                <w:lang w:val="English"/>
              </w:rPr>
              <w:instrText xml:space="preserve"> PAGEREF _Toc202769029 \h </w:instrText>
            </w:r>
            <w:r>
              <w:rPr>
                <w:noProof/>
                <w:webHidden/>
                <w:lang w:val="English"/>
              </w:rPr>
            </w:r>
            <w:r>
              <w:rPr>
                <w:noProof/>
                <w:webHidden/>
                <w:lang w:val="English"/>
              </w:rPr>
              <w:fldChar w:fldCharType="separate"/>
            </w:r>
            <w:r>
              <w:rPr>
                <w:noProof/>
                <w:webHidden/>
                <w:lang w:val="English"/>
              </w:rPr>
              <w:t>4</w:t>
            </w:r>
            <w:r>
              <w:rPr>
                <w:noProof/>
                <w:webHidden/>
                <w:lang w:val="English"/>
              </w:rPr>
              <w:fldChar w:fldCharType="end"/>
            </w:r>
          </w:hyperlink>
        </w:p>
        <w:p xmlns:wp14="http://schemas.microsoft.com/office/word/2010/wordml" w:rsidR="0063592F" w:rsidRDefault="0063592F" wp14:paraId="3E232632" wp14:textId="77777777">
          <w:pPr>
            <w:pStyle w:val="EA1"/>
            <w:tabs>
              <w:tab w:val="left" w:pos="440"/>
              <w:tab w:val="right" w:leader="dot" w:pos="9111"/>
            </w:tabs>
            <w:rPr>
              <w:rFonts w:cstheme="minorBidi"/>
              <w:noProof/>
            </w:rPr>
          </w:pPr>
          <w:hyperlink w:history="1" w:anchor="_Toc202769030">
            <w:r w:rsidRPr="00B96006">
              <w:rPr>
                <w:rStyle w:val="Hiperesteka"/>
                <w:rFonts w:ascii="Arial" w:hAnsi="Arial" w:cs="Arial"/>
                <w:noProof/>
                <w:lang w:val="English"/>
              </w:rPr>
              <w:t>5.</w:t>
            </w:r>
            <w:r>
              <w:rPr>
                <w:rFonts w:cstheme="minorBidi"/>
                <w:noProof/>
                <w:lang w:val="English"/>
              </w:rPr>
              <w:tab/>
            </w:r>
            <w:r w:rsidRPr="00B96006">
              <w:rPr>
                <w:rStyle w:val="Hiperesteka"/>
                <w:rFonts w:ascii="Arial" w:hAnsi="Arial" w:cs="Arial"/>
                <w:noProof/>
                <w:lang w:val="English"/>
              </w:rPr>
              <w:t>Evaluation</w:t>
            </w:r>
            <w:r>
              <w:rPr>
                <w:noProof/>
                <w:webHidden/>
                <w:lang w:val="English"/>
              </w:rPr>
              <w:tab/>
            </w:r>
            <w:r>
              <w:rPr>
                <w:noProof/>
                <w:webHidden/>
                <w:lang w:val="English"/>
              </w:rPr>
              <w:fldChar w:fldCharType="begin"/>
            </w:r>
            <w:r>
              <w:rPr>
                <w:noProof/>
                <w:webHidden/>
                <w:lang w:val="English"/>
              </w:rPr>
              <w:instrText xml:space="preserve"> PAGEREF _Toc202769030 \h </w:instrText>
            </w:r>
            <w:r>
              <w:rPr>
                <w:noProof/>
                <w:webHidden/>
                <w:lang w:val="English"/>
              </w:rPr>
            </w:r>
            <w:r>
              <w:rPr>
                <w:noProof/>
                <w:webHidden/>
                <w:lang w:val="English"/>
              </w:rPr>
              <w:fldChar w:fldCharType="separate"/>
            </w:r>
            <w:r>
              <w:rPr>
                <w:noProof/>
                <w:webHidden/>
                <w:lang w:val="English"/>
              </w:rPr>
              <w:t>8</w:t>
            </w:r>
            <w:r>
              <w:rPr>
                <w:noProof/>
                <w:webHidden/>
                <w:lang w:val="English"/>
              </w:rPr>
              <w:fldChar w:fldCharType="end"/>
            </w:r>
          </w:hyperlink>
        </w:p>
        <w:p xmlns:wp14="http://schemas.microsoft.com/office/word/2010/wordml" w:rsidR="0063592F" w:rsidRDefault="0063592F" wp14:paraId="375CA7CB" wp14:textId="77777777">
          <w:pPr>
            <w:pStyle w:val="EA1"/>
            <w:tabs>
              <w:tab w:val="right" w:leader="dot" w:pos="9111"/>
            </w:tabs>
            <w:rPr>
              <w:rFonts w:cstheme="minorBidi"/>
              <w:noProof/>
            </w:rPr>
          </w:pPr>
          <w:hyperlink w:history="1" w:anchor="_Toc202769031">
            <w:r w:rsidRPr="00B96006">
              <w:rPr>
                <w:rStyle w:val="Hiperesteka"/>
                <w:rFonts w:ascii="Arial" w:hAnsi="Arial" w:cs="Arial"/>
                <w:noProof/>
                <w:lang w:val="English"/>
              </w:rPr>
              <w:t>Evaluation criteria:</w:t>
            </w:r>
            <w:r>
              <w:rPr>
                <w:noProof/>
                <w:webHidden/>
                <w:lang w:val="English"/>
              </w:rPr>
              <w:tab/>
            </w:r>
            <w:r>
              <w:rPr>
                <w:noProof/>
                <w:webHidden/>
                <w:lang w:val="English"/>
              </w:rPr>
              <w:fldChar w:fldCharType="begin"/>
            </w:r>
            <w:r>
              <w:rPr>
                <w:noProof/>
                <w:webHidden/>
                <w:lang w:val="English"/>
              </w:rPr>
              <w:instrText xml:space="preserve"> PAGEREF _Toc202769031 \h </w:instrText>
            </w:r>
            <w:r>
              <w:rPr>
                <w:noProof/>
                <w:webHidden/>
                <w:lang w:val="English"/>
              </w:rPr>
            </w:r>
            <w:r>
              <w:rPr>
                <w:noProof/>
                <w:webHidden/>
                <w:lang w:val="English"/>
              </w:rPr>
              <w:fldChar w:fldCharType="separate"/>
            </w:r>
            <w:r>
              <w:rPr>
                <w:noProof/>
                <w:webHidden/>
                <w:lang w:val="English"/>
              </w:rPr>
              <w:t>8</w:t>
            </w:r>
            <w:r>
              <w:rPr>
                <w:noProof/>
                <w:webHidden/>
                <w:lang w:val="English"/>
              </w:rPr>
              <w:fldChar w:fldCharType="end"/>
            </w:r>
          </w:hyperlink>
        </w:p>
        <w:p xmlns:wp14="http://schemas.microsoft.com/office/word/2010/wordml" w:rsidR="0063592F" w:rsidRDefault="0063592F" wp14:paraId="5EDBAF09" wp14:textId="77777777">
          <w:pPr>
            <w:pStyle w:val="EA1"/>
            <w:tabs>
              <w:tab w:val="right" w:leader="dot" w:pos="9111"/>
            </w:tabs>
            <w:rPr>
              <w:rFonts w:cstheme="minorBidi"/>
              <w:noProof/>
            </w:rPr>
          </w:pPr>
          <w:hyperlink w:history="1" w:anchor="_Toc202769032">
            <w:r w:rsidRPr="00B96006">
              <w:rPr>
                <w:rStyle w:val="Hiperesteka"/>
                <w:rFonts w:ascii="Arial" w:hAnsi="Arial" w:cs="Arial"/>
                <w:noProof/>
                <w:lang w:val="English"/>
              </w:rPr>
              <w:t>Assessment instruments:</w:t>
            </w:r>
            <w:r>
              <w:rPr>
                <w:noProof/>
                <w:webHidden/>
                <w:lang w:val="English"/>
              </w:rPr>
              <w:tab/>
            </w:r>
            <w:r>
              <w:rPr>
                <w:noProof/>
                <w:webHidden/>
                <w:lang w:val="English"/>
              </w:rPr>
              <w:fldChar w:fldCharType="begin"/>
            </w:r>
            <w:r>
              <w:rPr>
                <w:noProof/>
                <w:webHidden/>
                <w:lang w:val="English"/>
              </w:rPr>
              <w:instrText xml:space="preserve"> PAGEREF _Toc202769032 \h </w:instrText>
            </w:r>
            <w:r>
              <w:rPr>
                <w:noProof/>
                <w:webHidden/>
                <w:lang w:val="English"/>
              </w:rPr>
            </w:r>
            <w:r>
              <w:rPr>
                <w:noProof/>
                <w:webHidden/>
                <w:lang w:val="English"/>
              </w:rPr>
              <w:fldChar w:fldCharType="separate"/>
            </w:r>
            <w:r>
              <w:rPr>
                <w:noProof/>
                <w:webHidden/>
                <w:lang w:val="English"/>
              </w:rPr>
              <w:t>8</w:t>
            </w:r>
            <w:r>
              <w:rPr>
                <w:noProof/>
                <w:webHidden/>
                <w:lang w:val="English"/>
              </w:rPr>
              <w:fldChar w:fldCharType="end"/>
            </w:r>
          </w:hyperlink>
        </w:p>
        <w:p xmlns:wp14="http://schemas.microsoft.com/office/word/2010/wordml" w:rsidR="0063592F" w:rsidRDefault="0063592F" wp14:paraId="43D5BDE1" wp14:textId="77777777">
          <w:pPr>
            <w:pStyle w:val="EA1"/>
            <w:tabs>
              <w:tab w:val="left" w:pos="440"/>
              <w:tab w:val="right" w:leader="dot" w:pos="9111"/>
            </w:tabs>
            <w:rPr>
              <w:rFonts w:cstheme="minorBidi"/>
              <w:noProof/>
            </w:rPr>
          </w:pPr>
          <w:hyperlink w:history="1" w:anchor="_Toc202769033">
            <w:r w:rsidRPr="00B96006">
              <w:rPr>
                <w:rStyle w:val="Hiperesteka"/>
                <w:rFonts w:ascii="Arial" w:hAnsi="Arial" w:cs="Arial"/>
                <w:noProof/>
                <w:lang w:val="English"/>
              </w:rPr>
              <w:t>6.</w:t>
            </w:r>
            <w:r>
              <w:rPr>
                <w:rFonts w:cstheme="minorBidi"/>
                <w:noProof/>
                <w:lang w:val="English"/>
              </w:rPr>
              <w:tab/>
            </w:r>
            <w:r w:rsidRPr="00B96006">
              <w:rPr>
                <w:rStyle w:val="Hiperesteka"/>
                <w:rFonts w:ascii="Arial" w:hAnsi="Arial" w:cs="Arial"/>
                <w:noProof/>
                <w:lang w:val="English"/>
              </w:rPr>
              <w:t>Materials and Resources</w:t>
            </w:r>
            <w:r>
              <w:rPr>
                <w:noProof/>
                <w:webHidden/>
                <w:lang w:val="English"/>
              </w:rPr>
              <w:tab/>
            </w:r>
            <w:r>
              <w:rPr>
                <w:noProof/>
                <w:webHidden/>
                <w:lang w:val="English"/>
              </w:rPr>
              <w:fldChar w:fldCharType="begin"/>
            </w:r>
            <w:r>
              <w:rPr>
                <w:noProof/>
                <w:webHidden/>
                <w:lang w:val="English"/>
              </w:rPr>
              <w:instrText xml:space="preserve"> PAGEREF _Toc202769033 \h </w:instrText>
            </w:r>
            <w:r>
              <w:rPr>
                <w:noProof/>
                <w:webHidden/>
                <w:lang w:val="English"/>
              </w:rPr>
            </w:r>
            <w:r>
              <w:rPr>
                <w:noProof/>
                <w:webHidden/>
                <w:lang w:val="English"/>
              </w:rPr>
              <w:fldChar w:fldCharType="separate"/>
            </w:r>
            <w:r>
              <w:rPr>
                <w:noProof/>
                <w:webHidden/>
                <w:lang w:val="English"/>
              </w:rPr>
              <w:t>9</w:t>
            </w:r>
            <w:r>
              <w:rPr>
                <w:noProof/>
                <w:webHidden/>
                <w:lang w:val="English"/>
              </w:rPr>
              <w:fldChar w:fldCharType="end"/>
            </w:r>
          </w:hyperlink>
        </w:p>
        <w:p xmlns:wp14="http://schemas.microsoft.com/office/word/2010/wordml" w:rsidR="0063592F" w:rsidRDefault="0063592F" wp14:paraId="77DB1574" wp14:textId="77777777">
          <w:pPr>
            <w:pStyle w:val="EA1"/>
            <w:tabs>
              <w:tab w:val="right" w:leader="dot" w:pos="9111"/>
            </w:tabs>
            <w:rPr>
              <w:rFonts w:cstheme="minorBidi"/>
              <w:noProof/>
            </w:rPr>
          </w:pPr>
          <w:hyperlink w:history="1" w:anchor="_Toc202769034">
            <w:r w:rsidRPr="00B96006">
              <w:rPr>
                <w:rStyle w:val="Hiperesteka"/>
                <w:rFonts w:ascii="Arial" w:hAnsi="Arial" w:cs="Arial"/>
                <w:noProof/>
                <w:lang w:val="English"/>
              </w:rPr>
              <w:t>Hardware:</w:t>
            </w:r>
            <w:r>
              <w:rPr>
                <w:noProof/>
                <w:webHidden/>
                <w:lang w:val="English"/>
              </w:rPr>
              <w:tab/>
            </w:r>
            <w:r>
              <w:rPr>
                <w:noProof/>
                <w:webHidden/>
                <w:lang w:val="English"/>
              </w:rPr>
              <w:fldChar w:fldCharType="begin"/>
            </w:r>
            <w:r>
              <w:rPr>
                <w:noProof/>
                <w:webHidden/>
                <w:lang w:val="English"/>
              </w:rPr>
              <w:instrText xml:space="preserve"> PAGEREF _Toc202769034 \h </w:instrText>
            </w:r>
            <w:r>
              <w:rPr>
                <w:noProof/>
                <w:webHidden/>
                <w:lang w:val="English"/>
              </w:rPr>
            </w:r>
            <w:r>
              <w:rPr>
                <w:noProof/>
                <w:webHidden/>
                <w:lang w:val="English"/>
              </w:rPr>
              <w:fldChar w:fldCharType="separate"/>
            </w:r>
            <w:r>
              <w:rPr>
                <w:noProof/>
                <w:webHidden/>
                <w:lang w:val="English"/>
              </w:rPr>
              <w:t>9</w:t>
            </w:r>
            <w:r>
              <w:rPr>
                <w:noProof/>
                <w:webHidden/>
                <w:lang w:val="English"/>
              </w:rPr>
              <w:fldChar w:fldCharType="end"/>
            </w:r>
          </w:hyperlink>
        </w:p>
        <w:p xmlns:wp14="http://schemas.microsoft.com/office/word/2010/wordml" w:rsidR="0063592F" w:rsidRDefault="0063592F" wp14:paraId="726F9384" wp14:textId="77777777">
          <w:pPr>
            <w:pStyle w:val="EA1"/>
            <w:tabs>
              <w:tab w:val="right" w:leader="dot" w:pos="9111"/>
            </w:tabs>
            <w:rPr>
              <w:rFonts w:cstheme="minorBidi"/>
              <w:noProof/>
            </w:rPr>
          </w:pPr>
          <w:hyperlink w:history="1" w:anchor="_Toc202769035">
            <w:r w:rsidRPr="00B96006">
              <w:rPr>
                <w:rStyle w:val="Hiperesteka"/>
                <w:rFonts w:ascii="Arial" w:hAnsi="Arial" w:cs="Arial"/>
                <w:noProof/>
                <w:lang w:val="English"/>
              </w:rPr>
              <w:t>Software:</w:t>
            </w:r>
            <w:r>
              <w:rPr>
                <w:noProof/>
                <w:webHidden/>
                <w:lang w:val="English"/>
              </w:rPr>
              <w:tab/>
            </w:r>
            <w:r>
              <w:rPr>
                <w:noProof/>
                <w:webHidden/>
                <w:lang w:val="English"/>
              </w:rPr>
              <w:fldChar w:fldCharType="begin"/>
            </w:r>
            <w:r>
              <w:rPr>
                <w:noProof/>
                <w:webHidden/>
                <w:lang w:val="English"/>
              </w:rPr>
              <w:instrText xml:space="preserve"> PAGEREF _Toc202769035 \h </w:instrText>
            </w:r>
            <w:r>
              <w:rPr>
                <w:noProof/>
                <w:webHidden/>
                <w:lang w:val="English"/>
              </w:rPr>
            </w:r>
            <w:r>
              <w:rPr>
                <w:noProof/>
                <w:webHidden/>
                <w:lang w:val="English"/>
              </w:rPr>
              <w:fldChar w:fldCharType="separate"/>
            </w:r>
            <w:r>
              <w:rPr>
                <w:noProof/>
                <w:webHidden/>
                <w:lang w:val="English"/>
              </w:rPr>
              <w:t>9</w:t>
            </w:r>
            <w:r>
              <w:rPr>
                <w:noProof/>
                <w:webHidden/>
                <w:lang w:val="English"/>
              </w:rPr>
              <w:fldChar w:fldCharType="end"/>
            </w:r>
          </w:hyperlink>
        </w:p>
        <w:p xmlns:wp14="http://schemas.microsoft.com/office/word/2010/wordml" w:rsidR="0063592F" w:rsidRDefault="0063592F" wp14:paraId="58AD4F63" wp14:textId="77777777">
          <w:pPr>
            <w:pStyle w:val="EA1"/>
            <w:tabs>
              <w:tab w:val="left" w:pos="440"/>
              <w:tab w:val="right" w:leader="dot" w:pos="9111"/>
            </w:tabs>
            <w:rPr>
              <w:rFonts w:cstheme="minorBidi"/>
              <w:noProof/>
            </w:rPr>
          </w:pPr>
          <w:hyperlink w:history="1" w:anchor="_Toc202769036">
            <w:r w:rsidRPr="00B96006">
              <w:rPr>
                <w:rStyle w:val="Hiperesteka"/>
                <w:rFonts w:ascii="Arial" w:hAnsi="Arial" w:cs="Arial"/>
                <w:noProof/>
                <w:lang w:val="English"/>
              </w:rPr>
              <w:t>7.</w:t>
            </w:r>
            <w:r>
              <w:rPr>
                <w:rFonts w:cstheme="minorBidi"/>
                <w:noProof/>
                <w:lang w:val="English"/>
              </w:rPr>
              <w:tab/>
            </w:r>
            <w:r w:rsidRPr="00B96006">
              <w:rPr>
                <w:rStyle w:val="Hiperesteka"/>
                <w:rFonts w:ascii="Arial" w:hAnsi="Arial" w:cs="Arial"/>
                <w:noProof/>
                <w:lang w:val="English"/>
              </w:rPr>
              <w:t>Temporal Planning</w:t>
            </w:r>
            <w:r>
              <w:rPr>
                <w:noProof/>
                <w:webHidden/>
                <w:lang w:val="English"/>
              </w:rPr>
              <w:tab/>
            </w:r>
            <w:r>
              <w:rPr>
                <w:noProof/>
                <w:webHidden/>
                <w:lang w:val="English"/>
              </w:rPr>
              <w:fldChar w:fldCharType="begin"/>
            </w:r>
            <w:r>
              <w:rPr>
                <w:noProof/>
                <w:webHidden/>
                <w:lang w:val="English"/>
              </w:rPr>
              <w:instrText xml:space="preserve"> PAGEREF _Toc202769036 \h </w:instrText>
            </w:r>
            <w:r>
              <w:rPr>
                <w:noProof/>
                <w:webHidden/>
                <w:lang w:val="English"/>
              </w:rPr>
            </w:r>
            <w:r>
              <w:rPr>
                <w:noProof/>
                <w:webHidden/>
                <w:lang w:val="English"/>
              </w:rPr>
              <w:fldChar w:fldCharType="separate"/>
            </w:r>
            <w:r>
              <w:rPr>
                <w:noProof/>
                <w:webHidden/>
                <w:lang w:val="English"/>
              </w:rPr>
              <w:t>9</w:t>
            </w:r>
            <w:r>
              <w:rPr>
                <w:noProof/>
                <w:webHidden/>
                <w:lang w:val="English"/>
              </w:rPr>
              <w:fldChar w:fldCharType="end"/>
            </w:r>
          </w:hyperlink>
        </w:p>
        <w:p xmlns:wp14="http://schemas.microsoft.com/office/word/2010/wordml" w:rsidR="0063592F" w:rsidRDefault="0063592F" wp14:paraId="2D91409E" wp14:textId="77777777">
          <w:pPr>
            <w:pStyle w:val="EA1"/>
            <w:tabs>
              <w:tab w:val="left" w:pos="440"/>
              <w:tab w:val="right" w:leader="dot" w:pos="9111"/>
            </w:tabs>
            <w:rPr>
              <w:rFonts w:cstheme="minorBidi"/>
              <w:noProof/>
            </w:rPr>
          </w:pPr>
          <w:hyperlink w:history="1" w:anchor="_Toc202769037">
            <w:r w:rsidRPr="00B96006">
              <w:rPr>
                <w:rStyle w:val="Hiperesteka"/>
                <w:rFonts w:ascii="Arial" w:hAnsi="Arial" w:cs="Arial"/>
                <w:noProof/>
                <w:lang w:val="English"/>
              </w:rPr>
              <w:t>8.</w:t>
            </w:r>
            <w:r>
              <w:rPr>
                <w:rFonts w:cstheme="minorBidi"/>
                <w:noProof/>
                <w:lang w:val="English"/>
              </w:rPr>
              <w:tab/>
            </w:r>
            <w:r w:rsidRPr="00B96006">
              <w:rPr>
                <w:rStyle w:val="Hiperesteka"/>
                <w:rFonts w:ascii="Arial" w:hAnsi="Arial" w:cs="Arial"/>
                <w:noProof/>
                <w:lang w:val="English"/>
              </w:rPr>
              <w:t>Safety Standards</w:t>
            </w:r>
            <w:r>
              <w:rPr>
                <w:noProof/>
                <w:webHidden/>
                <w:lang w:val="English"/>
              </w:rPr>
              <w:tab/>
            </w:r>
            <w:r>
              <w:rPr>
                <w:noProof/>
                <w:webHidden/>
                <w:lang w:val="English"/>
              </w:rPr>
              <w:fldChar w:fldCharType="begin"/>
            </w:r>
            <w:r>
              <w:rPr>
                <w:noProof/>
                <w:webHidden/>
                <w:lang w:val="English"/>
              </w:rPr>
              <w:instrText xml:space="preserve"> PAGEREF _Toc202769037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5E5D798C" wp14:textId="77777777">
          <w:pPr>
            <w:pStyle w:val="EA1"/>
            <w:tabs>
              <w:tab w:val="right" w:leader="dot" w:pos="9111"/>
            </w:tabs>
            <w:rPr>
              <w:rFonts w:cstheme="minorBidi"/>
              <w:noProof/>
            </w:rPr>
          </w:pPr>
          <w:hyperlink w:history="1" w:anchor="_Toc202769038">
            <w:r w:rsidRPr="00B96006">
              <w:rPr>
                <w:rStyle w:val="Hiperesteka"/>
                <w:rFonts w:ascii="Arial" w:hAnsi="Arial" w:cs="Arial"/>
                <w:noProof/>
                <w:lang w:val="English"/>
              </w:rPr>
              <w:t>Basic security measures:</w:t>
            </w:r>
            <w:r>
              <w:rPr>
                <w:noProof/>
                <w:webHidden/>
                <w:lang w:val="English"/>
              </w:rPr>
              <w:tab/>
            </w:r>
            <w:r>
              <w:rPr>
                <w:noProof/>
                <w:webHidden/>
                <w:lang w:val="English"/>
              </w:rPr>
              <w:fldChar w:fldCharType="begin"/>
            </w:r>
            <w:r>
              <w:rPr>
                <w:noProof/>
                <w:webHidden/>
                <w:lang w:val="English"/>
              </w:rPr>
              <w:instrText xml:space="preserve"> PAGEREF _Toc202769038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4705F998" wp14:textId="77777777">
          <w:pPr>
            <w:pStyle w:val="EA1"/>
            <w:tabs>
              <w:tab w:val="right" w:leader="dot" w:pos="9111"/>
            </w:tabs>
            <w:rPr>
              <w:rFonts w:cstheme="minorBidi"/>
              <w:noProof/>
            </w:rPr>
          </w:pPr>
          <w:hyperlink w:history="1" w:anchor="_Toc202769039">
            <w:r w:rsidRPr="00B96006">
              <w:rPr>
                <w:rStyle w:val="Hiperesteka"/>
                <w:rFonts w:ascii="Arial" w:hAnsi="Arial" w:cs="Arial"/>
                <w:noProof/>
                <w:lang w:val="English"/>
              </w:rPr>
              <w:t>Rules for working with collaborative robots:</w:t>
            </w:r>
            <w:r>
              <w:rPr>
                <w:noProof/>
                <w:webHidden/>
                <w:lang w:val="English"/>
              </w:rPr>
              <w:tab/>
            </w:r>
            <w:r>
              <w:rPr>
                <w:noProof/>
                <w:webHidden/>
                <w:lang w:val="English"/>
              </w:rPr>
              <w:fldChar w:fldCharType="begin"/>
            </w:r>
            <w:r>
              <w:rPr>
                <w:noProof/>
                <w:webHidden/>
                <w:lang w:val="English"/>
              </w:rPr>
              <w:instrText xml:space="preserve"> PAGEREF _Toc202769039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4DFA8172" wp14:textId="77777777">
          <w:pPr>
            <w:pStyle w:val="EA1"/>
            <w:tabs>
              <w:tab w:val="left" w:pos="440"/>
              <w:tab w:val="right" w:leader="dot" w:pos="9111"/>
            </w:tabs>
            <w:rPr>
              <w:rFonts w:cstheme="minorBidi"/>
              <w:noProof/>
            </w:rPr>
          </w:pPr>
          <w:hyperlink w:history="1" w:anchor="_Toc202769040">
            <w:r w:rsidRPr="00B96006">
              <w:rPr>
                <w:rStyle w:val="Hiperesteka"/>
                <w:rFonts w:ascii="Arial" w:hAnsi="Arial" w:cs="Arial"/>
                <w:noProof/>
                <w:lang w:val="English"/>
              </w:rPr>
              <w:t>9.</w:t>
            </w:r>
            <w:r>
              <w:rPr>
                <w:rFonts w:cstheme="minorBidi"/>
                <w:noProof/>
                <w:lang w:val="English"/>
              </w:rPr>
              <w:tab/>
            </w:r>
            <w:r w:rsidRPr="00B96006">
              <w:rPr>
                <w:rStyle w:val="Hiperesteka"/>
                <w:rFonts w:ascii="Arial" w:hAnsi="Arial" w:cs="Arial"/>
                <w:noProof/>
                <w:lang w:val="English"/>
              </w:rPr>
              <w:t>Grants and Resources</w:t>
            </w:r>
            <w:r>
              <w:rPr>
                <w:noProof/>
                <w:webHidden/>
                <w:lang w:val="English"/>
              </w:rPr>
              <w:tab/>
            </w:r>
            <w:r>
              <w:rPr>
                <w:noProof/>
                <w:webHidden/>
                <w:lang w:val="English"/>
              </w:rPr>
              <w:fldChar w:fldCharType="begin"/>
            </w:r>
            <w:r>
              <w:rPr>
                <w:noProof/>
                <w:webHidden/>
                <w:lang w:val="English"/>
              </w:rPr>
              <w:instrText xml:space="preserve"> PAGEREF _Toc202769040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424B126D" wp14:textId="77777777">
          <w:pPr>
            <w:pStyle w:val="EA1"/>
            <w:tabs>
              <w:tab w:val="right" w:leader="dot" w:pos="9111"/>
            </w:tabs>
            <w:rPr>
              <w:rFonts w:cstheme="minorBidi"/>
              <w:noProof/>
            </w:rPr>
          </w:pPr>
          <w:hyperlink w:history="1" w:anchor="_Toc202769041">
            <w:r w:rsidRPr="00B96006">
              <w:rPr>
                <w:rStyle w:val="Hiperesteka"/>
                <w:rFonts w:ascii="Arial" w:hAnsi="Arial" w:cs="Arial"/>
                <w:noProof/>
                <w:lang w:val="English"/>
              </w:rPr>
              <w:t>Help from the Teacher:</w:t>
            </w:r>
            <w:r>
              <w:rPr>
                <w:noProof/>
                <w:webHidden/>
                <w:lang w:val="English"/>
              </w:rPr>
              <w:tab/>
            </w:r>
            <w:r>
              <w:rPr>
                <w:noProof/>
                <w:webHidden/>
                <w:lang w:val="English"/>
              </w:rPr>
              <w:fldChar w:fldCharType="begin"/>
            </w:r>
            <w:r>
              <w:rPr>
                <w:noProof/>
                <w:webHidden/>
                <w:lang w:val="English"/>
              </w:rPr>
              <w:instrText xml:space="preserve"> PAGEREF _Toc202769041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7212F10E" wp14:textId="77777777">
          <w:pPr>
            <w:pStyle w:val="EA1"/>
            <w:tabs>
              <w:tab w:val="right" w:leader="dot" w:pos="9111"/>
            </w:tabs>
            <w:rPr>
              <w:rFonts w:cstheme="minorBidi"/>
              <w:noProof/>
            </w:rPr>
          </w:pPr>
          <w:hyperlink w:history="1" w:anchor="_Toc202769042">
            <w:r w:rsidRPr="00B96006">
              <w:rPr>
                <w:rStyle w:val="Hiperesteka"/>
                <w:rFonts w:ascii="Arial" w:hAnsi="Arial" w:cs="Arial"/>
                <w:noProof/>
                <w:lang w:val="English"/>
              </w:rPr>
              <w:t>School Resources:</w:t>
            </w:r>
            <w:r>
              <w:rPr>
                <w:noProof/>
                <w:webHidden/>
                <w:lang w:val="English"/>
              </w:rPr>
              <w:tab/>
            </w:r>
            <w:r>
              <w:rPr>
                <w:noProof/>
                <w:webHidden/>
                <w:lang w:val="English"/>
              </w:rPr>
              <w:fldChar w:fldCharType="begin"/>
            </w:r>
            <w:r>
              <w:rPr>
                <w:noProof/>
                <w:webHidden/>
                <w:lang w:val="English"/>
              </w:rPr>
              <w:instrText xml:space="preserve"> PAGEREF _Toc202769042 \h </w:instrText>
            </w:r>
            <w:r>
              <w:rPr>
                <w:noProof/>
                <w:webHidden/>
                <w:lang w:val="English"/>
              </w:rPr>
            </w:r>
            <w:r>
              <w:rPr>
                <w:noProof/>
                <w:webHidden/>
                <w:lang w:val="English"/>
              </w:rPr>
              <w:fldChar w:fldCharType="separate"/>
            </w:r>
            <w:r>
              <w:rPr>
                <w:noProof/>
                <w:webHidden/>
                <w:lang w:val="English"/>
              </w:rPr>
              <w:t>10</w:t>
            </w:r>
            <w:r>
              <w:rPr>
                <w:noProof/>
                <w:webHidden/>
                <w:lang w:val="English"/>
              </w:rPr>
              <w:fldChar w:fldCharType="end"/>
            </w:r>
          </w:hyperlink>
        </w:p>
        <w:p xmlns:wp14="http://schemas.microsoft.com/office/word/2010/wordml" w:rsidR="0063592F" w:rsidRDefault="0063592F" wp14:paraId="590FCEF2" wp14:textId="77777777">
          <w:pPr>
            <w:pStyle w:val="EA1"/>
            <w:tabs>
              <w:tab w:val="left" w:pos="660"/>
              <w:tab w:val="right" w:leader="dot" w:pos="9111"/>
            </w:tabs>
            <w:rPr>
              <w:rFonts w:cstheme="minorBidi"/>
              <w:noProof/>
            </w:rPr>
          </w:pPr>
          <w:hyperlink w:history="1" w:anchor="_Toc202769043">
            <w:r w:rsidRPr="00B96006">
              <w:rPr>
                <w:rStyle w:val="Hiperesteka"/>
                <w:rFonts w:ascii="Arial" w:hAnsi="Arial" w:cs="Arial"/>
                <w:noProof/>
                <w:lang w:val="English"/>
              </w:rPr>
              <w:t>10.</w:t>
            </w:r>
            <w:r>
              <w:rPr>
                <w:rFonts w:cstheme="minorBidi"/>
                <w:noProof/>
                <w:lang w:val="English"/>
              </w:rPr>
              <w:tab/>
            </w:r>
            <w:r w:rsidRPr="00B96006">
              <w:rPr>
                <w:rStyle w:val="Hiperesteka"/>
                <w:rFonts w:ascii="Arial" w:hAnsi="Arial" w:cs="Arial"/>
                <w:noProof/>
                <w:lang w:val="English"/>
              </w:rPr>
              <w:t>Inclusion and Attention to Diversity</w:t>
            </w:r>
            <w:r>
              <w:rPr>
                <w:noProof/>
                <w:webHidden/>
                <w:lang w:val="English"/>
              </w:rPr>
              <w:tab/>
            </w:r>
            <w:r>
              <w:rPr>
                <w:noProof/>
                <w:webHidden/>
                <w:lang w:val="English"/>
              </w:rPr>
              <w:fldChar w:fldCharType="begin"/>
            </w:r>
            <w:r>
              <w:rPr>
                <w:noProof/>
                <w:webHidden/>
                <w:lang w:val="English"/>
              </w:rPr>
              <w:instrText xml:space="preserve"> PAGEREF _Toc202769043 \h </w:instrText>
            </w:r>
            <w:r>
              <w:rPr>
                <w:noProof/>
                <w:webHidden/>
                <w:lang w:val="English"/>
              </w:rPr>
            </w:r>
            <w:r>
              <w:rPr>
                <w:noProof/>
                <w:webHidden/>
                <w:lang w:val="English"/>
              </w:rPr>
              <w:fldChar w:fldCharType="separate"/>
            </w:r>
            <w:r>
              <w:rPr>
                <w:noProof/>
                <w:webHidden/>
                <w:lang w:val="English"/>
              </w:rPr>
              <w:t>11</w:t>
            </w:r>
            <w:r>
              <w:rPr>
                <w:noProof/>
                <w:webHidden/>
                <w:lang w:val="English"/>
              </w:rPr>
              <w:fldChar w:fldCharType="end"/>
            </w:r>
          </w:hyperlink>
        </w:p>
        <w:p xmlns:wp14="http://schemas.microsoft.com/office/word/2010/wordml" w:rsidR="0063592F" w:rsidRDefault="0063592F" wp14:paraId="58EA7F01" wp14:textId="77777777">
          <w:pPr>
            <w:pStyle w:val="EA1"/>
            <w:tabs>
              <w:tab w:val="right" w:leader="dot" w:pos="9111"/>
            </w:tabs>
            <w:rPr>
              <w:rFonts w:cstheme="minorBidi"/>
              <w:noProof/>
            </w:rPr>
          </w:pPr>
          <w:hyperlink w:history="1" w:anchor="_Toc202769044">
            <w:r w:rsidRPr="00B96006">
              <w:rPr>
                <w:rStyle w:val="Hiperesteka"/>
                <w:rFonts w:ascii="Arial" w:hAnsi="Arial" w:cs="Arial"/>
                <w:noProof/>
                <w:lang w:val="English"/>
              </w:rPr>
              <w:t>General Measures:</w:t>
            </w:r>
            <w:r>
              <w:rPr>
                <w:noProof/>
                <w:webHidden/>
                <w:lang w:val="English"/>
              </w:rPr>
              <w:tab/>
            </w:r>
            <w:r>
              <w:rPr>
                <w:noProof/>
                <w:webHidden/>
                <w:lang w:val="English"/>
              </w:rPr>
              <w:fldChar w:fldCharType="begin"/>
            </w:r>
            <w:r>
              <w:rPr>
                <w:noProof/>
                <w:webHidden/>
                <w:lang w:val="English"/>
              </w:rPr>
              <w:instrText xml:space="preserve"> PAGEREF _Toc202769044 \h </w:instrText>
            </w:r>
            <w:r>
              <w:rPr>
                <w:noProof/>
                <w:webHidden/>
                <w:lang w:val="English"/>
              </w:rPr>
            </w:r>
            <w:r>
              <w:rPr>
                <w:noProof/>
                <w:webHidden/>
                <w:lang w:val="English"/>
              </w:rPr>
              <w:fldChar w:fldCharType="separate"/>
            </w:r>
            <w:r>
              <w:rPr>
                <w:noProof/>
                <w:webHidden/>
                <w:lang w:val="English"/>
              </w:rPr>
              <w:t>11</w:t>
            </w:r>
            <w:r>
              <w:rPr>
                <w:noProof/>
                <w:webHidden/>
                <w:lang w:val="English"/>
              </w:rPr>
              <w:fldChar w:fldCharType="end"/>
            </w:r>
          </w:hyperlink>
        </w:p>
        <w:p xmlns:wp14="http://schemas.microsoft.com/office/word/2010/wordml" w:rsidR="0063592F" w:rsidRDefault="0063592F" wp14:paraId="04177A83" wp14:textId="77777777">
          <w:pPr>
            <w:pStyle w:val="EA1"/>
            <w:tabs>
              <w:tab w:val="right" w:leader="dot" w:pos="9111"/>
            </w:tabs>
            <w:rPr>
              <w:rFonts w:cstheme="minorBidi"/>
              <w:noProof/>
            </w:rPr>
          </w:pPr>
          <w:hyperlink w:history="1" w:anchor="_Toc202769045">
            <w:r w:rsidRPr="00B96006">
              <w:rPr>
                <w:rStyle w:val="Hiperesteka"/>
                <w:rFonts w:ascii="Arial" w:hAnsi="Arial" w:cs="Arial"/>
                <w:noProof/>
                <w:lang w:val="English"/>
              </w:rPr>
              <w:t>Special Educational Needs Accommodations:</w:t>
            </w:r>
            <w:r>
              <w:rPr>
                <w:noProof/>
                <w:webHidden/>
                <w:lang w:val="English"/>
              </w:rPr>
              <w:tab/>
            </w:r>
            <w:r>
              <w:rPr>
                <w:noProof/>
                <w:webHidden/>
                <w:lang w:val="English"/>
              </w:rPr>
              <w:fldChar w:fldCharType="begin"/>
            </w:r>
            <w:r>
              <w:rPr>
                <w:noProof/>
                <w:webHidden/>
                <w:lang w:val="English"/>
              </w:rPr>
              <w:instrText xml:space="preserve"> PAGEREF _Toc202769045 \h </w:instrText>
            </w:r>
            <w:r>
              <w:rPr>
                <w:noProof/>
                <w:webHidden/>
                <w:lang w:val="English"/>
              </w:rPr>
            </w:r>
            <w:r>
              <w:rPr>
                <w:noProof/>
                <w:webHidden/>
                <w:lang w:val="English"/>
              </w:rPr>
              <w:fldChar w:fldCharType="separate"/>
            </w:r>
            <w:r>
              <w:rPr>
                <w:noProof/>
                <w:webHidden/>
                <w:lang w:val="English"/>
              </w:rPr>
              <w:t>11</w:t>
            </w:r>
            <w:r>
              <w:rPr>
                <w:noProof/>
                <w:webHidden/>
                <w:lang w:val="English"/>
              </w:rPr>
              <w:fldChar w:fldCharType="end"/>
            </w:r>
          </w:hyperlink>
        </w:p>
        <w:p xmlns:wp14="http://schemas.microsoft.com/office/word/2010/wordml" w:rsidR="0063592F" w:rsidRDefault="0063592F" wp14:paraId="608D78C6" wp14:textId="77777777">
          <w:pPr>
            <w:pStyle w:val="EA1"/>
            <w:tabs>
              <w:tab w:val="left" w:pos="660"/>
              <w:tab w:val="right" w:leader="dot" w:pos="9111"/>
            </w:tabs>
            <w:rPr>
              <w:rFonts w:cstheme="minorBidi"/>
              <w:noProof/>
            </w:rPr>
          </w:pPr>
          <w:hyperlink w:history="1" w:anchor="_Toc202769046">
            <w:r w:rsidRPr="00B96006">
              <w:rPr>
                <w:rStyle w:val="Hiperesteka"/>
                <w:rFonts w:ascii="Arial" w:hAnsi="Arial" w:cs="Arial"/>
                <w:noProof/>
                <w:lang w:val="English"/>
              </w:rPr>
              <w:t>11.</w:t>
            </w:r>
            <w:r>
              <w:rPr>
                <w:rFonts w:cstheme="minorBidi"/>
                <w:noProof/>
                <w:lang w:val="English"/>
              </w:rPr>
              <w:tab/>
            </w:r>
            <w:r w:rsidRPr="00B96006">
              <w:rPr>
                <w:rStyle w:val="Hiperesteka"/>
                <w:rFonts w:ascii="Arial" w:hAnsi="Arial" w:cs="Arial"/>
                <w:noProof/>
                <w:lang w:val="English"/>
              </w:rPr>
              <w:t>Observations and Recommendations</w:t>
            </w:r>
            <w:r>
              <w:rPr>
                <w:noProof/>
                <w:webHidden/>
                <w:lang w:val="English"/>
              </w:rPr>
              <w:tab/>
            </w:r>
            <w:r>
              <w:rPr>
                <w:noProof/>
                <w:webHidden/>
                <w:lang w:val="English"/>
              </w:rPr>
              <w:fldChar w:fldCharType="begin"/>
            </w:r>
            <w:r>
              <w:rPr>
                <w:noProof/>
                <w:webHidden/>
                <w:lang w:val="English"/>
              </w:rPr>
              <w:instrText xml:space="preserve"> PAGEREF _Toc202769046 \h </w:instrText>
            </w:r>
            <w:r>
              <w:rPr>
                <w:noProof/>
                <w:webHidden/>
                <w:lang w:val="English"/>
              </w:rPr>
            </w:r>
            <w:r>
              <w:rPr>
                <w:noProof/>
                <w:webHidden/>
                <w:lang w:val="English"/>
              </w:rPr>
              <w:fldChar w:fldCharType="separate"/>
            </w:r>
            <w:r>
              <w:rPr>
                <w:noProof/>
                <w:webHidden/>
                <w:lang w:val="English"/>
              </w:rPr>
              <w:t>11</w:t>
            </w:r>
            <w:r>
              <w:rPr>
                <w:noProof/>
                <w:webHidden/>
                <w:lang w:val="English"/>
              </w:rPr>
              <w:fldChar w:fldCharType="end"/>
            </w:r>
          </w:hyperlink>
        </w:p>
        <w:p xmlns:wp14="http://schemas.microsoft.com/office/word/2010/wordml" w:rsidRPr="002C2419" w:rsidR="00C21BB1" w:rsidRDefault="00C21BB1" wp14:paraId="5A39BBE3" wp14:textId="77777777">
          <w:pPr>
            <w:rPr>
              <w:rFonts w:ascii="Arial" w:hAnsi="Arial" w:cs="Arial"/>
              <w:sz w:val="24"/>
              <w:szCs w:val="24"/>
            </w:rPr>
          </w:pPr>
          <w:r w:rsidRPr="002C2419">
            <w:rPr>
              <w:rFonts w:ascii="Arial" w:hAnsi="Arial" w:cs="Arial"/>
              <w:b/>
              <w:bCs/>
              <w:sz w:val="24"/>
              <w:szCs w:val="24"/>
              <w:lang w:val="English"/>
            </w:rPr>
            <w:fldChar w:fldCharType="end"/>
          </w:r>
        </w:p>
      </w:sdtContent>
    </w:sdt>
    <w:p xmlns:wp14="http://schemas.microsoft.com/office/word/2010/wordml" w:rsidRPr="002C2419" w:rsidR="00C21BB1" w:rsidRDefault="00C21BB1" wp14:paraId="41C8F396" wp14:textId="77777777">
      <w:pPr>
        <w:rPr>
          <w:rFonts w:ascii="Arial" w:hAnsi="Arial" w:cs="Arial" w:eastAsiaTheme="majorEastAsia"/>
          <w:b/>
          <w:bCs/>
          <w:color w:val="365F91" w:themeColor="accent1" w:themeShade="BF"/>
          <w:sz w:val="24"/>
          <w:szCs w:val="24"/>
          <w:lang w:val="eu-ES"/>
        </w:rPr>
      </w:pPr>
      <w:r w:rsidRPr="002C2419">
        <w:rPr>
          <w:rFonts w:ascii="Arial" w:hAnsi="Arial" w:cs="Arial"/>
          <w:sz w:val="24"/>
          <w:szCs w:val="24"/>
          <w:lang w:val="English"/>
        </w:rPr>
        <w:br w:type="page"/>
      </w:r>
      <w:bookmarkStart w:name="_GoBack" w:id="2"/>
      <w:bookmarkEnd w:id="2"/>
    </w:p>
    <w:p xmlns:wp14="http://schemas.microsoft.com/office/word/2010/wordml" w:rsidRPr="00873731" w:rsidR="001850E1" w:rsidP="000F218A" w:rsidRDefault="001850E1" wp14:paraId="42A36E78" wp14:textId="77777777">
      <w:pPr>
        <w:pStyle w:val="1izenburua"/>
        <w:numPr>
          <w:ilvl w:val="0"/>
          <w:numId w:val="7"/>
        </w:numPr>
        <w:spacing w:line="360" w:lineRule="auto"/>
        <w:rPr>
          <w:rFonts w:ascii="Arial" w:hAnsi="Arial" w:cs="Arial"/>
          <w:bCs w:val="0"/>
          <w:szCs w:val="24"/>
          <w:lang w:val="eu-ES"/>
        </w:rPr>
      </w:pPr>
      <w:bookmarkStart w:name="_Toc202769023" w:id="3"/>
      <w:r w:rsidRPr="00873731">
        <w:rPr>
          <w:rFonts w:ascii="Arial" w:hAnsi="Arial" w:cs="Arial"/>
          <w:bCs w:val="0"/>
          <w:szCs w:val="24"/>
          <w:lang w:val="English"/>
        </w:rPr>
        <w:t>"Sensor Box" station: Integration of Robot UR, AV Camera and MiR Mobile Robot</w:t>
      </w:r>
      <w:proofErr w:type="spellStart"/>
      <w:proofErr w:type="spellEnd"/>
      <w:proofErr w:type="spellStart"/>
      <w:proofErr w:type="spellEnd"/>
      <w:bookmarkEnd w:id="3"/>
    </w:p>
    <w:p xmlns:wp14="http://schemas.microsoft.com/office/word/2010/wordml" w:rsidRPr="001850E1" w:rsidR="001850E1" w:rsidP="001850E1" w:rsidRDefault="001850E1" wp14:paraId="10BABC3B" wp14:textId="77777777">
      <w:p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sz w:val="24"/>
          <w:szCs w:val="24"/>
          <w:lang w:val="English" w:eastAsia="eu-ES"/>
        </w:rPr>
        <w:t>Welcome to the world of advanced automation! In this course you will learn about robots, machine vision systems and automation solutions that are used in the context of Industry 4.0 and develop practical skills to work with them.</w:t>
      </w:r>
    </w:p>
    <w:p xmlns:wp14="http://schemas.microsoft.com/office/word/2010/wordml" w:rsidRPr="001850E1" w:rsidR="001850E1" w:rsidP="001850E1" w:rsidRDefault="001850E1" wp14:paraId="6387856F" wp14:textId="77777777">
      <w:p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sz w:val="24"/>
          <w:szCs w:val="24"/>
          <w:lang w:val="English" w:eastAsia="eu-ES"/>
        </w:rPr>
        <w:t>Learning is based on an experiential environment (Learning Factory), where learning is done in a group and in a practical way through real challenges.</w:t>
      </w:r>
      <w:proofErr w:type="spellStart"/>
      <w:proofErr w:type="spellEnd"/>
      <w:proofErr w:type="spellStart"/>
      <w:proofErr w:type="spellEnd"/>
    </w:p>
    <w:p xmlns:wp14="http://schemas.microsoft.com/office/word/2010/wordml" w:rsidR="001850E1" w:rsidP="001850E1" w:rsidRDefault="001850E1" wp14:paraId="72A3D3EC" wp14:textId="77777777"/>
    <w:p xmlns:wp14="http://schemas.microsoft.com/office/word/2010/wordml" w:rsidRPr="001850E1" w:rsidR="001850E1" w:rsidP="000F218A" w:rsidRDefault="001850E1" wp14:paraId="4813604F" wp14:textId="77777777">
      <w:pPr>
        <w:pStyle w:val="1izenburua"/>
        <w:numPr>
          <w:ilvl w:val="1"/>
          <w:numId w:val="7"/>
        </w:numPr>
        <w:spacing w:line="360" w:lineRule="auto"/>
        <w:rPr>
          <w:rFonts w:ascii="Arial" w:hAnsi="Arial" w:cs="Arial"/>
          <w:szCs w:val="24"/>
          <w:lang w:val="eu-ES"/>
        </w:rPr>
      </w:pPr>
      <w:bookmarkStart w:name="_Toc202769024" w:id="4"/>
      <w:r w:rsidRPr="001850E1">
        <w:rPr>
          <w:rFonts w:ascii="Arial" w:hAnsi="Arial" w:cs="Arial"/>
          <w:szCs w:val="24"/>
          <w:lang w:val="English"/>
        </w:rPr>
        <w:t>What will you learn?</w:t>
      </w:r>
      <w:bookmarkEnd w:id="4"/>
    </w:p>
    <w:p xmlns:wp14="http://schemas.microsoft.com/office/word/2010/wordml" w:rsidRPr="001850E1" w:rsidR="001850E1" w:rsidP="001850E1" w:rsidRDefault="001850E1" wp14:paraId="1814FBC3" wp14:textId="77777777">
      <w:p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sz w:val="24"/>
          <w:szCs w:val="24"/>
          <w:lang w:val="English" w:eastAsia="eu-ES"/>
        </w:rPr>
        <w:t>By the end of this course you will be able to:</w:t>
      </w:r>
    </w:p>
    <w:p xmlns:wp14="http://schemas.microsoft.com/office/word/2010/wordml" w:rsidRPr="001850E1" w:rsidR="001850E1" w:rsidP="000F218A" w:rsidRDefault="001850E1" wp14:paraId="390747EE"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b/>
          <w:bCs/>
          <w:sz w:val="24"/>
          <w:szCs w:val="24"/>
          <w:lang w:val="English" w:eastAsia="eu-ES"/>
        </w:rPr>
        <w:t xml:space="preserve">Using the UR collaborative robot</w:t>
      </w:r>
      <w:proofErr w:type="spellStart"/>
      <w:proofErr w:type="spellEnd"/>
      <w:r w:rsidRPr="001850E1">
        <w:rPr>
          <w:rFonts w:ascii="Arial" w:hAnsi="Arial" w:eastAsia="Times New Roman" w:cs="Arial"/>
          <w:sz w:val="24"/>
          <w:szCs w:val="24"/>
          <w:lang w:val="English" w:eastAsia="eu-ES"/>
        </w:rPr>
        <w:t xml:space="preserve"> : pick &amp; place activities, programming simple movements and designing sequences</w:t>
      </w:r>
      <w:proofErr w:type="spellStart"/>
      <w:proofErr w:type="spellEnd"/>
      <w:proofErr w:type="spellStart"/>
      <w:proofErr w:type="spellEnd"/>
    </w:p>
    <w:p xmlns:wp14="http://schemas.microsoft.com/office/word/2010/wordml" w:rsidRPr="001850E1" w:rsidR="001850E1" w:rsidP="000F218A" w:rsidRDefault="001850E1" wp14:paraId="566E4BA8"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1850E1">
        <w:rPr>
          <w:rFonts w:ascii="Arial" w:hAnsi="Arial" w:eastAsia="Times New Roman" w:cs="Arial"/>
          <w:b/>
          <w:bCs/>
          <w:sz w:val="24"/>
          <w:szCs w:val="24"/>
          <w:lang w:val="English" w:eastAsia="eu-ES"/>
        </w:rPr>
        <w:t>Programming and navigating the MiR robot</w:t>
      </w:r>
      <w:proofErr w:type="spellEnd"/>
      <w:r w:rsidRPr="001850E1">
        <w:rPr>
          <w:rFonts w:ascii="Arial" w:hAnsi="Arial" w:eastAsia="Times New Roman" w:cs="Arial"/>
          <w:sz w:val="24"/>
          <w:szCs w:val="24"/>
          <w:lang w:val="English" w:eastAsia="eu-ES"/>
        </w:rPr>
        <w:t xml:space="preserve">: creating maps, scheduling missions, and setting up automatic uploads/downloads</w:t>
      </w:r>
    </w:p>
    <w:p xmlns:wp14="http://schemas.microsoft.com/office/word/2010/wordml" w:rsidRPr="001850E1" w:rsidR="001850E1" w:rsidP="000F218A" w:rsidRDefault="001850E1" wp14:paraId="105CA35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1850E1">
        <w:rPr>
          <w:rFonts w:ascii="Arial" w:hAnsi="Arial" w:eastAsia="Times New Roman" w:cs="Arial"/>
          <w:b/>
          <w:bCs/>
          <w:sz w:val="24"/>
          <w:szCs w:val="24"/>
          <w:lang w:val="English" w:eastAsia="eu-ES"/>
        </w:rPr>
        <w:t>Configuring the Cognex Visual System</w:t>
      </w:r>
      <w:proofErr w:type="spellEnd"/>
      <w:r w:rsidRPr="001850E1">
        <w:rPr>
          <w:rFonts w:ascii="Arial" w:hAnsi="Arial" w:eastAsia="Times New Roman" w:cs="Arial"/>
          <w:sz w:val="24"/>
          <w:szCs w:val="24"/>
          <w:lang w:val="English" w:eastAsia="eu-ES"/>
        </w:rPr>
        <w:t xml:space="preserve"> : Application of Object Detection, Quality Control, and Traceability</w:t>
      </w:r>
    </w:p>
    <w:p xmlns:wp14="http://schemas.microsoft.com/office/word/2010/wordml" w:rsidRPr="003F5A54" w:rsidR="001850E1" w:rsidP="000F218A" w:rsidRDefault="001850E1" wp14:paraId="3C1DF96E"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3F5A54">
        <w:rPr>
          <w:rFonts w:ascii="Arial" w:hAnsi="Arial" w:eastAsia="Times New Roman" w:cs="Arial"/>
          <w:b/>
          <w:bCs/>
          <w:sz w:val="24"/>
          <w:szCs w:val="24"/>
          <w:lang w:val="English" w:eastAsia="eu-ES"/>
        </w:rPr>
        <w:t>Using the Festo model and the PLC (S7-1500) the control</w:t>
      </w:r>
      <w:proofErr w:type="spellEnd"/>
      <w:r w:rsidRPr="003F5A54">
        <w:rPr>
          <w:rFonts w:ascii="Arial" w:hAnsi="Arial" w:eastAsia="Times New Roman" w:cs="Arial"/>
          <w:sz w:val="24"/>
          <w:szCs w:val="24"/>
          <w:lang w:val="English" w:eastAsia="eu-ES"/>
        </w:rPr>
        <w:t xml:space="preserve">: sequences and logical control.</w:t>
      </w:r>
    </w:p>
    <w:p xmlns:wp14="http://schemas.microsoft.com/office/word/2010/wordml" w:rsidRPr="001850E1" w:rsidR="001850E1" w:rsidP="000F218A" w:rsidRDefault="001850E1" wp14:paraId="23BFAB8F"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b/>
          <w:bCs/>
          <w:sz w:val="24"/>
          <w:szCs w:val="24"/>
          <w:lang w:val="English" w:eastAsia="eu-ES"/>
        </w:rPr>
        <w:t>Unifying all systems</w:t>
      </w:r>
      <w:r w:rsidRPr="001850E1">
        <w:rPr>
          <w:rFonts w:ascii="Arial" w:hAnsi="Arial" w:eastAsia="Times New Roman" w:cs="Arial"/>
          <w:sz w:val="24"/>
          <w:szCs w:val="24"/>
          <w:lang w:val="English" w:eastAsia="eu-ES"/>
        </w:rPr>
        <w:t xml:space="preserve">: UR + MiR + Cognex + Festo</w:t>
      </w:r>
      <w:proofErr w:type="spellStart"/>
      <w:proofErr w:type="spellEnd"/>
      <w:proofErr w:type="spellStart"/>
      <w:proofErr w:type="spellEnd"/>
      <w:proofErr w:type="spellStart"/>
      <w:proofErr w:type="spellEnd"/>
    </w:p>
    <w:p xmlns:wp14="http://schemas.microsoft.com/office/word/2010/wordml" w:rsidRPr="001850E1" w:rsidR="001850E1" w:rsidP="000F218A" w:rsidRDefault="001850E1" wp14:paraId="2374FE70"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b/>
          <w:bCs/>
          <w:sz w:val="24"/>
          <w:szCs w:val="24"/>
          <w:lang w:val="English" w:eastAsia="eu-ES"/>
        </w:rPr>
        <w:t>Working safely</w:t>
      </w:r>
      <w:r w:rsidRPr="001850E1">
        <w:rPr>
          <w:rFonts w:ascii="Arial" w:hAnsi="Arial" w:eastAsia="Times New Roman" w:cs="Arial"/>
          <w:sz w:val="24"/>
          <w:szCs w:val="24"/>
          <w:lang w:val="English" w:eastAsia="eu-ES"/>
        </w:rPr>
        <w:t xml:space="preserve">: application of the use and collaborative conditions of the sensors</w:t>
      </w:r>
      <w:proofErr w:type="spellStart"/>
      <w:proofErr w:type="spellEnd"/>
    </w:p>
    <w:p xmlns:wp14="http://schemas.microsoft.com/office/word/2010/wordml" w:rsidRPr="001850E1" w:rsidR="001850E1" w:rsidP="000F218A" w:rsidRDefault="001850E1" wp14:paraId="5FD3C378"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b/>
          <w:bCs/>
          <w:sz w:val="24"/>
          <w:szCs w:val="24"/>
          <w:lang w:val="English" w:eastAsia="eu-ES"/>
        </w:rPr>
        <w:t xml:space="preserve"> Simulations using</w:t>
      </w:r>
      <w:proofErr w:type="spellStart"/>
      <w:proofErr w:type="spellEnd"/>
      <w:r w:rsidRPr="001850E1">
        <w:rPr>
          <w:rFonts w:ascii="Arial" w:hAnsi="Arial" w:eastAsia="Times New Roman" w:cs="Arial"/>
          <w:sz w:val="24"/>
          <w:szCs w:val="24"/>
          <w:lang w:val="English" w:eastAsia="eu-ES"/>
        </w:rPr>
        <w:t xml:space="preserve"> digital twin technology</w:t>
      </w:r>
    </w:p>
    <w:p xmlns:wp14="http://schemas.microsoft.com/office/word/2010/wordml" w:rsidR="001850E1" w:rsidP="000F218A" w:rsidRDefault="001850E1" wp14:paraId="16AD9B4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1850E1">
        <w:rPr>
          <w:rFonts w:ascii="Arial" w:hAnsi="Arial" w:eastAsia="Times New Roman" w:cs="Arial"/>
          <w:b/>
          <w:bCs/>
          <w:sz w:val="24"/>
          <w:szCs w:val="24"/>
          <w:lang w:val="English" w:eastAsia="eu-ES"/>
        </w:rPr>
        <w:t>Development  and presentation</w:t>
      </w:r>
      <w:r w:rsidRPr="001850E1">
        <w:rPr>
          <w:rFonts w:ascii="Arial" w:hAnsi="Arial" w:eastAsia="Times New Roman" w:cs="Arial"/>
          <w:sz w:val="24"/>
          <w:szCs w:val="24"/>
          <w:lang w:val="English" w:eastAsia="eu-ES"/>
        </w:rPr>
        <w:t xml:space="preserve"> of the integrated project</w:t>
      </w:r>
    </w:p>
    <w:p xmlns:wp14="http://schemas.microsoft.com/office/word/2010/wordml" w:rsidRPr="006B5319" w:rsidR="001850E1" w:rsidP="000F218A" w:rsidRDefault="001850E1" wp14:paraId="5D083A4F" wp14:textId="77777777">
      <w:pPr>
        <w:pStyle w:val="1izenburua"/>
        <w:numPr>
          <w:ilvl w:val="0"/>
          <w:numId w:val="7"/>
        </w:numPr>
        <w:spacing w:line="360" w:lineRule="auto"/>
        <w:rPr>
          <w:rFonts w:ascii="Arial" w:hAnsi="Arial" w:cs="Arial"/>
          <w:szCs w:val="24"/>
          <w:lang w:val="eu-ES"/>
        </w:rPr>
      </w:pPr>
      <w:bookmarkStart w:name="_Toc202769025" w:id="5"/>
      <w:r w:rsidRPr="006B5319">
        <w:rPr>
          <w:rFonts w:ascii="Arial" w:hAnsi="Arial" w:cs="Arial"/>
          <w:szCs w:val="24"/>
          <w:lang w:val="English"/>
        </w:rPr>
        <w:t>Content and Time Distribution</w:t>
      </w:r>
      <w:bookmarkEnd w:id="5"/>
    </w:p>
    <w:p xmlns:wp14="http://schemas.microsoft.com/office/word/2010/wordml" w:rsidRPr="001850E1" w:rsidR="001850E1" w:rsidP="001850E1" w:rsidRDefault="001850E1" wp14:paraId="0D0B940D" wp14:textId="77777777">
      <w:pPr>
        <w:rPr>
          <w:lang w:val="eu-ES"/>
        </w:rPr>
      </w:pPr>
    </w:p>
    <w:tbl>
      <w:tblPr>
        <w:tblStyle w:val="4sareta-taula-1enfasia"/>
        <w:tblW w:w="0" w:type="auto"/>
        <w:tblLook w:val="04A0" w:firstRow="1" w:lastRow="0" w:firstColumn="1" w:lastColumn="0" w:noHBand="0" w:noVBand="1"/>
      </w:tblPr>
      <w:tblGrid>
        <w:gridCol w:w="3173"/>
        <w:gridCol w:w="4910"/>
        <w:gridCol w:w="1028"/>
      </w:tblGrid>
      <w:tr xmlns:wp14="http://schemas.microsoft.com/office/word/2010/wordml" w:rsidR="001850E1" w:rsidTr="001850E1" wp14:paraId="4B80E56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0E2D629A" wp14:textId="77777777">
            <w:pPr>
              <w:jc w:val="center"/>
            </w:pPr>
            <w:proofErr w:type="spellStart"/>
            <w:r>
              <w:rPr>
                <w:rFonts w:ascii="Times New Roman" w:hAnsi="Times New Roman" w:cs="Times New Roman"/>
                <w:b w:val="0"/>
                <w:bCs w:val="0"/>
                <w:sz w:val="24"/>
                <w:szCs w:val="24"/>
                <w:lang w:val="English"/>
              </w:rPr>
              <w:t>Unit</w:t>
            </w:r>
            <w:proofErr w:type="spellEnd"/>
          </w:p>
        </w:tc>
        <w:tc>
          <w:tcPr>
            <w:tcW w:w="0" w:type="auto"/>
            <w:hideMark/>
          </w:tcPr>
          <w:p w:rsidR="001850E1" w:rsidRDefault="001850E1" wp14:paraId="31957722" wp14:textId="77777777">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Pr>
                <w:b w:val="0"/>
                <w:bCs w:val="0"/>
                <w:lang w:val="English"/>
              </w:rPr>
              <w:t>Content</w:t>
            </w:r>
            <w:proofErr w:type="spellEnd"/>
          </w:p>
        </w:tc>
        <w:tc>
          <w:tcPr>
            <w:tcW w:w="0" w:type="auto"/>
            <w:hideMark/>
          </w:tcPr>
          <w:p w:rsidR="001850E1" w:rsidRDefault="001850E1" wp14:paraId="1CB5E3A8" wp14:textId="77777777">
            <w:pPr>
              <w:jc w:val="center"/>
              <w:cnfStyle w:val="100000000000" w:firstRow="1" w:lastRow="0" w:firstColumn="0" w:lastColumn="0" w:oddVBand="0" w:evenVBand="0" w:oddHBand="0" w:evenHBand="0" w:firstRowFirstColumn="0" w:firstRowLastColumn="0" w:lastRowFirstColumn="0" w:lastRowLastColumn="0"/>
              <w:rPr>
                <w:b w:val="0"/>
                <w:bCs w:val="0"/>
              </w:rPr>
            </w:pPr>
            <w:proofErr w:type="spellStart"/>
            <w:r>
              <w:rPr>
                <w:b w:val="0"/>
                <w:bCs w:val="0"/>
                <w:lang w:val="English"/>
              </w:rPr>
              <w:t>Time</w:t>
            </w:r>
            <w:proofErr w:type="spellEnd"/>
          </w:p>
        </w:tc>
      </w:tr>
      <w:tr xmlns:wp14="http://schemas.microsoft.com/office/word/2010/wordml" w:rsidR="001850E1" w:rsidTr="001850E1" wp14:paraId="34B03FE9"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00261EC8" wp14:textId="77777777">
            <w:pPr>
              <w:rPr>
                <w:b w:val="0"/>
                <w:bCs w:val="0"/>
              </w:rPr>
            </w:pPr>
            <w:r>
              <w:rPr>
                <w:lang w:val="English"/>
              </w:rPr>
              <w:t xml:space="preserve">Introduction to Advanced Automation</w:t>
            </w:r>
            <w:proofErr w:type="spellStart"/>
            <w:proofErr w:type="spellEnd"/>
            <w:proofErr w:type="spellStart"/>
            <w:proofErr w:type="spellEnd"/>
            <w:proofErr w:type="spellStart"/>
            <w:proofErr w:type="spellEnd"/>
          </w:p>
        </w:tc>
        <w:tc>
          <w:tcPr>
            <w:tcW w:w="0" w:type="auto"/>
            <w:hideMark/>
          </w:tcPr>
          <w:p w:rsidR="001850E1" w:rsidRDefault="001850E1" wp14:paraId="63D8F789"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Presentation of LCAMP Learning Factory, Industry 4.0 concepts</w:t>
            </w:r>
            <w:proofErr w:type="spellStart"/>
            <w:proofErr w:type="spellEnd"/>
            <w:proofErr w:type="spellStart"/>
            <w:proofErr w:type="spellEnd"/>
            <w:proofErr w:type="spellStart"/>
            <w:proofErr w:type="spellEnd"/>
          </w:p>
        </w:tc>
        <w:tc>
          <w:tcPr>
            <w:tcW w:w="0" w:type="auto"/>
            <w:hideMark/>
          </w:tcPr>
          <w:p w:rsidR="001850E1" w:rsidRDefault="001850E1" wp14:paraId="13D425A6"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2 hours</w:t>
            </w:r>
            <w:proofErr w:type="spellStart"/>
            <w:proofErr w:type="spellEnd"/>
          </w:p>
        </w:tc>
      </w:tr>
      <w:tr xmlns:wp14="http://schemas.microsoft.com/office/word/2010/wordml" w:rsidR="001850E1" w:rsidTr="001850E1" wp14:paraId="53851BF4" wp14:textId="77777777">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1910CEB2" wp14:textId="77777777">
            <w:r>
              <w:rPr>
                <w:lang w:val="English"/>
              </w:rPr>
              <w:t xml:space="preserve">2. Siemens S7-1500 PLC Programming</w:t>
            </w:r>
            <w:proofErr w:type="spellStart"/>
            <w:proofErr w:type="spellEnd"/>
          </w:p>
        </w:tc>
        <w:tc>
          <w:tcPr>
            <w:tcW w:w="0" w:type="auto"/>
            <w:hideMark/>
          </w:tcPr>
          <w:p w:rsidRPr="001850E1" w:rsidR="001850E1" w:rsidRDefault="001850E1" wp14:paraId="17E065A2" wp14:textId="77777777">
            <w:pPr>
              <w:cnfStyle w:val="000000000000" w:firstRow="0" w:lastRow="0" w:firstColumn="0" w:lastColumn="0" w:oddVBand="0" w:evenVBand="0" w:oddHBand="0" w:evenHBand="0" w:firstRowFirstColumn="0" w:firstRowLastColumn="0" w:lastRowFirstColumn="0" w:lastRowLastColumn="0"/>
              <w:rPr>
                <w:lang w:val="es-ES"/>
              </w:rPr>
            </w:pPr>
            <w:proofErr w:type="spellStart"/>
            <w:r w:rsidRPr="001850E1">
              <w:rPr>
                <w:lang w:val="English"/>
              </w:rPr>
              <w:t>Logic controls, sequencing, use TIA Portal</w:t>
            </w:r>
            <w:proofErr w:type="spellEnd"/>
            <w:proofErr w:type="spellStart"/>
            <w:proofErr w:type="spellEnd"/>
            <w:proofErr w:type="spellStart"/>
            <w:proofErr w:type="spellEnd"/>
            <w:proofErr w:type="spellStart"/>
            <w:proofErr w:type="spellEnd"/>
          </w:p>
        </w:tc>
        <w:tc>
          <w:tcPr>
            <w:tcW w:w="0" w:type="auto"/>
            <w:hideMark/>
          </w:tcPr>
          <w:p w:rsidR="001850E1" w:rsidRDefault="001850E1" wp14:paraId="255F8574"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8 hours</w:t>
            </w:r>
            <w:proofErr w:type="spellStart"/>
            <w:proofErr w:type="spellEnd"/>
          </w:p>
        </w:tc>
      </w:tr>
      <w:tr xmlns:wp14="http://schemas.microsoft.com/office/word/2010/wordml" w:rsidR="001850E1" w:rsidTr="001850E1" wp14:paraId="70B48BA5"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1850E1" w:rsidR="001850E1" w:rsidRDefault="001850E1" wp14:paraId="3A2051EB" wp14:textId="77777777">
            <w:pPr>
              <w:rPr>
                <w:lang w:val="es-ES"/>
              </w:rPr>
            </w:pPr>
            <w:r w:rsidRPr="001850E1">
              <w:rPr>
                <w:lang w:val="English"/>
              </w:rPr>
              <w:t xml:space="preserve">UR5 Robot: Programming and Application</w:t>
            </w:r>
            <w:proofErr w:type="spellStart"/>
            <w:proofErr w:type="spellEnd"/>
            <w:proofErr w:type="spellStart"/>
            <w:proofErr w:type="spellEnd"/>
            <w:proofErr w:type="spellStart"/>
            <w:proofErr w:type="spellEnd"/>
          </w:p>
        </w:tc>
        <w:tc>
          <w:tcPr>
            <w:tcW w:w="0" w:type="auto"/>
            <w:hideMark/>
          </w:tcPr>
          <w:p w:rsidR="001850E1" w:rsidRDefault="001850E1" wp14:paraId="3407CC58"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Teach pendant, moves, pick &amp; place, block programming</w:t>
            </w:r>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3BD567DB"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6 hours</w:t>
            </w:r>
            <w:proofErr w:type="spellStart"/>
            <w:proofErr w:type="spellEnd"/>
          </w:p>
        </w:tc>
      </w:tr>
      <w:tr xmlns:wp14="http://schemas.microsoft.com/office/word/2010/wordml" w:rsidR="001850E1" w:rsidTr="001850E1" wp14:paraId="66451AB5" wp14:textId="77777777">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06520EF4" wp14:textId="77777777">
            <w:r>
              <w:rPr>
                <w:lang w:val="English"/>
              </w:rPr>
              <w:t xml:space="preserve">Cognex Vision Systems</w:t>
            </w:r>
            <w:proofErr w:type="spellStart"/>
            <w:proofErr w:type="spellEnd"/>
            <w:proofErr w:type="spellStart"/>
            <w:proofErr w:type="spellEnd"/>
          </w:p>
        </w:tc>
        <w:tc>
          <w:tcPr>
            <w:tcW w:w="0" w:type="auto"/>
            <w:hideMark/>
          </w:tcPr>
          <w:p w:rsidR="001850E1" w:rsidRDefault="001850E1" wp14:paraId="38A17705"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In-Sight Software, Pattern Search, OCR, Quality Control</w:t>
            </w:r>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232242C0"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6 hours</w:t>
            </w:r>
            <w:proofErr w:type="spellStart"/>
            <w:proofErr w:type="spellEnd"/>
          </w:p>
        </w:tc>
      </w:tr>
      <w:tr xmlns:wp14="http://schemas.microsoft.com/office/word/2010/wordml" w:rsidR="001850E1" w:rsidTr="001850E1" wp14:paraId="6128BAA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1850E1" w:rsidR="001850E1" w:rsidRDefault="001850E1" wp14:paraId="05F83ADB" wp14:textId="77777777">
            <w:pPr>
              <w:rPr>
                <w:lang w:val="es-ES"/>
              </w:rPr>
            </w:pPr>
            <w:r w:rsidRPr="001850E1">
              <w:rPr>
                <w:lang w:val="English"/>
              </w:rPr>
              <w:t xml:space="preserve">MiR Robot: Navigation and Missions</w:t>
            </w:r>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5E3F7077" wp14:textId="77777777">
            <w:pPr>
              <w:cnfStyle w:val="000000100000" w:firstRow="0" w:lastRow="0" w:firstColumn="0" w:lastColumn="0" w:oddVBand="0" w:evenVBand="0" w:oddHBand="1" w:evenHBand="0" w:firstRowFirstColumn="0" w:firstRowLastColumn="0" w:lastRowFirstColumn="0" w:lastRowLastColumn="0"/>
            </w:pPr>
            <w:proofErr w:type="spellStart"/>
            <w:r>
              <w:rPr>
                <w:lang w:val="English"/>
              </w:rPr>
              <w:t>Creating maps, waypoints, deliveries, mission scheduling</w:t>
            </w:r>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7122A55A"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6 hours</w:t>
            </w:r>
            <w:proofErr w:type="spellStart"/>
            <w:proofErr w:type="spellEnd"/>
          </w:p>
        </w:tc>
      </w:tr>
      <w:tr xmlns:wp14="http://schemas.microsoft.com/office/word/2010/wordml" w:rsidR="001850E1" w:rsidTr="001850E1" wp14:paraId="1C2CF936" wp14:textId="77777777">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78267E11" wp14:textId="77777777">
            <w:r>
              <w:rPr>
                <w:lang w:val="English"/>
              </w:rPr>
              <w:t xml:space="preserve">6. Integrated system</w:t>
            </w:r>
            <w:proofErr w:type="spellStart"/>
            <w:proofErr w:type="spellEnd"/>
          </w:p>
        </w:tc>
        <w:tc>
          <w:tcPr>
            <w:tcW w:w="0" w:type="auto"/>
            <w:hideMark/>
          </w:tcPr>
          <w:p w:rsidR="001850E1" w:rsidRDefault="001850E1" wp14:paraId="2CBB4607"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UR + Cognex + Festo + MiR interaction, communication protocols</w:t>
            </w:r>
            <w:proofErr w:type="spellStart"/>
            <w:proofErr w:type="spellEnd"/>
            <w:proofErr w:type="spellStart"/>
            <w:proofErr w:type="spellEnd"/>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0252CFA3"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8 hours</w:t>
            </w:r>
            <w:proofErr w:type="spellStart"/>
            <w:proofErr w:type="spellEnd"/>
          </w:p>
        </w:tc>
      </w:tr>
      <w:tr xmlns:wp14="http://schemas.microsoft.com/office/word/2010/wordml" w:rsidR="001850E1" w:rsidTr="001850E1" wp14:paraId="4F0A2DC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33F51044" wp14:textId="77777777">
            <w:r>
              <w:rPr>
                <w:lang w:val="English"/>
              </w:rPr>
              <w:t xml:space="preserve">7. Digital Twin eta Simumatik</w:t>
            </w:r>
            <w:proofErr w:type="spellStart"/>
            <w:proofErr w:type="spellEnd"/>
          </w:p>
        </w:tc>
        <w:tc>
          <w:tcPr>
            <w:tcW w:w="0" w:type="auto"/>
            <w:hideMark/>
          </w:tcPr>
          <w:p w:rsidR="001850E1" w:rsidRDefault="001850E1" wp14:paraId="6E7B2991" wp14:textId="77777777">
            <w:pPr>
              <w:cnfStyle w:val="000000100000" w:firstRow="0" w:lastRow="0" w:firstColumn="0" w:lastColumn="0" w:oddVBand="0" w:evenVBand="0" w:oddHBand="1" w:evenHBand="0" w:firstRowFirstColumn="0" w:firstRowLastColumn="0" w:lastRowFirstColumn="0" w:lastRowLastColumn="0"/>
            </w:pPr>
            <w:proofErr w:type="spellStart"/>
            <w:r>
              <w:rPr>
                <w:lang w:val="English"/>
              </w:rPr>
              <w:t>Simulations, pre-probations, virtual system</w:t>
            </w:r>
            <w:proofErr w:type="spellEnd"/>
            <w:proofErr w:type="spellStart"/>
            <w:proofErr w:type="spellEnd"/>
            <w:proofErr w:type="spellStart"/>
            <w:proofErr w:type="spellEnd"/>
            <w:proofErr w:type="spellStart"/>
            <w:proofErr w:type="spellEnd"/>
          </w:p>
        </w:tc>
        <w:tc>
          <w:tcPr>
            <w:tcW w:w="0" w:type="auto"/>
            <w:hideMark/>
          </w:tcPr>
          <w:p w:rsidR="001850E1" w:rsidRDefault="001850E1" wp14:paraId="2EBAAD57" wp14:textId="77777777">
            <w:pPr>
              <w:cnfStyle w:val="000000100000" w:firstRow="0" w:lastRow="0" w:firstColumn="0" w:lastColumn="0" w:oddVBand="0" w:evenVBand="0" w:oddHBand="1" w:evenHBand="0" w:firstRowFirstColumn="0" w:firstRowLastColumn="0" w:lastRowFirstColumn="0" w:lastRowLastColumn="0"/>
            </w:pPr>
            <w:r>
              <w:rPr>
                <w:lang w:val="English"/>
              </w:rPr>
              <w:t xml:space="preserve">4 hours</w:t>
            </w:r>
            <w:proofErr w:type="spellStart"/>
            <w:proofErr w:type="spellEnd"/>
          </w:p>
        </w:tc>
      </w:tr>
      <w:tr xmlns:wp14="http://schemas.microsoft.com/office/word/2010/wordml" w:rsidR="001850E1" w:rsidTr="001850E1" wp14:paraId="38B8C816" wp14:textId="77777777">
        <w:tc>
          <w:tcPr>
            <w:cnfStyle w:val="001000000000" w:firstRow="0" w:lastRow="0" w:firstColumn="1" w:lastColumn="0" w:oddVBand="0" w:evenVBand="0" w:oddHBand="0" w:evenHBand="0" w:firstRowFirstColumn="0" w:firstRowLastColumn="0" w:lastRowFirstColumn="0" w:lastRowLastColumn="0"/>
            <w:tcW w:w="0" w:type="auto"/>
            <w:hideMark/>
          </w:tcPr>
          <w:p w:rsidR="001850E1" w:rsidRDefault="001850E1" wp14:paraId="031E318F" wp14:textId="77777777">
            <w:r>
              <w:rPr>
                <w:lang w:val="English"/>
              </w:rPr>
              <w:t xml:space="preserve">8. Implemented Project</w:t>
            </w:r>
            <w:proofErr w:type="spellStart"/>
            <w:proofErr w:type="spellEnd"/>
            <w:proofErr w:type="spellStart"/>
            <w:proofErr w:type="spellEnd"/>
          </w:p>
        </w:tc>
        <w:tc>
          <w:tcPr>
            <w:tcW w:w="0" w:type="auto"/>
            <w:hideMark/>
          </w:tcPr>
          <w:p w:rsidRPr="001850E1" w:rsidR="001850E1" w:rsidRDefault="001850E1" wp14:paraId="5D8BBD2A" wp14:textId="77777777">
            <w:pPr>
              <w:cnfStyle w:val="000000000000" w:firstRow="0" w:lastRow="0" w:firstColumn="0" w:lastColumn="0" w:oddVBand="0" w:evenVBand="0" w:oddHBand="0" w:evenHBand="0" w:firstRowFirstColumn="0" w:firstRowLastColumn="0" w:lastRowFirstColumn="0" w:lastRowLastColumn="0"/>
              <w:rPr>
                <w:lang w:val="es-ES"/>
              </w:rPr>
            </w:pPr>
            <w:proofErr w:type="spellStart"/>
            <w:r w:rsidRPr="001850E1">
              <w:rPr>
                <w:lang w:val="English"/>
              </w:rPr>
              <w:t>Students design and assemble the complete system</w:t>
            </w:r>
            <w:proofErr w:type="spellEnd"/>
            <w:proofErr w:type="spellStart"/>
            <w:proofErr w:type="spellEnd"/>
            <w:proofErr w:type="spellStart"/>
            <w:proofErr w:type="spellEnd"/>
            <w:proofErr w:type="spellStart"/>
            <w:proofErr w:type="spellEnd"/>
            <w:proofErr w:type="spellStart"/>
            <w:proofErr w:type="spellEnd"/>
          </w:p>
        </w:tc>
        <w:tc>
          <w:tcPr>
            <w:tcW w:w="0" w:type="auto"/>
            <w:hideMark/>
          </w:tcPr>
          <w:p w:rsidR="001850E1" w:rsidRDefault="001850E1" wp14:paraId="2525C206" wp14:textId="77777777">
            <w:pPr>
              <w:cnfStyle w:val="000000000000" w:firstRow="0" w:lastRow="0" w:firstColumn="0" w:lastColumn="0" w:oddVBand="0" w:evenVBand="0" w:oddHBand="0" w:evenHBand="0" w:firstRowFirstColumn="0" w:firstRowLastColumn="0" w:lastRowFirstColumn="0" w:lastRowLastColumn="0"/>
            </w:pPr>
            <w:r>
              <w:rPr>
                <w:lang w:val="English"/>
              </w:rPr>
              <w:t xml:space="preserve">10 hours</w:t>
            </w:r>
            <w:proofErr w:type="spellStart"/>
            <w:proofErr w:type="spellEnd"/>
          </w:p>
        </w:tc>
      </w:tr>
    </w:tbl>
    <w:p xmlns:wp14="http://schemas.microsoft.com/office/word/2010/wordml" w:rsidRPr="001850E1" w:rsidR="001850E1" w:rsidP="001850E1" w:rsidRDefault="001850E1" wp14:paraId="56493996" wp14:textId="77777777">
      <w:pPr>
        <w:pStyle w:val="whitespace-normal"/>
        <w:rPr>
          <w:rFonts w:ascii="Arial" w:hAnsi="Arial" w:cs="Arial"/>
        </w:rPr>
      </w:pPr>
      <w:r w:rsidRPr="001850E1">
        <w:rPr>
          <w:rStyle w:val="Lodia"/>
          <w:rFonts w:ascii="Arial" w:hAnsi="Arial" w:cs="Arial"/>
          <w:lang w:val="English"/>
        </w:rPr>
        <w:t xml:space="preserve">Total: </w:t>
      </w:r>
      <w:r w:rsidRPr="001850E1">
        <w:rPr>
          <w:rStyle w:val="Lodia"/>
          <w:rFonts w:ascii="Arial" w:hAnsi="Arial" w:cs="Arial"/>
          <w:b w:val="0"/>
          <w:lang w:val="English"/>
        </w:rPr>
        <w:t>50 hours</w:t>
      </w:r>
    </w:p>
    <w:p xmlns:wp14="http://schemas.microsoft.com/office/word/2010/wordml" w:rsidR="001850E1" w:rsidP="001850E1" w:rsidRDefault="001850E1" wp14:paraId="0E27B00A" wp14:textId="77777777"/>
    <w:p xmlns:wp14="http://schemas.microsoft.com/office/word/2010/wordml" w:rsidRPr="001850E1" w:rsidR="001850E1" w:rsidP="000F218A" w:rsidRDefault="001850E1" wp14:paraId="55378354" wp14:textId="77777777">
      <w:pPr>
        <w:pStyle w:val="1izenburua"/>
        <w:numPr>
          <w:ilvl w:val="0"/>
          <w:numId w:val="7"/>
        </w:numPr>
        <w:spacing w:line="360" w:lineRule="auto"/>
        <w:rPr>
          <w:rFonts w:ascii="Arial" w:hAnsi="Arial" w:cs="Arial"/>
          <w:szCs w:val="24"/>
          <w:lang w:val="eu-ES"/>
        </w:rPr>
      </w:pPr>
      <w:bookmarkStart w:name="_Toc202769026" w:id="6"/>
      <w:r w:rsidRPr="001850E1">
        <w:rPr>
          <w:rFonts w:ascii="Arial" w:hAnsi="Arial" w:cs="Arial"/>
          <w:szCs w:val="24"/>
          <w:lang w:val="English"/>
        </w:rPr>
        <w:t>Methodology: How are we going to do it?</w:t>
      </w:r>
      <w:bookmarkEnd w:id="6"/>
    </w:p>
    <w:p xmlns:wp14="http://schemas.microsoft.com/office/word/2010/wordml" w:rsidRPr="001410F8" w:rsidR="001850E1" w:rsidP="000F218A" w:rsidRDefault="001850E1" wp14:paraId="312378A0" wp14:textId="77777777">
      <w:pPr>
        <w:pStyle w:val="1izenburua"/>
        <w:numPr>
          <w:ilvl w:val="1"/>
          <w:numId w:val="7"/>
        </w:numPr>
        <w:spacing w:line="360" w:lineRule="auto"/>
        <w:rPr>
          <w:rFonts w:ascii="Arial" w:hAnsi="Arial" w:cs="Arial"/>
          <w:szCs w:val="24"/>
          <w:lang w:val="eu-ES"/>
        </w:rPr>
      </w:pPr>
      <w:bookmarkStart w:name="_Toc202769027" w:id="7"/>
      <w:r w:rsidRPr="001410F8">
        <w:rPr>
          <w:rFonts w:ascii="Arial" w:hAnsi="Arial" w:cs="Arial"/>
          <w:szCs w:val="24"/>
          <w:lang w:val="English"/>
        </w:rPr>
        <w:t>Learning Strategies:</w:t>
      </w:r>
      <w:bookmarkEnd w:id="7"/>
    </w:p>
    <w:p xmlns:wp14="http://schemas.microsoft.com/office/word/2010/wordml" w:rsidRPr="001410F8" w:rsidR="001850E1" w:rsidP="000F218A" w:rsidRDefault="001850E1" wp14:paraId="53C09A1F"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1410F8">
        <w:rPr>
          <w:rFonts w:ascii="Arial" w:hAnsi="Arial" w:eastAsia="Times New Roman" w:cs="Arial"/>
          <w:b/>
          <w:sz w:val="24"/>
          <w:szCs w:val="24"/>
          <w:lang w:val="English" w:eastAsia="eu-ES"/>
        </w:rPr>
        <w:t>Learning-by-doing:</w:t>
      </w:r>
      <w:proofErr w:type="spellEnd"/>
      <w:r w:rsidRPr="001410F8">
        <w:rPr>
          <w:rFonts w:ascii="Arial" w:hAnsi="Arial" w:eastAsia="Times New Roman" w:cs="Arial"/>
          <w:bCs/>
          <w:sz w:val="24"/>
          <w:szCs w:val="24"/>
          <w:lang w:val="English" w:eastAsia="eu-ES"/>
        </w:rPr>
        <w:t xml:space="preserve"> Experiment and learn while you learn</w:t>
      </w:r>
    </w:p>
    <w:p xmlns:wp14="http://schemas.microsoft.com/office/word/2010/wordml" w:rsidRPr="001410F8" w:rsidR="001850E1" w:rsidP="000F218A" w:rsidRDefault="001850E1" wp14:paraId="23E45719"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CBL (Challenge-Based Learning):</w:t>
      </w:r>
      <w:proofErr w:type="spellStart"/>
      <w:proofErr w:type="spellEnd"/>
      <w:proofErr w:type="spellStart"/>
      <w:proofErr w:type="spellEnd"/>
      <w:r w:rsidRPr="001410F8">
        <w:rPr>
          <w:rFonts w:ascii="Arial" w:hAnsi="Arial" w:eastAsia="Times New Roman" w:cs="Arial"/>
          <w:bCs/>
          <w:sz w:val="24"/>
          <w:szCs w:val="24"/>
          <w:lang w:val="English" w:eastAsia="eu-ES"/>
        </w:rPr>
        <w:t xml:space="preserve"> Erronka errealei erantzuna ematea</w:t>
      </w:r>
    </w:p>
    <w:p xmlns:wp14="http://schemas.microsoft.com/office/word/2010/wordml" w:rsidRPr="001410F8" w:rsidR="001850E1" w:rsidP="000F218A" w:rsidRDefault="001850E1" wp14:paraId="31CB92ED"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Teamwork:</w:t>
      </w:r>
      <w:r w:rsidRPr="001410F8">
        <w:rPr>
          <w:rFonts w:ascii="Arial" w:hAnsi="Arial" w:eastAsia="Times New Roman" w:cs="Arial"/>
          <w:bCs/>
          <w:sz w:val="24"/>
          <w:szCs w:val="24"/>
          <w:lang w:val="English" w:eastAsia="eu-ES"/>
        </w:rPr>
        <w:t xml:space="preserve"> In collaboration with your teammates you will solve problems</w:t>
      </w:r>
    </w:p>
    <w:p xmlns:wp14="http://schemas.microsoft.com/office/word/2010/wordml" w:rsidRPr="001410F8" w:rsidR="001850E1" w:rsidP="000F218A" w:rsidRDefault="001850E1" wp14:paraId="2A97D021"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 xml:space="preserve">Digital twin simulation: </w:t>
      </w:r>
      <w:proofErr w:type="spellStart"/>
      <w:proofErr w:type="spellEnd"/>
      <w:r w:rsidRPr="001410F8">
        <w:rPr>
          <w:rFonts w:ascii="Arial" w:hAnsi="Arial" w:eastAsia="Times New Roman" w:cs="Arial"/>
          <w:bCs/>
          <w:sz w:val="24"/>
          <w:szCs w:val="24"/>
          <w:lang w:val="English" w:eastAsia="eu-ES"/>
        </w:rPr>
        <w:t xml:space="preserve"/>
      </w:r>
      <w:proofErr w:type="spellStart"/>
      <w:r w:rsidRPr="001410F8">
        <w:rPr>
          <w:rFonts w:ascii="Arial" w:hAnsi="Arial" w:eastAsia="Times New Roman" w:cs="Arial"/>
          <w:bCs/>
          <w:sz w:val="24"/>
          <w:szCs w:val="24"/>
          <w:lang w:val="English" w:eastAsia="eu-ES"/>
        </w:rPr>
        <w:t>Pretest virtual using from the simuma</w:t>
      </w:r>
      <w:proofErr w:type="spellEnd"/>
      <w:proofErr w:type="spellStart"/>
      <w:proofErr w:type="spellEnd"/>
    </w:p>
    <w:p xmlns:wp14="http://schemas.microsoft.com/office/word/2010/wordml" w:rsidRPr="001410F8" w:rsidR="001850E1" w:rsidP="000F218A" w:rsidRDefault="001850E1" wp14:paraId="446A81D2"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Project:</w:t>
      </w:r>
      <w:r w:rsidRPr="001410F8">
        <w:rPr>
          <w:rFonts w:ascii="Arial" w:hAnsi="Arial" w:eastAsia="Times New Roman" w:cs="Arial"/>
          <w:bCs/>
          <w:sz w:val="24"/>
          <w:szCs w:val="24"/>
          <w:lang w:val="English" w:eastAsia="eu-ES"/>
        </w:rPr>
        <w:t xml:space="preserve"> In the last few weeks you will design and assemble an entire system</w:t>
      </w:r>
    </w:p>
    <w:p xmlns:wp14="http://schemas.microsoft.com/office/word/2010/wordml" w:rsidRPr="001410F8" w:rsidR="001850E1" w:rsidP="000F218A" w:rsidRDefault="001850E1" wp14:paraId="1B9D49A6" wp14:textId="77777777">
      <w:pPr>
        <w:pStyle w:val="1izenburua"/>
        <w:numPr>
          <w:ilvl w:val="1"/>
          <w:numId w:val="7"/>
        </w:numPr>
        <w:spacing w:line="360" w:lineRule="auto"/>
        <w:rPr>
          <w:rFonts w:ascii="Arial" w:hAnsi="Arial" w:cs="Arial"/>
          <w:szCs w:val="24"/>
          <w:lang w:val="eu-ES"/>
        </w:rPr>
      </w:pPr>
      <w:bookmarkStart w:name="_Toc202769028" w:id="8"/>
      <w:r w:rsidRPr="001410F8">
        <w:rPr>
          <w:rFonts w:ascii="Arial" w:hAnsi="Arial" w:cs="Arial"/>
          <w:szCs w:val="24"/>
          <w:lang w:val="English"/>
        </w:rPr>
        <w:t>Types of activities:</w:t>
      </w:r>
      <w:bookmarkEnd w:id="8"/>
    </w:p>
    <w:p xmlns:wp14="http://schemas.microsoft.com/office/word/2010/wordml" w:rsidRPr="001410F8" w:rsidR="001850E1" w:rsidP="000F218A" w:rsidRDefault="001850E1" wp14:paraId="7BCBB677" wp14:textId="77777777">
      <w:pPr>
        <w:pStyle w:val="Zerrenda-paragrafoa"/>
        <w:numPr>
          <w:ilvl w:val="0"/>
          <w:numId w:val="9"/>
        </w:numPr>
        <w:spacing w:before="100" w:beforeAutospacing="1" w:after="100" w:afterAutospacing="1" w:line="360" w:lineRule="auto"/>
        <w:rPr>
          <w:rFonts w:ascii="Arial" w:hAnsi="Arial" w:eastAsia="Times New Roman" w:cs="Arial"/>
          <w:b/>
          <w:bCs/>
          <w:sz w:val="24"/>
          <w:szCs w:val="24"/>
          <w:lang w:val="eu-ES" w:eastAsia="eu-ES"/>
        </w:rPr>
      </w:pPr>
      <w:r w:rsidRPr="001410F8">
        <w:rPr>
          <w:rFonts w:ascii="Arial" w:hAnsi="Arial" w:eastAsia="Times New Roman" w:cs="Arial"/>
          <w:b/>
          <w:sz w:val="24"/>
          <w:szCs w:val="24"/>
          <w:lang w:val="English" w:eastAsia="eu-ES"/>
        </w:rPr>
        <w:t xml:space="preserve">Introduction to Theoretical Concepts: </w:t>
      </w:r>
      <w:r w:rsidRPr="001410F8">
        <w:rPr>
          <w:rFonts w:ascii="Arial" w:hAnsi="Arial" w:eastAsia="Times New Roman" w:cs="Arial"/>
          <w:b/>
          <w:bCs/>
          <w:sz w:val="24"/>
          <w:szCs w:val="24"/>
          <w:lang w:val="English" w:eastAsia="eu-ES"/>
        </w:rPr>
        <w:t xml:space="preserve"/>
      </w:r>
      <w:r w:rsidRPr="001410F8">
        <w:rPr>
          <w:rFonts w:ascii="Arial" w:hAnsi="Arial" w:eastAsia="Times New Roman" w:cs="Arial"/>
          <w:bCs/>
          <w:sz w:val="24"/>
          <w:szCs w:val="24"/>
          <w:lang w:val="English" w:eastAsia="eu-ES"/>
        </w:rPr>
        <w:t>Brief Presentations and Basics</w:t>
      </w:r>
    </w:p>
    <w:p xmlns:wp14="http://schemas.microsoft.com/office/word/2010/wordml" w:rsidRPr="001410F8" w:rsidR="001850E1" w:rsidP="000F218A" w:rsidRDefault="001850E1" wp14:paraId="1E371C3D"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 xml:space="preserve">Guided practices: </w:t>
      </w:r>
      <w:r w:rsidRPr="001410F8">
        <w:rPr>
          <w:rFonts w:ascii="Arial" w:hAnsi="Arial" w:eastAsia="Times New Roman" w:cs="Arial"/>
          <w:b/>
          <w:bCs/>
          <w:sz w:val="24"/>
          <w:szCs w:val="24"/>
          <w:lang w:val="English" w:eastAsia="eu-ES"/>
        </w:rPr>
        <w:t xml:space="preserve"/>
      </w:r>
      <w:r w:rsidRPr="001410F8">
        <w:rPr>
          <w:rFonts w:ascii="Arial" w:hAnsi="Arial" w:eastAsia="Times New Roman" w:cs="Arial"/>
          <w:bCs/>
          <w:sz w:val="24"/>
          <w:szCs w:val="24"/>
          <w:lang w:val="English" w:eastAsia="eu-ES"/>
        </w:rPr>
        <w:t>Programming robots with the help of the teacher, calibration of the visual system</w:t>
      </w:r>
    </w:p>
    <w:p xmlns:wp14="http://schemas.microsoft.com/office/word/2010/wordml" w:rsidRPr="001410F8" w:rsidR="001850E1" w:rsidP="000F218A" w:rsidRDefault="001850E1" wp14:paraId="32B93EEF"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 xml:space="preserve">Integrated Project: </w:t>
      </w:r>
      <w:r w:rsidRPr="001410F8">
        <w:rPr>
          <w:rFonts w:ascii="Arial" w:hAnsi="Arial" w:eastAsia="Times New Roman" w:cs="Arial"/>
          <w:b/>
          <w:bCs/>
          <w:sz w:val="24"/>
          <w:szCs w:val="24"/>
          <w:lang w:val="English" w:eastAsia="eu-ES"/>
        </w:rPr>
        <w:t xml:space="preserve"/>
      </w:r>
      <w:r w:rsidRPr="001410F8">
        <w:rPr>
          <w:rFonts w:ascii="Arial" w:hAnsi="Arial" w:eastAsia="Times New Roman" w:cs="Arial"/>
          <w:bCs/>
          <w:sz w:val="24"/>
          <w:szCs w:val="24"/>
          <w:lang w:val="English" w:eastAsia="eu-ES"/>
        </w:rPr>
        <w:t>Design and execute the integration of the system by groups</w:t>
      </w:r>
    </w:p>
    <w:p xmlns:wp14="http://schemas.microsoft.com/office/word/2010/wordml" w:rsidRPr="001410F8" w:rsidR="001850E1" w:rsidP="000F218A" w:rsidRDefault="001850E1" wp14:paraId="2D4AD081"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1410F8">
        <w:rPr>
          <w:rFonts w:ascii="Arial" w:hAnsi="Arial" w:eastAsia="Times New Roman" w:cs="Arial"/>
          <w:b/>
          <w:sz w:val="24"/>
          <w:szCs w:val="24"/>
          <w:lang w:val="English" w:eastAsia="eu-ES"/>
        </w:rPr>
        <w:t xml:space="preserve">Presentation and discussion: </w:t>
      </w:r>
      <w:r w:rsidRPr="001410F8">
        <w:rPr>
          <w:rFonts w:ascii="Arial" w:hAnsi="Arial" w:eastAsia="Times New Roman" w:cs="Arial"/>
          <w:b/>
          <w:bCs/>
          <w:sz w:val="24"/>
          <w:szCs w:val="24"/>
          <w:lang w:val="English" w:eastAsia="eu-ES"/>
        </w:rPr>
        <w:t xml:space="preserve"/>
      </w:r>
      <w:r w:rsidRPr="001410F8">
        <w:rPr>
          <w:rFonts w:ascii="Arial" w:hAnsi="Arial" w:eastAsia="Times New Roman" w:cs="Arial"/>
          <w:bCs/>
          <w:sz w:val="24"/>
          <w:szCs w:val="24"/>
          <w:lang w:val="English" w:eastAsia="eu-ES"/>
        </w:rPr>
        <w:t>Groups will explain the results</w:t>
      </w:r>
    </w:p>
    <w:p xmlns:wp14="http://schemas.microsoft.com/office/word/2010/wordml" w:rsidR="001850E1" w:rsidP="001850E1" w:rsidRDefault="001850E1" wp14:paraId="60061E4C" wp14:textId="77777777">
      <w:pPr>
        <w:spacing w:after="0"/>
      </w:pPr>
    </w:p>
    <w:p xmlns:wp14="http://schemas.microsoft.com/office/word/2010/wordml" w:rsidR="001850E1" w:rsidP="000F218A" w:rsidRDefault="006B5319" wp14:paraId="062B7595" wp14:textId="77777777">
      <w:pPr>
        <w:pStyle w:val="1izenburua"/>
        <w:numPr>
          <w:ilvl w:val="0"/>
          <w:numId w:val="7"/>
        </w:numPr>
        <w:spacing w:line="360" w:lineRule="auto"/>
        <w:rPr>
          <w:rFonts w:ascii="Arial" w:hAnsi="Arial" w:cs="Arial"/>
          <w:szCs w:val="24"/>
          <w:lang w:val="eu-ES"/>
        </w:rPr>
      </w:pPr>
      <w:bookmarkStart w:name="_Toc202769029" w:id="9"/>
      <w:r>
        <w:rPr>
          <w:rFonts w:ascii="Arial" w:hAnsi="Arial" w:cs="Arial"/>
          <w:szCs w:val="24"/>
          <w:lang w:val="English"/>
        </w:rPr>
        <w:t xml:space="preserve">Development of Activities </w:t>
      </w:r>
      <w:bookmarkEnd w:id="9"/>
    </w:p>
    <w:p xmlns:wp14="http://schemas.microsoft.com/office/word/2010/wordml" w:rsidR="001850E1" w:rsidP="000F218A" w:rsidRDefault="001850E1" wp14:paraId="074739A0" wp14:textId="77777777">
      <w:pPr>
        <w:pStyle w:val="Normalaweb"/>
        <w:numPr>
          <w:ilvl w:val="0"/>
          <w:numId w:val="8"/>
        </w:numPr>
        <w:spacing w:line="360" w:lineRule="auto"/>
        <w:rPr>
          <w:rStyle w:val="Lodia"/>
          <w:rFonts w:ascii="Arial" w:hAnsi="Arial" w:cs="Arial"/>
        </w:rPr>
      </w:pPr>
      <w:r w:rsidRPr="006B5319">
        <w:rPr>
          <w:rStyle w:val="Lodia"/>
          <w:rFonts w:ascii="Arial" w:hAnsi="Arial" w:cs="Arial"/>
          <w:lang w:val="English"/>
        </w:rPr>
        <w:t>Unit 1: Introduction to Advanced Automation (2 h)</w:t>
      </w:r>
    </w:p>
    <w:p xmlns:wp14="http://schemas.microsoft.com/office/word/2010/wordml" w:rsidR="00031B1A" w:rsidP="00031B1A" w:rsidRDefault="00031B1A" wp14:paraId="44EAFD9C" wp14:textId="77777777">
      <w:pPr>
        <w:pStyle w:val="Normalaweb"/>
        <w:spacing w:line="360" w:lineRule="auto"/>
        <w:ind w:left="720"/>
        <w:rPr>
          <w:rStyle w:val="Lodia"/>
          <w:rFonts w:ascii="Arial" w:hAnsi="Arial" w:cs="Arial"/>
        </w:rPr>
      </w:pPr>
    </w:p>
    <w:p xmlns:wp14="http://schemas.microsoft.com/office/word/2010/wordml" w:rsidRPr="006B5319" w:rsidR="001850E1" w:rsidP="000F218A" w:rsidRDefault="001850E1" wp14:paraId="746AF94B" wp14:textId="77777777">
      <w:pPr>
        <w:pStyle w:val="Normalaweb"/>
        <w:numPr>
          <w:ilvl w:val="1"/>
          <w:numId w:val="8"/>
        </w:numPr>
        <w:spacing w:line="360" w:lineRule="auto"/>
        <w:rPr>
          <w:rStyle w:val="Lodia"/>
          <w:rFonts w:ascii="Arial" w:hAnsi="Arial" w:cs="Arial"/>
        </w:rPr>
      </w:pPr>
      <w:r w:rsidRPr="006B5319">
        <w:rPr>
          <w:rStyle w:val="Lodia"/>
          <w:rFonts w:ascii="Arial" w:hAnsi="Arial" w:cs="Arial"/>
          <w:lang w:val="English"/>
        </w:rPr>
        <w:t>Objectives:</w:t>
      </w:r>
    </w:p>
    <w:p xmlns:wp14="http://schemas.microsoft.com/office/word/2010/wordml" w:rsidRPr="006B5319" w:rsidR="001850E1" w:rsidP="000F218A" w:rsidRDefault="001850E1" wp14:paraId="10D14B43"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Understanding Industry 4.0 concepts</w:t>
      </w:r>
    </w:p>
    <w:p xmlns:wp14="http://schemas.microsoft.com/office/word/2010/wordml" w:rsidRPr="006B5319" w:rsidR="001850E1" w:rsidP="000F218A" w:rsidRDefault="001850E1" wp14:paraId="77B9429D"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 xml:space="preserve">Get to know the LCAMP Learning Factory environment</w:t>
      </w:r>
      <w:proofErr w:type="spellStart"/>
      <w:proofErr w:type="spellEnd"/>
      <w:proofErr w:type="spellStart"/>
      <w:proofErr w:type="spellEnd"/>
    </w:p>
    <w:p xmlns:wp14="http://schemas.microsoft.com/office/word/2010/wordml" w:rsidRPr="006B5319" w:rsidR="001850E1" w:rsidP="000F218A" w:rsidRDefault="001850E1" wp14:paraId="31104AC4"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Identifying Workstation Sensor Box Components</w:t>
      </w:r>
      <w:proofErr w:type="spellEnd"/>
      <w:proofErr w:type="spellStart"/>
      <w:proofErr w:type="spellEnd"/>
    </w:p>
    <w:p xmlns:wp14="http://schemas.microsoft.com/office/word/2010/wordml" w:rsidRPr="006B5319" w:rsidR="001850E1" w:rsidP="000F218A" w:rsidRDefault="001850E1" wp14:paraId="6CCEB42E" wp14:textId="77777777">
      <w:pPr>
        <w:pStyle w:val="Normalaweb"/>
        <w:numPr>
          <w:ilvl w:val="1"/>
          <w:numId w:val="8"/>
        </w:numPr>
        <w:spacing w:line="360" w:lineRule="auto"/>
        <w:rPr>
          <w:rStyle w:val="Lodia"/>
          <w:rFonts w:ascii="Arial" w:hAnsi="Arial" w:cs="Arial"/>
        </w:rPr>
      </w:pPr>
      <w:r w:rsidRPr="006B5319">
        <w:rPr>
          <w:rStyle w:val="Lodia"/>
          <w:rFonts w:ascii="Arial" w:hAnsi="Arial" w:cs="Arial"/>
          <w:lang w:val="English"/>
        </w:rPr>
        <w:t>Activities:</w:t>
      </w:r>
    </w:p>
    <w:p xmlns:wp14="http://schemas.microsoft.com/office/word/2010/wordml" w:rsidRPr="006B5319" w:rsidR="001850E1" w:rsidP="000F218A" w:rsidRDefault="001850E1" wp14:paraId="40A3FEB4"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Theoretical presentation</w:t>
      </w:r>
    </w:p>
    <w:p xmlns:wp14="http://schemas.microsoft.com/office/word/2010/wordml" w:rsidRPr="006B5319" w:rsidR="001850E1" w:rsidP="000F218A" w:rsidRDefault="001850E1" wp14:paraId="30309A56"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Guided tour of the facility</w:t>
      </w:r>
    </w:p>
    <w:p xmlns:wp14="http://schemas.microsoft.com/office/word/2010/wordml" w:rsidR="00BC4248" w:rsidP="000F218A" w:rsidRDefault="001850E1" wp14:paraId="247E16C5"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Explanation of safety rules</w:t>
      </w:r>
    </w:p>
    <w:p xmlns:wp14="http://schemas.microsoft.com/office/word/2010/wordml" w:rsidR="00BC4248" w:rsidRDefault="00BC4248" wp14:paraId="4B94D5A5" wp14:textId="77777777">
      <w:pPr>
        <w:rPr>
          <w:rFonts w:ascii="Arial" w:hAnsi="Arial" w:eastAsia="Times New Roman" w:cs="Arial"/>
          <w:sz w:val="24"/>
          <w:szCs w:val="24"/>
          <w:lang w:val="eu-ES" w:eastAsia="eu-ES"/>
        </w:rPr>
      </w:pPr>
      <w:r>
        <w:rPr>
          <w:rFonts w:ascii="Arial" w:hAnsi="Arial" w:eastAsia="Times New Roman" w:cs="Arial"/>
          <w:sz w:val="24"/>
          <w:szCs w:val="24"/>
          <w:lang w:val="English" w:eastAsia="eu-ES"/>
        </w:rPr>
        <w:br w:type="page"/>
      </w:r>
    </w:p>
    <w:p xmlns:wp14="http://schemas.microsoft.com/office/word/2010/wordml" w:rsidR="001850E1" w:rsidP="000F218A" w:rsidRDefault="001850E1" wp14:paraId="5D50DA10" wp14:textId="77777777">
      <w:pPr>
        <w:pStyle w:val="Normalaweb"/>
        <w:numPr>
          <w:ilvl w:val="0"/>
          <w:numId w:val="8"/>
        </w:numPr>
        <w:spacing w:line="360" w:lineRule="auto"/>
        <w:rPr>
          <w:rStyle w:val="Lodia"/>
          <w:rFonts w:ascii="Arial" w:hAnsi="Arial" w:cs="Arial"/>
        </w:rPr>
      </w:pPr>
      <w:r w:rsidRPr="006B5319">
        <w:rPr>
          <w:rStyle w:val="Lodia"/>
          <w:rFonts w:ascii="Arial" w:hAnsi="Arial" w:cs="Arial"/>
          <w:lang w:val="English"/>
        </w:rPr>
        <w:t>Unit 2: Siemens S7-1500 PLC PLC Programming (8 hours)</w:t>
      </w:r>
    </w:p>
    <w:p xmlns:wp14="http://schemas.microsoft.com/office/word/2010/wordml" w:rsidRPr="006B5319" w:rsidR="00873731" w:rsidP="00873731" w:rsidRDefault="00873731" wp14:paraId="3DEEC669" wp14:textId="77777777">
      <w:pPr>
        <w:pStyle w:val="Normalaweb"/>
        <w:spacing w:line="360" w:lineRule="auto"/>
        <w:ind w:left="720"/>
        <w:rPr>
          <w:rStyle w:val="Lodia"/>
          <w:rFonts w:ascii="Arial" w:hAnsi="Arial" w:cs="Arial"/>
        </w:rPr>
      </w:pPr>
    </w:p>
    <w:p xmlns:wp14="http://schemas.microsoft.com/office/word/2010/wordml" w:rsidRPr="006B5319" w:rsidR="001850E1" w:rsidP="000F218A" w:rsidRDefault="001850E1" wp14:paraId="4FEEA397" wp14:textId="77777777">
      <w:pPr>
        <w:pStyle w:val="Normalaweb"/>
        <w:numPr>
          <w:ilvl w:val="1"/>
          <w:numId w:val="8"/>
        </w:numPr>
        <w:spacing w:line="360" w:lineRule="auto"/>
        <w:rPr>
          <w:rStyle w:val="Lodia"/>
          <w:rFonts w:ascii="Arial" w:hAnsi="Arial" w:cs="Arial"/>
        </w:rPr>
      </w:pPr>
      <w:r w:rsidRPr="006B5319">
        <w:rPr>
          <w:rStyle w:val="Lodia"/>
          <w:rFonts w:ascii="Arial" w:hAnsi="Arial" w:cs="Arial"/>
          <w:lang w:val="English"/>
        </w:rPr>
        <w:t>Objectives:</w:t>
      </w:r>
    </w:p>
    <w:p xmlns:wp14="http://schemas.microsoft.com/office/word/2010/wordml" w:rsidRPr="006B5319" w:rsidR="001850E1" w:rsidP="000F218A" w:rsidRDefault="001850E1" wp14:paraId="7F61C8C7"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Using TIA Portal Software</w:t>
      </w:r>
    </w:p>
    <w:p xmlns:wp14="http://schemas.microsoft.com/office/word/2010/wordml" w:rsidRPr="006B5319" w:rsidR="001850E1" w:rsidP="000F218A" w:rsidRDefault="001850E1" wp14:paraId="59759DEB"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Programming Logic Controls</w:t>
      </w:r>
    </w:p>
    <w:p xmlns:wp14="http://schemas.microsoft.com/office/word/2010/wordml" w:rsidRPr="006B5319" w:rsidR="001850E1" w:rsidP="000F218A" w:rsidRDefault="001850E1" wp14:paraId="460453A1"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Input/output signal processing</w:t>
      </w:r>
    </w:p>
    <w:p xmlns:wp14="http://schemas.microsoft.com/office/word/2010/wordml" w:rsidRPr="006B5319" w:rsidR="001850E1" w:rsidP="000F218A" w:rsidRDefault="001850E1" wp14:paraId="17EAD68E" wp14:textId="77777777">
      <w:pPr>
        <w:pStyle w:val="Normalaweb"/>
        <w:numPr>
          <w:ilvl w:val="1"/>
          <w:numId w:val="8"/>
        </w:numPr>
        <w:spacing w:line="360" w:lineRule="auto"/>
        <w:rPr>
          <w:rStyle w:val="Lodia"/>
          <w:rFonts w:ascii="Arial" w:hAnsi="Arial" w:cs="Arial"/>
        </w:rPr>
      </w:pPr>
      <w:r w:rsidRPr="006B5319">
        <w:rPr>
          <w:rStyle w:val="Lodia"/>
          <w:rFonts w:ascii="Arial" w:hAnsi="Arial" w:cs="Arial"/>
          <w:lang w:val="English"/>
        </w:rPr>
        <w:t>Activities:</w:t>
      </w:r>
    </w:p>
    <w:p xmlns:wp14="http://schemas.microsoft.com/office/word/2010/wordml" w:rsidRPr="006B5319" w:rsidR="001850E1" w:rsidP="000F218A" w:rsidRDefault="001850E1" wp14:paraId="542BC3FE"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TIA Portal Configuration</w:t>
      </w:r>
    </w:p>
    <w:p xmlns:wp14="http://schemas.microsoft.com/office/word/2010/wordml" w:rsidRPr="006B5319" w:rsidR="001850E1" w:rsidP="000F218A" w:rsidRDefault="001850E1" wp14:paraId="4FA354D8"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Basic sequence programming</w:t>
      </w:r>
    </w:p>
    <w:p xmlns:wp14="http://schemas.microsoft.com/office/word/2010/wordml" w:rsidRPr="006B5319" w:rsidR="001850E1" w:rsidP="000F218A" w:rsidRDefault="001850E1" wp14:paraId="2CD6E089"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Integration with the Festo model</w:t>
      </w:r>
      <w:proofErr w:type="spellEnd"/>
    </w:p>
    <w:p xmlns:wp14="http://schemas.microsoft.com/office/word/2010/wordml" w:rsidRPr="006B5319" w:rsidR="001850E1" w:rsidP="000F218A" w:rsidRDefault="001850E1" wp14:paraId="0736B38C"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 xml:space="preserve">Testing and debugging</w:t>
      </w:r>
      <w:proofErr w:type="spellStart"/>
      <w:proofErr w:type="spellEnd"/>
    </w:p>
    <w:p xmlns:wp14="http://schemas.microsoft.com/office/word/2010/wordml" w:rsidR="001850E1" w:rsidP="000F218A" w:rsidRDefault="001850E1" wp14:paraId="28DB682B" wp14:textId="77777777">
      <w:pPr>
        <w:pStyle w:val="Normalaweb"/>
        <w:numPr>
          <w:ilvl w:val="0"/>
          <w:numId w:val="8"/>
        </w:numPr>
        <w:spacing w:line="360" w:lineRule="auto"/>
        <w:rPr>
          <w:rStyle w:val="Lodia"/>
          <w:rFonts w:ascii="Arial" w:hAnsi="Arial" w:cs="Arial"/>
        </w:rPr>
      </w:pPr>
      <w:r w:rsidRPr="006B5319">
        <w:rPr>
          <w:rStyle w:val="Lodia"/>
          <w:rFonts w:ascii="Arial" w:hAnsi="Arial" w:cs="Arial"/>
          <w:lang w:val="English"/>
        </w:rPr>
        <w:t>Unit 3: UR5 Robot Programming (6 hours)</w:t>
      </w:r>
    </w:p>
    <w:p xmlns:wp14="http://schemas.microsoft.com/office/word/2010/wordml" w:rsidRPr="006B5319" w:rsidR="001850E1" w:rsidP="000F218A" w:rsidRDefault="001850E1" wp14:paraId="65EAACCC" wp14:textId="77777777">
      <w:pPr>
        <w:pStyle w:val="Normalaweb"/>
        <w:numPr>
          <w:ilvl w:val="1"/>
          <w:numId w:val="8"/>
        </w:numPr>
        <w:spacing w:line="360" w:lineRule="auto"/>
        <w:rPr>
          <w:rStyle w:val="Lodia"/>
          <w:rFonts w:ascii="Arial" w:hAnsi="Arial" w:cs="Arial"/>
        </w:rPr>
      </w:pPr>
      <w:r w:rsidRPr="006B5319">
        <w:rPr>
          <w:rStyle w:val="Lodia"/>
          <w:rFonts w:ascii="Arial" w:hAnsi="Arial" w:cs="Arial"/>
          <w:lang w:val="English"/>
        </w:rPr>
        <w:t>Objectives:</w:t>
      </w:r>
    </w:p>
    <w:p xmlns:wp14="http://schemas.microsoft.com/office/word/2010/wordml" w:rsidRPr="006B5319" w:rsidR="001850E1" w:rsidP="000F218A" w:rsidRDefault="001850E1" wp14:paraId="1797133D"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Basic movements of the UR robot</w:t>
      </w:r>
    </w:p>
    <w:p xmlns:wp14="http://schemas.microsoft.com/office/word/2010/wordml" w:rsidRPr="006B5319" w:rsidR="001850E1" w:rsidP="000F218A" w:rsidRDefault="001850E1" wp14:paraId="79BFB1E5"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 xml:space="preserve">Pick &amp; place activity scheduling</w:t>
      </w:r>
      <w:proofErr w:type="spellStart"/>
      <w:proofErr w:type="spellEnd"/>
    </w:p>
    <w:p xmlns:wp14="http://schemas.microsoft.com/office/word/2010/wordml" w:rsidRPr="006B5319" w:rsidR="001850E1" w:rsidP="000F218A" w:rsidRDefault="001850E1" wp14:paraId="507229B1"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Security Settings</w:t>
      </w:r>
    </w:p>
    <w:p xmlns:wp14="http://schemas.microsoft.com/office/word/2010/wordml" w:rsidRPr="006B5319" w:rsidR="001850E1" w:rsidP="000F218A" w:rsidRDefault="001850E1" wp14:paraId="40F0C5A5" wp14:textId="77777777">
      <w:pPr>
        <w:pStyle w:val="Normalaweb"/>
        <w:numPr>
          <w:ilvl w:val="1"/>
          <w:numId w:val="8"/>
        </w:numPr>
        <w:spacing w:line="360" w:lineRule="auto"/>
        <w:rPr>
          <w:rStyle w:val="Lodia"/>
          <w:rFonts w:ascii="Arial" w:hAnsi="Arial" w:cs="Arial"/>
        </w:rPr>
      </w:pPr>
      <w:r w:rsidRPr="006B5319">
        <w:rPr>
          <w:rStyle w:val="Lodia"/>
          <w:rFonts w:ascii="Arial" w:hAnsi="Arial" w:cs="Arial"/>
          <w:bCs w:val="0"/>
          <w:lang w:val="English"/>
        </w:rPr>
        <w:t>Activities:</w:t>
      </w:r>
    </w:p>
    <w:p xmlns:wp14="http://schemas.microsoft.com/office/word/2010/wordml" w:rsidRPr="006B5319" w:rsidR="001850E1" w:rsidP="000F218A" w:rsidRDefault="001850E1" wp14:paraId="428AA014"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Teach during erabilera</w:t>
      </w:r>
      <w:proofErr w:type="spellEnd"/>
      <w:proofErr w:type="spellStart"/>
      <w:proofErr w:type="spellEnd"/>
    </w:p>
    <w:p xmlns:wp14="http://schemas.microsoft.com/office/word/2010/wordml" w:rsidRPr="006B5319" w:rsidR="001850E1" w:rsidP="000F218A" w:rsidRDefault="001850E1" wp14:paraId="7AB4A3C0"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Waypoints and Costumes</w:t>
      </w:r>
      <w:proofErr w:type="spellEnd"/>
      <w:proofErr w:type="spellStart"/>
      <w:proofErr w:type="spellEnd"/>
    </w:p>
    <w:p xmlns:wp14="http://schemas.microsoft.com/office/word/2010/wordml" w:rsidRPr="006B5319" w:rsidR="001850E1" w:rsidP="000F218A" w:rsidRDefault="001850E1" wp14:paraId="0CF6567D"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Block programming</w:t>
      </w:r>
    </w:p>
    <w:p xmlns:wp14="http://schemas.microsoft.com/office/word/2010/wordml" w:rsidR="00BC4248" w:rsidP="000F218A" w:rsidRDefault="001850E1" wp14:paraId="5F305755"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Setting up the form of collaboration</w:t>
      </w:r>
    </w:p>
    <w:p xmlns:wp14="http://schemas.microsoft.com/office/word/2010/wordml" w:rsidR="00BC4248" w:rsidRDefault="00BC4248" wp14:paraId="3656B9AB" wp14:textId="77777777">
      <w:pPr>
        <w:rPr>
          <w:rFonts w:ascii="Arial" w:hAnsi="Arial" w:eastAsia="Times New Roman" w:cs="Arial"/>
          <w:sz w:val="24"/>
          <w:szCs w:val="24"/>
          <w:lang w:val="eu-ES" w:eastAsia="eu-ES"/>
        </w:rPr>
      </w:pPr>
      <w:r>
        <w:rPr>
          <w:rFonts w:ascii="Arial" w:hAnsi="Arial" w:eastAsia="Times New Roman" w:cs="Arial"/>
          <w:sz w:val="24"/>
          <w:szCs w:val="24"/>
          <w:lang w:val="English" w:eastAsia="eu-ES"/>
        </w:rPr>
        <w:br w:type="page"/>
      </w:r>
    </w:p>
    <w:p xmlns:wp14="http://schemas.microsoft.com/office/word/2010/wordml" w:rsidRPr="006B5319" w:rsidR="001850E1" w:rsidP="000F218A" w:rsidRDefault="001850E1" wp14:paraId="14182B58" wp14:textId="77777777">
      <w:pPr>
        <w:pStyle w:val="Normalaweb"/>
        <w:numPr>
          <w:ilvl w:val="0"/>
          <w:numId w:val="8"/>
        </w:numPr>
        <w:spacing w:line="360" w:lineRule="auto"/>
        <w:rPr>
          <w:rStyle w:val="Lodia"/>
          <w:rFonts w:ascii="Arial" w:hAnsi="Arial" w:cs="Arial"/>
        </w:rPr>
      </w:pPr>
      <w:r w:rsidRPr="006B5319">
        <w:rPr>
          <w:rStyle w:val="Lodia"/>
          <w:rFonts w:ascii="Arial" w:hAnsi="Arial" w:cs="Arial"/>
          <w:lang w:val="English"/>
        </w:rPr>
        <w:t xml:space="preserve">Unit 4: Cognex Visual System (6 hours)</w:t>
      </w:r>
      <w:proofErr w:type="spellStart"/>
      <w:proofErr w:type="spellEnd"/>
    </w:p>
    <w:p xmlns:wp14="http://schemas.microsoft.com/office/word/2010/wordml" w:rsidRPr="006B5319" w:rsidR="001850E1" w:rsidP="000F218A" w:rsidRDefault="001850E1" wp14:paraId="244FF8B2"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6B5319">
        <w:rPr>
          <w:rFonts w:ascii="Arial" w:hAnsi="Arial" w:eastAsia="Times New Roman" w:cs="Arial"/>
          <w:b/>
          <w:bCs/>
          <w:sz w:val="24"/>
          <w:szCs w:val="24"/>
          <w:lang w:val="English" w:eastAsia="eu-ES"/>
        </w:rPr>
        <w:t>Objectives:</w:t>
      </w:r>
    </w:p>
    <w:p xmlns:wp14="http://schemas.microsoft.com/office/word/2010/wordml" w:rsidRPr="006B5319" w:rsidR="001850E1" w:rsidP="000F218A" w:rsidRDefault="001850E1" wp14:paraId="56C4A6C3"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Using In-Sight Software</w:t>
      </w:r>
      <w:proofErr w:type="spellStart"/>
      <w:proofErr w:type="spellEnd"/>
    </w:p>
    <w:p xmlns:wp14="http://schemas.microsoft.com/office/word/2010/wordml" w:rsidRPr="006B5319" w:rsidR="001850E1" w:rsidP="000F218A" w:rsidRDefault="001850E1" wp14:paraId="3ED31DC7"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Configuring Object Detection</w:t>
      </w:r>
    </w:p>
    <w:p xmlns:wp14="http://schemas.microsoft.com/office/word/2010/wordml" w:rsidR="001850E1" w:rsidP="000F218A" w:rsidRDefault="001850E1" wp14:paraId="4D30B6F1"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Implementing Quality Control</w:t>
      </w:r>
    </w:p>
    <w:p xmlns:wp14="http://schemas.microsoft.com/office/word/2010/wordml" w:rsidRPr="006B5319" w:rsidR="00031B1A" w:rsidP="00031B1A" w:rsidRDefault="00031B1A" wp14:paraId="45FB0818"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Pr="006B5319" w:rsidR="001850E1" w:rsidP="000F218A" w:rsidRDefault="001850E1" wp14:paraId="4FA01F0F"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6B5319">
        <w:rPr>
          <w:rFonts w:ascii="Arial" w:hAnsi="Arial" w:eastAsia="Times New Roman" w:cs="Arial"/>
          <w:b/>
          <w:sz w:val="24"/>
          <w:szCs w:val="24"/>
          <w:lang w:val="English" w:eastAsia="eu-ES"/>
        </w:rPr>
        <w:t>Activities:</w:t>
      </w:r>
    </w:p>
    <w:p xmlns:wp14="http://schemas.microsoft.com/office/word/2010/wordml" w:rsidRPr="006B5319" w:rsidR="001850E1" w:rsidP="000F218A" w:rsidRDefault="001850E1" wp14:paraId="42F3419F"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Camera Installation and Calibration</w:t>
      </w:r>
    </w:p>
    <w:p xmlns:wp14="http://schemas.microsoft.com/office/word/2010/wordml" w:rsidRPr="006B5319" w:rsidR="001850E1" w:rsidP="000F218A" w:rsidRDefault="001850E1" wp14:paraId="744BA253"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 xml:space="preserve">Pattern matching konfigurazioa</w:t>
      </w:r>
      <w:proofErr w:type="spellStart"/>
      <w:proofErr w:type="spellEnd"/>
    </w:p>
    <w:p xmlns:wp14="http://schemas.microsoft.com/office/word/2010/wordml" w:rsidRPr="006B5319" w:rsidR="001850E1" w:rsidP="000F218A" w:rsidRDefault="001850E1" wp14:paraId="2B12F144"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OCR Applications</w:t>
      </w:r>
    </w:p>
    <w:p xmlns:wp14="http://schemas.microsoft.com/office/word/2010/wordml" w:rsidR="001850E1" w:rsidP="000F218A" w:rsidRDefault="001850E1" wp14:paraId="109E0800"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Sending results to the PLC</w:t>
      </w:r>
    </w:p>
    <w:p xmlns:wp14="http://schemas.microsoft.com/office/word/2010/wordml" w:rsidRPr="006B5319" w:rsidR="006B5319" w:rsidP="006B5319" w:rsidRDefault="006B5319" wp14:paraId="049F31CB"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001850E1" w:rsidP="000F218A" w:rsidRDefault="001850E1" wp14:paraId="0E5BB765" wp14:textId="77777777">
      <w:pPr>
        <w:pStyle w:val="Zerrenda-paragrafoa"/>
        <w:numPr>
          <w:ilvl w:val="0"/>
          <w:numId w:val="9"/>
        </w:numPr>
        <w:spacing w:before="100" w:beforeAutospacing="1" w:after="100" w:afterAutospacing="1" w:line="360" w:lineRule="auto"/>
        <w:rPr>
          <w:rFonts w:ascii="Arial" w:hAnsi="Arial" w:eastAsia="Times New Roman" w:cs="Arial"/>
          <w:b/>
          <w:sz w:val="24"/>
          <w:szCs w:val="24"/>
          <w:lang w:val="eu-ES" w:eastAsia="eu-ES"/>
        </w:rPr>
      </w:pPr>
      <w:r w:rsidRPr="006B5319">
        <w:rPr>
          <w:rFonts w:ascii="Arial" w:hAnsi="Arial" w:eastAsia="Times New Roman" w:cs="Arial"/>
          <w:b/>
          <w:sz w:val="24"/>
          <w:szCs w:val="24"/>
          <w:lang w:val="English" w:eastAsia="eu-ES"/>
        </w:rPr>
        <w:t xml:space="preserve">Unit 5: MiR Mobile Robot (6 hours)</w:t>
      </w:r>
      <w:proofErr w:type="spellStart"/>
      <w:proofErr w:type="spellEnd"/>
    </w:p>
    <w:p xmlns:wp14="http://schemas.microsoft.com/office/word/2010/wordml" w:rsidRPr="006B5319" w:rsidR="006B5319" w:rsidP="006B5319" w:rsidRDefault="006B5319" wp14:paraId="53128261" wp14:textId="77777777">
      <w:pPr>
        <w:pStyle w:val="Zerrenda-paragrafoa"/>
        <w:spacing w:before="100" w:beforeAutospacing="1" w:after="100" w:afterAutospacing="1" w:line="360" w:lineRule="auto"/>
        <w:rPr>
          <w:rFonts w:ascii="Arial" w:hAnsi="Arial" w:eastAsia="Times New Roman" w:cs="Arial"/>
          <w:b/>
          <w:sz w:val="24"/>
          <w:szCs w:val="24"/>
          <w:lang w:val="eu-ES" w:eastAsia="eu-ES"/>
        </w:rPr>
      </w:pPr>
    </w:p>
    <w:p xmlns:wp14="http://schemas.microsoft.com/office/word/2010/wordml" w:rsidRPr="006B5319" w:rsidR="001850E1" w:rsidP="000F218A" w:rsidRDefault="001850E1" wp14:paraId="10BCC6B2"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6B5319">
        <w:rPr>
          <w:rFonts w:ascii="Arial" w:hAnsi="Arial" w:eastAsia="Times New Roman" w:cs="Arial"/>
          <w:b/>
          <w:sz w:val="24"/>
          <w:szCs w:val="24"/>
          <w:lang w:val="English" w:eastAsia="eu-ES"/>
        </w:rPr>
        <w:t>Objectives:</w:t>
      </w:r>
    </w:p>
    <w:p xmlns:wp14="http://schemas.microsoft.com/office/word/2010/wordml" w:rsidRPr="006B5319" w:rsidR="001850E1" w:rsidP="000F218A" w:rsidRDefault="001850E1" wp14:paraId="1552AB96"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MiR Robot Navigation</w:t>
      </w:r>
      <w:proofErr w:type="spellEnd"/>
    </w:p>
    <w:p xmlns:wp14="http://schemas.microsoft.com/office/word/2010/wordml" w:rsidRPr="006B5319" w:rsidR="001850E1" w:rsidP="000F218A" w:rsidRDefault="001850E1" wp14:paraId="456840D1"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Mission programming</w:t>
      </w:r>
    </w:p>
    <w:p xmlns:wp14="http://schemas.microsoft.com/office/word/2010/wordml" w:rsidR="001850E1" w:rsidP="000F218A" w:rsidRDefault="001850E1" wp14:paraId="52CA04CD"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Automatic loading/unloading</w:t>
      </w:r>
    </w:p>
    <w:p xmlns:wp14="http://schemas.microsoft.com/office/word/2010/wordml" w:rsidRPr="006B5319" w:rsidR="00031B1A" w:rsidP="00031B1A" w:rsidRDefault="00031B1A" wp14:paraId="62486C05"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Pr="006B5319" w:rsidR="001850E1" w:rsidP="000F218A" w:rsidRDefault="001850E1" wp14:paraId="0AECED06" wp14:textId="77777777">
      <w:pPr>
        <w:pStyle w:val="Zerrenda-paragrafoa"/>
        <w:numPr>
          <w:ilvl w:val="1"/>
          <w:numId w:val="9"/>
        </w:numPr>
        <w:spacing w:before="100" w:beforeAutospacing="1" w:after="100" w:afterAutospacing="1" w:line="360" w:lineRule="auto"/>
        <w:rPr>
          <w:rFonts w:ascii="Arial" w:hAnsi="Arial" w:eastAsia="Times New Roman" w:cs="Arial"/>
          <w:b/>
          <w:sz w:val="24"/>
          <w:szCs w:val="24"/>
          <w:lang w:val="eu-ES" w:eastAsia="eu-ES"/>
        </w:rPr>
      </w:pPr>
      <w:r w:rsidRPr="006B5319">
        <w:rPr>
          <w:rFonts w:ascii="Arial" w:hAnsi="Arial" w:eastAsia="Times New Roman" w:cs="Arial"/>
          <w:b/>
          <w:bCs/>
          <w:sz w:val="24"/>
          <w:szCs w:val="24"/>
          <w:lang w:val="English" w:eastAsia="eu-ES"/>
        </w:rPr>
        <w:t>Activities:</w:t>
      </w:r>
    </w:p>
    <w:p xmlns:wp14="http://schemas.microsoft.com/office/word/2010/wordml" w:rsidRPr="006B5319" w:rsidR="001850E1" w:rsidP="000F218A" w:rsidRDefault="001850E1" wp14:paraId="0E8BEE79"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Map creation</w:t>
      </w:r>
    </w:p>
    <w:p xmlns:wp14="http://schemas.microsoft.com/office/word/2010/wordml" w:rsidRPr="006B5319" w:rsidR="001850E1" w:rsidP="000F218A" w:rsidRDefault="001850E1" wp14:paraId="3184FFA3"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Waypoint and Mission Setup</w:t>
      </w:r>
      <w:proofErr w:type="spellEnd"/>
    </w:p>
    <w:p xmlns:wp14="http://schemas.microsoft.com/office/word/2010/wordml" w:rsidRPr="006B5319" w:rsidR="001850E1" w:rsidP="000F218A" w:rsidRDefault="001850E1" wp14:paraId="544F4378"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6B5319">
        <w:rPr>
          <w:rFonts w:ascii="Arial" w:hAnsi="Arial" w:eastAsia="Times New Roman" w:cs="Arial"/>
          <w:sz w:val="24"/>
          <w:szCs w:val="24"/>
          <w:lang w:val="English" w:eastAsia="eu-ES"/>
        </w:rPr>
        <w:t>Fleet Manager erabilera</w:t>
      </w:r>
      <w:proofErr w:type="spellEnd"/>
    </w:p>
    <w:p xmlns:wp14="http://schemas.microsoft.com/office/word/2010/wordml" w:rsidR="001850E1" w:rsidP="000F218A" w:rsidRDefault="001850E1" wp14:paraId="36686668"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6B5319">
        <w:rPr>
          <w:rFonts w:ascii="Arial" w:hAnsi="Arial" w:eastAsia="Times New Roman" w:cs="Arial"/>
          <w:sz w:val="24"/>
          <w:szCs w:val="24"/>
          <w:lang w:val="English" w:eastAsia="eu-ES"/>
        </w:rPr>
        <w:t>Security Sensors and Features</w:t>
      </w:r>
    </w:p>
    <w:p xmlns:wp14="http://schemas.microsoft.com/office/word/2010/wordml" w:rsidRPr="006B5319" w:rsidR="006B5319" w:rsidP="006B5319" w:rsidRDefault="006B5319" wp14:paraId="4101652C"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001850E1" w:rsidP="000F218A" w:rsidRDefault="001850E1" wp14:paraId="151915A3" wp14:textId="77777777">
      <w:pPr>
        <w:pStyle w:val="Zerrenda-paragrafoa"/>
        <w:numPr>
          <w:ilvl w:val="0"/>
          <w:numId w:val="9"/>
        </w:numPr>
        <w:spacing w:before="100" w:beforeAutospacing="1" w:after="100" w:afterAutospacing="1" w:line="360" w:lineRule="auto"/>
        <w:rPr>
          <w:rFonts w:ascii="Arial" w:hAnsi="Arial" w:eastAsia="Times New Roman" w:cs="Arial"/>
          <w:b/>
          <w:sz w:val="24"/>
          <w:szCs w:val="24"/>
          <w:lang w:val="eu-ES" w:eastAsia="eu-ES"/>
        </w:rPr>
      </w:pPr>
      <w:r w:rsidRPr="006B5319">
        <w:rPr>
          <w:rFonts w:ascii="Arial" w:hAnsi="Arial" w:eastAsia="Times New Roman" w:cs="Arial"/>
          <w:b/>
          <w:sz w:val="24"/>
          <w:szCs w:val="24"/>
          <w:lang w:val="English" w:eastAsia="eu-ES"/>
        </w:rPr>
        <w:t>Unit 6: Integrated System (8 hours)</w:t>
      </w:r>
    </w:p>
    <w:p xmlns:wp14="http://schemas.microsoft.com/office/word/2010/wordml" w:rsidRPr="006B5319" w:rsidR="00031B1A" w:rsidP="00031B1A" w:rsidRDefault="00031B1A" wp14:paraId="4B99056E" wp14:textId="77777777">
      <w:pPr>
        <w:pStyle w:val="Zerrenda-paragrafoa"/>
        <w:spacing w:before="100" w:beforeAutospacing="1" w:after="100" w:afterAutospacing="1" w:line="360" w:lineRule="auto"/>
        <w:rPr>
          <w:rFonts w:ascii="Arial" w:hAnsi="Arial" w:eastAsia="Times New Roman" w:cs="Arial"/>
          <w:b/>
          <w:sz w:val="24"/>
          <w:szCs w:val="24"/>
          <w:lang w:val="eu-ES" w:eastAsia="eu-ES"/>
        </w:rPr>
      </w:pPr>
    </w:p>
    <w:p xmlns:wp14="http://schemas.microsoft.com/office/word/2010/wordml" w:rsidRPr="00031B1A" w:rsidR="001850E1" w:rsidP="000F218A" w:rsidRDefault="001850E1" wp14:paraId="4B1E8D8B" wp14:textId="77777777">
      <w:pPr>
        <w:pStyle w:val="Zerrenda-paragrafoa"/>
        <w:numPr>
          <w:ilvl w:val="1"/>
          <w:numId w:val="9"/>
        </w:numPr>
        <w:spacing w:before="100" w:beforeAutospacing="1" w:after="100" w:afterAutospacing="1" w:line="360" w:lineRule="auto"/>
        <w:rPr>
          <w:rFonts w:ascii="Arial" w:hAnsi="Arial" w:eastAsia="Times New Roman" w:cs="Arial"/>
          <w:b/>
          <w:sz w:val="24"/>
          <w:szCs w:val="24"/>
          <w:lang w:val="eu-ES" w:eastAsia="eu-ES"/>
        </w:rPr>
      </w:pPr>
      <w:r w:rsidRPr="00031B1A">
        <w:rPr>
          <w:rFonts w:ascii="Arial" w:hAnsi="Arial" w:eastAsia="Times New Roman" w:cs="Arial"/>
          <w:b/>
          <w:bCs/>
          <w:sz w:val="24"/>
          <w:szCs w:val="24"/>
          <w:lang w:val="English" w:eastAsia="eu-ES"/>
        </w:rPr>
        <w:t>Objectives:</w:t>
      </w:r>
    </w:p>
    <w:p xmlns:wp14="http://schemas.microsoft.com/office/word/2010/wordml" w:rsidRPr="00031B1A" w:rsidR="001850E1" w:rsidP="000F218A" w:rsidRDefault="001850E1" wp14:paraId="47A1BB79"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Communication of all components</w:t>
      </w:r>
    </w:p>
    <w:p xmlns:wp14="http://schemas.microsoft.com/office/word/2010/wordml" w:rsidRPr="00031B1A" w:rsidR="001850E1" w:rsidP="000F218A" w:rsidRDefault="001850E1" wp14:paraId="44CE495E"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Development of an integrated sequence</w:t>
      </w:r>
    </w:p>
    <w:p xmlns:wp14="http://schemas.microsoft.com/office/word/2010/wordml" w:rsidR="001850E1" w:rsidP="000F218A" w:rsidRDefault="001850E1" wp14:paraId="29EEBCBA"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Testing and optimization</w:t>
      </w:r>
    </w:p>
    <w:p xmlns:wp14="http://schemas.microsoft.com/office/word/2010/wordml" w:rsidRPr="00031B1A" w:rsidR="00031B1A" w:rsidP="00031B1A" w:rsidRDefault="00031B1A" wp14:paraId="1299C43A"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Pr="00031B1A" w:rsidR="001850E1" w:rsidP="000F218A" w:rsidRDefault="001850E1" wp14:paraId="29900619"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031B1A">
        <w:rPr>
          <w:rFonts w:ascii="Arial" w:hAnsi="Arial" w:eastAsia="Times New Roman" w:cs="Arial"/>
          <w:b/>
          <w:sz w:val="24"/>
          <w:szCs w:val="24"/>
          <w:lang w:val="English" w:eastAsia="eu-ES"/>
        </w:rPr>
        <w:t>Activities:</w:t>
      </w:r>
    </w:p>
    <w:p xmlns:wp14="http://schemas.microsoft.com/office/word/2010/wordml" w:rsidRPr="00031B1A" w:rsidR="001850E1" w:rsidP="000F218A" w:rsidRDefault="001850E1" wp14:paraId="6AD9438A"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Configuring Communication Protocols</w:t>
      </w:r>
    </w:p>
    <w:p xmlns:wp14="http://schemas.microsoft.com/office/word/2010/wordml" w:rsidRPr="00031B1A" w:rsidR="001850E1" w:rsidP="000F218A" w:rsidRDefault="001850E1" wp14:paraId="4668197D"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Interaction Scheduling</w:t>
      </w:r>
    </w:p>
    <w:p xmlns:wp14="http://schemas.microsoft.com/office/word/2010/wordml" w:rsidRPr="00031B1A" w:rsidR="001850E1" w:rsidP="000F218A" w:rsidRDefault="001850E1" wp14:paraId="3C1BB517"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Integrated Testing</w:t>
      </w:r>
    </w:p>
    <w:p xmlns:wp14="http://schemas.microsoft.com/office/word/2010/wordml" w:rsidR="001850E1" w:rsidP="000F218A" w:rsidRDefault="001850E1" wp14:paraId="3DDDB7EB"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Error diagnosis</w:t>
      </w:r>
    </w:p>
    <w:p xmlns:wp14="http://schemas.microsoft.com/office/word/2010/wordml" w:rsidRPr="00031B1A" w:rsidR="00031B1A" w:rsidP="00031B1A" w:rsidRDefault="00031B1A" wp14:paraId="4DDBEF00"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Pr="00031B1A" w:rsidR="001850E1" w:rsidP="000F218A" w:rsidRDefault="001850E1" wp14:paraId="45FFBA99" wp14:textId="77777777">
      <w:pPr>
        <w:pStyle w:val="Zerrenda-paragrafoa"/>
        <w:numPr>
          <w:ilvl w:val="0"/>
          <w:numId w:val="9"/>
        </w:numPr>
        <w:spacing w:before="100" w:beforeAutospacing="1" w:after="100" w:afterAutospacing="1" w:line="360" w:lineRule="auto"/>
        <w:rPr>
          <w:lang w:val="es-ES"/>
        </w:rPr>
      </w:pPr>
      <w:r w:rsidRPr="00031B1A">
        <w:rPr>
          <w:rFonts w:ascii="Arial" w:hAnsi="Arial" w:eastAsia="Times New Roman" w:cs="Arial"/>
          <w:b/>
          <w:sz w:val="24"/>
          <w:szCs w:val="24"/>
          <w:lang w:val="English" w:eastAsia="eu-ES"/>
        </w:rPr>
        <w:t xml:space="preserve">Unit 7: Digital Twin and Simuma (4 hours)</w:t>
      </w:r>
      <w:proofErr w:type="spellStart"/>
      <w:proofErr w:type="spellEnd"/>
      <w:proofErr w:type="spellStart"/>
      <w:proofErr w:type="spellEnd"/>
    </w:p>
    <w:p xmlns:wp14="http://schemas.microsoft.com/office/word/2010/wordml" w:rsidRPr="001850E1" w:rsidR="00031B1A" w:rsidP="00031B1A" w:rsidRDefault="00031B1A" wp14:paraId="3461D779" wp14:textId="77777777">
      <w:pPr>
        <w:pStyle w:val="Zerrenda-paragrafoa"/>
        <w:spacing w:before="100" w:beforeAutospacing="1" w:after="100" w:afterAutospacing="1" w:line="360" w:lineRule="auto"/>
        <w:rPr>
          <w:lang w:val="es-ES"/>
        </w:rPr>
      </w:pPr>
    </w:p>
    <w:p xmlns:wp14="http://schemas.microsoft.com/office/word/2010/wordml" w:rsidRPr="00031B1A" w:rsidR="001850E1" w:rsidP="000F218A" w:rsidRDefault="001850E1" wp14:paraId="788AE88A" wp14:textId="77777777">
      <w:pPr>
        <w:pStyle w:val="Zerrenda-paragrafoa"/>
        <w:numPr>
          <w:ilvl w:val="1"/>
          <w:numId w:val="9"/>
        </w:numPr>
        <w:spacing w:before="100" w:beforeAutospacing="1" w:after="100" w:afterAutospacing="1" w:line="360" w:lineRule="auto"/>
        <w:rPr>
          <w:rFonts w:ascii="Arial" w:hAnsi="Arial" w:eastAsia="Times New Roman" w:cs="Arial"/>
          <w:b/>
          <w:sz w:val="24"/>
          <w:szCs w:val="24"/>
          <w:lang w:val="eu-ES" w:eastAsia="eu-ES"/>
        </w:rPr>
      </w:pPr>
      <w:r w:rsidRPr="00031B1A">
        <w:rPr>
          <w:rFonts w:ascii="Arial" w:hAnsi="Arial" w:eastAsia="Times New Roman" w:cs="Arial"/>
          <w:b/>
          <w:bCs/>
          <w:sz w:val="24"/>
          <w:szCs w:val="24"/>
          <w:lang w:val="English" w:eastAsia="eu-ES"/>
        </w:rPr>
        <w:t>Objectives:</w:t>
      </w:r>
    </w:p>
    <w:p xmlns:wp14="http://schemas.microsoft.com/office/word/2010/wordml" w:rsidRPr="00031B1A" w:rsidR="001850E1" w:rsidP="000F218A" w:rsidRDefault="001850E1" wp14:paraId="7B329D63"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Use of virtual simulation</w:t>
      </w:r>
    </w:p>
    <w:p xmlns:wp14="http://schemas.microsoft.com/office/word/2010/wordml" w:rsidRPr="00031B1A" w:rsidR="001850E1" w:rsidP="000F218A" w:rsidRDefault="001850E1" wp14:paraId="178482D4"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031B1A">
        <w:rPr>
          <w:rFonts w:ascii="Arial" w:hAnsi="Arial" w:eastAsia="Times New Roman" w:cs="Arial"/>
          <w:sz w:val="24"/>
          <w:szCs w:val="24"/>
          <w:lang w:val="English" w:eastAsia="eu-ES"/>
        </w:rPr>
        <w:t>Carrying out pre-tests</w:t>
      </w:r>
      <w:proofErr w:type="spellEnd"/>
    </w:p>
    <w:p xmlns:wp14="http://schemas.microsoft.com/office/word/2010/wordml" w:rsidR="001850E1" w:rsidP="000F218A" w:rsidRDefault="001850E1" wp14:paraId="3BECCC91"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Optimization through simulation</w:t>
      </w:r>
    </w:p>
    <w:p xmlns:wp14="http://schemas.microsoft.com/office/word/2010/wordml" w:rsidRPr="00031B1A" w:rsidR="00031B1A" w:rsidP="00031B1A" w:rsidRDefault="00031B1A" wp14:paraId="3CF2D8B6"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Pr="00031B1A" w:rsidR="001850E1" w:rsidP="000F218A" w:rsidRDefault="001850E1" wp14:paraId="6CA18DCA"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031B1A">
        <w:rPr>
          <w:rFonts w:ascii="Arial" w:hAnsi="Arial" w:eastAsia="Times New Roman" w:cs="Arial"/>
          <w:b/>
          <w:sz w:val="24"/>
          <w:szCs w:val="24"/>
          <w:lang w:val="English" w:eastAsia="eu-ES"/>
        </w:rPr>
        <w:t>Activities:</w:t>
      </w:r>
    </w:p>
    <w:p xmlns:wp14="http://schemas.microsoft.com/office/word/2010/wordml" w:rsidRPr="00031B1A" w:rsidR="001850E1" w:rsidP="000F218A" w:rsidRDefault="001850E1" wp14:paraId="71970568"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031B1A">
        <w:rPr>
          <w:rFonts w:ascii="Arial" w:hAnsi="Arial" w:eastAsia="Times New Roman" w:cs="Arial"/>
          <w:sz w:val="24"/>
          <w:szCs w:val="24"/>
          <w:lang w:val="English" w:eastAsia="eu-ES"/>
        </w:rPr>
        <w:t>Knowledge of the environment from Simuma</w:t>
      </w:r>
      <w:proofErr w:type="spellEnd"/>
    </w:p>
    <w:p xmlns:wp14="http://schemas.microsoft.com/office/word/2010/wordml" w:rsidRPr="00031B1A" w:rsidR="001850E1" w:rsidP="000F218A" w:rsidRDefault="001850E1" wp14:paraId="3561589C"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Using the Virtual System</w:t>
      </w:r>
    </w:p>
    <w:p xmlns:wp14="http://schemas.microsoft.com/office/word/2010/wordml" w:rsidR="001850E1" w:rsidP="000F218A" w:rsidRDefault="001850E1" wp14:paraId="1D5294A6" wp14:textId="77777777">
      <w:pPr>
        <w:pStyle w:val="Zerrenda-paragrafoa"/>
        <w:numPr>
          <w:ilvl w:val="2"/>
          <w:numId w:val="9"/>
        </w:numPr>
        <w:spacing w:before="100" w:beforeAutospacing="1" w:after="100" w:afterAutospacing="1" w:line="360" w:lineRule="auto"/>
        <w:rPr>
          <w:rFonts w:ascii="Arial" w:hAnsi="Arial" w:eastAsia="Times New Roman" w:cs="Arial"/>
          <w:sz w:val="24"/>
          <w:szCs w:val="24"/>
          <w:lang w:val="eu-ES" w:eastAsia="eu-ES"/>
        </w:rPr>
      </w:pPr>
      <w:r w:rsidRPr="00031B1A">
        <w:rPr>
          <w:rFonts w:ascii="Arial" w:hAnsi="Arial" w:eastAsia="Times New Roman" w:cs="Arial"/>
          <w:sz w:val="24"/>
          <w:szCs w:val="24"/>
          <w:lang w:val="English" w:eastAsia="eu-ES"/>
        </w:rPr>
        <w:t>Simulation and comparison of reality</w:t>
      </w:r>
    </w:p>
    <w:p xmlns:wp14="http://schemas.microsoft.com/office/word/2010/wordml" w:rsidRPr="00031B1A" w:rsidR="00031B1A" w:rsidP="00031B1A" w:rsidRDefault="00031B1A" wp14:paraId="0FB78278" wp14:textId="77777777">
      <w:pPr>
        <w:pStyle w:val="Zerrenda-paragrafoa"/>
        <w:spacing w:before="100" w:beforeAutospacing="1" w:after="100" w:afterAutospacing="1" w:line="360" w:lineRule="auto"/>
        <w:ind w:left="2160"/>
        <w:rPr>
          <w:rFonts w:ascii="Arial" w:hAnsi="Arial" w:eastAsia="Times New Roman" w:cs="Arial"/>
          <w:sz w:val="24"/>
          <w:szCs w:val="24"/>
          <w:lang w:val="eu-ES" w:eastAsia="eu-ES"/>
        </w:rPr>
      </w:pPr>
    </w:p>
    <w:p xmlns:wp14="http://schemas.microsoft.com/office/word/2010/wordml" w:rsidR="001850E1" w:rsidP="000F218A" w:rsidRDefault="001850E1" wp14:paraId="7F5A8B87" wp14:textId="77777777">
      <w:pPr>
        <w:pStyle w:val="Zerrenda-paragrafoa"/>
        <w:numPr>
          <w:ilvl w:val="0"/>
          <w:numId w:val="9"/>
        </w:numPr>
        <w:spacing w:before="100" w:beforeAutospacing="1" w:after="100" w:afterAutospacing="1" w:line="360" w:lineRule="auto"/>
        <w:rPr>
          <w:rFonts w:ascii="Arial" w:hAnsi="Arial" w:eastAsia="Times New Roman" w:cs="Arial"/>
          <w:b/>
          <w:sz w:val="24"/>
          <w:szCs w:val="24"/>
          <w:lang w:val="eu-ES" w:eastAsia="eu-ES"/>
        </w:rPr>
      </w:pPr>
      <w:r w:rsidRPr="00031B1A">
        <w:rPr>
          <w:rFonts w:ascii="Arial" w:hAnsi="Arial" w:eastAsia="Times New Roman" w:cs="Arial"/>
          <w:b/>
          <w:sz w:val="24"/>
          <w:szCs w:val="24"/>
          <w:lang w:val="English" w:eastAsia="eu-ES"/>
        </w:rPr>
        <w:t>Unit 8: Applied Project (10 hours)</w:t>
      </w:r>
    </w:p>
    <w:p xmlns:wp14="http://schemas.microsoft.com/office/word/2010/wordml" w:rsidRPr="00031B1A" w:rsidR="00031B1A" w:rsidP="00031B1A" w:rsidRDefault="00031B1A" wp14:paraId="1FC39945" wp14:textId="77777777">
      <w:pPr>
        <w:pStyle w:val="Zerrenda-paragrafoa"/>
        <w:spacing w:before="100" w:beforeAutospacing="1" w:after="100" w:afterAutospacing="1" w:line="360" w:lineRule="auto"/>
        <w:rPr>
          <w:rFonts w:ascii="Arial" w:hAnsi="Arial" w:eastAsia="Times New Roman" w:cs="Arial"/>
          <w:b/>
          <w:sz w:val="24"/>
          <w:szCs w:val="24"/>
          <w:lang w:val="eu-ES" w:eastAsia="eu-ES"/>
        </w:rPr>
      </w:pPr>
    </w:p>
    <w:p xmlns:wp14="http://schemas.microsoft.com/office/word/2010/wordml" w:rsidRPr="00031B1A" w:rsidR="001850E1" w:rsidP="000F218A" w:rsidRDefault="001850E1" wp14:paraId="6B02BEC5"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031B1A">
        <w:rPr>
          <w:rFonts w:ascii="Arial" w:hAnsi="Arial" w:eastAsia="Times New Roman" w:cs="Arial"/>
          <w:b/>
          <w:sz w:val="24"/>
          <w:szCs w:val="24"/>
          <w:lang w:val="English" w:eastAsia="eu-ES"/>
        </w:rPr>
        <w:t>Objectives:</w:t>
      </w:r>
    </w:p>
    <w:p xmlns:wp14="http://schemas.microsoft.com/office/word/2010/wordml" w:rsidRPr="00031B1A" w:rsidR="001850E1" w:rsidP="000F218A" w:rsidRDefault="001850E1" wp14:paraId="670CA724"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Apply what you learn in a project</w:t>
      </w:r>
    </w:p>
    <w:p xmlns:wp14="http://schemas.microsoft.com/office/word/2010/wordml" w:rsidRPr="00031B1A" w:rsidR="001850E1" w:rsidP="000F218A" w:rsidRDefault="001850E1" wp14:paraId="03155931"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Teamwork</w:t>
      </w:r>
    </w:p>
    <w:p xmlns:wp14="http://schemas.microsoft.com/office/word/2010/wordml" w:rsidR="001850E1" w:rsidP="000F218A" w:rsidRDefault="001850E1" wp14:paraId="30874E14"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Presentation of results</w:t>
      </w:r>
    </w:p>
    <w:p xmlns:wp14="http://schemas.microsoft.com/office/word/2010/wordml" w:rsidRPr="00031B1A" w:rsidR="00031B1A" w:rsidP="00031B1A" w:rsidRDefault="00031B1A" wp14:paraId="0562CB0E" wp14:textId="77777777">
      <w:pPr>
        <w:pStyle w:val="Zerrenda-paragrafoa"/>
        <w:spacing w:before="100" w:beforeAutospacing="1" w:after="100" w:afterAutospacing="1" w:line="360" w:lineRule="auto"/>
        <w:ind w:left="2160"/>
        <w:rPr>
          <w:rFonts w:ascii="Arial" w:hAnsi="Arial" w:eastAsia="Times New Roman" w:cs="Arial"/>
          <w:bCs/>
          <w:sz w:val="24"/>
          <w:szCs w:val="24"/>
          <w:lang w:val="eu-ES" w:eastAsia="eu-ES"/>
        </w:rPr>
      </w:pPr>
    </w:p>
    <w:p xmlns:wp14="http://schemas.microsoft.com/office/word/2010/wordml" w:rsidRPr="00031B1A" w:rsidR="001850E1" w:rsidP="000F218A" w:rsidRDefault="001850E1" wp14:paraId="4A1CA1F1" wp14:textId="77777777">
      <w:pPr>
        <w:pStyle w:val="Zerrenda-paragrafoa"/>
        <w:numPr>
          <w:ilvl w:val="1"/>
          <w:numId w:val="9"/>
        </w:numPr>
        <w:spacing w:before="100" w:beforeAutospacing="1" w:after="100" w:afterAutospacing="1" w:line="360" w:lineRule="auto"/>
        <w:rPr>
          <w:rFonts w:ascii="Arial" w:hAnsi="Arial" w:eastAsia="Times New Roman" w:cs="Arial"/>
          <w:b/>
          <w:bCs/>
          <w:sz w:val="24"/>
          <w:szCs w:val="24"/>
          <w:lang w:val="eu-ES" w:eastAsia="eu-ES"/>
        </w:rPr>
      </w:pPr>
      <w:r w:rsidRPr="00031B1A">
        <w:rPr>
          <w:rFonts w:ascii="Arial" w:hAnsi="Arial" w:eastAsia="Times New Roman" w:cs="Arial"/>
          <w:b/>
          <w:sz w:val="24"/>
          <w:szCs w:val="24"/>
          <w:lang w:val="English" w:eastAsia="eu-ES"/>
        </w:rPr>
        <w:t>Activities:</w:t>
      </w:r>
    </w:p>
    <w:p xmlns:wp14="http://schemas.microsoft.com/office/word/2010/wordml" w:rsidRPr="00031B1A" w:rsidR="001850E1" w:rsidP="000F218A" w:rsidRDefault="001850E1" wp14:paraId="56D6A559"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Project planning</w:t>
      </w:r>
    </w:p>
    <w:p xmlns:wp14="http://schemas.microsoft.com/office/word/2010/wordml" w:rsidRPr="00031B1A" w:rsidR="001850E1" w:rsidP="000F218A" w:rsidRDefault="001850E1" wp14:paraId="4E1680C4"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Assembly and integration</w:t>
      </w:r>
    </w:p>
    <w:p xmlns:wp14="http://schemas.microsoft.com/office/word/2010/wordml" w:rsidRPr="00031B1A" w:rsidR="001850E1" w:rsidP="000F218A" w:rsidRDefault="001850E1" wp14:paraId="0538769F"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Testing and consolidation work</w:t>
      </w:r>
    </w:p>
    <w:p xmlns:wp14="http://schemas.microsoft.com/office/word/2010/wordml" w:rsidRPr="00031B1A" w:rsidR="001850E1" w:rsidP="000F218A" w:rsidRDefault="001850E1" wp14:paraId="293E3735" wp14:textId="77777777">
      <w:pPr>
        <w:pStyle w:val="Zerrenda-paragrafoa"/>
        <w:numPr>
          <w:ilvl w:val="2"/>
          <w:numId w:val="9"/>
        </w:numPr>
        <w:spacing w:before="100" w:beforeAutospacing="1" w:after="100" w:afterAutospacing="1" w:line="360" w:lineRule="auto"/>
        <w:rPr>
          <w:rFonts w:ascii="Arial" w:hAnsi="Arial" w:eastAsia="Times New Roman" w:cs="Arial"/>
          <w:bCs/>
          <w:sz w:val="24"/>
          <w:szCs w:val="24"/>
          <w:lang w:val="eu-ES" w:eastAsia="eu-ES"/>
        </w:rPr>
      </w:pPr>
      <w:r w:rsidRPr="00031B1A">
        <w:rPr>
          <w:rFonts w:ascii="Arial" w:hAnsi="Arial" w:eastAsia="Times New Roman" w:cs="Arial"/>
          <w:bCs/>
          <w:sz w:val="24"/>
          <w:szCs w:val="24"/>
          <w:lang w:val="English" w:eastAsia="eu-ES"/>
        </w:rPr>
        <w:t>Presentation and evaluation</w:t>
      </w:r>
    </w:p>
    <w:p xmlns:wp14="http://schemas.microsoft.com/office/word/2010/wordml" w:rsidRPr="00873731" w:rsidR="001850E1" w:rsidP="000F218A" w:rsidRDefault="001850E1" wp14:paraId="5CD6898A" wp14:textId="77777777">
      <w:pPr>
        <w:pStyle w:val="1izenburua"/>
        <w:numPr>
          <w:ilvl w:val="0"/>
          <w:numId w:val="7"/>
        </w:numPr>
        <w:spacing w:line="360" w:lineRule="auto"/>
        <w:rPr>
          <w:rFonts w:ascii="Arial" w:hAnsi="Arial" w:cs="Arial"/>
          <w:szCs w:val="24"/>
          <w:lang w:val="eu-ES"/>
        </w:rPr>
      </w:pPr>
      <w:bookmarkStart w:name="_Toc202769030" w:id="10"/>
      <w:r w:rsidRPr="00873731">
        <w:rPr>
          <w:rFonts w:ascii="Arial" w:hAnsi="Arial" w:cs="Arial"/>
          <w:szCs w:val="24"/>
          <w:lang w:val="English"/>
        </w:rPr>
        <w:t>Evaluation</w:t>
      </w:r>
      <w:bookmarkEnd w:id="10"/>
    </w:p>
    <w:p xmlns:wp14="http://schemas.microsoft.com/office/word/2010/wordml" w:rsidRPr="00873731" w:rsidR="001850E1" w:rsidP="00873731" w:rsidRDefault="001850E1" wp14:paraId="2AEF0AE0" wp14:textId="77777777">
      <w:pPr>
        <w:spacing w:before="100" w:beforeAutospacing="1" w:after="100" w:afterAutospacing="1" w:line="360" w:lineRule="auto"/>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It will be a continuous and formative evaluation, with the aim of improving the student's learning process.</w:t>
      </w:r>
    </w:p>
    <w:p xmlns:wp14="http://schemas.microsoft.com/office/word/2010/wordml" w:rsidR="001850E1" w:rsidP="00873731" w:rsidRDefault="001850E1" wp14:paraId="7219A907" wp14:textId="77777777">
      <w:pPr>
        <w:pStyle w:val="1izenburua"/>
        <w:spacing w:line="360" w:lineRule="auto"/>
        <w:ind w:left="360"/>
        <w:rPr>
          <w:rFonts w:ascii="Arial" w:hAnsi="Arial" w:cs="Arial"/>
          <w:szCs w:val="24"/>
          <w:lang w:val="eu-ES"/>
        </w:rPr>
      </w:pPr>
      <w:bookmarkStart w:name="_Toc202769031" w:id="11"/>
      <w:r w:rsidRPr="00873731">
        <w:rPr>
          <w:rFonts w:ascii="Arial" w:hAnsi="Arial" w:cs="Arial"/>
          <w:szCs w:val="24"/>
          <w:lang w:val="English"/>
        </w:rPr>
        <w:t>Evaluation criteria:</w:t>
      </w:r>
      <w:bookmarkEnd w:id="11"/>
    </w:p>
    <w:p xmlns:wp14="http://schemas.microsoft.com/office/word/2010/wordml" w:rsidRPr="00873731" w:rsidR="00873731" w:rsidP="00873731" w:rsidRDefault="00873731" wp14:paraId="34CE0A41" wp14:textId="77777777">
      <w:pPr>
        <w:rPr>
          <w:lang w:val="eu-ES"/>
        </w:rPr>
      </w:pPr>
    </w:p>
    <w:tbl>
      <w:tblPr>
        <w:tblStyle w:val="5sareta-taulailuna-1enfasia"/>
        <w:tblW w:w="0" w:type="auto"/>
        <w:jc w:val="center"/>
        <w:tblLook w:val="04A0" w:firstRow="1" w:lastRow="0" w:firstColumn="1" w:lastColumn="0" w:noHBand="0" w:noVBand="1"/>
      </w:tblPr>
      <w:tblGrid>
        <w:gridCol w:w="2256"/>
        <w:gridCol w:w="5998"/>
        <w:gridCol w:w="857"/>
      </w:tblGrid>
      <w:tr xmlns:wp14="http://schemas.microsoft.com/office/word/2010/wordml" w:rsidRPr="00873731" w:rsidR="001850E1" w:rsidTr="00BC4248" wp14:paraId="1015532B" wp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873731" w:rsidR="001850E1" w:rsidP="00873731" w:rsidRDefault="001850E1" wp14:paraId="0F510780" wp14:textId="77777777">
            <w:pPr>
              <w:spacing w:before="100" w:beforeAutospacing="1" w:after="100" w:afterAutospacing="1" w:line="360" w:lineRule="auto"/>
              <w:jc w:val="center"/>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Area</w:t>
            </w:r>
          </w:p>
        </w:tc>
        <w:tc>
          <w:tcPr>
            <w:tcW w:w="0" w:type="auto"/>
            <w:hideMark/>
          </w:tcPr>
          <w:p w:rsidRPr="00873731" w:rsidR="001850E1" w:rsidP="00873731" w:rsidRDefault="001850E1" wp14:paraId="602842D8" wp14:textId="77777777">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Indicators</w:t>
            </w:r>
          </w:p>
        </w:tc>
        <w:tc>
          <w:tcPr>
            <w:tcW w:w="0" w:type="auto"/>
            <w:hideMark/>
          </w:tcPr>
          <w:p w:rsidRPr="00873731" w:rsidR="001850E1" w:rsidP="00873731" w:rsidRDefault="001850E1" wp14:paraId="48F4A5F5" wp14:textId="77777777">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Weight</w:t>
            </w:r>
          </w:p>
        </w:tc>
      </w:tr>
      <w:tr xmlns:wp14="http://schemas.microsoft.com/office/word/2010/wordml" w:rsidRPr="00873731" w:rsidR="001850E1" w:rsidTr="00BC4248" wp14:paraId="50FCC1C1"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873731" w:rsidR="001850E1" w:rsidP="00873731" w:rsidRDefault="001850E1" wp14:paraId="16223098" wp14:textId="77777777">
            <w:pPr>
              <w:spacing w:before="100" w:beforeAutospacing="1" w:after="100" w:afterAutospacing="1" w:line="360" w:lineRule="auto"/>
              <w:rPr>
                <w:rFonts w:ascii="Arial" w:hAnsi="Arial" w:eastAsia="Times New Roman" w:cs="Arial"/>
                <w:sz w:val="24"/>
                <w:szCs w:val="24"/>
                <w:lang w:val="eu-ES" w:eastAsia="eu-ES"/>
              </w:rPr>
            </w:pPr>
            <w:r w:rsidRPr="00873731">
              <w:rPr>
                <w:rFonts w:ascii="Arial" w:hAnsi="Arial" w:eastAsia="Times New Roman" w:cs="Arial"/>
                <w:bCs w:val="0"/>
                <w:sz w:val="24"/>
                <w:szCs w:val="24"/>
                <w:lang w:val="English" w:eastAsia="eu-ES"/>
              </w:rPr>
              <w:t>Technical Knowledge</w:t>
            </w:r>
          </w:p>
        </w:tc>
        <w:tc>
          <w:tcPr>
            <w:tcW w:w="0" w:type="auto"/>
            <w:hideMark/>
          </w:tcPr>
          <w:p w:rsidRPr="00873731" w:rsidR="001850E1" w:rsidP="00873731" w:rsidRDefault="001850E1" wp14:paraId="6E33B067" wp14:textId="77777777">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System configuration and correct programming</w:t>
            </w:r>
          </w:p>
        </w:tc>
        <w:tc>
          <w:tcPr>
            <w:tcW w:w="0" w:type="auto"/>
            <w:vAlign w:val="center"/>
            <w:hideMark/>
          </w:tcPr>
          <w:p w:rsidRPr="00873731" w:rsidR="001850E1" w:rsidP="00873731" w:rsidRDefault="001850E1" wp14:paraId="498DFBC8" wp14:textId="77777777">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24"/>
                <w:szCs w:val="24"/>
                <w:lang w:val="eu-ES" w:eastAsia="eu-ES"/>
              </w:rPr>
            </w:pPr>
            <w:r w:rsidRPr="00873731">
              <w:rPr>
                <w:rFonts w:ascii="Arial" w:hAnsi="Arial" w:eastAsia="Times New Roman" w:cs="Arial"/>
                <w:b/>
                <w:sz w:val="24"/>
                <w:szCs w:val="24"/>
                <w:lang w:val="English" w:eastAsia="eu-ES"/>
              </w:rPr>
              <w:t>30%</w:t>
            </w:r>
          </w:p>
        </w:tc>
      </w:tr>
      <w:tr xmlns:wp14="http://schemas.microsoft.com/office/word/2010/wordml" w:rsidRPr="00873731" w:rsidR="001850E1" w:rsidTr="00BC4248" wp14:paraId="4FA325F2"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873731" w:rsidR="001850E1" w:rsidP="00873731" w:rsidRDefault="001850E1" wp14:paraId="3274DC6A" wp14:textId="77777777">
            <w:pPr>
              <w:spacing w:before="100" w:beforeAutospacing="1" w:after="100" w:afterAutospacing="1" w:line="360" w:lineRule="auto"/>
              <w:rPr>
                <w:rFonts w:ascii="Arial" w:hAnsi="Arial" w:eastAsia="Times New Roman" w:cs="Arial"/>
                <w:sz w:val="24"/>
                <w:szCs w:val="24"/>
                <w:lang w:val="eu-ES" w:eastAsia="eu-ES"/>
              </w:rPr>
            </w:pPr>
            <w:r w:rsidRPr="00873731">
              <w:rPr>
                <w:rFonts w:ascii="Arial" w:hAnsi="Arial" w:eastAsia="Times New Roman" w:cs="Arial"/>
                <w:bCs w:val="0"/>
                <w:sz w:val="24"/>
                <w:szCs w:val="24"/>
                <w:lang w:val="English" w:eastAsia="eu-ES"/>
              </w:rPr>
              <w:t>Application</w:t>
            </w:r>
          </w:p>
        </w:tc>
        <w:tc>
          <w:tcPr>
            <w:tcW w:w="0" w:type="auto"/>
            <w:hideMark/>
          </w:tcPr>
          <w:p w:rsidRPr="00873731" w:rsidR="001850E1" w:rsidP="00873731" w:rsidRDefault="001850E1" wp14:paraId="4B0B7BA3" wp14:textId="77777777">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System Integration and Project Outcomes</w:t>
            </w:r>
          </w:p>
        </w:tc>
        <w:tc>
          <w:tcPr>
            <w:tcW w:w="0" w:type="auto"/>
            <w:vAlign w:val="center"/>
            <w:hideMark/>
          </w:tcPr>
          <w:p w:rsidRPr="00873731" w:rsidR="001850E1" w:rsidP="00873731" w:rsidRDefault="001850E1" wp14:paraId="263416A3" wp14:textId="77777777">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lang w:val="eu-ES" w:eastAsia="eu-ES"/>
              </w:rPr>
            </w:pPr>
            <w:r w:rsidRPr="00873731">
              <w:rPr>
                <w:rFonts w:ascii="Arial" w:hAnsi="Arial" w:eastAsia="Times New Roman" w:cs="Arial"/>
                <w:b/>
                <w:sz w:val="24"/>
                <w:szCs w:val="24"/>
                <w:lang w:val="English" w:eastAsia="eu-ES"/>
              </w:rPr>
              <w:t>40%</w:t>
            </w:r>
          </w:p>
        </w:tc>
      </w:tr>
      <w:tr xmlns:wp14="http://schemas.microsoft.com/office/word/2010/wordml" w:rsidRPr="00873731" w:rsidR="001850E1" w:rsidTr="00BC4248" wp14:paraId="65797CE9"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873731" w:rsidR="001850E1" w:rsidP="00873731" w:rsidRDefault="001850E1" wp14:paraId="714F91A4" wp14:textId="77777777">
            <w:pPr>
              <w:spacing w:before="100" w:beforeAutospacing="1" w:after="100" w:afterAutospacing="1" w:line="360" w:lineRule="auto"/>
              <w:rPr>
                <w:rFonts w:ascii="Arial" w:hAnsi="Arial" w:eastAsia="Times New Roman" w:cs="Arial"/>
                <w:sz w:val="24"/>
                <w:szCs w:val="24"/>
                <w:lang w:val="eu-ES" w:eastAsia="eu-ES"/>
              </w:rPr>
            </w:pPr>
            <w:r w:rsidRPr="00873731">
              <w:rPr>
                <w:rFonts w:ascii="Arial" w:hAnsi="Arial" w:eastAsia="Times New Roman" w:cs="Arial"/>
                <w:bCs w:val="0"/>
                <w:sz w:val="24"/>
                <w:szCs w:val="24"/>
                <w:lang w:val="English" w:eastAsia="eu-ES"/>
              </w:rPr>
              <w:t>Documentation</w:t>
            </w:r>
          </w:p>
        </w:tc>
        <w:tc>
          <w:tcPr>
            <w:tcW w:w="0" w:type="auto"/>
            <w:hideMark/>
          </w:tcPr>
          <w:p w:rsidRPr="00873731" w:rsidR="001850E1" w:rsidP="00873731" w:rsidRDefault="001850E1" wp14:paraId="6FBF5C4E" wp14:textId="77777777">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Technical report, photographs, explanation of operation</w:t>
            </w:r>
          </w:p>
        </w:tc>
        <w:tc>
          <w:tcPr>
            <w:tcW w:w="0" w:type="auto"/>
            <w:vAlign w:val="center"/>
            <w:hideMark/>
          </w:tcPr>
          <w:p w:rsidRPr="00873731" w:rsidR="001850E1" w:rsidP="00873731" w:rsidRDefault="001850E1" wp14:paraId="17DCED26" wp14:textId="77777777">
            <w:pPr>
              <w:spacing w:before="100" w:beforeAutospacing="1"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sz w:val="24"/>
                <w:szCs w:val="24"/>
                <w:lang w:val="eu-ES" w:eastAsia="eu-ES"/>
              </w:rPr>
            </w:pPr>
            <w:r w:rsidRPr="00873731">
              <w:rPr>
                <w:rFonts w:ascii="Arial" w:hAnsi="Arial" w:eastAsia="Times New Roman" w:cs="Arial"/>
                <w:b/>
                <w:sz w:val="24"/>
                <w:szCs w:val="24"/>
                <w:lang w:val="English" w:eastAsia="eu-ES"/>
              </w:rPr>
              <w:t>20%</w:t>
            </w:r>
          </w:p>
        </w:tc>
      </w:tr>
      <w:tr xmlns:wp14="http://schemas.microsoft.com/office/word/2010/wordml" w:rsidRPr="00873731" w:rsidR="001850E1" w:rsidTr="00BC4248" wp14:paraId="442890A2"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873731" w:rsidR="001850E1" w:rsidP="00873731" w:rsidRDefault="001850E1" wp14:paraId="3FC27BF8" wp14:textId="77777777">
            <w:pPr>
              <w:spacing w:before="100" w:beforeAutospacing="1" w:after="100" w:afterAutospacing="1" w:line="360" w:lineRule="auto"/>
              <w:rPr>
                <w:rFonts w:ascii="Arial" w:hAnsi="Arial" w:eastAsia="Times New Roman" w:cs="Arial"/>
                <w:sz w:val="24"/>
                <w:szCs w:val="24"/>
                <w:lang w:val="eu-ES" w:eastAsia="eu-ES"/>
              </w:rPr>
            </w:pPr>
            <w:r w:rsidRPr="00873731">
              <w:rPr>
                <w:rFonts w:ascii="Arial" w:hAnsi="Arial" w:eastAsia="Times New Roman" w:cs="Arial"/>
                <w:bCs w:val="0"/>
                <w:sz w:val="24"/>
                <w:szCs w:val="24"/>
                <w:lang w:val="English" w:eastAsia="eu-ES"/>
              </w:rPr>
              <w:t>Pose</w:t>
            </w:r>
          </w:p>
        </w:tc>
        <w:tc>
          <w:tcPr>
            <w:tcW w:w="0" w:type="auto"/>
            <w:hideMark/>
          </w:tcPr>
          <w:p w:rsidRPr="00873731" w:rsidR="001850E1" w:rsidP="00873731" w:rsidRDefault="001850E1" wp14:paraId="1CF8DBCD" wp14:textId="77777777">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873731">
              <w:rPr>
                <w:rFonts w:ascii="Arial" w:hAnsi="Arial" w:eastAsia="Times New Roman" w:cs="Arial"/>
                <w:sz w:val="24"/>
                <w:szCs w:val="24"/>
                <w:lang w:val="English" w:eastAsia="eu-ES"/>
              </w:rPr>
              <w:t>Security, cooperation, initiative, order</w:t>
            </w:r>
          </w:p>
        </w:tc>
        <w:tc>
          <w:tcPr>
            <w:tcW w:w="0" w:type="auto"/>
            <w:vAlign w:val="center"/>
            <w:hideMark/>
          </w:tcPr>
          <w:p w:rsidRPr="00873731" w:rsidR="001850E1" w:rsidP="00873731" w:rsidRDefault="001850E1" wp14:paraId="434B6B21" wp14:textId="77777777">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sz w:val="24"/>
                <w:szCs w:val="24"/>
                <w:lang w:val="eu-ES" w:eastAsia="eu-ES"/>
              </w:rPr>
            </w:pPr>
            <w:r w:rsidRPr="00873731">
              <w:rPr>
                <w:rFonts w:ascii="Arial" w:hAnsi="Arial" w:eastAsia="Times New Roman" w:cs="Arial"/>
                <w:b/>
                <w:sz w:val="24"/>
                <w:szCs w:val="24"/>
                <w:lang w:val="English" w:eastAsia="eu-ES"/>
              </w:rPr>
              <w:t>10%</w:t>
            </w:r>
          </w:p>
        </w:tc>
      </w:tr>
    </w:tbl>
    <w:p xmlns:wp14="http://schemas.microsoft.com/office/word/2010/wordml" w:rsidRPr="00873731" w:rsidR="001850E1" w:rsidP="00873731" w:rsidRDefault="001850E1" wp14:paraId="0B12F967" wp14:textId="77777777">
      <w:pPr>
        <w:pStyle w:val="1izenburua"/>
        <w:spacing w:line="360" w:lineRule="auto"/>
        <w:ind w:left="360"/>
        <w:rPr>
          <w:rFonts w:ascii="Arial" w:hAnsi="Arial" w:cs="Arial"/>
          <w:szCs w:val="24"/>
          <w:lang w:val="eu-ES"/>
        </w:rPr>
      </w:pPr>
      <w:bookmarkStart w:name="_Toc202769032" w:id="12"/>
      <w:r w:rsidRPr="00873731">
        <w:rPr>
          <w:rFonts w:ascii="Arial" w:hAnsi="Arial" w:cs="Arial"/>
          <w:szCs w:val="24"/>
          <w:lang w:val="English"/>
        </w:rPr>
        <w:t>Assessment instruments:</w:t>
      </w:r>
      <w:bookmarkEnd w:id="12"/>
    </w:p>
    <w:p xmlns:wp14="http://schemas.microsoft.com/office/word/2010/wordml" w:rsidRPr="009C5AF5" w:rsidR="001850E1" w:rsidP="000F218A" w:rsidRDefault="001850E1" wp14:paraId="6B3E02E4"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9C5AF5">
        <w:rPr>
          <w:rFonts w:ascii="Arial" w:hAnsi="Arial" w:eastAsia="Times New Roman" w:cs="Arial"/>
          <w:b/>
          <w:bCs/>
          <w:sz w:val="24"/>
          <w:szCs w:val="24"/>
          <w:lang w:val="English" w:eastAsia="eu-ES"/>
        </w:rPr>
        <w:t>Guided Practices:</w:t>
      </w:r>
      <w:r w:rsidRPr="009C5AF5">
        <w:rPr>
          <w:rFonts w:ascii="Arial" w:hAnsi="Arial" w:eastAsia="Times New Roman" w:cs="Arial"/>
          <w:sz w:val="24"/>
          <w:szCs w:val="24"/>
          <w:lang w:val="English" w:eastAsia="eu-ES"/>
        </w:rPr>
        <w:t xml:space="preserve"> Direct observation in the performance of activities</w:t>
      </w:r>
    </w:p>
    <w:p xmlns:wp14="http://schemas.microsoft.com/office/word/2010/wordml" w:rsidRPr="009C5AF5" w:rsidR="001850E1" w:rsidP="000F218A" w:rsidRDefault="001850E1" wp14:paraId="6A0FD92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9C5AF5">
        <w:rPr>
          <w:rFonts w:ascii="Arial" w:hAnsi="Arial" w:eastAsia="Times New Roman" w:cs="Arial"/>
          <w:b/>
          <w:bCs/>
          <w:sz w:val="24"/>
          <w:szCs w:val="24"/>
          <w:lang w:val="English" w:eastAsia="eu-ES"/>
        </w:rPr>
        <w:t>Integrated Project:</w:t>
      </w:r>
      <w:r w:rsidRPr="009C5AF5">
        <w:rPr>
          <w:rFonts w:ascii="Arial" w:hAnsi="Arial" w:eastAsia="Times New Roman" w:cs="Arial"/>
          <w:sz w:val="24"/>
          <w:szCs w:val="24"/>
          <w:lang w:val="English" w:eastAsia="eu-ES"/>
        </w:rPr>
        <w:t xml:space="preserve"> Final Project Evaluation</w:t>
      </w:r>
    </w:p>
    <w:p xmlns:wp14="http://schemas.microsoft.com/office/word/2010/wordml" w:rsidRPr="009C5AF5" w:rsidR="001850E1" w:rsidP="000F218A" w:rsidRDefault="001850E1" wp14:paraId="4DB3CE39"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9C5AF5">
        <w:rPr>
          <w:rFonts w:ascii="Arial" w:hAnsi="Arial" w:eastAsia="Times New Roman" w:cs="Arial"/>
          <w:b/>
          <w:bCs/>
          <w:sz w:val="24"/>
          <w:szCs w:val="24"/>
          <w:lang w:val="English" w:eastAsia="eu-ES"/>
        </w:rPr>
        <w:t>White Paper:</w:t>
      </w:r>
      <w:r w:rsidRPr="009C5AF5">
        <w:rPr>
          <w:rFonts w:ascii="Arial" w:hAnsi="Arial" w:eastAsia="Times New Roman" w:cs="Arial"/>
          <w:sz w:val="24"/>
          <w:szCs w:val="24"/>
          <w:lang w:val="English" w:eastAsia="eu-ES"/>
        </w:rPr>
        <w:t xml:space="preserve"> Written Documentation</w:t>
      </w:r>
    </w:p>
    <w:p xmlns:wp14="http://schemas.microsoft.com/office/word/2010/wordml" w:rsidRPr="009C5AF5" w:rsidR="001850E1" w:rsidP="000F218A" w:rsidRDefault="001850E1" wp14:paraId="22094A05"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9C5AF5">
        <w:rPr>
          <w:rFonts w:ascii="Arial" w:hAnsi="Arial" w:eastAsia="Times New Roman" w:cs="Arial"/>
          <w:b/>
          <w:bCs/>
          <w:sz w:val="24"/>
          <w:szCs w:val="24"/>
          <w:lang w:val="English" w:eastAsia="eu-ES"/>
        </w:rPr>
        <w:t>Oral presentation:</w:t>
      </w:r>
      <w:r w:rsidRPr="009C5AF5">
        <w:rPr>
          <w:rFonts w:ascii="Arial" w:hAnsi="Arial" w:eastAsia="Times New Roman" w:cs="Arial"/>
          <w:sz w:val="24"/>
          <w:szCs w:val="24"/>
          <w:lang w:val="English" w:eastAsia="eu-ES"/>
        </w:rPr>
        <w:t xml:space="preserve"> Group presentation</w:t>
      </w:r>
    </w:p>
    <w:p xmlns:wp14="http://schemas.microsoft.com/office/word/2010/wordml" w:rsidRPr="009C5AF5" w:rsidR="001850E1" w:rsidP="000F218A" w:rsidRDefault="001850E1" wp14:paraId="307A7B67"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9C5AF5">
        <w:rPr>
          <w:rFonts w:ascii="Arial" w:hAnsi="Arial" w:eastAsia="Times New Roman" w:cs="Arial"/>
          <w:b/>
          <w:bCs/>
          <w:sz w:val="24"/>
          <w:szCs w:val="24"/>
          <w:lang w:val="English" w:eastAsia="eu-ES"/>
        </w:rPr>
        <w:t>Self-assessment: Student reflection</w:t>
      </w:r>
      <w:r w:rsidRPr="009C5AF5">
        <w:rPr>
          <w:rFonts w:ascii="Arial" w:hAnsi="Arial" w:eastAsia="Times New Roman" w:cs="Arial"/>
          <w:sz w:val="24"/>
          <w:szCs w:val="24"/>
          <w:lang w:val="English" w:eastAsia="eu-ES"/>
        </w:rPr>
        <w:t xml:space="preserve"> </w:t>
      </w:r>
    </w:p>
    <w:p xmlns:wp14="http://schemas.microsoft.com/office/word/2010/wordml" w:rsidRPr="00E76665" w:rsidR="001850E1" w:rsidP="000F218A" w:rsidRDefault="00E76665" wp14:paraId="53588180" wp14:textId="77777777">
      <w:pPr>
        <w:pStyle w:val="1izenburua"/>
        <w:numPr>
          <w:ilvl w:val="0"/>
          <w:numId w:val="7"/>
        </w:numPr>
        <w:spacing w:line="360" w:lineRule="auto"/>
        <w:rPr>
          <w:rFonts w:ascii="Arial" w:hAnsi="Arial" w:cs="Arial"/>
          <w:szCs w:val="24"/>
          <w:lang w:val="eu-ES"/>
        </w:rPr>
      </w:pPr>
      <w:r>
        <w:rPr>
          <w:rFonts w:ascii="Arial" w:hAnsi="Arial" w:cs="Arial"/>
          <w:szCs w:val="24"/>
          <w:lang w:val="English"/>
        </w:rPr>
        <w:t xml:space="preserve"> Materials and Resources</w:t>
      </w:r>
      <w:bookmarkStart w:name="_Toc202769033" w:id="13"/>
      <w:bookmarkEnd w:id="13"/>
    </w:p>
    <w:p xmlns:wp14="http://schemas.microsoft.com/office/word/2010/wordml" w:rsidRPr="009C5AF5" w:rsidR="001850E1" w:rsidP="009C5AF5" w:rsidRDefault="001850E1" wp14:paraId="63EF35BB" wp14:textId="77777777">
      <w:pPr>
        <w:pStyle w:val="1izenburua"/>
        <w:spacing w:line="360" w:lineRule="auto"/>
        <w:ind w:left="360"/>
        <w:rPr>
          <w:rFonts w:ascii="Arial" w:hAnsi="Arial" w:cs="Arial"/>
          <w:szCs w:val="24"/>
          <w:lang w:val="eu-ES"/>
        </w:rPr>
      </w:pPr>
      <w:bookmarkStart w:name="_Toc202769034" w:id="14"/>
      <w:r w:rsidRPr="009C5AF5">
        <w:rPr>
          <w:rFonts w:ascii="Arial" w:hAnsi="Arial" w:cs="Arial"/>
          <w:szCs w:val="24"/>
          <w:lang w:val="English"/>
        </w:rPr>
        <w:t>Hardware:</w:t>
      </w:r>
      <w:bookmarkEnd w:id="14"/>
    </w:p>
    <w:p xmlns:wp14="http://schemas.microsoft.com/office/word/2010/wordml" w:rsidRPr="009C5AF5" w:rsidR="001850E1" w:rsidP="000F218A" w:rsidRDefault="001850E1" wp14:paraId="4A0608D7" wp14:textId="77777777">
      <w:pPr>
        <w:pStyle w:val="Zerrenda-paragrafoa"/>
        <w:numPr>
          <w:ilvl w:val="0"/>
          <w:numId w:val="9"/>
        </w:numPr>
        <w:spacing w:before="100" w:beforeAutospacing="1" w:after="100" w:afterAutospacing="1" w:line="360" w:lineRule="auto"/>
        <w:rPr>
          <w:rFonts w:ascii="Arial" w:hAnsi="Arial" w:eastAsia="Times New Roman" w:cs="Arial"/>
          <w:b/>
          <w:bCs/>
          <w:sz w:val="24"/>
          <w:szCs w:val="24"/>
          <w:lang w:val="eu-ES" w:eastAsia="eu-ES"/>
        </w:rPr>
      </w:pPr>
      <w:r w:rsidRPr="009C5AF5">
        <w:rPr>
          <w:rFonts w:ascii="Arial" w:hAnsi="Arial" w:eastAsia="Times New Roman" w:cs="Arial"/>
          <w:b/>
          <w:sz w:val="24"/>
          <w:szCs w:val="24"/>
          <w:lang w:val="English" w:eastAsia="eu-ES"/>
        </w:rPr>
        <w:t xml:space="preserve">UR5 robota </w:t>
      </w:r>
      <w:r w:rsidRPr="009C5AF5">
        <w:rPr>
          <w:rFonts w:ascii="Arial" w:hAnsi="Arial" w:eastAsia="Times New Roman" w:cs="Arial"/>
          <w:b/>
          <w:bCs/>
          <w:sz w:val="24"/>
          <w:szCs w:val="24"/>
          <w:lang w:val="English" w:eastAsia="eu-ES"/>
        </w:rPr>
        <w:t xml:space="preserve"/>
      </w:r>
      <w:r w:rsidRPr="009C5AF5">
        <w:rPr>
          <w:rFonts w:ascii="Arial" w:hAnsi="Arial" w:eastAsia="Times New Roman" w:cs="Arial"/>
          <w:bCs/>
          <w:sz w:val="24"/>
          <w:szCs w:val="24"/>
          <w:lang w:val="English" w:eastAsia="eu-ES"/>
        </w:rPr>
        <w:t xml:space="preserve">eta teach pendant</w:t>
      </w:r>
      <w:proofErr w:type="spellStart"/>
      <w:proofErr w:type="spellEnd"/>
      <w:proofErr w:type="spellStart"/>
      <w:proofErr w:type="spellEnd"/>
    </w:p>
    <w:p xmlns:wp14="http://schemas.microsoft.com/office/word/2010/wordml" w:rsidRPr="009C5AF5" w:rsidR="001850E1" w:rsidP="000F218A" w:rsidRDefault="001850E1" wp14:paraId="5BCF3F23"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9C5AF5">
        <w:rPr>
          <w:rFonts w:ascii="Arial" w:hAnsi="Arial" w:eastAsia="Times New Roman" w:cs="Arial"/>
          <w:b/>
          <w:sz w:val="24"/>
          <w:szCs w:val="24"/>
          <w:lang w:val="English" w:eastAsia="eu-ES"/>
        </w:rPr>
        <w:t>MiR100</w:t>
      </w:r>
      <w:r w:rsidRPr="009C5AF5">
        <w:rPr>
          <w:rFonts w:ascii="Arial" w:hAnsi="Arial" w:eastAsia="Times New Roman" w:cs="Arial"/>
          <w:bCs/>
          <w:sz w:val="24"/>
          <w:szCs w:val="24"/>
          <w:lang w:val="English" w:eastAsia="eu-ES"/>
        </w:rPr>
        <w:t xml:space="preserve">  Mobile Robot</w:t>
      </w:r>
    </w:p>
    <w:p xmlns:wp14="http://schemas.microsoft.com/office/word/2010/wordml" w:rsidRPr="009C5AF5" w:rsidR="001850E1" w:rsidP="000F218A" w:rsidRDefault="001850E1" wp14:paraId="6A95BCC2"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9C5AF5">
        <w:rPr>
          <w:rFonts w:ascii="Arial" w:hAnsi="Arial" w:eastAsia="Times New Roman" w:cs="Arial"/>
          <w:b/>
          <w:sz w:val="24"/>
          <w:szCs w:val="24"/>
          <w:lang w:val="English" w:eastAsia="eu-ES"/>
        </w:rPr>
        <w:t>Cognex</w:t>
      </w:r>
      <w:proofErr w:type="spellEnd"/>
      <w:r w:rsidRPr="009C5AF5">
        <w:rPr>
          <w:rFonts w:ascii="Arial" w:hAnsi="Arial" w:eastAsia="Times New Roman" w:cs="Arial"/>
          <w:sz w:val="24"/>
          <w:szCs w:val="24"/>
          <w:lang w:val="English" w:eastAsia="eu-ES"/>
        </w:rPr>
        <w:t xml:space="preserve"> In-Sight Camera </w:t>
      </w:r>
      <w:proofErr w:type="spellStart"/>
      <w:proofErr w:type="spellEnd"/>
      <w:r w:rsidRPr="009C5AF5">
        <w:rPr>
          <w:rFonts w:ascii="Arial" w:hAnsi="Arial" w:eastAsia="Times New Roman" w:cs="Arial"/>
          <w:bCs/>
          <w:sz w:val="24"/>
          <w:szCs w:val="24"/>
          <w:lang w:val="English" w:eastAsia="eu-ES"/>
        </w:rPr>
        <w:t xml:space="preserve"> and Lighting System</w:t>
      </w:r>
    </w:p>
    <w:p xmlns:wp14="http://schemas.microsoft.com/office/word/2010/wordml" w:rsidRPr="009C5AF5" w:rsidR="001850E1" w:rsidP="000F218A" w:rsidRDefault="001850E1" wp14:paraId="7C92635D"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9C5AF5">
        <w:rPr>
          <w:rFonts w:ascii="Arial" w:hAnsi="Arial" w:eastAsia="Times New Roman" w:cs="Arial"/>
          <w:b/>
          <w:sz w:val="24"/>
          <w:szCs w:val="24"/>
          <w:lang w:val="English" w:eastAsia="eu-ES"/>
        </w:rPr>
        <w:t>Festo model</w:t>
      </w:r>
      <w:proofErr w:type="spellEnd"/>
      <w:r w:rsidRPr="009C5AF5">
        <w:rPr>
          <w:rFonts w:ascii="Arial" w:hAnsi="Arial" w:eastAsia="Times New Roman" w:cs="Arial"/>
          <w:sz w:val="24"/>
          <w:szCs w:val="24"/>
          <w:lang w:val="English" w:eastAsia="eu-ES"/>
        </w:rPr>
        <w:t xml:space="preserve"> :</w:t>
      </w:r>
      <w:r w:rsidRPr="009C5AF5">
        <w:rPr>
          <w:rFonts w:ascii="Arial" w:hAnsi="Arial" w:eastAsia="Times New Roman" w:cs="Arial"/>
          <w:bCs/>
          <w:sz w:val="24"/>
          <w:szCs w:val="24"/>
          <w:lang w:val="English" w:eastAsia="eu-ES"/>
        </w:rPr>
        <w:t xml:space="preserve"> pallets, conveyor belt, pneumatic valves</w:t>
      </w:r>
    </w:p>
    <w:p xmlns:wp14="http://schemas.microsoft.com/office/word/2010/wordml" w:rsidRPr="009C5AF5" w:rsidR="001850E1" w:rsidP="000F218A" w:rsidRDefault="001850E1" wp14:paraId="310EADCB"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9C5AF5">
        <w:rPr>
          <w:rFonts w:ascii="Arial" w:hAnsi="Arial" w:eastAsia="Times New Roman" w:cs="Arial"/>
          <w:b/>
          <w:sz w:val="24"/>
          <w:szCs w:val="24"/>
          <w:lang w:val="English" w:eastAsia="eu-ES"/>
        </w:rPr>
        <w:t>Siemens S7-1500 PLC</w:t>
      </w:r>
      <w:r w:rsidRPr="009C5AF5">
        <w:rPr>
          <w:rFonts w:ascii="Arial" w:hAnsi="Arial" w:eastAsia="Times New Roman" w:cs="Arial"/>
          <w:bCs/>
          <w:sz w:val="24"/>
          <w:szCs w:val="24"/>
          <w:lang w:val="English" w:eastAsia="eu-ES"/>
        </w:rPr>
        <w:t xml:space="preserve"> eta Input/Output moduluak</w:t>
      </w:r>
    </w:p>
    <w:p xmlns:wp14="http://schemas.microsoft.com/office/word/2010/wordml" w:rsidRPr="009C5AF5" w:rsidR="001850E1" w:rsidP="000F218A" w:rsidRDefault="001850E1" wp14:paraId="680B38D4"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9C5AF5">
        <w:rPr>
          <w:rFonts w:ascii="Arial" w:hAnsi="Arial" w:eastAsia="Times New Roman" w:cs="Arial"/>
          <w:sz w:val="24"/>
          <w:szCs w:val="24"/>
          <w:lang w:val="English" w:eastAsia="eu-ES"/>
        </w:rPr>
        <w:t xml:space="preserve">Ethernet switch</w:t>
      </w:r>
      <w:proofErr w:type="spellStart"/>
      <w:proofErr w:type="spellEnd"/>
      <w:r w:rsidRPr="009C5AF5">
        <w:rPr>
          <w:rFonts w:ascii="Arial" w:hAnsi="Arial" w:eastAsia="Times New Roman" w:cs="Arial"/>
          <w:bCs/>
          <w:sz w:val="24"/>
          <w:szCs w:val="24"/>
          <w:lang w:val="English" w:eastAsia="eu-ES"/>
        </w:rPr>
        <w:t xml:space="preserve"> and communication components</w:t>
      </w:r>
    </w:p>
    <w:p xmlns:wp14="http://schemas.microsoft.com/office/word/2010/wordml" w:rsidRPr="009C5AF5" w:rsidR="001850E1" w:rsidP="000F218A" w:rsidRDefault="001850E1" wp14:paraId="5479CF9A"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9C5AF5">
        <w:rPr>
          <w:rFonts w:ascii="Arial" w:hAnsi="Arial" w:eastAsia="Times New Roman" w:cs="Arial"/>
          <w:sz w:val="24"/>
          <w:szCs w:val="24"/>
          <w:lang w:val="English" w:eastAsia="eu-ES"/>
        </w:rPr>
        <w:t>PC and programming software</w:t>
      </w:r>
    </w:p>
    <w:p xmlns:wp14="http://schemas.microsoft.com/office/word/2010/wordml" w:rsidRPr="009C5AF5" w:rsidR="001850E1" w:rsidP="009C5AF5" w:rsidRDefault="001850E1" wp14:paraId="5B05594F" wp14:textId="77777777">
      <w:pPr>
        <w:pStyle w:val="1izenburua"/>
        <w:spacing w:line="360" w:lineRule="auto"/>
        <w:ind w:left="360"/>
        <w:rPr>
          <w:rFonts w:ascii="Arial" w:hAnsi="Arial" w:cs="Arial"/>
          <w:szCs w:val="24"/>
          <w:lang w:val="eu-ES"/>
        </w:rPr>
      </w:pPr>
      <w:bookmarkStart w:name="_Toc202769035" w:id="15"/>
      <w:r w:rsidRPr="009C5AF5">
        <w:rPr>
          <w:rFonts w:ascii="Arial" w:hAnsi="Arial" w:cs="Arial"/>
          <w:szCs w:val="24"/>
          <w:lang w:val="English"/>
        </w:rPr>
        <w:t>Software:</w:t>
      </w:r>
      <w:bookmarkEnd w:id="15"/>
    </w:p>
    <w:p xmlns:wp14="http://schemas.microsoft.com/office/word/2010/wordml" w:rsidRPr="00DA739E" w:rsidR="001850E1" w:rsidP="000F218A" w:rsidRDefault="001850E1" wp14:paraId="2399D5F4" wp14:textId="77777777">
      <w:pPr>
        <w:pStyle w:val="Zerrenda-paragrafoa"/>
        <w:numPr>
          <w:ilvl w:val="0"/>
          <w:numId w:val="9"/>
        </w:numPr>
        <w:spacing w:before="100" w:beforeAutospacing="1" w:after="100" w:afterAutospacing="1" w:line="360" w:lineRule="auto"/>
        <w:rPr>
          <w:rFonts w:ascii="Arial" w:hAnsi="Arial" w:eastAsia="Times New Roman" w:cs="Arial"/>
          <w:b/>
          <w:sz w:val="24"/>
          <w:szCs w:val="24"/>
          <w:lang w:val="eu-ES" w:eastAsia="eu-ES"/>
        </w:rPr>
      </w:pPr>
      <w:proofErr w:type="spellStart"/>
      <w:r w:rsidRPr="00DA739E">
        <w:rPr>
          <w:rFonts w:ascii="Arial" w:hAnsi="Arial" w:eastAsia="Times New Roman" w:cs="Arial"/>
          <w:b/>
          <w:bCs/>
          <w:sz w:val="24"/>
          <w:szCs w:val="24"/>
          <w:lang w:val="English" w:eastAsia="eu-ES"/>
        </w:rPr>
        <w:t xml:space="preserve">URCaps </w:t>
      </w:r>
      <w:proofErr w:type="spellEnd"/>
      <w:r w:rsidRPr="00DA739E">
        <w:rPr>
          <w:rFonts w:ascii="Arial" w:hAnsi="Arial" w:eastAsia="Times New Roman" w:cs="Arial"/>
          <w:b/>
          <w:sz w:val="24"/>
          <w:szCs w:val="24"/>
          <w:lang w:val="English" w:eastAsia="eu-ES"/>
        </w:rPr>
        <w:t xml:space="preserve"/>
      </w:r>
      <w:r w:rsidRPr="00DA739E">
        <w:rPr>
          <w:rFonts w:ascii="Arial" w:hAnsi="Arial" w:eastAsia="Times New Roman" w:cs="Arial"/>
          <w:sz w:val="24"/>
          <w:szCs w:val="24"/>
          <w:lang w:val="English" w:eastAsia="eu-ES"/>
        </w:rPr>
        <w:t>(for UR robot programming)</w:t>
      </w:r>
    </w:p>
    <w:p xmlns:wp14="http://schemas.microsoft.com/office/word/2010/wordml" w:rsidRPr="00DA739E" w:rsidR="001850E1" w:rsidP="000F218A" w:rsidRDefault="001850E1" wp14:paraId="4E4CFF7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DA739E">
        <w:rPr>
          <w:rFonts w:ascii="Arial" w:hAnsi="Arial" w:eastAsia="Times New Roman" w:cs="Arial"/>
          <w:b/>
          <w:bCs/>
          <w:sz w:val="24"/>
          <w:szCs w:val="24"/>
          <w:lang w:val="English" w:eastAsia="eu-ES"/>
        </w:rPr>
        <w:t xml:space="preserve">Cognex In-Sight Explorer </w:t>
      </w:r>
      <w:proofErr w:type="spellEnd"/>
      <w:proofErr w:type="spellStart"/>
      <w:proofErr w:type="spellEnd"/>
      <w:r w:rsidRPr="00DA739E">
        <w:rPr>
          <w:rFonts w:ascii="Arial" w:hAnsi="Arial" w:eastAsia="Times New Roman" w:cs="Arial"/>
          <w:b/>
          <w:sz w:val="24"/>
          <w:szCs w:val="24"/>
          <w:lang w:val="English" w:eastAsia="eu-ES"/>
        </w:rPr>
        <w:t xml:space="preserve"/>
      </w:r>
      <w:r w:rsidRPr="00DA739E">
        <w:rPr>
          <w:rFonts w:ascii="Arial" w:hAnsi="Arial" w:eastAsia="Times New Roman" w:cs="Arial"/>
          <w:sz w:val="24"/>
          <w:szCs w:val="24"/>
          <w:lang w:val="English" w:eastAsia="eu-ES"/>
        </w:rPr>
        <w:t>(ikusmen sistemarako)</w:t>
      </w:r>
    </w:p>
    <w:p xmlns:wp14="http://schemas.microsoft.com/office/word/2010/wordml" w:rsidRPr="00DA739E" w:rsidR="001850E1" w:rsidP="000F218A" w:rsidRDefault="001850E1" wp14:paraId="4B0416C3" wp14:textId="77777777">
      <w:pPr>
        <w:pStyle w:val="Zerrenda-paragrafoa"/>
        <w:numPr>
          <w:ilvl w:val="0"/>
          <w:numId w:val="9"/>
        </w:numPr>
        <w:spacing w:before="100" w:beforeAutospacing="1" w:after="100" w:afterAutospacing="1" w:line="360" w:lineRule="auto"/>
        <w:rPr>
          <w:rFonts w:ascii="Arial" w:hAnsi="Arial" w:eastAsia="Times New Roman" w:cs="Arial"/>
          <w:b/>
          <w:sz w:val="24"/>
          <w:szCs w:val="24"/>
          <w:lang w:val="eu-ES" w:eastAsia="eu-ES"/>
        </w:rPr>
      </w:pPr>
      <w:proofErr w:type="spellStart"/>
      <w:r w:rsidRPr="00DA739E">
        <w:rPr>
          <w:rFonts w:ascii="Arial" w:hAnsi="Arial" w:eastAsia="Times New Roman" w:cs="Arial"/>
          <w:b/>
          <w:bCs/>
          <w:sz w:val="24"/>
          <w:szCs w:val="24"/>
          <w:lang w:val="English" w:eastAsia="eu-ES"/>
        </w:rPr>
        <w:t xml:space="preserve">MiR Fleet </w:t>
      </w:r>
      <w:proofErr w:type="spellEnd"/>
      <w:proofErr w:type="spellStart"/>
      <w:proofErr w:type="spellEnd"/>
      <w:r w:rsidRPr="00DA739E">
        <w:rPr>
          <w:rFonts w:ascii="Arial" w:hAnsi="Arial" w:eastAsia="Times New Roman" w:cs="Arial"/>
          <w:b/>
          <w:sz w:val="24"/>
          <w:szCs w:val="24"/>
          <w:lang w:val="English" w:eastAsia="eu-ES"/>
        </w:rPr>
        <w:t xml:space="preserve"/>
      </w:r>
      <w:r w:rsidRPr="00DA739E">
        <w:rPr>
          <w:rFonts w:ascii="Arial" w:hAnsi="Arial" w:eastAsia="Times New Roman" w:cs="Arial"/>
          <w:sz w:val="24"/>
          <w:szCs w:val="24"/>
          <w:lang w:val="English" w:eastAsia="eu-ES"/>
        </w:rPr>
        <w:t>(for MiR robot management)</w:t>
      </w:r>
      <w:proofErr w:type="spellStart"/>
      <w:proofErr w:type="spellEnd"/>
    </w:p>
    <w:p xmlns:wp14="http://schemas.microsoft.com/office/word/2010/wordml" w:rsidRPr="00DA739E" w:rsidR="001850E1" w:rsidP="000F218A" w:rsidRDefault="001850E1" wp14:paraId="751087DA"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DA739E">
        <w:rPr>
          <w:rFonts w:ascii="Arial" w:hAnsi="Arial" w:eastAsia="Times New Roman" w:cs="Arial"/>
          <w:b/>
          <w:bCs/>
          <w:sz w:val="24"/>
          <w:szCs w:val="24"/>
          <w:lang w:val="English" w:eastAsia="eu-ES"/>
        </w:rPr>
        <w:t xml:space="preserve">Siemens TIA Portal </w:t>
      </w:r>
      <w:r w:rsidRPr="00DA739E">
        <w:rPr>
          <w:rFonts w:ascii="Arial" w:hAnsi="Arial" w:eastAsia="Times New Roman" w:cs="Arial"/>
          <w:b/>
          <w:sz w:val="24"/>
          <w:szCs w:val="24"/>
          <w:lang w:val="English" w:eastAsia="eu-ES"/>
        </w:rPr>
        <w:t xml:space="preserve"/>
      </w:r>
      <w:r w:rsidRPr="00DA739E">
        <w:rPr>
          <w:rFonts w:ascii="Arial" w:hAnsi="Arial" w:eastAsia="Times New Roman" w:cs="Arial"/>
          <w:sz w:val="24"/>
          <w:szCs w:val="24"/>
          <w:lang w:val="English" w:eastAsia="eu-ES"/>
        </w:rPr>
        <w:t>(FOR PLC programming)</w:t>
      </w:r>
    </w:p>
    <w:p xmlns:wp14="http://schemas.microsoft.com/office/word/2010/wordml" w:rsidRPr="00DA739E" w:rsidR="001850E1" w:rsidP="000F218A" w:rsidRDefault="001850E1" wp14:paraId="7AA66611"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proofErr w:type="spellStart"/>
      <w:r w:rsidRPr="00DA739E">
        <w:rPr>
          <w:rFonts w:ascii="Arial" w:hAnsi="Arial" w:eastAsia="Times New Roman" w:cs="Arial"/>
          <w:b/>
          <w:bCs/>
          <w:sz w:val="24"/>
          <w:szCs w:val="24"/>
          <w:lang w:val="English" w:eastAsia="eu-ES"/>
        </w:rPr>
        <w:t xml:space="preserve">From Simuma </w:t>
      </w:r>
      <w:proofErr w:type="spellEnd"/>
      <w:r w:rsidRPr="00DA739E">
        <w:rPr>
          <w:rFonts w:ascii="Arial" w:hAnsi="Arial" w:eastAsia="Times New Roman" w:cs="Arial"/>
          <w:b/>
          <w:sz w:val="24"/>
          <w:szCs w:val="24"/>
          <w:lang w:val="English" w:eastAsia="eu-ES"/>
        </w:rPr>
        <w:t xml:space="preserve"/>
      </w:r>
      <w:r w:rsidRPr="00DA739E">
        <w:rPr>
          <w:rFonts w:ascii="Arial" w:hAnsi="Arial" w:eastAsia="Times New Roman" w:cs="Arial"/>
          <w:sz w:val="24"/>
          <w:szCs w:val="24"/>
          <w:lang w:val="English" w:eastAsia="eu-ES"/>
        </w:rPr>
        <w:t xml:space="preserve">(digital for twin simulation)</w:t>
      </w:r>
      <w:proofErr w:type="spellStart"/>
      <w:proofErr w:type="spellEnd"/>
    </w:p>
    <w:p xmlns:wp14="http://schemas.microsoft.com/office/word/2010/wordml" w:rsidR="001850E1" w:rsidP="000F218A" w:rsidRDefault="001850E1" wp14:paraId="1C8E73D6" wp14:textId="77777777">
      <w:pPr>
        <w:pStyle w:val="1izenburua"/>
        <w:numPr>
          <w:ilvl w:val="0"/>
          <w:numId w:val="7"/>
        </w:numPr>
        <w:spacing w:line="360" w:lineRule="auto"/>
        <w:rPr>
          <w:rFonts w:ascii="Arial" w:hAnsi="Arial" w:cs="Arial"/>
          <w:szCs w:val="24"/>
          <w:lang w:val="eu-ES"/>
        </w:rPr>
      </w:pPr>
      <w:bookmarkStart w:name="_Toc202769036" w:id="16"/>
      <w:r w:rsidRPr="00E76665">
        <w:rPr>
          <w:rFonts w:ascii="Arial" w:hAnsi="Arial" w:cs="Arial"/>
          <w:szCs w:val="24"/>
          <w:lang w:val="English"/>
        </w:rPr>
        <w:t>Temporal Planning</w:t>
      </w:r>
      <w:bookmarkEnd w:id="16"/>
    </w:p>
    <w:p xmlns:wp14="http://schemas.microsoft.com/office/word/2010/wordml" w:rsidRPr="00E76665" w:rsidR="00E76665" w:rsidP="00E76665" w:rsidRDefault="00E76665" wp14:paraId="62EBF3C5" wp14:textId="77777777">
      <w:pPr>
        <w:rPr>
          <w:lang w:val="eu-ES"/>
        </w:rPr>
      </w:pPr>
    </w:p>
    <w:tbl>
      <w:tblPr>
        <w:tblStyle w:val="4sareta-taula-1enfasia"/>
        <w:tblW w:w="0" w:type="auto"/>
        <w:jc w:val="center"/>
        <w:tblLook w:val="04A0" w:firstRow="1" w:lastRow="0" w:firstColumn="1" w:lastColumn="0" w:noHBand="0" w:noVBand="1"/>
      </w:tblPr>
      <w:tblGrid>
        <w:gridCol w:w="1097"/>
        <w:gridCol w:w="5754"/>
      </w:tblGrid>
      <w:tr xmlns:wp14="http://schemas.microsoft.com/office/word/2010/wordml" w:rsidR="001850E1" w:rsidTr="00BC4248" wp14:paraId="7832FD39" wp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BC4248" w:rsidR="001850E1" w:rsidRDefault="001850E1" wp14:paraId="06B268B5" wp14:textId="77777777">
            <w:pPr>
              <w:jc w:val="center"/>
              <w:rPr>
                <w:rFonts w:ascii="Arial" w:hAnsi="Arial" w:cs="Arial"/>
                <w:bCs w:val="0"/>
                <w:sz w:val="24"/>
                <w:szCs w:val="24"/>
              </w:rPr>
            </w:pPr>
            <w:proofErr w:type="spellStart"/>
            <w:r w:rsidRPr="00BC4248">
              <w:rPr>
                <w:rFonts w:ascii="Arial" w:hAnsi="Arial" w:cs="Arial"/>
                <w:bCs w:val="0"/>
                <w:sz w:val="24"/>
                <w:szCs w:val="24"/>
                <w:lang w:val="English"/>
              </w:rPr>
              <w:t>Week</w:t>
            </w:r>
            <w:proofErr w:type="spellEnd"/>
          </w:p>
        </w:tc>
        <w:tc>
          <w:tcPr>
            <w:tcW w:w="0" w:type="auto"/>
            <w:hideMark/>
          </w:tcPr>
          <w:p w:rsidRPr="00BC4248" w:rsidR="001850E1" w:rsidRDefault="001850E1" wp14:paraId="204ECFAE"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roofErr w:type="spellStart"/>
            <w:r w:rsidRPr="00BC4248">
              <w:rPr>
                <w:rFonts w:ascii="Arial" w:hAnsi="Arial" w:cs="Arial"/>
                <w:bCs w:val="0"/>
                <w:sz w:val="24"/>
                <w:szCs w:val="24"/>
                <w:lang w:val="English"/>
              </w:rPr>
              <w:t>Main activities</w:t>
            </w:r>
            <w:proofErr w:type="spellEnd"/>
            <w:proofErr w:type="spellStart"/>
            <w:proofErr w:type="spellEnd"/>
          </w:p>
        </w:tc>
      </w:tr>
      <w:tr xmlns:wp14="http://schemas.microsoft.com/office/word/2010/wordml" w:rsidRPr="001850E1" w:rsidR="001850E1" w:rsidTr="00BC4248" wp14:paraId="7ED48618"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BC4248" w:rsidR="001850E1" w:rsidRDefault="001850E1" wp14:paraId="02B28B4C" wp14:textId="77777777">
            <w:pPr>
              <w:rPr>
                <w:rFonts w:ascii="Arial" w:hAnsi="Arial" w:cs="Arial"/>
                <w:b w:val="0"/>
                <w:sz w:val="24"/>
                <w:szCs w:val="24"/>
              </w:rPr>
            </w:pPr>
            <w:r w:rsidRPr="00BC4248">
              <w:rPr>
                <w:rStyle w:val="Lodia"/>
                <w:rFonts w:ascii="Arial" w:hAnsi="Arial" w:cs="Arial"/>
                <w:b/>
                <w:sz w:val="24"/>
                <w:szCs w:val="24"/>
                <w:lang w:val="English"/>
              </w:rPr>
              <w:t xml:space="preserve">Week 1</w:t>
            </w:r>
            <w:proofErr w:type="spellStart"/>
            <w:proofErr w:type="spellEnd"/>
          </w:p>
        </w:tc>
        <w:tc>
          <w:tcPr>
            <w:tcW w:w="0" w:type="auto"/>
            <w:hideMark/>
          </w:tcPr>
          <w:p w:rsidRPr="00BC4248" w:rsidR="001850E1" w:rsidRDefault="001850E1" wp14:paraId="663B64FE" wp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BC4248">
              <w:rPr>
                <w:rFonts w:ascii="Arial" w:hAnsi="Arial" w:cs="Arial"/>
                <w:sz w:val="24"/>
                <w:szCs w:val="24"/>
                <w:lang w:val="English"/>
              </w:rPr>
              <w:t xml:space="preserve">UR and Cognex Basic Training</w:t>
            </w:r>
            <w:proofErr w:type="spellStart"/>
            <w:proofErr w:type="spellEnd"/>
            <w:proofErr w:type="spellStart"/>
            <w:proofErr w:type="spellEnd"/>
            <w:proofErr w:type="spellStart"/>
            <w:proofErr w:type="spellEnd"/>
          </w:p>
        </w:tc>
      </w:tr>
      <w:tr xmlns:wp14="http://schemas.microsoft.com/office/word/2010/wordml" w:rsidRPr="001850E1" w:rsidR="001850E1" w:rsidTr="00BC4248" wp14:paraId="7A4FB91A"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BC4248" w:rsidR="001850E1" w:rsidRDefault="001850E1" wp14:paraId="422291AF" wp14:textId="77777777">
            <w:pPr>
              <w:rPr>
                <w:rFonts w:ascii="Arial" w:hAnsi="Arial" w:cs="Arial"/>
                <w:b w:val="0"/>
                <w:sz w:val="24"/>
                <w:szCs w:val="24"/>
              </w:rPr>
            </w:pPr>
            <w:r w:rsidRPr="00BC4248">
              <w:rPr>
                <w:rStyle w:val="Lodia"/>
                <w:rFonts w:ascii="Arial" w:hAnsi="Arial" w:cs="Arial"/>
                <w:b/>
                <w:sz w:val="24"/>
                <w:szCs w:val="24"/>
                <w:lang w:val="English"/>
              </w:rPr>
              <w:t xml:space="preserve">Week 2</w:t>
            </w:r>
            <w:proofErr w:type="spellStart"/>
            <w:proofErr w:type="spellEnd"/>
          </w:p>
        </w:tc>
        <w:tc>
          <w:tcPr>
            <w:tcW w:w="0" w:type="auto"/>
            <w:hideMark/>
          </w:tcPr>
          <w:p w:rsidRPr="00BC4248" w:rsidR="001850E1" w:rsidRDefault="001850E1" wp14:paraId="48107643" wp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BC4248">
              <w:rPr>
                <w:rFonts w:ascii="Arial" w:hAnsi="Arial" w:cs="Arial"/>
                <w:sz w:val="24"/>
                <w:szCs w:val="24"/>
                <w:lang w:val="English"/>
              </w:rPr>
              <w:t>Development of fragments of the MiR and Festo project</w:t>
            </w:r>
            <w:proofErr w:type="spellEnd"/>
            <w:proofErr w:type="spellStart"/>
            <w:proofErr w:type="spellEnd"/>
            <w:proofErr w:type="spellStart"/>
            <w:proofErr w:type="spellEnd"/>
            <w:proofErr w:type="spellStart"/>
            <w:proofErr w:type="spellEnd"/>
            <w:proofErr w:type="spellStart"/>
            <w:proofErr w:type="spellEnd"/>
          </w:p>
        </w:tc>
      </w:tr>
      <w:tr xmlns:wp14="http://schemas.microsoft.com/office/word/2010/wordml" w:rsidR="001850E1" w:rsidTr="00BC4248" wp14:paraId="5CB00A56"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BC4248" w:rsidR="001850E1" w:rsidRDefault="001850E1" wp14:paraId="59B27A5E" wp14:textId="77777777">
            <w:pPr>
              <w:rPr>
                <w:rFonts w:ascii="Arial" w:hAnsi="Arial" w:cs="Arial"/>
                <w:b w:val="0"/>
                <w:sz w:val="24"/>
                <w:szCs w:val="24"/>
              </w:rPr>
            </w:pPr>
            <w:r w:rsidRPr="00BC4248">
              <w:rPr>
                <w:rStyle w:val="Lodia"/>
                <w:rFonts w:ascii="Arial" w:hAnsi="Arial" w:cs="Arial"/>
                <w:b/>
                <w:sz w:val="24"/>
                <w:szCs w:val="24"/>
                <w:lang w:val="English"/>
              </w:rPr>
              <w:t xml:space="preserve">Week 3</w:t>
            </w:r>
            <w:proofErr w:type="spellStart"/>
            <w:proofErr w:type="spellEnd"/>
          </w:p>
        </w:tc>
        <w:tc>
          <w:tcPr>
            <w:tcW w:w="0" w:type="auto"/>
            <w:hideMark/>
          </w:tcPr>
          <w:p w:rsidRPr="00BC4248" w:rsidR="001850E1" w:rsidRDefault="001850E1" wp14:paraId="129C64AC" wp14:textId="7777777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r w:rsidRPr="00BC4248">
              <w:rPr>
                <w:rFonts w:ascii="Arial" w:hAnsi="Arial" w:cs="Arial"/>
                <w:sz w:val="24"/>
                <w:szCs w:val="24"/>
                <w:lang w:val="English"/>
              </w:rPr>
              <w:t>Assembly and integration of the project</w:t>
            </w:r>
            <w:proofErr w:type="spellEnd"/>
            <w:proofErr w:type="spellStart"/>
            <w:proofErr w:type="spellEnd"/>
            <w:proofErr w:type="spellStart"/>
            <w:proofErr w:type="spellEnd"/>
          </w:p>
        </w:tc>
      </w:tr>
      <w:tr xmlns:wp14="http://schemas.microsoft.com/office/word/2010/wordml" w:rsidRPr="001850E1" w:rsidR="001850E1" w:rsidTr="00BC4248" wp14:paraId="204E0B15"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BC4248" w:rsidR="001850E1" w:rsidRDefault="001850E1" wp14:paraId="4B773E3D" wp14:textId="77777777">
            <w:pPr>
              <w:rPr>
                <w:rFonts w:ascii="Arial" w:hAnsi="Arial" w:cs="Arial"/>
                <w:b w:val="0"/>
                <w:sz w:val="24"/>
                <w:szCs w:val="24"/>
              </w:rPr>
            </w:pPr>
            <w:r w:rsidRPr="00BC4248">
              <w:rPr>
                <w:rStyle w:val="Lodia"/>
                <w:rFonts w:ascii="Arial" w:hAnsi="Arial" w:cs="Arial"/>
                <w:b/>
                <w:sz w:val="24"/>
                <w:szCs w:val="24"/>
                <w:lang w:val="English"/>
              </w:rPr>
              <w:t xml:space="preserve">Week 4</w:t>
            </w:r>
            <w:proofErr w:type="spellStart"/>
            <w:proofErr w:type="spellEnd"/>
          </w:p>
        </w:tc>
        <w:tc>
          <w:tcPr>
            <w:tcW w:w="0" w:type="auto"/>
            <w:hideMark/>
          </w:tcPr>
          <w:p w:rsidRPr="00BC4248" w:rsidR="001850E1" w:rsidRDefault="001850E1" wp14:paraId="3435DB59" wp14:textId="7777777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roofErr w:type="spellStart"/>
            <w:r w:rsidRPr="00BC4248">
              <w:rPr>
                <w:rFonts w:ascii="Arial" w:hAnsi="Arial" w:cs="Arial"/>
                <w:sz w:val="24"/>
                <w:szCs w:val="24"/>
                <w:lang w:val="English"/>
              </w:rPr>
              <w:t>Testing, Documentation, Presentation and Evaluation</w:t>
            </w:r>
            <w:proofErr w:type="spellEnd"/>
            <w:proofErr w:type="spellStart"/>
            <w:proofErr w:type="spellEnd"/>
            <w:proofErr w:type="spellStart"/>
            <w:proofErr w:type="spellEnd"/>
            <w:proofErr w:type="spellStart"/>
            <w:proofErr w:type="spellEnd"/>
          </w:p>
        </w:tc>
      </w:tr>
    </w:tbl>
    <w:p xmlns:wp14="http://schemas.microsoft.com/office/word/2010/wordml" w:rsidR="001850E1" w:rsidP="001850E1" w:rsidRDefault="001850E1" wp14:paraId="6D98A12B" wp14:textId="77777777"/>
    <w:p xmlns:wp14="http://schemas.microsoft.com/office/word/2010/wordml" w:rsidRPr="00BC4248" w:rsidR="001850E1" w:rsidP="000F218A" w:rsidRDefault="001850E1" wp14:paraId="2CB1007C" wp14:textId="77777777">
      <w:pPr>
        <w:pStyle w:val="1izenburua"/>
        <w:numPr>
          <w:ilvl w:val="0"/>
          <w:numId w:val="7"/>
        </w:numPr>
        <w:spacing w:line="360" w:lineRule="auto"/>
        <w:rPr>
          <w:rFonts w:ascii="Arial" w:hAnsi="Arial" w:cs="Arial"/>
          <w:szCs w:val="24"/>
          <w:lang w:val="eu-ES"/>
        </w:rPr>
      </w:pPr>
      <w:bookmarkStart w:name="_Toc202769037" w:id="17"/>
      <w:r w:rsidRPr="00BC4248">
        <w:rPr>
          <w:rFonts w:ascii="Arial" w:hAnsi="Arial" w:cs="Arial"/>
          <w:szCs w:val="24"/>
          <w:lang w:val="English"/>
        </w:rPr>
        <w:t>Safety Standards</w:t>
      </w:r>
      <w:bookmarkEnd w:id="17"/>
    </w:p>
    <w:p xmlns:wp14="http://schemas.microsoft.com/office/word/2010/wordml" w:rsidRPr="00BC4248" w:rsidR="001850E1" w:rsidP="00BC4248" w:rsidRDefault="001850E1" wp14:paraId="77A12CBD" wp14:textId="77777777">
      <w:pPr>
        <w:pStyle w:val="1izenburua"/>
        <w:spacing w:line="360" w:lineRule="auto"/>
        <w:ind w:left="360"/>
        <w:rPr>
          <w:rFonts w:ascii="Arial" w:hAnsi="Arial" w:cs="Arial"/>
          <w:szCs w:val="24"/>
          <w:lang w:val="eu-ES"/>
        </w:rPr>
      </w:pPr>
      <w:bookmarkStart w:name="_Toc202769038" w:id="18"/>
      <w:r w:rsidRPr="00BC4248">
        <w:rPr>
          <w:rFonts w:ascii="Arial" w:hAnsi="Arial" w:cs="Arial"/>
          <w:szCs w:val="24"/>
          <w:lang w:val="English"/>
        </w:rPr>
        <w:t>Basic security measures:</w:t>
      </w:r>
      <w:bookmarkEnd w:id="18"/>
    </w:p>
    <w:p xmlns:wp14="http://schemas.microsoft.com/office/word/2010/wordml" w:rsidR="00BC4248" w:rsidP="000F218A" w:rsidRDefault="001850E1" wp14:paraId="6FFA6A44"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 xml:space="preserve">Safety equipment: </w:t>
      </w:r>
      <w:r w:rsidRPr="00BC4248">
        <w:rPr>
          <w:rFonts w:ascii="Arial" w:hAnsi="Arial" w:eastAsia="Times New Roman" w:cs="Arial"/>
          <w:bCs/>
          <w:sz w:val="24"/>
          <w:szCs w:val="24"/>
          <w:lang w:val="English" w:eastAsia="eu-ES"/>
        </w:rPr>
        <w:t xml:space="preserve"/>
      </w:r>
    </w:p>
    <w:p xmlns:wp14="http://schemas.microsoft.com/office/word/2010/wordml" w:rsidRPr="00BC4248" w:rsidR="001850E1" w:rsidP="000F218A" w:rsidRDefault="001850E1" wp14:paraId="465835C2"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Work area:</w:t>
      </w:r>
      <w:r w:rsidRPr="00BC4248">
        <w:rPr>
          <w:rFonts w:ascii="Arial" w:hAnsi="Arial" w:eastAsia="Times New Roman" w:cs="Arial"/>
          <w:bCs/>
          <w:sz w:val="24"/>
          <w:szCs w:val="24"/>
          <w:lang w:val="English" w:eastAsia="eu-ES"/>
        </w:rPr>
        <w:t xml:space="preserve"> Keep clean and organized</w:t>
      </w:r>
    </w:p>
    <w:p xmlns:wp14="http://schemas.microsoft.com/office/word/2010/wordml" w:rsidRPr="00BC4248" w:rsidR="001850E1" w:rsidP="000F218A" w:rsidRDefault="001850E1" wp14:paraId="484FB16C"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BC4248">
        <w:rPr>
          <w:rFonts w:ascii="Arial" w:hAnsi="Arial" w:eastAsia="Times New Roman" w:cs="Arial"/>
          <w:b/>
          <w:sz w:val="24"/>
          <w:szCs w:val="24"/>
          <w:lang w:val="English" w:eastAsia="eu-ES"/>
        </w:rPr>
        <w:t>Emergency stop:</w:t>
      </w:r>
      <w:proofErr w:type="spellEnd"/>
      <w:r w:rsidRPr="00BC4248">
        <w:rPr>
          <w:rFonts w:ascii="Arial" w:hAnsi="Arial" w:eastAsia="Times New Roman" w:cs="Arial"/>
          <w:bCs/>
          <w:sz w:val="24"/>
          <w:szCs w:val="24"/>
          <w:lang w:val="English" w:eastAsia="eu-ES"/>
        </w:rPr>
        <w:t xml:space="preserve"> Know and use the emergency buttons</w:t>
      </w:r>
    </w:p>
    <w:p xmlns:wp14="http://schemas.microsoft.com/office/word/2010/wordml" w:rsidRPr="00BC4248" w:rsidR="001850E1" w:rsidP="000F218A" w:rsidRDefault="001850E1" wp14:paraId="0CF7747C"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Robot Security:</w:t>
      </w:r>
      <w:r w:rsidRPr="00BC4248">
        <w:rPr>
          <w:rFonts w:ascii="Arial" w:hAnsi="Arial" w:eastAsia="Times New Roman" w:cs="Arial"/>
          <w:bCs/>
          <w:sz w:val="24"/>
          <w:szCs w:val="24"/>
          <w:lang w:val="English" w:eastAsia="eu-ES"/>
        </w:rPr>
        <w:t xml:space="preserve"> Keep Collaboration Enabled</w:t>
      </w:r>
    </w:p>
    <w:p xmlns:wp14="http://schemas.microsoft.com/office/word/2010/wordml" w:rsidRPr="00BC4248" w:rsidR="001850E1" w:rsidP="000F218A" w:rsidRDefault="001850E1" wp14:paraId="500887BB"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Communication:</w:t>
      </w:r>
      <w:r w:rsidRPr="00BC4248">
        <w:rPr>
          <w:rFonts w:ascii="Arial" w:hAnsi="Arial" w:eastAsia="Times New Roman" w:cs="Arial"/>
          <w:bCs/>
          <w:sz w:val="24"/>
          <w:szCs w:val="24"/>
          <w:lang w:val="English" w:eastAsia="eu-ES"/>
        </w:rPr>
        <w:t xml:space="preserve"> Maintaining clear communication when working in a team</w:t>
      </w:r>
    </w:p>
    <w:p xmlns:wp14="http://schemas.microsoft.com/office/word/2010/wordml" w:rsidRPr="00BC4248" w:rsidR="001850E1" w:rsidP="00BC4248" w:rsidRDefault="001850E1" wp14:paraId="6CF798D7" wp14:textId="77777777">
      <w:pPr>
        <w:pStyle w:val="1izenburua"/>
        <w:spacing w:line="360" w:lineRule="auto"/>
        <w:ind w:left="360"/>
        <w:rPr>
          <w:rFonts w:ascii="Arial" w:hAnsi="Arial" w:cs="Arial"/>
          <w:szCs w:val="24"/>
          <w:lang w:val="eu-ES"/>
        </w:rPr>
      </w:pPr>
      <w:bookmarkStart w:name="_Toc202769039" w:id="19"/>
      <w:r w:rsidRPr="00BC4248">
        <w:rPr>
          <w:rFonts w:ascii="Arial" w:hAnsi="Arial" w:cs="Arial"/>
          <w:szCs w:val="24"/>
          <w:lang w:val="English"/>
        </w:rPr>
        <w:t xml:space="preserve">Rules for working with collaborative robots:</w:t>
      </w:r>
      <w:proofErr w:type="spellStart"/>
      <w:proofErr w:type="spellEnd"/>
      <w:bookmarkEnd w:id="19"/>
    </w:p>
    <w:p xmlns:wp14="http://schemas.microsoft.com/office/word/2010/wordml" w:rsidRPr="00BC4248" w:rsidR="001850E1" w:rsidP="000F218A" w:rsidRDefault="001850E1" wp14:paraId="6ABF85DF"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 xml:space="preserve">Collaborative surface:</w:t>
      </w:r>
      <w:proofErr w:type="spellStart"/>
      <w:proofErr w:type="spellEnd"/>
      <w:r w:rsidRPr="00BC4248">
        <w:rPr>
          <w:rFonts w:ascii="Arial" w:hAnsi="Arial" w:eastAsia="Times New Roman" w:cs="Arial"/>
          <w:sz w:val="24"/>
          <w:szCs w:val="24"/>
          <w:lang w:val="English" w:eastAsia="eu-ES"/>
        </w:rPr>
        <w:t xml:space="preserve"> Limiting and controlling movement</w:t>
      </w:r>
    </w:p>
    <w:p xmlns:wp14="http://schemas.microsoft.com/office/word/2010/wordml" w:rsidRPr="00BC4248" w:rsidR="001850E1" w:rsidP="000F218A" w:rsidRDefault="001850E1" wp14:paraId="3E29347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Speed Limit:</w:t>
      </w:r>
      <w:r w:rsidRPr="00BC4248">
        <w:rPr>
          <w:rFonts w:ascii="Arial" w:hAnsi="Arial" w:eastAsia="Times New Roman" w:cs="Arial"/>
          <w:sz w:val="24"/>
          <w:szCs w:val="24"/>
          <w:lang w:val="English" w:eastAsia="eu-ES"/>
        </w:rPr>
        <w:t xml:space="preserve"> Keeping the Speed Low in the Form of Collaboration</w:t>
      </w:r>
    </w:p>
    <w:p xmlns:wp14="http://schemas.microsoft.com/office/word/2010/wordml" w:rsidRPr="00BC4248" w:rsidR="001850E1" w:rsidP="000F218A" w:rsidRDefault="001850E1" wp14:paraId="18FA8415"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Sensor Configuration:</w:t>
      </w:r>
      <w:r w:rsidRPr="00BC4248">
        <w:rPr>
          <w:rFonts w:ascii="Arial" w:hAnsi="Arial" w:eastAsia="Times New Roman" w:cs="Arial"/>
          <w:sz w:val="24"/>
          <w:szCs w:val="24"/>
          <w:lang w:val="English" w:eastAsia="eu-ES"/>
        </w:rPr>
        <w:t xml:space="preserve"> Safety Sensors Activated</w:t>
      </w:r>
    </w:p>
    <w:p xmlns:wp14="http://schemas.microsoft.com/office/word/2010/wordml" w:rsidRPr="00BC4248" w:rsidR="001850E1" w:rsidP="000F218A" w:rsidRDefault="001850E1" wp14:paraId="42FB1F1D"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Emergency Procedures:</w:t>
      </w:r>
      <w:r w:rsidRPr="00BC4248">
        <w:rPr>
          <w:rFonts w:ascii="Arial" w:hAnsi="Arial" w:eastAsia="Times New Roman" w:cs="Arial"/>
          <w:sz w:val="24"/>
          <w:szCs w:val="24"/>
          <w:lang w:val="English" w:eastAsia="eu-ES"/>
        </w:rPr>
        <w:t xml:space="preserve"> Know Emergency Procedures</w:t>
      </w:r>
    </w:p>
    <w:p xmlns:wp14="http://schemas.microsoft.com/office/word/2010/wordml" w:rsidR="001850E1" w:rsidP="001850E1" w:rsidRDefault="001850E1" wp14:paraId="2946DB82" wp14:textId="77777777">
      <w:pPr>
        <w:spacing w:after="0"/>
      </w:pPr>
    </w:p>
    <w:p xmlns:wp14="http://schemas.microsoft.com/office/word/2010/wordml" w:rsidRPr="00BC4248" w:rsidR="001850E1" w:rsidP="000F218A" w:rsidRDefault="001850E1" wp14:paraId="4599D81C" wp14:textId="77777777">
      <w:pPr>
        <w:pStyle w:val="1izenburua"/>
        <w:numPr>
          <w:ilvl w:val="0"/>
          <w:numId w:val="7"/>
        </w:numPr>
        <w:spacing w:line="360" w:lineRule="auto"/>
        <w:rPr>
          <w:rFonts w:ascii="Arial" w:hAnsi="Arial" w:cs="Arial"/>
          <w:szCs w:val="24"/>
          <w:lang w:val="eu-ES"/>
        </w:rPr>
      </w:pPr>
      <w:bookmarkStart w:name="_Toc202769040" w:id="20"/>
      <w:r w:rsidRPr="00BC4248">
        <w:rPr>
          <w:rFonts w:ascii="Arial" w:hAnsi="Arial" w:cs="Arial"/>
          <w:szCs w:val="24"/>
          <w:lang w:val="English"/>
        </w:rPr>
        <w:t>Grants and Resources</w:t>
      </w:r>
      <w:bookmarkEnd w:id="20"/>
    </w:p>
    <w:p xmlns:wp14="http://schemas.microsoft.com/office/word/2010/wordml" w:rsidRPr="00BC4248" w:rsidR="001850E1" w:rsidP="00BC4248" w:rsidRDefault="001850E1" wp14:paraId="7A6C5D63" wp14:textId="77777777">
      <w:pPr>
        <w:pStyle w:val="1izenburua"/>
        <w:spacing w:line="360" w:lineRule="auto"/>
        <w:ind w:left="360"/>
        <w:rPr>
          <w:rFonts w:ascii="Arial" w:hAnsi="Arial" w:cs="Arial"/>
          <w:szCs w:val="24"/>
          <w:lang w:val="eu-ES"/>
        </w:rPr>
      </w:pPr>
      <w:bookmarkStart w:name="_Toc202769041" w:id="21"/>
      <w:r w:rsidRPr="00BC4248">
        <w:rPr>
          <w:rFonts w:ascii="Arial" w:hAnsi="Arial" w:cs="Arial"/>
          <w:szCs w:val="24"/>
          <w:lang w:val="English"/>
        </w:rPr>
        <w:t>Help from the Teacher:</w:t>
      </w:r>
      <w:bookmarkEnd w:id="21"/>
    </w:p>
    <w:p xmlns:wp14="http://schemas.microsoft.com/office/word/2010/wordml" w:rsidRPr="00BC4248" w:rsidR="001850E1" w:rsidP="000F218A" w:rsidRDefault="001850E1" wp14:paraId="3D940B3B"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Personalized tutoring</w:t>
      </w:r>
      <w:r w:rsidRPr="00BC4248">
        <w:rPr>
          <w:rFonts w:ascii="Arial" w:hAnsi="Arial" w:eastAsia="Times New Roman" w:cs="Arial"/>
          <w:sz w:val="24"/>
          <w:szCs w:val="24"/>
          <w:lang w:val="English" w:eastAsia="eu-ES"/>
        </w:rPr>
        <w:t>:</w:t>
      </w:r>
      <w:r w:rsidRPr="00BC4248">
        <w:rPr>
          <w:rFonts w:ascii="Arial" w:hAnsi="Arial" w:eastAsia="Times New Roman" w:cs="Arial"/>
          <w:bCs/>
          <w:sz w:val="24"/>
          <w:szCs w:val="24"/>
          <w:lang w:val="English" w:eastAsia="eu-ES"/>
        </w:rPr>
        <w:t xml:space="preserve"> In cases where you have difficulties</w:t>
      </w:r>
    </w:p>
    <w:p xmlns:wp14="http://schemas.microsoft.com/office/word/2010/wordml" w:rsidRPr="00BC4248" w:rsidR="001850E1" w:rsidP="000F218A" w:rsidRDefault="001850E1" wp14:paraId="7EAC571E"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Collective support:</w:t>
      </w:r>
      <w:r w:rsidRPr="00BC4248">
        <w:rPr>
          <w:rFonts w:ascii="Arial" w:hAnsi="Arial" w:eastAsia="Times New Roman" w:cs="Arial"/>
          <w:bCs/>
          <w:sz w:val="24"/>
          <w:szCs w:val="24"/>
          <w:lang w:val="English" w:eastAsia="eu-ES"/>
        </w:rPr>
        <w:t xml:space="preserve"> Fostering collective cooperation</w:t>
      </w:r>
    </w:p>
    <w:p xmlns:wp14="http://schemas.microsoft.com/office/word/2010/wordml" w:rsidRPr="00BC4248" w:rsidR="001850E1" w:rsidP="000F218A" w:rsidRDefault="001850E1" wp14:paraId="112E7F3B"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Additional documentation:</w:t>
      </w:r>
      <w:r w:rsidRPr="00BC4248">
        <w:rPr>
          <w:rFonts w:ascii="Arial" w:hAnsi="Arial" w:eastAsia="Times New Roman" w:cs="Arial"/>
          <w:bCs/>
          <w:sz w:val="24"/>
          <w:szCs w:val="24"/>
          <w:lang w:val="English" w:eastAsia="eu-ES"/>
        </w:rPr>
        <w:t xml:space="preserve"> Supplementary materials available</w:t>
      </w:r>
    </w:p>
    <w:p xmlns:wp14="http://schemas.microsoft.com/office/word/2010/wordml" w:rsidRPr="00BC4248" w:rsidR="001850E1" w:rsidP="00BC4248" w:rsidRDefault="001850E1" wp14:paraId="3B2C7BC8" wp14:textId="77777777">
      <w:pPr>
        <w:pStyle w:val="1izenburua"/>
        <w:spacing w:line="360" w:lineRule="auto"/>
        <w:ind w:left="360"/>
        <w:rPr>
          <w:rFonts w:ascii="Arial" w:hAnsi="Arial" w:cs="Arial"/>
          <w:szCs w:val="24"/>
          <w:lang w:val="eu-ES"/>
        </w:rPr>
      </w:pPr>
      <w:bookmarkStart w:name="_Toc202769042" w:id="22"/>
      <w:r w:rsidRPr="00BC4248">
        <w:rPr>
          <w:rFonts w:ascii="Arial" w:hAnsi="Arial" w:cs="Arial"/>
          <w:szCs w:val="24"/>
          <w:lang w:val="English"/>
        </w:rPr>
        <w:t>School Resources:</w:t>
      </w:r>
      <w:bookmarkEnd w:id="22"/>
    </w:p>
    <w:p xmlns:wp14="http://schemas.microsoft.com/office/word/2010/wordml" w:rsidRPr="00BC4248" w:rsidR="001850E1" w:rsidP="000F218A" w:rsidRDefault="001850E1" wp14:paraId="419F4027"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Technical manuals:</w:t>
      </w:r>
      <w:r w:rsidRPr="00BC4248">
        <w:rPr>
          <w:rFonts w:ascii="Arial" w:hAnsi="Arial" w:eastAsia="Times New Roman" w:cs="Arial"/>
          <w:bCs/>
          <w:sz w:val="24"/>
          <w:szCs w:val="24"/>
          <w:lang w:val="English" w:eastAsia="eu-ES"/>
        </w:rPr>
        <w:t xml:space="preserve"> Documentation for each component</w:t>
      </w:r>
    </w:p>
    <w:p xmlns:wp14="http://schemas.microsoft.com/office/word/2010/wordml" w:rsidRPr="00BC4248" w:rsidR="001850E1" w:rsidP="000F218A" w:rsidRDefault="001850E1" wp14:paraId="53BEC95C"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Video Tutorials:</w:t>
      </w:r>
      <w:r w:rsidRPr="00BC4248">
        <w:rPr>
          <w:rFonts w:ascii="Arial" w:hAnsi="Arial" w:eastAsia="Times New Roman" w:cs="Arial"/>
          <w:bCs/>
          <w:sz w:val="24"/>
          <w:szCs w:val="24"/>
          <w:lang w:val="English" w:eastAsia="eu-ES"/>
        </w:rPr>
        <w:t xml:space="preserve"> Main Procedures</w:t>
      </w:r>
    </w:p>
    <w:p xmlns:wp14="http://schemas.microsoft.com/office/word/2010/wordml" w:rsidRPr="00BC4248" w:rsidR="001850E1" w:rsidP="000F218A" w:rsidRDefault="001850E1" wp14:paraId="13576215"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FAQ Document:</w:t>
      </w:r>
      <w:r w:rsidRPr="00BC4248">
        <w:rPr>
          <w:rFonts w:ascii="Arial" w:hAnsi="Arial" w:eastAsia="Times New Roman" w:cs="Arial"/>
          <w:bCs/>
          <w:sz w:val="24"/>
          <w:szCs w:val="24"/>
          <w:lang w:val="English" w:eastAsia="eu-ES"/>
        </w:rPr>
        <w:t xml:space="preserve"> Answers to Frequently Asked Questions</w:t>
      </w:r>
    </w:p>
    <w:p xmlns:wp14="http://schemas.microsoft.com/office/word/2010/wordml" w:rsidRPr="00BC4248" w:rsidR="001850E1" w:rsidP="000F218A" w:rsidRDefault="001850E1" wp14:paraId="2923CCA0"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Project examples:</w:t>
      </w:r>
      <w:r w:rsidRPr="00BC4248">
        <w:rPr>
          <w:rFonts w:ascii="Arial" w:hAnsi="Arial" w:eastAsia="Times New Roman" w:cs="Arial"/>
          <w:bCs/>
          <w:sz w:val="24"/>
          <w:szCs w:val="24"/>
          <w:lang w:val="English" w:eastAsia="eu-ES"/>
        </w:rPr>
        <w:t xml:space="preserve"> Good previous projects</w:t>
      </w:r>
    </w:p>
    <w:p xmlns:wp14="http://schemas.microsoft.com/office/word/2010/wordml" w:rsidR="001850E1" w:rsidP="001850E1" w:rsidRDefault="001850E1" wp14:paraId="5997CC1D" wp14:textId="77777777">
      <w:pPr>
        <w:spacing w:after="0"/>
      </w:pPr>
    </w:p>
    <w:p xmlns:wp14="http://schemas.microsoft.com/office/word/2010/wordml" w:rsidRPr="00BC4248" w:rsidR="001850E1" w:rsidP="000F218A" w:rsidRDefault="001850E1" wp14:paraId="0892E964" wp14:textId="77777777">
      <w:pPr>
        <w:pStyle w:val="1izenburua"/>
        <w:numPr>
          <w:ilvl w:val="0"/>
          <w:numId w:val="7"/>
        </w:numPr>
        <w:spacing w:line="360" w:lineRule="auto"/>
        <w:rPr>
          <w:rFonts w:ascii="Arial" w:hAnsi="Arial" w:cs="Arial"/>
          <w:szCs w:val="24"/>
          <w:lang w:val="eu-ES"/>
        </w:rPr>
      </w:pPr>
      <w:bookmarkStart w:name="_Toc202769043" w:id="23"/>
      <w:r w:rsidRPr="00BC4248">
        <w:rPr>
          <w:rFonts w:ascii="Arial" w:hAnsi="Arial" w:cs="Arial"/>
          <w:szCs w:val="24"/>
          <w:lang w:val="English"/>
        </w:rPr>
        <w:t>Inclusion and Attention to Diversity</w:t>
      </w:r>
      <w:bookmarkEnd w:id="23"/>
    </w:p>
    <w:p xmlns:wp14="http://schemas.microsoft.com/office/word/2010/wordml" w:rsidRPr="00BC4248" w:rsidR="001850E1" w:rsidP="00BC4248" w:rsidRDefault="001850E1" wp14:paraId="31844696" wp14:textId="77777777">
      <w:pPr>
        <w:pStyle w:val="1izenburua"/>
        <w:spacing w:line="360" w:lineRule="auto"/>
        <w:ind w:left="360"/>
        <w:rPr>
          <w:rFonts w:ascii="Arial" w:hAnsi="Arial" w:cs="Arial"/>
          <w:szCs w:val="24"/>
          <w:lang w:val="eu-ES"/>
        </w:rPr>
      </w:pPr>
      <w:bookmarkStart w:name="_Toc202769044" w:id="24"/>
      <w:r w:rsidRPr="00BC4248">
        <w:rPr>
          <w:rFonts w:ascii="Arial" w:hAnsi="Arial" w:cs="Arial"/>
          <w:szCs w:val="24"/>
          <w:lang w:val="English"/>
        </w:rPr>
        <w:t>General Measures:</w:t>
      </w:r>
      <w:bookmarkEnd w:id="24"/>
    </w:p>
    <w:p xmlns:wp14="http://schemas.microsoft.com/office/word/2010/wordml" w:rsidRPr="00BC4248" w:rsidR="001850E1" w:rsidP="000F218A" w:rsidRDefault="001850E1" wp14:paraId="09F4A3C7"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sz w:val="24"/>
          <w:szCs w:val="24"/>
          <w:lang w:val="English" w:eastAsia="eu-ES"/>
        </w:rPr>
        <w:t>Personalized assistance:</w:t>
      </w:r>
      <w:r w:rsidRPr="00BC4248">
        <w:rPr>
          <w:rFonts w:ascii="Arial" w:hAnsi="Arial" w:eastAsia="Times New Roman" w:cs="Arial"/>
          <w:sz w:val="24"/>
          <w:szCs w:val="24"/>
          <w:lang w:val="English" w:eastAsia="eu-ES"/>
        </w:rPr>
        <w:t xml:space="preserve"> Adapted to the needs of each student</w:t>
      </w:r>
    </w:p>
    <w:p xmlns:wp14="http://schemas.microsoft.com/office/word/2010/wordml" w:rsidRPr="00BC4248" w:rsidR="001850E1" w:rsidP="000F218A" w:rsidRDefault="001850E1" wp14:paraId="1B8396BD"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sz w:val="24"/>
          <w:szCs w:val="24"/>
          <w:lang w:val="English" w:eastAsia="eu-ES"/>
        </w:rPr>
        <w:t>Teamwork:</w:t>
      </w:r>
      <w:r w:rsidRPr="00BC4248">
        <w:rPr>
          <w:rFonts w:ascii="Arial" w:hAnsi="Arial" w:eastAsia="Times New Roman" w:cs="Arial"/>
          <w:sz w:val="24"/>
          <w:szCs w:val="24"/>
          <w:lang w:val="English" w:eastAsia="eu-ES"/>
        </w:rPr>
        <w:t xml:space="preserve"> Mutual help between colleagues</w:t>
      </w:r>
    </w:p>
    <w:p xmlns:wp14="http://schemas.microsoft.com/office/word/2010/wordml" w:rsidRPr="00BC4248" w:rsidR="001850E1" w:rsidP="000F218A" w:rsidRDefault="001850E1" wp14:paraId="51D716D2"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sz w:val="24"/>
          <w:szCs w:val="24"/>
          <w:lang w:val="English" w:eastAsia="eu-ES"/>
        </w:rPr>
        <w:t>Difficulty levels:</w:t>
      </w:r>
      <w:r w:rsidRPr="00BC4248">
        <w:rPr>
          <w:rFonts w:ascii="Arial" w:hAnsi="Arial" w:eastAsia="Times New Roman" w:cs="Arial"/>
          <w:sz w:val="24"/>
          <w:szCs w:val="24"/>
          <w:lang w:val="English" w:eastAsia="eu-ES"/>
        </w:rPr>
        <w:t xml:space="preserve"> Different activities at different levels of difficulty</w:t>
      </w:r>
    </w:p>
    <w:p xmlns:wp14="http://schemas.microsoft.com/office/word/2010/wordml" w:rsidRPr="00BC4248" w:rsidR="001850E1" w:rsidP="000F218A" w:rsidRDefault="001850E1" wp14:paraId="312C0CDB"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sz w:val="24"/>
          <w:szCs w:val="24"/>
          <w:lang w:val="English" w:eastAsia="eu-ES"/>
        </w:rPr>
        <w:t>Learning Styles:</w:t>
      </w:r>
      <w:r w:rsidRPr="00BC4248">
        <w:rPr>
          <w:rFonts w:ascii="Arial" w:hAnsi="Arial" w:eastAsia="Times New Roman" w:cs="Arial"/>
          <w:sz w:val="24"/>
          <w:szCs w:val="24"/>
          <w:lang w:val="English" w:eastAsia="eu-ES"/>
        </w:rPr>
        <w:t xml:space="preserve"> Visual materials, auditory explanations, and hands-on activities</w:t>
      </w:r>
    </w:p>
    <w:p xmlns:wp14="http://schemas.microsoft.com/office/word/2010/wordml" w:rsidRPr="00BC4248" w:rsidR="001850E1" w:rsidP="00BC4248" w:rsidRDefault="001850E1" wp14:paraId="33406268" wp14:textId="77777777">
      <w:pPr>
        <w:pStyle w:val="1izenburua"/>
        <w:spacing w:line="360" w:lineRule="auto"/>
        <w:ind w:left="360"/>
        <w:rPr>
          <w:rFonts w:ascii="Arial" w:hAnsi="Arial" w:cs="Arial"/>
          <w:szCs w:val="24"/>
          <w:lang w:val="eu-ES"/>
        </w:rPr>
      </w:pPr>
      <w:bookmarkStart w:name="_Toc202769045" w:id="25"/>
      <w:r w:rsidRPr="00BC4248">
        <w:rPr>
          <w:rFonts w:ascii="Arial" w:hAnsi="Arial" w:cs="Arial"/>
          <w:szCs w:val="24"/>
          <w:lang w:val="English"/>
        </w:rPr>
        <w:t>Special Educational Needs Accommodations:</w:t>
      </w:r>
      <w:bookmarkEnd w:id="25"/>
    </w:p>
    <w:p xmlns:wp14="http://schemas.microsoft.com/office/word/2010/wordml" w:rsidRPr="00BC4248" w:rsidR="001850E1" w:rsidP="000F218A" w:rsidRDefault="001850E1" wp14:paraId="65EB53B9"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Material format: Increased font size</w:t>
      </w:r>
      <w:r w:rsidRPr="00BC4248">
        <w:rPr>
          <w:rFonts w:ascii="Arial" w:hAnsi="Arial" w:eastAsia="Times New Roman" w:cs="Arial"/>
          <w:bCs/>
          <w:sz w:val="24"/>
          <w:szCs w:val="24"/>
          <w:lang w:val="English" w:eastAsia="eu-ES"/>
        </w:rPr>
        <w:t xml:space="preserve"> , improved color contrasts</w:t>
      </w:r>
    </w:p>
    <w:p xmlns:wp14="http://schemas.microsoft.com/office/word/2010/wordml" w:rsidRPr="00BC4248" w:rsidR="001850E1" w:rsidP="000F218A" w:rsidRDefault="001850E1" wp14:paraId="2953520F"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Additional time:</w:t>
      </w:r>
      <w:r w:rsidRPr="00BC4248">
        <w:rPr>
          <w:rFonts w:ascii="Arial" w:hAnsi="Arial" w:eastAsia="Times New Roman" w:cs="Arial"/>
          <w:bCs/>
          <w:sz w:val="24"/>
          <w:szCs w:val="24"/>
          <w:lang w:val="English" w:eastAsia="eu-ES"/>
        </w:rPr>
        <w:t xml:space="preserve"> Complementary time for internships</w:t>
      </w:r>
    </w:p>
    <w:p xmlns:wp14="http://schemas.microsoft.com/office/word/2010/wordml" w:rsidRPr="00BC4248" w:rsidR="001850E1" w:rsidP="000F218A" w:rsidRDefault="001850E1" wp14:paraId="21ACCA08"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Technical Assistance:</w:t>
      </w:r>
      <w:r w:rsidRPr="00BC4248">
        <w:rPr>
          <w:rFonts w:ascii="Arial" w:hAnsi="Arial" w:eastAsia="Times New Roman" w:cs="Arial"/>
          <w:bCs/>
          <w:sz w:val="24"/>
          <w:szCs w:val="24"/>
          <w:lang w:val="English" w:eastAsia="eu-ES"/>
        </w:rPr>
        <w:t xml:space="preserve"> Specific Tools for Mobility Issues</w:t>
      </w:r>
    </w:p>
    <w:p xmlns:wp14="http://schemas.microsoft.com/office/word/2010/wordml" w:rsidRPr="00BC4248" w:rsidR="001850E1" w:rsidP="000F218A" w:rsidRDefault="001850E1" wp14:paraId="0BB1FCCD"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r w:rsidRPr="00BC4248">
        <w:rPr>
          <w:rFonts w:ascii="Arial" w:hAnsi="Arial" w:eastAsia="Times New Roman" w:cs="Arial"/>
          <w:b/>
          <w:sz w:val="24"/>
          <w:szCs w:val="24"/>
          <w:lang w:val="English" w:eastAsia="eu-ES"/>
        </w:rPr>
        <w:t>Individual tutorials:</w:t>
      </w:r>
      <w:r w:rsidRPr="00BC4248">
        <w:rPr>
          <w:rFonts w:ascii="Arial" w:hAnsi="Arial" w:eastAsia="Times New Roman" w:cs="Arial"/>
          <w:bCs/>
          <w:sz w:val="24"/>
          <w:szCs w:val="24"/>
          <w:lang w:val="English" w:eastAsia="eu-ES"/>
        </w:rPr>
        <w:t xml:space="preserve"> Personalized attention</w:t>
      </w:r>
    </w:p>
    <w:p xmlns:wp14="http://schemas.microsoft.com/office/word/2010/wordml" w:rsidRPr="00BC4248" w:rsidR="001850E1" w:rsidP="000F218A" w:rsidRDefault="001850E1" wp14:paraId="09B2C132" wp14:textId="77777777">
      <w:pPr>
        <w:pStyle w:val="1izenburua"/>
        <w:numPr>
          <w:ilvl w:val="0"/>
          <w:numId w:val="7"/>
        </w:numPr>
        <w:spacing w:line="360" w:lineRule="auto"/>
        <w:rPr>
          <w:rFonts w:ascii="Arial" w:hAnsi="Arial" w:cs="Arial"/>
          <w:szCs w:val="24"/>
          <w:lang w:val="eu-ES"/>
        </w:rPr>
      </w:pPr>
      <w:bookmarkStart w:name="_Toc202769046" w:id="26"/>
      <w:r w:rsidRPr="00BC4248">
        <w:rPr>
          <w:rFonts w:ascii="Arial" w:hAnsi="Arial" w:cs="Arial"/>
          <w:szCs w:val="24"/>
          <w:lang w:val="English"/>
        </w:rPr>
        <w:t>Observations and Recommendations</w:t>
      </w:r>
      <w:bookmarkEnd w:id="26"/>
    </w:p>
    <w:p xmlns:wp14="http://schemas.microsoft.com/office/word/2010/wordml" w:rsidRPr="00BC4248" w:rsidR="001850E1" w:rsidP="000F218A" w:rsidRDefault="001850E1" wp14:paraId="575013F5"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 xml:space="preserve">Pretian Training</w:t>
      </w:r>
      <w:proofErr w:type="spellStart"/>
      <w:proofErr w:type="spellEnd"/>
      <w:r w:rsidRPr="00BC4248">
        <w:rPr>
          <w:rFonts w:ascii="Arial" w:hAnsi="Arial" w:eastAsia="Times New Roman" w:cs="Arial"/>
          <w:bCs/>
          <w:sz w:val="24"/>
          <w:szCs w:val="24"/>
          <w:lang w:val="English" w:eastAsia="eu-ES"/>
        </w:rPr>
        <w:t>:</w:t>
      </w:r>
      <w:r w:rsidRPr="00BC4248">
        <w:rPr>
          <w:rFonts w:ascii="Arial" w:hAnsi="Arial" w:eastAsia="Times New Roman" w:cs="Arial"/>
          <w:sz w:val="24"/>
          <w:szCs w:val="24"/>
          <w:lang w:val="English" w:eastAsia="eu-ES"/>
        </w:rPr>
        <w:t xml:space="preserve"> Automation Basics Review</w:t>
      </w:r>
    </w:p>
    <w:p xmlns:wp14="http://schemas.microsoft.com/office/word/2010/wordml" w:rsidRPr="00BC4248" w:rsidR="001850E1" w:rsidP="000F218A" w:rsidRDefault="001850E1" wp14:paraId="5FE59061"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Documentation:</w:t>
      </w:r>
      <w:r w:rsidRPr="00BC4248">
        <w:rPr>
          <w:rFonts w:ascii="Arial" w:hAnsi="Arial" w:eastAsia="Times New Roman" w:cs="Arial"/>
          <w:sz w:val="24"/>
          <w:szCs w:val="24"/>
          <w:lang w:val="English" w:eastAsia="eu-ES"/>
        </w:rPr>
        <w:t xml:space="preserve"> Document the entire process with photos and notes</w:t>
      </w:r>
    </w:p>
    <w:p xmlns:wp14="http://schemas.microsoft.com/office/word/2010/wordml" w:rsidRPr="00BC4248" w:rsidR="001850E1" w:rsidP="000F218A" w:rsidRDefault="001850E1" wp14:paraId="34954480"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Cooperation:</w:t>
      </w:r>
      <w:r w:rsidRPr="00BC4248">
        <w:rPr>
          <w:rFonts w:ascii="Arial" w:hAnsi="Arial" w:eastAsia="Times New Roman" w:cs="Arial"/>
          <w:sz w:val="24"/>
          <w:szCs w:val="24"/>
          <w:lang w:val="English" w:eastAsia="eu-ES"/>
        </w:rPr>
        <w:t xml:space="preserve"> Teamwork and sharing knowledge</w:t>
      </w:r>
    </w:p>
    <w:p xmlns:wp14="http://schemas.microsoft.com/office/word/2010/wordml" w:rsidRPr="00BC4248" w:rsidR="001850E1" w:rsidP="000F218A" w:rsidRDefault="001850E1" wp14:paraId="36BF8326"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Safety:</w:t>
      </w:r>
      <w:r w:rsidRPr="00BC4248">
        <w:rPr>
          <w:rFonts w:ascii="Arial" w:hAnsi="Arial" w:eastAsia="Times New Roman" w:cs="Arial"/>
          <w:sz w:val="24"/>
          <w:szCs w:val="24"/>
          <w:lang w:val="English" w:eastAsia="eu-ES"/>
        </w:rPr>
        <w:t xml:space="preserve"> Always respect safety rules</w:t>
      </w:r>
    </w:p>
    <w:p xmlns:wp14="http://schemas.microsoft.com/office/word/2010/wordml" w:rsidRPr="00BC4248" w:rsidR="001850E1" w:rsidP="000F218A" w:rsidRDefault="001850E1" wp14:paraId="54118524"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BC4248">
        <w:rPr>
          <w:rFonts w:ascii="Arial" w:hAnsi="Arial" w:eastAsia="Times New Roman" w:cs="Arial"/>
          <w:b/>
          <w:bCs/>
          <w:sz w:val="24"/>
          <w:szCs w:val="24"/>
          <w:lang w:val="English" w:eastAsia="eu-ES"/>
        </w:rPr>
        <w:t xml:space="preserve">Questions: </w:t>
      </w:r>
      <w:r w:rsidRPr="00BC4248">
        <w:rPr>
          <w:rFonts w:ascii="Arial" w:hAnsi="Arial" w:eastAsia="Times New Roman" w:cs="Arial"/>
          <w:b/>
          <w:sz w:val="24"/>
          <w:szCs w:val="24"/>
          <w:lang w:val="English" w:eastAsia="eu-ES"/>
        </w:rPr>
        <w:t xml:space="preserve"/>
      </w:r>
      <w:r w:rsidRPr="00BC4248">
        <w:rPr>
          <w:rFonts w:ascii="Arial" w:hAnsi="Arial" w:eastAsia="Times New Roman" w:cs="Arial"/>
          <w:sz w:val="24"/>
          <w:szCs w:val="24"/>
          <w:lang w:val="English" w:eastAsia="eu-ES"/>
        </w:rPr>
        <w:t>Ask when in doubt, don't stay silent</w:t>
      </w:r>
    </w:p>
    <w:p xmlns:wp14="http://schemas.microsoft.com/office/word/2010/wordml" w:rsidR="001850E1" w:rsidP="001850E1" w:rsidRDefault="001850E1" wp14:paraId="110FFD37" wp14:textId="77777777">
      <w:pPr>
        <w:spacing w:after="0"/>
      </w:pPr>
    </w:p>
    <w:p xmlns:wp14="http://schemas.microsoft.com/office/word/2010/wordml" w:rsidRPr="00BC4248" w:rsidR="001850E1" w:rsidP="00BC4248" w:rsidRDefault="001850E1" wp14:paraId="1300D864" wp14:textId="77777777">
      <w:pPr>
        <w:pStyle w:val="whitespace-normal"/>
        <w:spacing w:line="360" w:lineRule="auto"/>
        <w:rPr>
          <w:rFonts w:ascii="Arial" w:hAnsi="Arial" w:cs="Arial"/>
        </w:rPr>
      </w:pPr>
      <w:r w:rsidRPr="00BC4248">
        <w:rPr>
          <w:rStyle w:val="Enfasia"/>
          <w:rFonts w:ascii="Arial" w:hAnsi="Arial" w:cs="Arial"/>
          <w:lang w:val="English"/>
        </w:rPr>
        <w:t>Upon completion of this course, you will have the core competencies to work as an advanced automation systems integrator. You will be ready to face the challenges of Industry 4.0!</w:t>
      </w:r>
    </w:p>
    <w:p xmlns:wp14="http://schemas.microsoft.com/office/word/2010/wordml" w:rsidRPr="002C2419" w:rsidR="00885DF0" w:rsidP="00D3238E" w:rsidRDefault="00885DF0" wp14:paraId="6B699379" wp14:textId="77777777">
      <w:pPr>
        <w:pStyle w:val="1izenburua"/>
        <w:spacing w:line="360" w:lineRule="auto"/>
        <w:ind w:left="360"/>
        <w:rPr>
          <w:rFonts w:ascii="Arial" w:hAnsi="Arial" w:cs="Arial"/>
          <w:sz w:val="24"/>
          <w:szCs w:val="24"/>
          <w:lang w:val="eu-ES"/>
        </w:rPr>
      </w:pPr>
    </w:p>
    <w:sectPr w:rsidRPr="002C2419" w:rsidR="00885DF0" w:rsidSect="00093622">
      <w:headerReference w:type="default" r:id="rId17"/>
      <w:footerReference w:type="default" r:id="rId18"/>
      <w:pgSz w:w="12240" w:h="15840" w:orient="portrait"/>
      <w:pgMar w:top="1701" w:right="1418" w:bottom="1418" w:left="1701" w:header="14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B12EA" w:rsidP="00530AAA" w:rsidRDefault="008B12EA" w14:paraId="08CE6F91" wp14:textId="77777777">
      <w:pPr>
        <w:spacing w:after="0" w:line="240" w:lineRule="auto"/>
      </w:pPr>
      <w:r>
        <w:separator/>
      </w:r>
    </w:p>
  </w:endnote>
  <w:endnote w:type="continuationSeparator" w:id="0">
    <w:p xmlns:wp14="http://schemas.microsoft.com/office/word/2010/wordml" w:rsidR="008B12EA" w:rsidP="00530AAA" w:rsidRDefault="008B12EA" w14:paraId="61CDCEA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9317"/>
      <w:docPartObj>
        <w:docPartGallery w:val="Page Numbers (Bottom of Page)"/>
        <w:docPartUnique/>
      </w:docPartObj>
    </w:sdtPr>
    <w:sdtEndPr/>
    <w:sdtContent>
      <w:p xmlns:wp14="http://schemas.microsoft.com/office/word/2010/wordml" w:rsidR="006B5319" w:rsidRDefault="006B5319" wp14:paraId="0EB546F9" wp14:textId="77777777">
        <w:pPr>
          <w:pStyle w:val="Orri-oina"/>
          <w:jc w:val="right"/>
        </w:pPr>
        <w:r>
          <w:rPr>
            <w:lang w:val="English"/>
          </w:rPr>
          <w:fldChar w:fldCharType="begin"/>
        </w:r>
        <w:r>
          <w:rPr>
            <w:lang w:val="English"/>
          </w:rPr>
          <w:instrText>PAGE   \* MERGEFORMAT</w:instrText>
        </w:r>
        <w:r>
          <w:rPr>
            <w:lang w:val="English"/>
          </w:rPr>
          <w:fldChar w:fldCharType="separate"/>
        </w:r>
        <w:r w:rsidRPr="0063592F" w:rsidR="0063592F">
          <w:rPr>
            <w:noProof/>
            <w:lang w:val="English"/>
          </w:rPr>
          <w:t>2</w:t>
        </w:r>
        <w:r>
          <w:rPr>
            <w:lang w:val="English"/>
          </w:rPr>
          <w:fldChar w:fldCharType="end"/>
        </w:r>
      </w:p>
    </w:sdtContent>
  </w:sdt>
  <w:p xmlns:wp14="http://schemas.microsoft.com/office/word/2010/wordml" w:rsidR="006B5319" w:rsidRDefault="006B5319" wp14:paraId="3FE9F23F" wp14:textId="77777777">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B12EA" w:rsidP="00530AAA" w:rsidRDefault="008B12EA" w14:paraId="6BB9E253" wp14:textId="77777777">
      <w:pPr>
        <w:spacing w:after="0" w:line="240" w:lineRule="auto"/>
      </w:pPr>
      <w:r>
        <w:separator/>
      </w:r>
    </w:p>
  </w:footnote>
  <w:footnote w:type="continuationSeparator" w:id="0">
    <w:p xmlns:wp14="http://schemas.microsoft.com/office/word/2010/wordml" w:rsidR="008B12EA" w:rsidP="00530AAA" w:rsidRDefault="008B12EA" w14:paraId="23DE523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6B5319" w:rsidP="00530AAA" w:rsidRDefault="006B5319" wp14:paraId="26B2E0D0" wp14:textId="77777777">
    <w:pPr>
      <w:pStyle w:val="1izenburua"/>
      <w:spacing w:line="360" w:lineRule="auto"/>
      <w:jc w:val="right"/>
      <w:rPr>
        <w:rFonts w:ascii="Arial" w:hAnsi="Arial" w:cs="Arial"/>
        <w:lang w:val="eu-ES"/>
      </w:rPr>
    </w:pPr>
    <w:r>
      <w:rPr>
        <w:noProof/>
        <w:lang w:val="English" w:eastAsia="eu-ES"/>
      </w:rPr>
      <w:drawing>
        <wp:anchor xmlns:wp14="http://schemas.microsoft.com/office/word/2010/wordprocessingDrawing" distT="114300" distB="114300" distL="114300" distR="114300" simplePos="0" relativeHeight="251659264" behindDoc="0" locked="0" layoutInCell="1" hidden="0" allowOverlap="1" wp14:editId="2F3C440E" wp14:anchorId="0478F42E">
          <wp:simplePos x="0" y="0"/>
          <wp:positionH relativeFrom="margin">
            <wp:align>center</wp:align>
          </wp:positionH>
          <wp:positionV relativeFrom="paragraph">
            <wp:posOffset>60960</wp:posOffset>
          </wp:positionV>
          <wp:extent cx="1281113" cy="547384"/>
          <wp:effectExtent l="0" t="0" r="0" b="5080"/>
          <wp:wrapNone/>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81113" cy="547384"/>
                  </a:xfrm>
                  <a:prstGeom prst="rect">
                    <a:avLst/>
                  </a:prstGeom>
                  <a:ln/>
                </pic:spPr>
              </pic:pic>
            </a:graphicData>
          </a:graphic>
        </wp:anchor>
      </w:drawing>
    </w:r>
    <w:r>
      <w:rPr>
        <w:noProof/>
        <w:lang w:val="English" w:eastAsia="eu-ES"/>
      </w:rPr>
      <w:drawing>
        <wp:anchor xmlns:wp14="http://schemas.microsoft.com/office/word/2010/wordprocessingDrawing" distT="0" distB="0" distL="114300" distR="114300" simplePos="0" relativeHeight="251661312" behindDoc="0" locked="0" layoutInCell="1" allowOverlap="1" wp14:editId="268E7DA9" wp14:anchorId="292FB70F">
          <wp:simplePos x="0" y="0"/>
          <wp:positionH relativeFrom="margin">
            <wp:align>left</wp:align>
          </wp:positionH>
          <wp:positionV relativeFrom="paragraph">
            <wp:posOffset>83185</wp:posOffset>
          </wp:positionV>
          <wp:extent cx="1050475" cy="611079"/>
          <wp:effectExtent l="0" t="0" r="0" b="0"/>
          <wp:wrapNone/>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2">
                    <a:extLst>
                      <a:ext uri="{28A0092B-C50C-407E-A947-70E740481C1C}">
                        <a14:useLocalDpi xmlns:a14="http://schemas.microsoft.com/office/drawing/2010/main" val="0"/>
                      </a:ext>
                    </a:extLst>
                  </a:blip>
                  <a:stretch>
                    <a:fillRect/>
                  </a:stretch>
                </pic:blipFill>
                <pic:spPr>
                  <a:xfrm>
                    <a:off x="0" y="0"/>
                    <a:ext cx="1050475" cy="61107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nglish"/>
      </w:rPr>
      <w:t>Student's Guide</w:t>
    </w:r>
  </w:p>
  <w:p xmlns:wp14="http://schemas.microsoft.com/office/word/2010/wordml" w:rsidR="006B5319" w:rsidRDefault="006B5319" wp14:paraId="1F72F646" wp14:textId="7777777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Zenbaki-zerren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Zenbaki-zerren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Bulet-zerrenda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3D1EFFD4"/>
    <w:lvl w:ilvl="0">
      <w:start w:val="1"/>
      <w:numFmt w:val="bullet"/>
      <w:pStyle w:val="Bulet-zerrenda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D0A62B40"/>
    <w:lvl w:ilvl="0">
      <w:start w:val="1"/>
      <w:numFmt w:val="decimal"/>
      <w:pStyle w:val="Zenbaki-zerren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Bulet-zerrenda"/>
      <w:lvlText w:val=""/>
      <w:lvlJc w:val="left"/>
      <w:pPr>
        <w:tabs>
          <w:tab w:val="num" w:pos="360"/>
        </w:tabs>
        <w:ind w:left="360" w:hanging="360"/>
      </w:pPr>
      <w:rPr>
        <w:rFonts w:hint="default" w:ascii="Symbol" w:hAnsi="Symbol"/>
      </w:rPr>
    </w:lvl>
  </w:abstractNum>
  <w:abstractNum w:abstractNumId="6" w15:restartNumberingAfterBreak="0">
    <w:nsid w:val="37E87BE2"/>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776A4A"/>
    <w:multiLevelType w:val="hybridMultilevel"/>
    <w:tmpl w:val="D250D4D8"/>
    <w:lvl w:ilvl="0" w:tplc="042D0001">
      <w:start w:val="1"/>
      <w:numFmt w:val="bullet"/>
      <w:lvlText w:val=""/>
      <w:lvlJc w:val="left"/>
      <w:pPr>
        <w:ind w:left="720" w:hanging="360"/>
      </w:pPr>
      <w:rPr>
        <w:rFonts w:hint="default" w:ascii="Symbol" w:hAnsi="Symbol"/>
      </w:rPr>
    </w:lvl>
    <w:lvl w:ilvl="1" w:tplc="042D0003">
      <w:start w:val="1"/>
      <w:numFmt w:val="bullet"/>
      <w:lvlText w:val="o"/>
      <w:lvlJc w:val="left"/>
      <w:pPr>
        <w:ind w:left="1440" w:hanging="360"/>
      </w:pPr>
      <w:rPr>
        <w:rFonts w:hint="default" w:ascii="Courier New" w:hAnsi="Courier New" w:cs="Courier New"/>
      </w:rPr>
    </w:lvl>
    <w:lvl w:ilvl="2" w:tplc="042D0005">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8" w15:restartNumberingAfterBreak="0">
    <w:nsid w:val="5DFA0AC9"/>
    <w:multiLevelType w:val="multilevel"/>
    <w:tmpl w:val="DEB08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 w:numId="8">
    <w:abstractNumId w:val="8"/>
  </w:num>
  <w:num w:numId="9">
    <w:abstractNumId w:val="7"/>
  </w:num>
  <w:numIdMacAtCleanup w:val="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52D"/>
    <w:rsid w:val="00031B1A"/>
    <w:rsid w:val="00034616"/>
    <w:rsid w:val="0006063C"/>
    <w:rsid w:val="00093622"/>
    <w:rsid w:val="000A2664"/>
    <w:rsid w:val="000B27C0"/>
    <w:rsid w:val="000C62C9"/>
    <w:rsid w:val="000F0F40"/>
    <w:rsid w:val="000F218A"/>
    <w:rsid w:val="00130B8F"/>
    <w:rsid w:val="00132A65"/>
    <w:rsid w:val="001410F8"/>
    <w:rsid w:val="001453EA"/>
    <w:rsid w:val="0015074B"/>
    <w:rsid w:val="00162BE6"/>
    <w:rsid w:val="001850E1"/>
    <w:rsid w:val="001978FA"/>
    <w:rsid w:val="001C16F6"/>
    <w:rsid w:val="001D704D"/>
    <w:rsid w:val="0029639D"/>
    <w:rsid w:val="002B13C4"/>
    <w:rsid w:val="002B2B58"/>
    <w:rsid w:val="002B3523"/>
    <w:rsid w:val="002C2419"/>
    <w:rsid w:val="002F2DB3"/>
    <w:rsid w:val="0031604C"/>
    <w:rsid w:val="00326F90"/>
    <w:rsid w:val="003337E1"/>
    <w:rsid w:val="00350B03"/>
    <w:rsid w:val="003A4CB4"/>
    <w:rsid w:val="003C6E5F"/>
    <w:rsid w:val="003E6CD8"/>
    <w:rsid w:val="004356F1"/>
    <w:rsid w:val="00501802"/>
    <w:rsid w:val="00513386"/>
    <w:rsid w:val="00514E60"/>
    <w:rsid w:val="00527618"/>
    <w:rsid w:val="00530AAA"/>
    <w:rsid w:val="005E4B8F"/>
    <w:rsid w:val="0063592F"/>
    <w:rsid w:val="00677CB4"/>
    <w:rsid w:val="006B5319"/>
    <w:rsid w:val="006F5C00"/>
    <w:rsid w:val="00721D1A"/>
    <w:rsid w:val="00742573"/>
    <w:rsid w:val="007757AC"/>
    <w:rsid w:val="00792BAE"/>
    <w:rsid w:val="007A45AD"/>
    <w:rsid w:val="008651D1"/>
    <w:rsid w:val="00873731"/>
    <w:rsid w:val="00885DF0"/>
    <w:rsid w:val="008B12EA"/>
    <w:rsid w:val="008B4288"/>
    <w:rsid w:val="008D1705"/>
    <w:rsid w:val="00970E19"/>
    <w:rsid w:val="009872AA"/>
    <w:rsid w:val="009A3940"/>
    <w:rsid w:val="009C5AF5"/>
    <w:rsid w:val="009E7014"/>
    <w:rsid w:val="00A15E57"/>
    <w:rsid w:val="00A43817"/>
    <w:rsid w:val="00A46CBB"/>
    <w:rsid w:val="00A511E6"/>
    <w:rsid w:val="00A91E8B"/>
    <w:rsid w:val="00AA1D8D"/>
    <w:rsid w:val="00AC1A24"/>
    <w:rsid w:val="00AC61F8"/>
    <w:rsid w:val="00AD5564"/>
    <w:rsid w:val="00B47730"/>
    <w:rsid w:val="00BB4643"/>
    <w:rsid w:val="00BC4248"/>
    <w:rsid w:val="00C21BB1"/>
    <w:rsid w:val="00C24244"/>
    <w:rsid w:val="00C742C7"/>
    <w:rsid w:val="00C847DF"/>
    <w:rsid w:val="00CB0664"/>
    <w:rsid w:val="00D226DF"/>
    <w:rsid w:val="00D3238E"/>
    <w:rsid w:val="00DA739E"/>
    <w:rsid w:val="00DE439B"/>
    <w:rsid w:val="00DF3B80"/>
    <w:rsid w:val="00E05DEB"/>
    <w:rsid w:val="00E26D75"/>
    <w:rsid w:val="00E447B9"/>
    <w:rsid w:val="00E76665"/>
    <w:rsid w:val="00F411A0"/>
    <w:rsid w:val="00F629F5"/>
    <w:rsid w:val="00F91A3C"/>
    <w:rsid w:val="00FA0B43"/>
    <w:rsid w:val="00FB5A8A"/>
    <w:rsid w:val="00FC693F"/>
    <w:rsid w:val="60F00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2944BF"/>
  <w14:defaultImageDpi w14:val="300"/>
  <w15:docId w15:val="{3649ADE8-F2E7-4064-A355-B1A61B4168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a" w:default="1">
    <w:name w:val="Normal"/>
    <w:qFormat/>
    <w:rsid w:val="00FC693F"/>
  </w:style>
  <w:style w:type="paragraph" w:styleId="1izenburua">
    <w:name w:val="heading 1"/>
    <w:basedOn w:val="Normala"/>
    <w:next w:val="Normala"/>
    <w:link w:val="1izenburuaK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4izenburua">
    <w:name w:val="heading 4"/>
    <w:basedOn w:val="Normala"/>
    <w:next w:val="Normala"/>
    <w:link w:val="4izenburuaK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5izenburua">
    <w:name w:val="heading 5"/>
    <w:basedOn w:val="Normala"/>
    <w:next w:val="Normala"/>
    <w:link w:val="5izenburuaK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6izenburua">
    <w:name w:val="heading 6"/>
    <w:basedOn w:val="Normala"/>
    <w:next w:val="Normala"/>
    <w:link w:val="6izenburuaK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7izenburua">
    <w:name w:val="heading 7"/>
    <w:basedOn w:val="Normala"/>
    <w:next w:val="Normala"/>
    <w:link w:val="7izenburuaK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8izenburua">
    <w:name w:val="heading 8"/>
    <w:basedOn w:val="Normala"/>
    <w:next w:val="Normala"/>
    <w:link w:val="8izenburuaK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9izenburua">
    <w:name w:val="heading 9"/>
    <w:basedOn w:val="Normala"/>
    <w:next w:val="Normala"/>
    <w:link w:val="9izenburuaK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Paragrafoarenletra-tipolehenetsia" w:default="1">
    <w:name w:val="Default Paragraph Font"/>
    <w:uiPriority w:val="1"/>
    <w:semiHidden/>
    <w:unhideWhenUsed/>
  </w:style>
  <w:style w:type="table" w:styleId="Taulanormala" w:default="1">
    <w:name w:val="Normal Table"/>
    <w:uiPriority w:val="99"/>
    <w:semiHidden/>
    <w:unhideWhenUsed/>
    <w:tblPr>
      <w:tblInd w:w="0" w:type="dxa"/>
      <w:tblCellMar>
        <w:top w:w="0" w:type="dxa"/>
        <w:left w:w="108" w:type="dxa"/>
        <w:bottom w:w="0" w:type="dxa"/>
        <w:right w:w="108" w:type="dxa"/>
      </w:tblCellMar>
    </w:tblPr>
  </w:style>
  <w:style w:type="numbering" w:styleId="Zerrendarikez" w:default="1">
    <w:name w:val="No List"/>
    <w:uiPriority w:val="99"/>
    <w:semiHidden/>
    <w:unhideWhenUsed/>
  </w:style>
  <w:style w:type="paragraph" w:styleId="Goiburua">
    <w:name w:val="header"/>
    <w:basedOn w:val="Normala"/>
    <w:link w:val="GoiburuaKar"/>
    <w:uiPriority w:val="99"/>
    <w:unhideWhenUsed/>
    <w:rsid w:val="00E618BF"/>
    <w:pPr>
      <w:tabs>
        <w:tab w:val="center" w:pos="4680"/>
        <w:tab w:val="right" w:pos="9360"/>
      </w:tabs>
      <w:spacing w:after="0" w:line="240" w:lineRule="auto"/>
    </w:pPr>
  </w:style>
  <w:style w:type="character" w:styleId="GoiburuaKar" w:customStyle="1">
    <w:name w:val="Goiburua Kar"/>
    <w:basedOn w:val="Paragrafoarenletra-tipolehenetsia"/>
    <w:link w:val="Goiburua"/>
    <w:uiPriority w:val="99"/>
    <w:rsid w:val="00E618BF"/>
  </w:style>
  <w:style w:type="paragraph" w:styleId="Orri-oina">
    <w:name w:val="footer"/>
    <w:basedOn w:val="Normala"/>
    <w:link w:val="Orri-oinaKar"/>
    <w:uiPriority w:val="99"/>
    <w:unhideWhenUsed/>
    <w:rsid w:val="00E618BF"/>
    <w:pPr>
      <w:tabs>
        <w:tab w:val="center" w:pos="4680"/>
        <w:tab w:val="right" w:pos="9360"/>
      </w:tabs>
      <w:spacing w:after="0" w:line="240" w:lineRule="auto"/>
    </w:pPr>
  </w:style>
  <w:style w:type="character" w:styleId="Orri-oinaKar" w:customStyle="1">
    <w:name w:val="Orri-oina Kar"/>
    <w:basedOn w:val="Paragrafoarenletra-tipolehenetsia"/>
    <w:link w:val="Orri-oina"/>
    <w:uiPriority w:val="99"/>
    <w:rsid w:val="00E618BF"/>
  </w:style>
  <w:style w:type="paragraph" w:styleId="Tarterikez">
    <w:name w:val="No Spacing"/>
    <w:link w:val="TarterikezKar"/>
    <w:uiPriority w:val="1"/>
    <w:qFormat/>
    <w:rsid w:val="00FC693F"/>
    <w:pPr>
      <w:spacing w:after="0" w:line="240" w:lineRule="auto"/>
    </w:pPr>
  </w:style>
  <w:style w:type="character" w:styleId="1izenburuaKar" w:customStyle="1">
    <w:name w:val="1. izenburua Kar"/>
    <w:basedOn w:val="Paragrafoarenletra-tipolehenetsia"/>
    <w:link w:val="1izenburua"/>
    <w:uiPriority w:val="9"/>
    <w:rsid w:val="00FC693F"/>
    <w:rPr>
      <w:rFonts w:asciiTheme="majorHAnsi" w:hAnsiTheme="majorHAnsi" w:eastAsiaTheme="majorEastAsia" w:cstheme="majorBidi"/>
      <w:b/>
      <w:bCs/>
      <w:color w:val="365F91" w:themeColor="accent1" w:themeShade="BF"/>
      <w:sz w:val="28"/>
      <w:szCs w:val="28"/>
    </w:rPr>
  </w:style>
  <w:style w:type="character" w:styleId="2izenburuaKar" w:customStyle="1">
    <w:name w:val="2. izenburua Kar"/>
    <w:basedOn w:val="Paragrafoarenletra-tipolehenetsia"/>
    <w:link w:val="2izenburua"/>
    <w:uiPriority w:val="9"/>
    <w:rsid w:val="00FC693F"/>
    <w:rPr>
      <w:rFonts w:asciiTheme="majorHAnsi" w:hAnsiTheme="majorHAnsi" w:eastAsiaTheme="majorEastAsia" w:cstheme="majorBidi"/>
      <w:b/>
      <w:bCs/>
      <w:color w:val="4F81BD" w:themeColor="accent1"/>
      <w:sz w:val="26"/>
      <w:szCs w:val="26"/>
    </w:rPr>
  </w:style>
  <w:style w:type="character" w:styleId="3izenburuaKar" w:customStyle="1">
    <w:name w:val="3. izenburua Kar"/>
    <w:basedOn w:val="Paragrafoarenletra-tipolehenetsia"/>
    <w:link w:val="3izenburua"/>
    <w:uiPriority w:val="9"/>
    <w:rsid w:val="00FC693F"/>
    <w:rPr>
      <w:rFonts w:asciiTheme="majorHAnsi" w:hAnsiTheme="majorHAnsi" w:eastAsiaTheme="majorEastAsia" w:cstheme="majorBidi"/>
      <w:b/>
      <w:bCs/>
      <w:color w:val="4F81BD" w:themeColor="accent1"/>
    </w:rPr>
  </w:style>
  <w:style w:type="paragraph" w:styleId="Titulua">
    <w:name w:val="Title"/>
    <w:basedOn w:val="Normala"/>
    <w:next w:val="Normala"/>
    <w:link w:val="TituluaK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uluaKar" w:customStyle="1">
    <w:name w:val="Titulua Kar"/>
    <w:basedOn w:val="Paragrafoarenletra-tipolehenetsia"/>
    <w:link w:val="Titulua"/>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Azpititulua">
    <w:name w:val="Subtitle"/>
    <w:basedOn w:val="Normala"/>
    <w:next w:val="Normala"/>
    <w:link w:val="AzpitituluaK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AzpitituluaKar" w:customStyle="1">
    <w:name w:val="Azpititulua Kar"/>
    <w:basedOn w:val="Paragrafoarenletra-tipolehenetsia"/>
    <w:link w:val="Azpititulua"/>
    <w:uiPriority w:val="11"/>
    <w:rsid w:val="00FC693F"/>
    <w:rPr>
      <w:rFonts w:asciiTheme="majorHAnsi" w:hAnsiTheme="majorHAnsi" w:eastAsiaTheme="majorEastAsia" w:cstheme="majorBidi"/>
      <w:i/>
      <w:iCs/>
      <w:color w:val="4F81BD" w:themeColor="accent1"/>
      <w:spacing w:val="15"/>
      <w:sz w:val="24"/>
      <w:szCs w:val="24"/>
    </w:rPr>
  </w:style>
  <w:style w:type="paragraph" w:styleId="Zerrenda-paragrafoa">
    <w:name w:val="List Paragraph"/>
    <w:basedOn w:val="Normala"/>
    <w:uiPriority w:val="34"/>
    <w:qFormat/>
    <w:rsid w:val="00FC693F"/>
    <w:pPr>
      <w:ind w:left="720"/>
      <w:contextualSpacing/>
    </w:pPr>
  </w:style>
  <w:style w:type="paragraph" w:styleId="Gorputz-testua">
    <w:name w:val="Body Text"/>
    <w:basedOn w:val="Normala"/>
    <w:link w:val="Gorputz-testuaKar"/>
    <w:uiPriority w:val="99"/>
    <w:unhideWhenUsed/>
    <w:rsid w:val="00AA1D8D"/>
    <w:pPr>
      <w:spacing w:after="120"/>
    </w:pPr>
  </w:style>
  <w:style w:type="character" w:styleId="Gorputz-testuaKar" w:customStyle="1">
    <w:name w:val="Gorputz-testua Kar"/>
    <w:basedOn w:val="Paragrafoarenletra-tipolehenetsia"/>
    <w:link w:val="Gorputz-testua"/>
    <w:uiPriority w:val="99"/>
    <w:rsid w:val="00AA1D8D"/>
  </w:style>
  <w:style w:type="paragraph" w:styleId="Gorputz-testua2">
    <w:name w:val="Body Text 2"/>
    <w:basedOn w:val="Normala"/>
    <w:link w:val="Gorputz-testua2Kar"/>
    <w:uiPriority w:val="99"/>
    <w:unhideWhenUsed/>
    <w:rsid w:val="00AA1D8D"/>
    <w:pPr>
      <w:spacing w:after="120" w:line="480" w:lineRule="auto"/>
    </w:pPr>
  </w:style>
  <w:style w:type="character" w:styleId="Gorputz-testua2Kar" w:customStyle="1">
    <w:name w:val="Gorputz-testua 2 Kar"/>
    <w:basedOn w:val="Paragrafoarenletra-tipolehenetsia"/>
    <w:link w:val="Gorputz-testua2"/>
    <w:uiPriority w:val="99"/>
    <w:rsid w:val="00AA1D8D"/>
  </w:style>
  <w:style w:type="paragraph" w:styleId="Gorputz-testua3">
    <w:name w:val="Body Text 3"/>
    <w:basedOn w:val="Normala"/>
    <w:link w:val="Gorputz-testua3Kar"/>
    <w:uiPriority w:val="99"/>
    <w:unhideWhenUsed/>
    <w:rsid w:val="00AA1D8D"/>
    <w:pPr>
      <w:spacing w:after="120"/>
    </w:pPr>
    <w:rPr>
      <w:sz w:val="16"/>
      <w:szCs w:val="16"/>
    </w:rPr>
  </w:style>
  <w:style w:type="character" w:styleId="Gorputz-testua3Kar" w:customStyle="1">
    <w:name w:val="Gorputz-testua 3 Kar"/>
    <w:basedOn w:val="Paragrafoarenletra-tipolehenetsia"/>
    <w:link w:val="Gorputz-testua3"/>
    <w:uiPriority w:val="99"/>
    <w:rsid w:val="00AA1D8D"/>
    <w:rPr>
      <w:sz w:val="16"/>
      <w:szCs w:val="16"/>
    </w:rPr>
  </w:style>
  <w:style w:type="paragraph" w:styleId="Zerrenda">
    <w:name w:val="List"/>
    <w:basedOn w:val="Normala"/>
    <w:uiPriority w:val="99"/>
    <w:unhideWhenUsed/>
    <w:rsid w:val="00AA1D8D"/>
    <w:pPr>
      <w:ind w:left="360" w:hanging="360"/>
      <w:contextualSpacing/>
    </w:pPr>
  </w:style>
  <w:style w:type="paragraph" w:styleId="Zerrenda2">
    <w:name w:val="List 2"/>
    <w:basedOn w:val="Normala"/>
    <w:uiPriority w:val="99"/>
    <w:unhideWhenUsed/>
    <w:rsid w:val="00326F90"/>
    <w:pPr>
      <w:ind w:left="720" w:hanging="360"/>
      <w:contextualSpacing/>
    </w:pPr>
  </w:style>
  <w:style w:type="paragraph" w:styleId="Zerrenda3">
    <w:name w:val="List 3"/>
    <w:basedOn w:val="Normala"/>
    <w:uiPriority w:val="99"/>
    <w:unhideWhenUsed/>
    <w:rsid w:val="00326F90"/>
    <w:pPr>
      <w:ind w:left="1080" w:hanging="360"/>
      <w:contextualSpacing/>
    </w:pPr>
  </w:style>
  <w:style w:type="paragraph" w:styleId="Bulet-zerrenda">
    <w:name w:val="List Bullet"/>
    <w:basedOn w:val="Normala"/>
    <w:uiPriority w:val="99"/>
    <w:unhideWhenUsed/>
    <w:rsid w:val="00326F90"/>
    <w:pPr>
      <w:numPr>
        <w:numId w:val="1"/>
      </w:numPr>
      <w:contextualSpacing/>
    </w:pPr>
  </w:style>
  <w:style w:type="paragraph" w:styleId="Bulet-zerrenda2">
    <w:name w:val="List Bullet 2"/>
    <w:basedOn w:val="Normala"/>
    <w:uiPriority w:val="99"/>
    <w:unhideWhenUsed/>
    <w:rsid w:val="00326F90"/>
    <w:pPr>
      <w:numPr>
        <w:numId w:val="2"/>
      </w:numPr>
      <w:contextualSpacing/>
    </w:pPr>
  </w:style>
  <w:style w:type="paragraph" w:styleId="Bulet-zerrenda3">
    <w:name w:val="List Bullet 3"/>
    <w:basedOn w:val="Normala"/>
    <w:uiPriority w:val="99"/>
    <w:unhideWhenUsed/>
    <w:rsid w:val="00326F90"/>
    <w:pPr>
      <w:numPr>
        <w:numId w:val="3"/>
      </w:numPr>
      <w:contextualSpacing/>
    </w:pPr>
  </w:style>
  <w:style w:type="paragraph" w:styleId="Zenbaki-zerrenda">
    <w:name w:val="List Number"/>
    <w:basedOn w:val="Normala"/>
    <w:uiPriority w:val="99"/>
    <w:unhideWhenUsed/>
    <w:rsid w:val="00326F90"/>
    <w:pPr>
      <w:numPr>
        <w:numId w:val="4"/>
      </w:numPr>
      <w:contextualSpacing/>
    </w:pPr>
  </w:style>
  <w:style w:type="paragraph" w:styleId="Zenbaki-zerrenda2">
    <w:name w:val="List Number 2"/>
    <w:basedOn w:val="Normala"/>
    <w:uiPriority w:val="99"/>
    <w:unhideWhenUsed/>
    <w:rsid w:val="0029639D"/>
    <w:pPr>
      <w:numPr>
        <w:numId w:val="5"/>
      </w:numPr>
      <w:contextualSpacing/>
    </w:pPr>
  </w:style>
  <w:style w:type="paragraph" w:styleId="Zenbaki-zerrenda3">
    <w:name w:val="List Number 3"/>
    <w:basedOn w:val="Normala"/>
    <w:uiPriority w:val="99"/>
    <w:unhideWhenUsed/>
    <w:rsid w:val="0029639D"/>
    <w:pPr>
      <w:numPr>
        <w:numId w:val="6"/>
      </w:numPr>
      <w:contextualSpacing/>
    </w:pPr>
  </w:style>
  <w:style w:type="paragraph" w:styleId="Zerrendajarraitua">
    <w:name w:val="List Continue"/>
    <w:basedOn w:val="Normala"/>
    <w:uiPriority w:val="99"/>
    <w:unhideWhenUsed/>
    <w:rsid w:val="0029639D"/>
    <w:pPr>
      <w:spacing w:after="120"/>
      <w:ind w:left="360"/>
      <w:contextualSpacing/>
    </w:pPr>
  </w:style>
  <w:style w:type="paragraph" w:styleId="Zerrendajarraitua2">
    <w:name w:val="List Continue 2"/>
    <w:basedOn w:val="Normala"/>
    <w:uiPriority w:val="99"/>
    <w:unhideWhenUsed/>
    <w:rsid w:val="0029639D"/>
    <w:pPr>
      <w:spacing w:after="120"/>
      <w:ind w:left="720"/>
      <w:contextualSpacing/>
    </w:pPr>
  </w:style>
  <w:style w:type="paragraph" w:styleId="Zerrendajarraitua3">
    <w:name w:val="List Continue 3"/>
    <w:basedOn w:val="Normala"/>
    <w:uiPriority w:val="99"/>
    <w:unhideWhenUsed/>
    <w:rsid w:val="0029639D"/>
    <w:pPr>
      <w:spacing w:after="120"/>
      <w:ind w:left="1080"/>
      <w:contextualSpacing/>
    </w:pPr>
  </w:style>
  <w:style w:type="paragraph" w:styleId="Makrokotestua">
    <w:name w:val="macro"/>
    <w:link w:val="Makrokotestua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krokotestuaKar" w:customStyle="1">
    <w:name w:val="Makroko testua Kar"/>
    <w:basedOn w:val="Paragrafoarenletra-tipolehenetsia"/>
    <w:link w:val="Makrokotestua"/>
    <w:uiPriority w:val="99"/>
    <w:rsid w:val="0029639D"/>
    <w:rPr>
      <w:rFonts w:ascii="Courier" w:hAnsi="Courier"/>
      <w:sz w:val="20"/>
      <w:szCs w:val="20"/>
    </w:rPr>
  </w:style>
  <w:style w:type="paragraph" w:styleId="Aipua">
    <w:name w:val="Quote"/>
    <w:basedOn w:val="Normala"/>
    <w:next w:val="Normala"/>
    <w:link w:val="AipuaKar"/>
    <w:uiPriority w:val="29"/>
    <w:qFormat/>
    <w:rsid w:val="00FC693F"/>
    <w:rPr>
      <w:i/>
      <w:iCs/>
      <w:color w:val="000000" w:themeColor="text1"/>
    </w:rPr>
  </w:style>
  <w:style w:type="character" w:styleId="AipuaKar" w:customStyle="1">
    <w:name w:val="Aipua Kar"/>
    <w:basedOn w:val="Paragrafoarenletra-tipolehenetsia"/>
    <w:link w:val="Aipua"/>
    <w:uiPriority w:val="29"/>
    <w:rsid w:val="00FC693F"/>
    <w:rPr>
      <w:i/>
      <w:iCs/>
      <w:color w:val="000000" w:themeColor="text1"/>
    </w:rPr>
  </w:style>
  <w:style w:type="character" w:styleId="4izenburuaKar" w:customStyle="1">
    <w:name w:val="4. izenburua Kar"/>
    <w:basedOn w:val="Paragrafoarenletra-tipolehenetsia"/>
    <w:link w:val="4izenburua"/>
    <w:uiPriority w:val="9"/>
    <w:semiHidden/>
    <w:rsid w:val="00FC693F"/>
    <w:rPr>
      <w:rFonts w:asciiTheme="majorHAnsi" w:hAnsiTheme="majorHAnsi" w:eastAsiaTheme="majorEastAsia" w:cstheme="majorBidi"/>
      <w:b/>
      <w:bCs/>
      <w:i/>
      <w:iCs/>
      <w:color w:val="4F81BD" w:themeColor="accent1"/>
    </w:rPr>
  </w:style>
  <w:style w:type="character" w:styleId="5izenburuaKar" w:customStyle="1">
    <w:name w:val="5. izenburua Kar"/>
    <w:basedOn w:val="Paragrafoarenletra-tipolehenetsia"/>
    <w:link w:val="5izenburua"/>
    <w:uiPriority w:val="9"/>
    <w:semiHidden/>
    <w:rsid w:val="00FC693F"/>
    <w:rPr>
      <w:rFonts w:asciiTheme="majorHAnsi" w:hAnsiTheme="majorHAnsi" w:eastAsiaTheme="majorEastAsia" w:cstheme="majorBidi"/>
      <w:color w:val="243F60" w:themeColor="accent1" w:themeShade="7F"/>
    </w:rPr>
  </w:style>
  <w:style w:type="character" w:styleId="6izenburuaKar" w:customStyle="1">
    <w:name w:val="6. izenburua Kar"/>
    <w:basedOn w:val="Paragrafoarenletra-tipolehenetsia"/>
    <w:link w:val="6izenburua"/>
    <w:uiPriority w:val="9"/>
    <w:semiHidden/>
    <w:rsid w:val="00FC693F"/>
    <w:rPr>
      <w:rFonts w:asciiTheme="majorHAnsi" w:hAnsiTheme="majorHAnsi" w:eastAsiaTheme="majorEastAsia" w:cstheme="majorBidi"/>
      <w:i/>
      <w:iCs/>
      <w:color w:val="243F60" w:themeColor="accent1" w:themeShade="7F"/>
    </w:rPr>
  </w:style>
  <w:style w:type="character" w:styleId="7izenburuaKar" w:customStyle="1">
    <w:name w:val="7. izenburua Kar"/>
    <w:basedOn w:val="Paragrafoarenletra-tipolehenetsia"/>
    <w:link w:val="7izenburua"/>
    <w:uiPriority w:val="9"/>
    <w:semiHidden/>
    <w:rsid w:val="00FC693F"/>
    <w:rPr>
      <w:rFonts w:asciiTheme="majorHAnsi" w:hAnsiTheme="majorHAnsi" w:eastAsiaTheme="majorEastAsia" w:cstheme="majorBidi"/>
      <w:i/>
      <w:iCs/>
      <w:color w:val="404040" w:themeColor="text1" w:themeTint="BF"/>
    </w:rPr>
  </w:style>
  <w:style w:type="character" w:styleId="8izenburuaKar" w:customStyle="1">
    <w:name w:val="8. izenburua Kar"/>
    <w:basedOn w:val="Paragrafoarenletra-tipolehenetsia"/>
    <w:link w:val="8izenburua"/>
    <w:uiPriority w:val="9"/>
    <w:semiHidden/>
    <w:rsid w:val="00FC693F"/>
    <w:rPr>
      <w:rFonts w:asciiTheme="majorHAnsi" w:hAnsiTheme="majorHAnsi" w:eastAsiaTheme="majorEastAsia" w:cstheme="majorBidi"/>
      <w:color w:val="4F81BD" w:themeColor="accent1"/>
      <w:sz w:val="20"/>
      <w:szCs w:val="20"/>
    </w:rPr>
  </w:style>
  <w:style w:type="character" w:styleId="9izenburuaKar" w:customStyle="1">
    <w:name w:val="9. izenburua Kar"/>
    <w:basedOn w:val="Paragrafoarenletra-tipolehenetsia"/>
    <w:link w:val="9izenburua"/>
    <w:uiPriority w:val="9"/>
    <w:semiHidden/>
    <w:rsid w:val="00FC693F"/>
    <w:rPr>
      <w:rFonts w:asciiTheme="majorHAnsi" w:hAnsiTheme="majorHAnsi" w:eastAsiaTheme="majorEastAsia" w:cstheme="majorBidi"/>
      <w:i/>
      <w:iCs/>
      <w:color w:val="404040" w:themeColor="text1" w:themeTint="BF"/>
      <w:sz w:val="20"/>
      <w:szCs w:val="20"/>
    </w:rPr>
  </w:style>
  <w:style w:type="paragraph" w:styleId="Epigrafea">
    <w:name w:val="caption"/>
    <w:basedOn w:val="Normala"/>
    <w:next w:val="Normala"/>
    <w:uiPriority w:val="35"/>
    <w:semiHidden/>
    <w:unhideWhenUsed/>
    <w:qFormat/>
    <w:rsid w:val="00FC693F"/>
    <w:pPr>
      <w:spacing w:line="240" w:lineRule="auto"/>
    </w:pPr>
    <w:rPr>
      <w:b/>
      <w:bCs/>
      <w:color w:val="4F81BD" w:themeColor="accent1"/>
      <w:sz w:val="18"/>
      <w:szCs w:val="18"/>
    </w:rPr>
  </w:style>
  <w:style w:type="character" w:styleId="Lodia">
    <w:name w:val="Strong"/>
    <w:basedOn w:val="Paragrafoarenletra-tipolehenetsia"/>
    <w:uiPriority w:val="22"/>
    <w:qFormat/>
    <w:rsid w:val="00FC693F"/>
    <w:rPr>
      <w:b/>
      <w:bCs/>
    </w:rPr>
  </w:style>
  <w:style w:type="character" w:styleId="Enfasia">
    <w:name w:val="Emphasis"/>
    <w:basedOn w:val="Paragrafoarenletra-tipolehenetsia"/>
    <w:uiPriority w:val="20"/>
    <w:qFormat/>
    <w:rsid w:val="00FC693F"/>
    <w:rPr>
      <w:i/>
      <w:iCs/>
    </w:rPr>
  </w:style>
  <w:style w:type="paragraph" w:styleId="Aipamenhandia">
    <w:name w:val="Intense Quote"/>
    <w:basedOn w:val="Normala"/>
    <w:next w:val="Normala"/>
    <w:link w:val="AipamenhandiaK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AipamenhandiaKar" w:customStyle="1">
    <w:name w:val="Aipamen handia Kar"/>
    <w:basedOn w:val="Paragrafoarenletra-tipolehenetsia"/>
    <w:link w:val="Aipamenhandia"/>
    <w:uiPriority w:val="30"/>
    <w:rsid w:val="00FC693F"/>
    <w:rPr>
      <w:b/>
      <w:bCs/>
      <w:i/>
      <w:iCs/>
      <w:color w:val="4F81BD" w:themeColor="accent1"/>
    </w:rPr>
  </w:style>
  <w:style w:type="character" w:styleId="Enfasileuna">
    <w:name w:val="Subtle Emphasis"/>
    <w:basedOn w:val="Paragrafoarenletra-tipolehenetsia"/>
    <w:uiPriority w:val="19"/>
    <w:qFormat/>
    <w:rsid w:val="00FC693F"/>
    <w:rPr>
      <w:i/>
      <w:iCs/>
      <w:color w:val="808080" w:themeColor="text1" w:themeTint="7F"/>
    </w:rPr>
  </w:style>
  <w:style w:type="character" w:styleId="Enfasibizia">
    <w:name w:val="Intense Emphasis"/>
    <w:basedOn w:val="Paragrafoarenletra-tipolehenetsia"/>
    <w:uiPriority w:val="21"/>
    <w:qFormat/>
    <w:rsid w:val="00FC693F"/>
    <w:rPr>
      <w:b/>
      <w:bCs/>
      <w:i/>
      <w:iCs/>
      <w:color w:val="4F81BD" w:themeColor="accent1"/>
    </w:rPr>
  </w:style>
  <w:style w:type="character" w:styleId="Erreferentzialeuna">
    <w:name w:val="Subtle Reference"/>
    <w:basedOn w:val="Paragrafoarenletra-tipolehenetsia"/>
    <w:uiPriority w:val="31"/>
    <w:qFormat/>
    <w:rsid w:val="00FC693F"/>
    <w:rPr>
      <w:smallCaps/>
      <w:color w:val="C0504D" w:themeColor="accent2"/>
      <w:u w:val="single"/>
    </w:rPr>
  </w:style>
  <w:style w:type="character" w:styleId="Erreferentziabizia">
    <w:name w:val="Intense Reference"/>
    <w:basedOn w:val="Paragrafoarenletra-tipolehenetsia"/>
    <w:uiPriority w:val="32"/>
    <w:qFormat/>
    <w:rsid w:val="00FC693F"/>
    <w:rPr>
      <w:b/>
      <w:bCs/>
      <w:smallCaps/>
      <w:color w:val="C0504D" w:themeColor="accent2"/>
      <w:spacing w:val="5"/>
      <w:u w:val="single"/>
    </w:rPr>
  </w:style>
  <w:style w:type="character" w:styleId="Liburuarentitulua">
    <w:name w:val="Book Title"/>
    <w:basedOn w:val="Paragrafoarenletra-tipolehenetsia"/>
    <w:uiPriority w:val="33"/>
    <w:qFormat/>
    <w:rsid w:val="00FC693F"/>
    <w:rPr>
      <w:b/>
      <w:bCs/>
      <w:smallCaps/>
      <w:spacing w:val="5"/>
    </w:rPr>
  </w:style>
  <w:style w:type="paragraph" w:styleId="TOCizenburua">
    <w:name w:val="TOC Heading"/>
    <w:basedOn w:val="1izenburua"/>
    <w:next w:val="Normala"/>
    <w:uiPriority w:val="39"/>
    <w:unhideWhenUsed/>
    <w:qFormat/>
    <w:rsid w:val="00FC693F"/>
    <w:pPr>
      <w:outlineLvl w:val="9"/>
    </w:pPr>
  </w:style>
  <w:style w:type="table" w:styleId="Saretaduntaula">
    <w:name w:val="Table Grid"/>
    <w:basedOn w:val="Taulanormala"/>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Itzalduraargia">
    <w:name w:val="Light Shading"/>
    <w:basedOn w:val="Taulanormala"/>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Itzalduraargia-1enfasia">
    <w:name w:val="Light Shading Accent 1"/>
    <w:basedOn w:val="Taulanormala"/>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Itzalduraargia-2enfasia">
    <w:name w:val="Light Shading Accent 2"/>
    <w:basedOn w:val="Taulanormala"/>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Itzalduraargia-3enfasia">
    <w:name w:val="Light Shading Accent 3"/>
    <w:basedOn w:val="Taulanormala"/>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Itzalduraargia-4enfasia">
    <w:name w:val="Light Shading Accent 4"/>
    <w:basedOn w:val="Taulanormala"/>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Itzalduraargia-5enfasia">
    <w:name w:val="Light Shading Accent 5"/>
    <w:basedOn w:val="Taulanormala"/>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Itzalduraargia-6enfasia">
    <w:name w:val="Light Shading Accent 6"/>
    <w:basedOn w:val="Taulanormala"/>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Zerrendaargia">
    <w:name w:val="Light List"/>
    <w:basedOn w:val="Taulanormala"/>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Zerrendaargia-1enfasia">
    <w:name w:val="Light List Accent 1"/>
    <w:basedOn w:val="Taulanormala"/>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Zerrendaargia-2enfasia">
    <w:name w:val="Light List Accent 2"/>
    <w:basedOn w:val="Taulanormala"/>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Zerrendaargia-3enfasia">
    <w:name w:val="Light List Accent 3"/>
    <w:basedOn w:val="Taulanormala"/>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Zerrendaargia-4enfasia">
    <w:name w:val="Light List Accent 4"/>
    <w:basedOn w:val="Taulanormala"/>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Zerrendaargia-5enfasia">
    <w:name w:val="Light List Accent 5"/>
    <w:basedOn w:val="Taulanormala"/>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Zerrendaargia-6enfasia">
    <w:name w:val="Light List Accent 6"/>
    <w:basedOn w:val="Taulanormala"/>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Saretaargia">
    <w:name w:val="Light Grid"/>
    <w:basedOn w:val="Taulanormala"/>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aretaargia-1enfasia">
    <w:name w:val="Light Grid Accent 1"/>
    <w:basedOn w:val="Taulanormala"/>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Saretaargia-2enfasia">
    <w:name w:val="Light Grid Accent 2"/>
    <w:basedOn w:val="Taulanormala"/>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aretaargia-3enfasia">
    <w:name w:val="Light Grid Accent 3"/>
    <w:basedOn w:val="Taulanormala"/>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Saretaargia-4enfasia">
    <w:name w:val="Light Grid Accent 4"/>
    <w:basedOn w:val="Taulanormala"/>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Saretaargia-5enfasia">
    <w:name w:val="Light Grid Accent 5"/>
    <w:basedOn w:val="Taulanormala"/>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Saretaargia-6enfasia">
    <w:name w:val="Light Grid Accent 6"/>
    <w:basedOn w:val="Taulanormala"/>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1itzalduraertaina">
    <w:name w:val="Medium Shading 1"/>
    <w:basedOn w:val="Taulanormala"/>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itzalduraertaina-1enfasia">
    <w:name w:val="Medium Shading 1 Accent 1"/>
    <w:basedOn w:val="Taulanormala"/>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itzalduraertaina-2enfasia">
    <w:name w:val="Medium Shading 1 Accent 2"/>
    <w:basedOn w:val="Taulanormala"/>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itzalduraertaina-3enfasia">
    <w:name w:val="Medium Shading 1 Accent 3"/>
    <w:basedOn w:val="Taulanormala"/>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itzalduraertaina-4enfasia">
    <w:name w:val="Medium Shading 1 Accent 4"/>
    <w:basedOn w:val="Taulanormala"/>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itzalduraertaina-5enfasia">
    <w:name w:val="Medium Shading 1 Accent 5"/>
    <w:basedOn w:val="Taulanormala"/>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itzalduraertaina-6enfasia">
    <w:name w:val="Medium Shading 1 Accent 6"/>
    <w:basedOn w:val="Taulanormala"/>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itzalduraertaina">
    <w:name w:val="Medium Shading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1enfasia">
    <w:name w:val="Medium Shading 2 Accent 1"/>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2enfasia">
    <w:name w:val="Medium Shading 2 Accent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3enfasia">
    <w:name w:val="Medium Shading 2 Accent 3"/>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4enfasia">
    <w:name w:val="Medium Shading 2 Accent 4"/>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5enfasia">
    <w:name w:val="Medium Shading 2 Accent 5"/>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6enfasia">
    <w:name w:val="Medium Shading 2 Accent 6"/>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zerrendaertaina">
    <w:name w:val="Medium List 1"/>
    <w:basedOn w:val="Taulanormala"/>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zerrendaertaina-1enfasia">
    <w:name w:val="Medium List 1 Accent 1"/>
    <w:basedOn w:val="Taulanormala"/>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zerrendaertaina-2enfasia">
    <w:name w:val="Medium List 1 Accent 2"/>
    <w:basedOn w:val="Taulanormala"/>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zerrendaertaina-3enfasia">
    <w:name w:val="Medium List 1 Accent 3"/>
    <w:basedOn w:val="Taulanormala"/>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zerrendaertaina-4enfasia">
    <w:name w:val="Medium List 1 Accent 4"/>
    <w:basedOn w:val="Taulanormala"/>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zerrendaertaina-5enfasia">
    <w:name w:val="Medium List 1 Accent 5"/>
    <w:basedOn w:val="Taulanormala"/>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zerrendaertaina-6enfasia">
    <w:name w:val="Medium List 1 Accent 6"/>
    <w:basedOn w:val="Taulanormala"/>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zerrendaertaina">
    <w:name w:val="Medium Lis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1enfasia">
    <w:name w:val="Medium List 2 Accent 1"/>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2enfasia">
    <w:name w:val="Medium List 2 Accen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3enfasia">
    <w:name w:val="Medium List 2 Accent 3"/>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4enfasia">
    <w:name w:val="Medium List 2 Accent 4"/>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5enfasia">
    <w:name w:val="Medium List 2 Accent 5"/>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6enfasia">
    <w:name w:val="Medium List 2 Accent 6"/>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saretaertaina">
    <w:name w:val="Medium Grid 1"/>
    <w:basedOn w:val="Taulanormala"/>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saretaertaina-1enfasia">
    <w:name w:val="Medium Grid 1 Accent 1"/>
    <w:basedOn w:val="Taulanormala"/>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saretaertaina-2enfasia">
    <w:name w:val="Medium Grid 1 Accent 2"/>
    <w:basedOn w:val="Taulanormala"/>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saretaertaina-3enfasia">
    <w:name w:val="Medium Grid 1 Accent 3"/>
    <w:basedOn w:val="Taulanormala"/>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saretaertaina-4enfasia">
    <w:name w:val="Medium Grid 1 Accent 4"/>
    <w:basedOn w:val="Taulanormala"/>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saretaertaina-5enfasia">
    <w:name w:val="Medium Grid 1 Accent 5"/>
    <w:basedOn w:val="Taulanormala"/>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saretaertaina-6enfasia">
    <w:name w:val="Medium Grid 1 Accent 6"/>
    <w:basedOn w:val="Taulanormala"/>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saretaertaina">
    <w:name w:val="Medium Grid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saretaertaina-1enfasia">
    <w:name w:val="Medium Grid 2 Accent 1"/>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2saretaertaina-2enfasia">
    <w:name w:val="Medium Grid 2 Accent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2saretaertaina-3enfasia">
    <w:name w:val="Medium Grid 2 Accent 3"/>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2saretaertaina-4enfasia">
    <w:name w:val="Medium Grid 2 Accent 4"/>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2saretaertaina-5enfasia">
    <w:name w:val="Medium Grid 2 Accent 5"/>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2saretaertaina-6enfasia">
    <w:name w:val="Medium Grid 2 Accent 6"/>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3saretaertaina">
    <w:name w:val="Medium Grid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saretaertaina-1enfasia">
    <w:name w:val="Medium Grid 3 Accent 1"/>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3saretaertaina-2enfasia">
    <w:name w:val="Medium Grid 3 Accent 2"/>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3saretaertaina-3enfasia">
    <w:name w:val="Medium Grid 3 Accent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3saretaertaina-4enfasia">
    <w:name w:val="Medium Grid 3 Accent 4"/>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3saretaertaina-5enfasia">
    <w:name w:val="Medium Grid 3 Accent 5"/>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3saretaertaina-6enfasia">
    <w:name w:val="Medium Grid 3 Accent 6"/>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Zerrendailuna">
    <w:name w:val="Dark List"/>
    <w:basedOn w:val="Taulanormal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Zerrendailuna-1enfasia">
    <w:name w:val="Dark List Accent 1"/>
    <w:basedOn w:val="Taulanormal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Zerrendailuna-2enfasia">
    <w:name w:val="Dark List Accent 2"/>
    <w:basedOn w:val="Taulanormal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Zerrendailuna-3enfasia">
    <w:name w:val="Dark List Accent 3"/>
    <w:basedOn w:val="Taulanormal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Zerrendailuna-4enfasia">
    <w:name w:val="Dark List Accent 4"/>
    <w:basedOn w:val="Taulanormal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Zerrendailuna-5enfasia">
    <w:name w:val="Dark List Accent 5"/>
    <w:basedOn w:val="Taulanormal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Zerrendailuna-6enfasia">
    <w:name w:val="Dark List Accent 6"/>
    <w:basedOn w:val="Taulanormal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etakoitzaldura">
    <w:name w:val="Colorful Shading"/>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etakoitzaldura-1enfasia">
    <w:name w:val="Colorful Shading Accent 1"/>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etakoitzaldura-2enfasia">
    <w:name w:val="Colorful Shading Accent 2"/>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etakoitzaldura-3enfasia">
    <w:name w:val="Colorful Shading Accent 3"/>
    <w:basedOn w:val="Taulanormala"/>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etakoitzaldura-4enfasia">
    <w:name w:val="Colorful Shading Accent 4"/>
    <w:basedOn w:val="Taulanormala"/>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etakoitzaldura-5enfasia">
    <w:name w:val="Colorful Shading Accent 5"/>
    <w:basedOn w:val="Taulanormala"/>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etakoitzaldura-6enfasia">
    <w:name w:val="Colorful Shading Accent 6"/>
    <w:basedOn w:val="Taulanormala"/>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etakozerrenda">
    <w:name w:val="Colorful List"/>
    <w:basedOn w:val="Taulanormal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Zerrendakoloretsua-1enfasia">
    <w:name w:val="Colorful List Accent 1"/>
    <w:basedOn w:val="Taulanormal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Zerrendakoloretsua-2enfasia">
    <w:name w:val="Colorful List Accent 2"/>
    <w:basedOn w:val="Taulanormal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Zerrendakoloretsua-3enfasia">
    <w:name w:val="Colorful List Accent 3"/>
    <w:basedOn w:val="Taulanormal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Zerrendakoloretsua-4enfasia">
    <w:name w:val="Colorful List Accent 4"/>
    <w:basedOn w:val="Taulanormal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Zerrendakoloretsua-5enfasia">
    <w:name w:val="Colorful List Accent 5"/>
    <w:basedOn w:val="Taulanormal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Zerrendakoloretsua-6enfasia">
    <w:name w:val="Colorful List Accent 6"/>
    <w:basedOn w:val="Taulanormal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etakosareta">
    <w:name w:val="Colorful Grid"/>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etakosareta-1enfasia">
    <w:name w:val="Colorful Grid Accent 1"/>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etakosareta-2enfasia">
    <w:name w:val="Colorful Grid Accent 2"/>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etakosareta-3enfasia">
    <w:name w:val="Colorful Grid Accent 3"/>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etakosareta-4enfasia">
    <w:name w:val="Colorful Grid Accent 4"/>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etakosareta-5enfasia">
    <w:name w:val="Colorful Grid Accent 5"/>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etakosareta-6enfasia">
    <w:name w:val="Colorful Grid Accent 6"/>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esteka">
    <w:name w:val="Hyperlink"/>
    <w:basedOn w:val="Paragrafoarenletra-tipolehenetsia"/>
    <w:uiPriority w:val="99"/>
    <w:unhideWhenUsed/>
    <w:rsid w:val="00A46CBB"/>
    <w:rPr>
      <w:color w:val="0000FF" w:themeColor="hyperlink"/>
      <w:u w:val="single"/>
    </w:rPr>
  </w:style>
  <w:style w:type="character" w:styleId="BisitatutakoHiperesteka">
    <w:name w:val="FollowedHyperlink"/>
    <w:basedOn w:val="Paragrafoarenletra-tipolehenetsia"/>
    <w:uiPriority w:val="99"/>
    <w:semiHidden/>
    <w:unhideWhenUsed/>
    <w:rsid w:val="00A46CBB"/>
    <w:rPr>
      <w:color w:val="800080" w:themeColor="followedHyperlink"/>
      <w:u w:val="single"/>
    </w:rPr>
  </w:style>
  <w:style w:type="paragraph" w:styleId="Normalaweb">
    <w:name w:val="Normal (Web)"/>
    <w:basedOn w:val="Normala"/>
    <w:uiPriority w:val="99"/>
    <w:unhideWhenUsed/>
    <w:rsid w:val="00E447B9"/>
    <w:pPr>
      <w:spacing w:before="100" w:beforeAutospacing="1" w:after="100" w:afterAutospacing="1" w:line="240" w:lineRule="auto"/>
    </w:pPr>
    <w:rPr>
      <w:rFonts w:ascii="Times New Roman" w:hAnsi="Times New Roman" w:eastAsia="Times New Roman" w:cs="Times New Roman"/>
      <w:sz w:val="24"/>
      <w:szCs w:val="24"/>
      <w:lang w:val="eu-ES" w:eastAsia="eu-ES"/>
    </w:rPr>
  </w:style>
  <w:style w:type="character" w:styleId="citation-299" w:customStyle="1">
    <w:name w:val="citation-299"/>
    <w:basedOn w:val="Paragrafoarenletra-tipolehenetsia"/>
    <w:rsid w:val="000B27C0"/>
  </w:style>
  <w:style w:type="character" w:styleId="citation-298" w:customStyle="1">
    <w:name w:val="citation-298"/>
    <w:basedOn w:val="Paragrafoarenletra-tipolehenetsia"/>
    <w:rsid w:val="000B27C0"/>
  </w:style>
  <w:style w:type="character" w:styleId="citation-297" w:customStyle="1">
    <w:name w:val="citation-297"/>
    <w:basedOn w:val="Paragrafoarenletra-tipolehenetsia"/>
    <w:rsid w:val="000B27C0"/>
  </w:style>
  <w:style w:type="character" w:styleId="citation-296" w:customStyle="1">
    <w:name w:val="citation-296"/>
    <w:basedOn w:val="Paragrafoarenletra-tipolehenetsia"/>
    <w:rsid w:val="000B27C0"/>
  </w:style>
  <w:style w:type="character" w:styleId="citation-295" w:customStyle="1">
    <w:name w:val="citation-295"/>
    <w:basedOn w:val="Paragrafoarenletra-tipolehenetsia"/>
    <w:rsid w:val="000B27C0"/>
  </w:style>
  <w:style w:type="character" w:styleId="citation-294" w:customStyle="1">
    <w:name w:val="citation-294"/>
    <w:basedOn w:val="Paragrafoarenletra-tipolehenetsia"/>
    <w:rsid w:val="000B27C0"/>
  </w:style>
  <w:style w:type="character" w:styleId="citation-293" w:customStyle="1">
    <w:name w:val="citation-293"/>
    <w:basedOn w:val="Paragrafoarenletra-tipolehenetsia"/>
    <w:rsid w:val="000B27C0"/>
  </w:style>
  <w:style w:type="character" w:styleId="citation-292" w:customStyle="1">
    <w:name w:val="citation-292"/>
    <w:basedOn w:val="Paragrafoarenletra-tipolehenetsia"/>
    <w:rsid w:val="000B27C0"/>
  </w:style>
  <w:style w:type="character" w:styleId="citation-291" w:customStyle="1">
    <w:name w:val="citation-291"/>
    <w:basedOn w:val="Paragrafoarenletra-tipolehenetsia"/>
    <w:rsid w:val="000B27C0"/>
  </w:style>
  <w:style w:type="character" w:styleId="citation-290" w:customStyle="1">
    <w:name w:val="citation-290"/>
    <w:basedOn w:val="Paragrafoarenletra-tipolehenetsia"/>
    <w:rsid w:val="000B27C0"/>
  </w:style>
  <w:style w:type="character" w:styleId="citation-289" w:customStyle="1">
    <w:name w:val="citation-289"/>
    <w:basedOn w:val="Paragrafoarenletra-tipolehenetsia"/>
    <w:rsid w:val="000B27C0"/>
  </w:style>
  <w:style w:type="character" w:styleId="citation-288" w:customStyle="1">
    <w:name w:val="citation-288"/>
    <w:basedOn w:val="Paragrafoarenletra-tipolehenetsia"/>
    <w:rsid w:val="000B27C0"/>
  </w:style>
  <w:style w:type="character" w:styleId="citation-287" w:customStyle="1">
    <w:name w:val="citation-287"/>
    <w:basedOn w:val="Paragrafoarenletra-tipolehenetsia"/>
    <w:rsid w:val="000B27C0"/>
  </w:style>
  <w:style w:type="character" w:styleId="citation-286" w:customStyle="1">
    <w:name w:val="citation-286"/>
    <w:basedOn w:val="Paragrafoarenletra-tipolehenetsia"/>
    <w:rsid w:val="000B27C0"/>
  </w:style>
  <w:style w:type="character" w:styleId="citation-285" w:customStyle="1">
    <w:name w:val="citation-285"/>
    <w:basedOn w:val="Paragrafoarenletra-tipolehenetsia"/>
    <w:rsid w:val="000B27C0"/>
  </w:style>
  <w:style w:type="character" w:styleId="citation-284" w:customStyle="1">
    <w:name w:val="citation-284"/>
    <w:basedOn w:val="Paragrafoarenletra-tipolehenetsia"/>
    <w:rsid w:val="000B27C0"/>
  </w:style>
  <w:style w:type="character" w:styleId="citation-283" w:customStyle="1">
    <w:name w:val="citation-283"/>
    <w:basedOn w:val="Paragrafoarenletra-tipolehenetsia"/>
    <w:rsid w:val="000B27C0"/>
  </w:style>
  <w:style w:type="character" w:styleId="citation-282" w:customStyle="1">
    <w:name w:val="citation-282"/>
    <w:basedOn w:val="Paragrafoarenletra-tipolehenetsia"/>
    <w:rsid w:val="000B27C0"/>
  </w:style>
  <w:style w:type="character" w:styleId="citation-281" w:customStyle="1">
    <w:name w:val="citation-281"/>
    <w:basedOn w:val="Paragrafoarenletra-tipolehenetsia"/>
    <w:rsid w:val="000B27C0"/>
  </w:style>
  <w:style w:type="character" w:styleId="citation-280" w:customStyle="1">
    <w:name w:val="citation-280"/>
    <w:basedOn w:val="Paragrafoarenletra-tipolehenetsia"/>
    <w:rsid w:val="000B27C0"/>
  </w:style>
  <w:style w:type="character" w:styleId="citation-279" w:customStyle="1">
    <w:name w:val="citation-279"/>
    <w:basedOn w:val="Paragrafoarenletra-tipolehenetsia"/>
    <w:rsid w:val="000B27C0"/>
  </w:style>
  <w:style w:type="character" w:styleId="citation-278" w:customStyle="1">
    <w:name w:val="citation-278"/>
    <w:basedOn w:val="Paragrafoarenletra-tipolehenetsia"/>
    <w:rsid w:val="000B27C0"/>
  </w:style>
  <w:style w:type="character" w:styleId="citation-277" w:customStyle="1">
    <w:name w:val="citation-277"/>
    <w:basedOn w:val="Paragrafoarenletra-tipolehenetsia"/>
    <w:rsid w:val="000B27C0"/>
  </w:style>
  <w:style w:type="character" w:styleId="citation-276" w:customStyle="1">
    <w:name w:val="citation-276"/>
    <w:basedOn w:val="Paragrafoarenletra-tipolehenetsia"/>
    <w:rsid w:val="000B27C0"/>
  </w:style>
  <w:style w:type="character" w:styleId="citation-275" w:customStyle="1">
    <w:name w:val="citation-275"/>
    <w:basedOn w:val="Paragrafoarenletra-tipolehenetsia"/>
    <w:rsid w:val="000B27C0"/>
  </w:style>
  <w:style w:type="character" w:styleId="citation-274" w:customStyle="1">
    <w:name w:val="citation-274"/>
    <w:basedOn w:val="Paragrafoarenletra-tipolehenetsia"/>
    <w:rsid w:val="000B27C0"/>
  </w:style>
  <w:style w:type="character" w:styleId="citation-273" w:customStyle="1">
    <w:name w:val="citation-273"/>
    <w:basedOn w:val="Paragrafoarenletra-tipolehenetsia"/>
    <w:rsid w:val="000B27C0"/>
  </w:style>
  <w:style w:type="character" w:styleId="citation-272" w:customStyle="1">
    <w:name w:val="citation-272"/>
    <w:basedOn w:val="Paragrafoarenletra-tipolehenetsia"/>
    <w:rsid w:val="000B27C0"/>
  </w:style>
  <w:style w:type="character" w:styleId="citation-271" w:customStyle="1">
    <w:name w:val="citation-271"/>
    <w:basedOn w:val="Paragrafoarenletra-tipolehenetsia"/>
    <w:rsid w:val="000B27C0"/>
  </w:style>
  <w:style w:type="character" w:styleId="citation-270" w:customStyle="1">
    <w:name w:val="citation-270"/>
    <w:basedOn w:val="Paragrafoarenletra-tipolehenetsia"/>
    <w:rsid w:val="000B27C0"/>
  </w:style>
  <w:style w:type="character" w:styleId="citation-269" w:customStyle="1">
    <w:name w:val="citation-269"/>
    <w:basedOn w:val="Paragrafoarenletra-tipolehenetsia"/>
    <w:rsid w:val="000B27C0"/>
  </w:style>
  <w:style w:type="character" w:styleId="citation-268" w:customStyle="1">
    <w:name w:val="citation-268"/>
    <w:basedOn w:val="Paragrafoarenletra-tipolehenetsia"/>
    <w:rsid w:val="000B27C0"/>
  </w:style>
  <w:style w:type="character" w:styleId="citation-267" w:customStyle="1">
    <w:name w:val="citation-267"/>
    <w:basedOn w:val="Paragrafoarenletra-tipolehenetsia"/>
    <w:rsid w:val="000B27C0"/>
  </w:style>
  <w:style w:type="character" w:styleId="citation-266" w:customStyle="1">
    <w:name w:val="citation-266"/>
    <w:basedOn w:val="Paragrafoarenletra-tipolehenetsia"/>
    <w:rsid w:val="000B27C0"/>
  </w:style>
  <w:style w:type="character" w:styleId="citation-265" w:customStyle="1">
    <w:name w:val="citation-265"/>
    <w:basedOn w:val="Paragrafoarenletra-tipolehenetsia"/>
    <w:rsid w:val="000B27C0"/>
  </w:style>
  <w:style w:type="character" w:styleId="citation-264" w:customStyle="1">
    <w:name w:val="citation-264"/>
    <w:basedOn w:val="Paragrafoarenletra-tipolehenetsia"/>
    <w:rsid w:val="000B27C0"/>
  </w:style>
  <w:style w:type="character" w:styleId="citation-263" w:customStyle="1">
    <w:name w:val="citation-263"/>
    <w:basedOn w:val="Paragrafoarenletra-tipolehenetsia"/>
    <w:rsid w:val="000B27C0"/>
  </w:style>
  <w:style w:type="character" w:styleId="citation-262" w:customStyle="1">
    <w:name w:val="citation-262"/>
    <w:basedOn w:val="Paragrafoarenletra-tipolehenetsia"/>
    <w:rsid w:val="000B27C0"/>
  </w:style>
  <w:style w:type="character" w:styleId="citation-261" w:customStyle="1">
    <w:name w:val="citation-261"/>
    <w:basedOn w:val="Paragrafoarenletra-tipolehenetsia"/>
    <w:rsid w:val="000B27C0"/>
  </w:style>
  <w:style w:type="character" w:styleId="citation-260" w:customStyle="1">
    <w:name w:val="citation-260"/>
    <w:basedOn w:val="Paragrafoarenletra-tipolehenetsia"/>
    <w:rsid w:val="000B27C0"/>
  </w:style>
  <w:style w:type="character" w:styleId="citation-259" w:customStyle="1">
    <w:name w:val="citation-259"/>
    <w:basedOn w:val="Paragrafoarenletra-tipolehenetsia"/>
    <w:rsid w:val="000B27C0"/>
  </w:style>
  <w:style w:type="character" w:styleId="citation-258" w:customStyle="1">
    <w:name w:val="citation-258"/>
    <w:basedOn w:val="Paragrafoarenletra-tipolehenetsia"/>
    <w:rsid w:val="000B27C0"/>
  </w:style>
  <w:style w:type="character" w:styleId="citation-257" w:customStyle="1">
    <w:name w:val="citation-257"/>
    <w:basedOn w:val="Paragrafoarenletra-tipolehenetsia"/>
    <w:rsid w:val="000B27C0"/>
  </w:style>
  <w:style w:type="character" w:styleId="citation-256" w:customStyle="1">
    <w:name w:val="citation-256"/>
    <w:basedOn w:val="Paragrafoarenletra-tipolehenetsia"/>
    <w:rsid w:val="000B27C0"/>
  </w:style>
  <w:style w:type="character" w:styleId="citation-255" w:customStyle="1">
    <w:name w:val="citation-255"/>
    <w:basedOn w:val="Paragrafoarenletra-tipolehenetsia"/>
    <w:rsid w:val="000B27C0"/>
  </w:style>
  <w:style w:type="character" w:styleId="citation-254" w:customStyle="1">
    <w:name w:val="citation-254"/>
    <w:basedOn w:val="Paragrafoarenletra-tipolehenetsia"/>
    <w:rsid w:val="000B27C0"/>
  </w:style>
  <w:style w:type="character" w:styleId="citation-253" w:customStyle="1">
    <w:name w:val="citation-253"/>
    <w:basedOn w:val="Paragrafoarenletra-tipolehenetsia"/>
    <w:rsid w:val="000B27C0"/>
  </w:style>
  <w:style w:type="character" w:styleId="citation-252" w:customStyle="1">
    <w:name w:val="citation-252"/>
    <w:basedOn w:val="Paragrafoarenletra-tipolehenetsia"/>
    <w:rsid w:val="000B27C0"/>
  </w:style>
  <w:style w:type="character" w:styleId="citation-251" w:customStyle="1">
    <w:name w:val="citation-251"/>
    <w:basedOn w:val="Paragrafoarenletra-tipolehenetsia"/>
    <w:rsid w:val="000B27C0"/>
  </w:style>
  <w:style w:type="character" w:styleId="citation-250" w:customStyle="1">
    <w:name w:val="citation-250"/>
    <w:basedOn w:val="Paragrafoarenletra-tipolehenetsia"/>
    <w:rsid w:val="000B27C0"/>
  </w:style>
  <w:style w:type="character" w:styleId="citation-249" w:customStyle="1">
    <w:name w:val="citation-249"/>
    <w:basedOn w:val="Paragrafoarenletra-tipolehenetsia"/>
    <w:rsid w:val="000B27C0"/>
  </w:style>
  <w:style w:type="character" w:styleId="citation-248" w:customStyle="1">
    <w:name w:val="citation-248"/>
    <w:basedOn w:val="Paragrafoarenletra-tipolehenetsia"/>
    <w:rsid w:val="000B27C0"/>
  </w:style>
  <w:style w:type="character" w:styleId="citation-247" w:customStyle="1">
    <w:name w:val="citation-247"/>
    <w:basedOn w:val="Paragrafoarenletra-tipolehenetsia"/>
    <w:rsid w:val="000B27C0"/>
  </w:style>
  <w:style w:type="character" w:styleId="citation-246" w:customStyle="1">
    <w:name w:val="citation-246"/>
    <w:basedOn w:val="Paragrafoarenletra-tipolehenetsia"/>
    <w:rsid w:val="000B27C0"/>
  </w:style>
  <w:style w:type="character" w:styleId="citation-245" w:customStyle="1">
    <w:name w:val="citation-245"/>
    <w:basedOn w:val="Paragrafoarenletra-tipolehenetsia"/>
    <w:rsid w:val="000B27C0"/>
  </w:style>
  <w:style w:type="character" w:styleId="citation-197" w:customStyle="1">
    <w:name w:val="citation-197"/>
    <w:basedOn w:val="Paragrafoarenletra-tipolehenetsia"/>
    <w:rsid w:val="00C742C7"/>
  </w:style>
  <w:style w:type="character" w:styleId="citation-196" w:customStyle="1">
    <w:name w:val="citation-196"/>
    <w:basedOn w:val="Paragrafoarenletra-tipolehenetsia"/>
    <w:rsid w:val="00C742C7"/>
  </w:style>
  <w:style w:type="character" w:styleId="citation-195" w:customStyle="1">
    <w:name w:val="citation-195"/>
    <w:basedOn w:val="Paragrafoarenletra-tipolehenetsia"/>
    <w:rsid w:val="00C742C7"/>
  </w:style>
  <w:style w:type="character" w:styleId="citation-194" w:customStyle="1">
    <w:name w:val="citation-194"/>
    <w:basedOn w:val="Paragrafoarenletra-tipolehenetsia"/>
    <w:rsid w:val="00C742C7"/>
  </w:style>
  <w:style w:type="character" w:styleId="citation-193" w:customStyle="1">
    <w:name w:val="citation-193"/>
    <w:basedOn w:val="Paragrafoarenletra-tipolehenetsia"/>
    <w:rsid w:val="00C742C7"/>
  </w:style>
  <w:style w:type="character" w:styleId="citation-192" w:customStyle="1">
    <w:name w:val="citation-192"/>
    <w:basedOn w:val="Paragrafoarenletra-tipolehenetsia"/>
    <w:rsid w:val="00C742C7"/>
  </w:style>
  <w:style w:type="character" w:styleId="citation-191" w:customStyle="1">
    <w:name w:val="citation-191"/>
    <w:basedOn w:val="Paragrafoarenletra-tipolehenetsia"/>
    <w:rsid w:val="00C742C7"/>
  </w:style>
  <w:style w:type="character" w:styleId="citation-190" w:customStyle="1">
    <w:name w:val="citation-190"/>
    <w:basedOn w:val="Paragrafoarenletra-tipolehenetsia"/>
    <w:rsid w:val="00C742C7"/>
  </w:style>
  <w:style w:type="character" w:styleId="citation-189" w:customStyle="1">
    <w:name w:val="citation-189"/>
    <w:basedOn w:val="Paragrafoarenletra-tipolehenetsia"/>
    <w:rsid w:val="00C742C7"/>
  </w:style>
  <w:style w:type="character" w:styleId="citation-188" w:customStyle="1">
    <w:name w:val="citation-188"/>
    <w:basedOn w:val="Paragrafoarenletra-tipolehenetsia"/>
    <w:rsid w:val="00C742C7"/>
  </w:style>
  <w:style w:type="character" w:styleId="citation-187" w:customStyle="1">
    <w:name w:val="citation-187"/>
    <w:basedOn w:val="Paragrafoarenletra-tipolehenetsia"/>
    <w:rsid w:val="00C742C7"/>
  </w:style>
  <w:style w:type="character" w:styleId="citation-186" w:customStyle="1">
    <w:name w:val="citation-186"/>
    <w:basedOn w:val="Paragrafoarenletra-tipolehenetsia"/>
    <w:rsid w:val="00C742C7"/>
  </w:style>
  <w:style w:type="character" w:styleId="citation-185" w:customStyle="1">
    <w:name w:val="citation-185"/>
    <w:basedOn w:val="Paragrafoarenletra-tipolehenetsia"/>
    <w:rsid w:val="00C742C7"/>
  </w:style>
  <w:style w:type="character" w:styleId="citation-184" w:customStyle="1">
    <w:name w:val="citation-184"/>
    <w:basedOn w:val="Paragrafoarenletra-tipolehenetsia"/>
    <w:rsid w:val="00C742C7"/>
  </w:style>
  <w:style w:type="character" w:styleId="citation-183" w:customStyle="1">
    <w:name w:val="citation-183"/>
    <w:basedOn w:val="Paragrafoarenletra-tipolehenetsia"/>
    <w:rsid w:val="00C742C7"/>
  </w:style>
  <w:style w:type="character" w:styleId="citation-182" w:customStyle="1">
    <w:name w:val="citation-182"/>
    <w:basedOn w:val="Paragrafoarenletra-tipolehenetsia"/>
    <w:rsid w:val="00C742C7"/>
  </w:style>
  <w:style w:type="character" w:styleId="citation-181" w:customStyle="1">
    <w:name w:val="citation-181"/>
    <w:basedOn w:val="Paragrafoarenletra-tipolehenetsia"/>
    <w:rsid w:val="00C742C7"/>
  </w:style>
  <w:style w:type="character" w:styleId="citation-180" w:customStyle="1">
    <w:name w:val="citation-180"/>
    <w:basedOn w:val="Paragrafoarenletra-tipolehenetsia"/>
    <w:rsid w:val="00C742C7"/>
  </w:style>
  <w:style w:type="character" w:styleId="citation-179" w:customStyle="1">
    <w:name w:val="citation-179"/>
    <w:basedOn w:val="Paragrafoarenletra-tipolehenetsia"/>
    <w:rsid w:val="00C742C7"/>
  </w:style>
  <w:style w:type="character" w:styleId="citation-178" w:customStyle="1">
    <w:name w:val="citation-178"/>
    <w:basedOn w:val="Paragrafoarenletra-tipolehenetsia"/>
    <w:rsid w:val="00C742C7"/>
  </w:style>
  <w:style w:type="character" w:styleId="citation-177" w:customStyle="1">
    <w:name w:val="citation-177"/>
    <w:basedOn w:val="Paragrafoarenletra-tipolehenetsia"/>
    <w:rsid w:val="00C742C7"/>
  </w:style>
  <w:style w:type="character" w:styleId="citation-176" w:customStyle="1">
    <w:name w:val="citation-176"/>
    <w:basedOn w:val="Paragrafoarenletra-tipolehenetsia"/>
    <w:rsid w:val="00C742C7"/>
  </w:style>
  <w:style w:type="character" w:styleId="citation-175" w:customStyle="1">
    <w:name w:val="citation-175"/>
    <w:basedOn w:val="Paragrafoarenletra-tipolehenetsia"/>
    <w:rsid w:val="00C742C7"/>
  </w:style>
  <w:style w:type="character" w:styleId="citation-174" w:customStyle="1">
    <w:name w:val="citation-174"/>
    <w:basedOn w:val="Paragrafoarenletra-tipolehenetsia"/>
    <w:rsid w:val="00C742C7"/>
  </w:style>
  <w:style w:type="character" w:styleId="citation-173" w:customStyle="1">
    <w:name w:val="citation-173"/>
    <w:basedOn w:val="Paragrafoarenletra-tipolehenetsia"/>
    <w:rsid w:val="00C742C7"/>
  </w:style>
  <w:style w:type="character" w:styleId="citation-172" w:customStyle="1">
    <w:name w:val="citation-172"/>
    <w:basedOn w:val="Paragrafoarenletra-tipolehenetsia"/>
    <w:rsid w:val="00C742C7"/>
  </w:style>
  <w:style w:type="character" w:styleId="citation-171" w:customStyle="1">
    <w:name w:val="citation-171"/>
    <w:basedOn w:val="Paragrafoarenletra-tipolehenetsia"/>
    <w:rsid w:val="00C742C7"/>
  </w:style>
  <w:style w:type="character" w:styleId="citation-170" w:customStyle="1">
    <w:name w:val="citation-170"/>
    <w:basedOn w:val="Paragrafoarenletra-tipolehenetsia"/>
    <w:rsid w:val="00C742C7"/>
  </w:style>
  <w:style w:type="character" w:styleId="citation-169" w:customStyle="1">
    <w:name w:val="citation-169"/>
    <w:basedOn w:val="Paragrafoarenletra-tipolehenetsia"/>
    <w:rsid w:val="00C742C7"/>
  </w:style>
  <w:style w:type="character" w:styleId="citation-168" w:customStyle="1">
    <w:name w:val="citation-168"/>
    <w:basedOn w:val="Paragrafoarenletra-tipolehenetsia"/>
    <w:rsid w:val="00C742C7"/>
  </w:style>
  <w:style w:type="character" w:styleId="citation-167" w:customStyle="1">
    <w:name w:val="citation-167"/>
    <w:basedOn w:val="Paragrafoarenletra-tipolehenetsia"/>
    <w:rsid w:val="00C742C7"/>
  </w:style>
  <w:style w:type="character" w:styleId="citation-166" w:customStyle="1">
    <w:name w:val="citation-166"/>
    <w:basedOn w:val="Paragrafoarenletra-tipolehenetsia"/>
    <w:rsid w:val="00C742C7"/>
  </w:style>
  <w:style w:type="character" w:styleId="citation-165" w:customStyle="1">
    <w:name w:val="citation-165"/>
    <w:basedOn w:val="Paragrafoarenletra-tipolehenetsia"/>
    <w:rsid w:val="00C742C7"/>
  </w:style>
  <w:style w:type="character" w:styleId="citation-164" w:customStyle="1">
    <w:name w:val="citation-164"/>
    <w:basedOn w:val="Paragrafoarenletra-tipolehenetsia"/>
    <w:rsid w:val="00C742C7"/>
  </w:style>
  <w:style w:type="character" w:styleId="citation-163" w:customStyle="1">
    <w:name w:val="citation-163"/>
    <w:basedOn w:val="Paragrafoarenletra-tipolehenetsia"/>
    <w:rsid w:val="00C742C7"/>
  </w:style>
  <w:style w:type="character" w:styleId="citation-162" w:customStyle="1">
    <w:name w:val="citation-162"/>
    <w:basedOn w:val="Paragrafoarenletra-tipolehenetsia"/>
    <w:rsid w:val="00C742C7"/>
  </w:style>
  <w:style w:type="character" w:styleId="citation-161" w:customStyle="1">
    <w:name w:val="citation-161"/>
    <w:basedOn w:val="Paragrafoarenletra-tipolehenetsia"/>
    <w:rsid w:val="00C742C7"/>
  </w:style>
  <w:style w:type="character" w:styleId="citation-160" w:customStyle="1">
    <w:name w:val="citation-160"/>
    <w:basedOn w:val="Paragrafoarenletra-tipolehenetsia"/>
    <w:rsid w:val="00C742C7"/>
  </w:style>
  <w:style w:type="character" w:styleId="citation-159" w:customStyle="1">
    <w:name w:val="citation-159"/>
    <w:basedOn w:val="Paragrafoarenletra-tipolehenetsia"/>
    <w:rsid w:val="00C742C7"/>
  </w:style>
  <w:style w:type="character" w:styleId="citation-158" w:customStyle="1">
    <w:name w:val="citation-158"/>
    <w:basedOn w:val="Paragrafoarenletra-tipolehenetsia"/>
    <w:rsid w:val="00C742C7"/>
  </w:style>
  <w:style w:type="character" w:styleId="citation-157" w:customStyle="1">
    <w:name w:val="citation-157"/>
    <w:basedOn w:val="Paragrafoarenletra-tipolehenetsia"/>
    <w:rsid w:val="00C742C7"/>
  </w:style>
  <w:style w:type="character" w:styleId="citation-156" w:customStyle="1">
    <w:name w:val="citation-156"/>
    <w:basedOn w:val="Paragrafoarenletra-tipolehenetsia"/>
    <w:rsid w:val="00C742C7"/>
  </w:style>
  <w:style w:type="character" w:styleId="citation-155" w:customStyle="1">
    <w:name w:val="citation-155"/>
    <w:basedOn w:val="Paragrafoarenletra-tipolehenetsia"/>
    <w:rsid w:val="00C742C7"/>
  </w:style>
  <w:style w:type="character" w:styleId="citation-154" w:customStyle="1">
    <w:name w:val="citation-154"/>
    <w:basedOn w:val="Paragrafoarenletra-tipolehenetsia"/>
    <w:rsid w:val="00C742C7"/>
  </w:style>
  <w:style w:type="character" w:styleId="citation-153" w:customStyle="1">
    <w:name w:val="citation-153"/>
    <w:basedOn w:val="Paragrafoarenletra-tipolehenetsia"/>
    <w:rsid w:val="00C742C7"/>
  </w:style>
  <w:style w:type="character" w:styleId="citation-152" w:customStyle="1">
    <w:name w:val="citation-152"/>
    <w:basedOn w:val="Paragrafoarenletra-tipolehenetsia"/>
    <w:rsid w:val="00C742C7"/>
  </w:style>
  <w:style w:type="character" w:styleId="citation-151" w:customStyle="1">
    <w:name w:val="citation-151"/>
    <w:basedOn w:val="Paragrafoarenletra-tipolehenetsia"/>
    <w:rsid w:val="00C742C7"/>
  </w:style>
  <w:style w:type="character" w:styleId="citation-150" w:customStyle="1">
    <w:name w:val="citation-150"/>
    <w:basedOn w:val="Paragrafoarenletra-tipolehenetsia"/>
    <w:rsid w:val="00C742C7"/>
  </w:style>
  <w:style w:type="character" w:styleId="citation-149" w:customStyle="1">
    <w:name w:val="citation-149"/>
    <w:basedOn w:val="Paragrafoarenletra-tipolehenetsia"/>
    <w:rsid w:val="00C742C7"/>
  </w:style>
  <w:style w:type="character" w:styleId="citation-148" w:customStyle="1">
    <w:name w:val="citation-148"/>
    <w:basedOn w:val="Paragrafoarenletra-tipolehenetsia"/>
    <w:rsid w:val="00C742C7"/>
  </w:style>
  <w:style w:type="character" w:styleId="citation-147" w:customStyle="1">
    <w:name w:val="citation-147"/>
    <w:basedOn w:val="Paragrafoarenletra-tipolehenetsia"/>
    <w:rsid w:val="00C742C7"/>
  </w:style>
  <w:style w:type="character" w:styleId="citation-146" w:customStyle="1">
    <w:name w:val="citation-146"/>
    <w:basedOn w:val="Paragrafoarenletra-tipolehenetsia"/>
    <w:rsid w:val="00C742C7"/>
  </w:style>
  <w:style w:type="character" w:styleId="citation-145" w:customStyle="1">
    <w:name w:val="citation-145"/>
    <w:basedOn w:val="Paragrafoarenletra-tipolehenetsia"/>
    <w:rsid w:val="00C742C7"/>
  </w:style>
  <w:style w:type="character" w:styleId="citation-144" w:customStyle="1">
    <w:name w:val="citation-144"/>
    <w:basedOn w:val="Paragrafoarenletra-tipolehenetsia"/>
    <w:rsid w:val="00C742C7"/>
  </w:style>
  <w:style w:type="character" w:styleId="citation-143" w:customStyle="1">
    <w:name w:val="citation-143"/>
    <w:basedOn w:val="Paragrafoarenletra-tipolehenetsia"/>
    <w:rsid w:val="00C742C7"/>
  </w:style>
  <w:style w:type="character" w:styleId="citation-142" w:customStyle="1">
    <w:name w:val="citation-142"/>
    <w:basedOn w:val="Paragrafoarenletra-tipolehenetsia"/>
    <w:rsid w:val="00C742C7"/>
  </w:style>
  <w:style w:type="character" w:styleId="citation-141" w:customStyle="1">
    <w:name w:val="citation-141"/>
    <w:basedOn w:val="Paragrafoarenletra-tipolehenetsia"/>
    <w:rsid w:val="00C742C7"/>
  </w:style>
  <w:style w:type="character" w:styleId="citation-140" w:customStyle="1">
    <w:name w:val="citation-140"/>
    <w:basedOn w:val="Paragrafoarenletra-tipolehenetsia"/>
    <w:rsid w:val="00C742C7"/>
  </w:style>
  <w:style w:type="character" w:styleId="citation-139" w:customStyle="1">
    <w:name w:val="citation-139"/>
    <w:basedOn w:val="Paragrafoarenletra-tipolehenetsia"/>
    <w:rsid w:val="00C742C7"/>
  </w:style>
  <w:style w:type="character" w:styleId="citation-138" w:customStyle="1">
    <w:name w:val="citation-138"/>
    <w:basedOn w:val="Paragrafoarenletra-tipolehenetsia"/>
    <w:rsid w:val="00C742C7"/>
  </w:style>
  <w:style w:type="character" w:styleId="citation-137" w:customStyle="1">
    <w:name w:val="citation-137"/>
    <w:basedOn w:val="Paragrafoarenletra-tipolehenetsia"/>
    <w:rsid w:val="00C742C7"/>
  </w:style>
  <w:style w:type="character" w:styleId="citation-136" w:customStyle="1">
    <w:name w:val="citation-136"/>
    <w:basedOn w:val="Paragrafoarenletra-tipolehenetsia"/>
    <w:rsid w:val="00C742C7"/>
  </w:style>
  <w:style w:type="character" w:styleId="citation-135" w:customStyle="1">
    <w:name w:val="citation-135"/>
    <w:basedOn w:val="Paragrafoarenletra-tipolehenetsia"/>
    <w:rsid w:val="00C742C7"/>
  </w:style>
  <w:style w:type="character" w:styleId="citation-134" w:customStyle="1">
    <w:name w:val="citation-134"/>
    <w:basedOn w:val="Paragrafoarenletra-tipolehenetsia"/>
    <w:rsid w:val="00C742C7"/>
  </w:style>
  <w:style w:type="character" w:styleId="citation-133" w:customStyle="1">
    <w:name w:val="citation-133"/>
    <w:basedOn w:val="Paragrafoarenletra-tipolehenetsia"/>
    <w:rsid w:val="00C742C7"/>
  </w:style>
  <w:style w:type="character" w:styleId="citation-132" w:customStyle="1">
    <w:name w:val="citation-132"/>
    <w:basedOn w:val="Paragrafoarenletra-tipolehenetsia"/>
    <w:rsid w:val="00C742C7"/>
  </w:style>
  <w:style w:type="character" w:styleId="citation-833" w:customStyle="1">
    <w:name w:val="citation-833"/>
    <w:basedOn w:val="Paragrafoarenletra-tipolehenetsia"/>
    <w:rsid w:val="00C742C7"/>
  </w:style>
  <w:style w:type="character" w:styleId="citation-832" w:customStyle="1">
    <w:name w:val="citation-832"/>
    <w:basedOn w:val="Paragrafoarenletra-tipolehenetsia"/>
    <w:rsid w:val="00C742C7"/>
  </w:style>
  <w:style w:type="character" w:styleId="citation-831" w:customStyle="1">
    <w:name w:val="citation-831"/>
    <w:basedOn w:val="Paragrafoarenletra-tipolehenetsia"/>
    <w:rsid w:val="00C742C7"/>
  </w:style>
  <w:style w:type="character" w:styleId="citation-830" w:customStyle="1">
    <w:name w:val="citation-830"/>
    <w:basedOn w:val="Paragrafoarenletra-tipolehenetsia"/>
    <w:rsid w:val="00C742C7"/>
  </w:style>
  <w:style w:type="character" w:styleId="citation-829" w:customStyle="1">
    <w:name w:val="citation-829"/>
    <w:basedOn w:val="Paragrafoarenletra-tipolehenetsia"/>
    <w:rsid w:val="00C742C7"/>
  </w:style>
  <w:style w:type="character" w:styleId="citation-828" w:customStyle="1">
    <w:name w:val="citation-828"/>
    <w:basedOn w:val="Paragrafoarenletra-tipolehenetsia"/>
    <w:rsid w:val="00C742C7"/>
  </w:style>
  <w:style w:type="character" w:styleId="citation-827" w:customStyle="1">
    <w:name w:val="citation-827"/>
    <w:basedOn w:val="Paragrafoarenletra-tipolehenetsia"/>
    <w:rsid w:val="00C742C7"/>
  </w:style>
  <w:style w:type="character" w:styleId="citation-826" w:customStyle="1">
    <w:name w:val="citation-826"/>
    <w:basedOn w:val="Paragrafoarenletra-tipolehenetsia"/>
    <w:rsid w:val="00C742C7"/>
  </w:style>
  <w:style w:type="character" w:styleId="citation-825" w:customStyle="1">
    <w:name w:val="citation-825"/>
    <w:basedOn w:val="Paragrafoarenletra-tipolehenetsia"/>
    <w:rsid w:val="00C742C7"/>
  </w:style>
  <w:style w:type="character" w:styleId="citation-824" w:customStyle="1">
    <w:name w:val="citation-824"/>
    <w:basedOn w:val="Paragrafoarenletra-tipolehenetsia"/>
    <w:rsid w:val="00C742C7"/>
  </w:style>
  <w:style w:type="character" w:styleId="citation-823" w:customStyle="1">
    <w:name w:val="citation-823"/>
    <w:basedOn w:val="Paragrafoarenletra-tipolehenetsia"/>
    <w:rsid w:val="00C742C7"/>
  </w:style>
  <w:style w:type="character" w:styleId="citation-822" w:customStyle="1">
    <w:name w:val="citation-822"/>
    <w:basedOn w:val="Paragrafoarenletra-tipolehenetsia"/>
    <w:rsid w:val="00C742C7"/>
  </w:style>
  <w:style w:type="character" w:styleId="citation-821" w:customStyle="1">
    <w:name w:val="citation-821"/>
    <w:basedOn w:val="Paragrafoarenletra-tipolehenetsia"/>
    <w:rsid w:val="00C742C7"/>
  </w:style>
  <w:style w:type="character" w:styleId="citation-820" w:customStyle="1">
    <w:name w:val="citation-820"/>
    <w:basedOn w:val="Paragrafoarenletra-tipolehenetsia"/>
    <w:rsid w:val="00C742C7"/>
  </w:style>
  <w:style w:type="character" w:styleId="citation-819" w:customStyle="1">
    <w:name w:val="citation-819"/>
    <w:basedOn w:val="Paragrafoarenletra-tipolehenetsia"/>
    <w:rsid w:val="00C742C7"/>
  </w:style>
  <w:style w:type="character" w:styleId="citation-818" w:customStyle="1">
    <w:name w:val="citation-818"/>
    <w:basedOn w:val="Paragrafoarenletra-tipolehenetsia"/>
    <w:rsid w:val="00C742C7"/>
  </w:style>
  <w:style w:type="character" w:styleId="citation-817" w:customStyle="1">
    <w:name w:val="citation-817"/>
    <w:basedOn w:val="Paragrafoarenletra-tipolehenetsia"/>
    <w:rsid w:val="00C742C7"/>
  </w:style>
  <w:style w:type="character" w:styleId="citation-816" w:customStyle="1">
    <w:name w:val="citation-816"/>
    <w:basedOn w:val="Paragrafoarenletra-tipolehenetsia"/>
    <w:rsid w:val="00C742C7"/>
  </w:style>
  <w:style w:type="character" w:styleId="citation-815" w:customStyle="1">
    <w:name w:val="citation-815"/>
    <w:basedOn w:val="Paragrafoarenletra-tipolehenetsia"/>
    <w:rsid w:val="00C742C7"/>
  </w:style>
  <w:style w:type="character" w:styleId="citation-814" w:customStyle="1">
    <w:name w:val="citation-814"/>
    <w:basedOn w:val="Paragrafoarenletra-tipolehenetsia"/>
    <w:rsid w:val="00C742C7"/>
  </w:style>
  <w:style w:type="character" w:styleId="citation-813" w:customStyle="1">
    <w:name w:val="citation-813"/>
    <w:basedOn w:val="Paragrafoarenletra-tipolehenetsia"/>
    <w:rsid w:val="00C742C7"/>
  </w:style>
  <w:style w:type="character" w:styleId="citation-812" w:customStyle="1">
    <w:name w:val="citation-812"/>
    <w:basedOn w:val="Paragrafoarenletra-tipolehenetsia"/>
    <w:rsid w:val="00C742C7"/>
  </w:style>
  <w:style w:type="character" w:styleId="citation-811" w:customStyle="1">
    <w:name w:val="citation-811"/>
    <w:basedOn w:val="Paragrafoarenletra-tipolehenetsia"/>
    <w:rsid w:val="00C742C7"/>
  </w:style>
  <w:style w:type="character" w:styleId="citation-810" w:customStyle="1">
    <w:name w:val="citation-810"/>
    <w:basedOn w:val="Paragrafoarenletra-tipolehenetsia"/>
    <w:rsid w:val="00C742C7"/>
  </w:style>
  <w:style w:type="character" w:styleId="citation-809" w:customStyle="1">
    <w:name w:val="citation-809"/>
    <w:basedOn w:val="Paragrafoarenletra-tipolehenetsia"/>
    <w:rsid w:val="00C742C7"/>
  </w:style>
  <w:style w:type="character" w:styleId="citation-808" w:customStyle="1">
    <w:name w:val="citation-808"/>
    <w:basedOn w:val="Paragrafoarenletra-tipolehenetsia"/>
    <w:rsid w:val="00C742C7"/>
  </w:style>
  <w:style w:type="character" w:styleId="citation-807" w:customStyle="1">
    <w:name w:val="citation-807"/>
    <w:basedOn w:val="Paragrafoarenletra-tipolehenetsia"/>
    <w:rsid w:val="00C742C7"/>
  </w:style>
  <w:style w:type="character" w:styleId="citation-806" w:customStyle="1">
    <w:name w:val="citation-806"/>
    <w:basedOn w:val="Paragrafoarenletra-tipolehenetsia"/>
    <w:rsid w:val="00C742C7"/>
  </w:style>
  <w:style w:type="character" w:styleId="citation-805" w:customStyle="1">
    <w:name w:val="citation-805"/>
    <w:basedOn w:val="Paragrafoarenletra-tipolehenetsia"/>
    <w:rsid w:val="00C742C7"/>
  </w:style>
  <w:style w:type="character" w:styleId="citation-804" w:customStyle="1">
    <w:name w:val="citation-804"/>
    <w:basedOn w:val="Paragrafoarenletra-tipolehenetsia"/>
    <w:rsid w:val="00C742C7"/>
  </w:style>
  <w:style w:type="character" w:styleId="citation-803" w:customStyle="1">
    <w:name w:val="citation-803"/>
    <w:basedOn w:val="Paragrafoarenletra-tipolehenetsia"/>
    <w:rsid w:val="00C742C7"/>
  </w:style>
  <w:style w:type="character" w:styleId="citation-802" w:customStyle="1">
    <w:name w:val="citation-802"/>
    <w:basedOn w:val="Paragrafoarenletra-tipolehenetsia"/>
    <w:rsid w:val="00C742C7"/>
  </w:style>
  <w:style w:type="character" w:styleId="citation-801" w:customStyle="1">
    <w:name w:val="citation-801"/>
    <w:basedOn w:val="Paragrafoarenletra-tipolehenetsia"/>
    <w:rsid w:val="00C742C7"/>
  </w:style>
  <w:style w:type="character" w:styleId="citation-800" w:customStyle="1">
    <w:name w:val="citation-800"/>
    <w:basedOn w:val="Paragrafoarenletra-tipolehenetsia"/>
    <w:rsid w:val="00C742C7"/>
  </w:style>
  <w:style w:type="character" w:styleId="citation-799" w:customStyle="1">
    <w:name w:val="citation-799"/>
    <w:basedOn w:val="Paragrafoarenletra-tipolehenetsia"/>
    <w:rsid w:val="00C742C7"/>
  </w:style>
  <w:style w:type="character" w:styleId="citation-798" w:customStyle="1">
    <w:name w:val="citation-798"/>
    <w:basedOn w:val="Paragrafoarenletra-tipolehenetsia"/>
    <w:rsid w:val="00C742C7"/>
  </w:style>
  <w:style w:type="character" w:styleId="citation-797" w:customStyle="1">
    <w:name w:val="citation-797"/>
    <w:basedOn w:val="Paragrafoarenletra-tipolehenetsia"/>
    <w:rsid w:val="00C742C7"/>
  </w:style>
  <w:style w:type="character" w:styleId="citation-796" w:customStyle="1">
    <w:name w:val="citation-796"/>
    <w:basedOn w:val="Paragrafoarenletra-tipolehenetsia"/>
    <w:rsid w:val="00C742C7"/>
  </w:style>
  <w:style w:type="character" w:styleId="citation-795" w:customStyle="1">
    <w:name w:val="citation-795"/>
    <w:basedOn w:val="Paragrafoarenletra-tipolehenetsia"/>
    <w:rsid w:val="00C742C7"/>
  </w:style>
  <w:style w:type="character" w:styleId="citation-794" w:customStyle="1">
    <w:name w:val="citation-794"/>
    <w:basedOn w:val="Paragrafoarenletra-tipolehenetsia"/>
    <w:rsid w:val="00C742C7"/>
  </w:style>
  <w:style w:type="character" w:styleId="citation-793" w:customStyle="1">
    <w:name w:val="citation-793"/>
    <w:basedOn w:val="Paragrafoarenletra-tipolehenetsia"/>
    <w:rsid w:val="00C742C7"/>
  </w:style>
  <w:style w:type="character" w:styleId="citation-792" w:customStyle="1">
    <w:name w:val="citation-792"/>
    <w:basedOn w:val="Paragrafoarenletra-tipolehenetsia"/>
    <w:rsid w:val="00C742C7"/>
  </w:style>
  <w:style w:type="character" w:styleId="citation-791" w:customStyle="1">
    <w:name w:val="citation-791"/>
    <w:basedOn w:val="Paragrafoarenletra-tipolehenetsia"/>
    <w:rsid w:val="00C742C7"/>
  </w:style>
  <w:style w:type="character" w:styleId="citation-790" w:customStyle="1">
    <w:name w:val="citation-790"/>
    <w:basedOn w:val="Paragrafoarenletra-tipolehenetsia"/>
    <w:rsid w:val="00C742C7"/>
  </w:style>
  <w:style w:type="character" w:styleId="citation-789" w:customStyle="1">
    <w:name w:val="citation-789"/>
    <w:basedOn w:val="Paragrafoarenletra-tipolehenetsia"/>
    <w:rsid w:val="00C742C7"/>
  </w:style>
  <w:style w:type="character" w:styleId="citation-788" w:customStyle="1">
    <w:name w:val="citation-788"/>
    <w:basedOn w:val="Paragrafoarenletra-tipolehenetsia"/>
    <w:rsid w:val="00C742C7"/>
  </w:style>
  <w:style w:type="character" w:styleId="citation-787" w:customStyle="1">
    <w:name w:val="citation-787"/>
    <w:basedOn w:val="Paragrafoarenletra-tipolehenetsia"/>
    <w:rsid w:val="00C742C7"/>
  </w:style>
  <w:style w:type="character" w:styleId="citation-786" w:customStyle="1">
    <w:name w:val="citation-786"/>
    <w:basedOn w:val="Paragrafoarenletra-tipolehenetsia"/>
    <w:rsid w:val="00C742C7"/>
  </w:style>
  <w:style w:type="character" w:styleId="citation-785" w:customStyle="1">
    <w:name w:val="citation-785"/>
    <w:basedOn w:val="Paragrafoarenletra-tipolehenetsia"/>
    <w:rsid w:val="00C742C7"/>
  </w:style>
  <w:style w:type="character" w:styleId="citation-784" w:customStyle="1">
    <w:name w:val="citation-784"/>
    <w:basedOn w:val="Paragrafoarenletra-tipolehenetsia"/>
    <w:rsid w:val="00C742C7"/>
  </w:style>
  <w:style w:type="character" w:styleId="citation-783" w:customStyle="1">
    <w:name w:val="citation-783"/>
    <w:basedOn w:val="Paragrafoarenletra-tipolehenetsia"/>
    <w:rsid w:val="00C742C7"/>
  </w:style>
  <w:style w:type="character" w:styleId="citation-782" w:customStyle="1">
    <w:name w:val="citation-782"/>
    <w:basedOn w:val="Paragrafoarenletra-tipolehenetsia"/>
    <w:rsid w:val="00C742C7"/>
  </w:style>
  <w:style w:type="character" w:styleId="citation-781" w:customStyle="1">
    <w:name w:val="citation-781"/>
    <w:basedOn w:val="Paragrafoarenletra-tipolehenetsia"/>
    <w:rsid w:val="00C742C7"/>
  </w:style>
  <w:style w:type="character" w:styleId="citation-780" w:customStyle="1">
    <w:name w:val="citation-780"/>
    <w:basedOn w:val="Paragrafoarenletra-tipolehenetsia"/>
    <w:rsid w:val="00C742C7"/>
  </w:style>
  <w:style w:type="character" w:styleId="citation-779" w:customStyle="1">
    <w:name w:val="citation-779"/>
    <w:basedOn w:val="Paragrafoarenletra-tipolehenetsia"/>
    <w:rsid w:val="00C742C7"/>
  </w:style>
  <w:style w:type="character" w:styleId="citation-778" w:customStyle="1">
    <w:name w:val="citation-778"/>
    <w:basedOn w:val="Paragrafoarenletra-tipolehenetsia"/>
    <w:rsid w:val="00C742C7"/>
  </w:style>
  <w:style w:type="character" w:styleId="citation-777" w:customStyle="1">
    <w:name w:val="citation-777"/>
    <w:basedOn w:val="Paragrafoarenletra-tipolehenetsia"/>
    <w:rsid w:val="00C742C7"/>
  </w:style>
  <w:style w:type="character" w:styleId="citation-776" w:customStyle="1">
    <w:name w:val="citation-776"/>
    <w:basedOn w:val="Paragrafoarenletra-tipolehenetsia"/>
    <w:rsid w:val="00C742C7"/>
  </w:style>
  <w:style w:type="character" w:styleId="citation-775" w:customStyle="1">
    <w:name w:val="citation-775"/>
    <w:basedOn w:val="Paragrafoarenletra-tipolehenetsia"/>
    <w:rsid w:val="00C742C7"/>
  </w:style>
  <w:style w:type="character" w:styleId="citation-774" w:customStyle="1">
    <w:name w:val="citation-774"/>
    <w:basedOn w:val="Paragrafoarenletra-tipolehenetsia"/>
    <w:rsid w:val="00C742C7"/>
  </w:style>
  <w:style w:type="character" w:styleId="citation-773" w:customStyle="1">
    <w:name w:val="citation-773"/>
    <w:basedOn w:val="Paragrafoarenletra-tipolehenetsia"/>
    <w:rsid w:val="00C742C7"/>
  </w:style>
  <w:style w:type="character" w:styleId="citation-772" w:customStyle="1">
    <w:name w:val="citation-772"/>
    <w:basedOn w:val="Paragrafoarenletra-tipolehenetsia"/>
    <w:rsid w:val="00C742C7"/>
  </w:style>
  <w:style w:type="character" w:styleId="citation-771" w:customStyle="1">
    <w:name w:val="citation-771"/>
    <w:basedOn w:val="Paragrafoarenletra-tipolehenetsia"/>
    <w:rsid w:val="00C742C7"/>
  </w:style>
  <w:style w:type="character" w:styleId="citation-770" w:customStyle="1">
    <w:name w:val="citation-770"/>
    <w:basedOn w:val="Paragrafoarenletra-tipolehenetsia"/>
    <w:rsid w:val="00C742C7"/>
  </w:style>
  <w:style w:type="character" w:styleId="citation-769" w:customStyle="1">
    <w:name w:val="citation-769"/>
    <w:basedOn w:val="Paragrafoarenletra-tipolehenetsia"/>
    <w:rsid w:val="00C742C7"/>
  </w:style>
  <w:style w:type="character" w:styleId="citation-768" w:customStyle="1">
    <w:name w:val="citation-768"/>
    <w:basedOn w:val="Paragrafoarenletra-tipolehenetsia"/>
    <w:rsid w:val="00C742C7"/>
  </w:style>
  <w:style w:type="character" w:styleId="citation-767" w:customStyle="1">
    <w:name w:val="citation-767"/>
    <w:basedOn w:val="Paragrafoarenletra-tipolehenetsia"/>
    <w:rsid w:val="00C742C7"/>
  </w:style>
  <w:style w:type="character" w:styleId="citation-766" w:customStyle="1">
    <w:name w:val="citation-766"/>
    <w:basedOn w:val="Paragrafoarenletra-tipolehenetsia"/>
    <w:rsid w:val="00C742C7"/>
  </w:style>
  <w:style w:type="character" w:styleId="citation-765" w:customStyle="1">
    <w:name w:val="citation-765"/>
    <w:basedOn w:val="Paragrafoarenletra-tipolehenetsia"/>
    <w:rsid w:val="00C742C7"/>
  </w:style>
  <w:style w:type="character" w:styleId="citation-764" w:customStyle="1">
    <w:name w:val="citation-764"/>
    <w:basedOn w:val="Paragrafoarenletra-tipolehenetsia"/>
    <w:rsid w:val="00C742C7"/>
  </w:style>
  <w:style w:type="character" w:styleId="citation-763" w:customStyle="1">
    <w:name w:val="citation-763"/>
    <w:basedOn w:val="Paragrafoarenletra-tipolehenetsia"/>
    <w:rsid w:val="00C742C7"/>
  </w:style>
  <w:style w:type="character" w:styleId="citation-762" w:customStyle="1">
    <w:name w:val="citation-762"/>
    <w:basedOn w:val="Paragrafoarenletra-tipolehenetsia"/>
    <w:rsid w:val="00C742C7"/>
  </w:style>
  <w:style w:type="character" w:styleId="citation-761" w:customStyle="1">
    <w:name w:val="citation-761"/>
    <w:basedOn w:val="Paragrafoarenletra-tipolehenetsia"/>
    <w:rsid w:val="00C742C7"/>
  </w:style>
  <w:style w:type="character" w:styleId="citation-760" w:customStyle="1">
    <w:name w:val="citation-760"/>
    <w:basedOn w:val="Paragrafoarenletra-tipolehenetsia"/>
    <w:rsid w:val="00C742C7"/>
  </w:style>
  <w:style w:type="character" w:styleId="citation-759" w:customStyle="1">
    <w:name w:val="citation-759"/>
    <w:basedOn w:val="Paragrafoarenletra-tipolehenetsia"/>
    <w:rsid w:val="00C742C7"/>
  </w:style>
  <w:style w:type="character" w:styleId="citation-758" w:customStyle="1">
    <w:name w:val="citation-758"/>
    <w:basedOn w:val="Paragrafoarenletra-tipolehenetsia"/>
    <w:rsid w:val="00C742C7"/>
  </w:style>
  <w:style w:type="character" w:styleId="citation-757" w:customStyle="1">
    <w:name w:val="citation-757"/>
    <w:basedOn w:val="Paragrafoarenletra-tipolehenetsia"/>
    <w:rsid w:val="00C742C7"/>
  </w:style>
  <w:style w:type="character" w:styleId="citation-756" w:customStyle="1">
    <w:name w:val="citation-756"/>
    <w:basedOn w:val="Paragrafoarenletra-tipolehenetsia"/>
    <w:rsid w:val="00C742C7"/>
  </w:style>
  <w:style w:type="character" w:styleId="citation-755" w:customStyle="1">
    <w:name w:val="citation-755"/>
    <w:basedOn w:val="Paragrafoarenletra-tipolehenetsia"/>
    <w:rsid w:val="00C742C7"/>
  </w:style>
  <w:style w:type="character" w:styleId="citation-754" w:customStyle="1">
    <w:name w:val="citation-754"/>
    <w:basedOn w:val="Paragrafoarenletra-tipolehenetsia"/>
    <w:rsid w:val="00C742C7"/>
  </w:style>
  <w:style w:type="character" w:styleId="citation-753" w:customStyle="1">
    <w:name w:val="citation-753"/>
    <w:basedOn w:val="Paragrafoarenletra-tipolehenetsia"/>
    <w:rsid w:val="00C742C7"/>
  </w:style>
  <w:style w:type="character" w:styleId="citation-752" w:customStyle="1">
    <w:name w:val="citation-752"/>
    <w:basedOn w:val="Paragrafoarenletra-tipolehenetsia"/>
    <w:rsid w:val="00C742C7"/>
  </w:style>
  <w:style w:type="character" w:styleId="citation-751" w:customStyle="1">
    <w:name w:val="citation-751"/>
    <w:basedOn w:val="Paragrafoarenletra-tipolehenetsia"/>
    <w:rsid w:val="00C742C7"/>
  </w:style>
  <w:style w:type="character" w:styleId="citation-750" w:customStyle="1">
    <w:name w:val="citation-750"/>
    <w:basedOn w:val="Paragrafoarenletra-tipolehenetsia"/>
    <w:rsid w:val="00C742C7"/>
  </w:style>
  <w:style w:type="character" w:styleId="citation-749" w:customStyle="1">
    <w:name w:val="citation-749"/>
    <w:basedOn w:val="Paragrafoarenletra-tipolehenetsia"/>
    <w:rsid w:val="00C742C7"/>
  </w:style>
  <w:style w:type="character" w:styleId="citation-748" w:customStyle="1">
    <w:name w:val="citation-748"/>
    <w:basedOn w:val="Paragrafoarenletra-tipolehenetsia"/>
    <w:rsid w:val="00C742C7"/>
  </w:style>
  <w:style w:type="character" w:styleId="citation-747" w:customStyle="1">
    <w:name w:val="citation-747"/>
    <w:basedOn w:val="Paragrafoarenletra-tipolehenetsia"/>
    <w:rsid w:val="00C742C7"/>
  </w:style>
  <w:style w:type="character" w:styleId="citation-746" w:customStyle="1">
    <w:name w:val="citation-746"/>
    <w:basedOn w:val="Paragrafoarenletra-tipolehenetsia"/>
    <w:rsid w:val="00C742C7"/>
  </w:style>
  <w:style w:type="character" w:styleId="citation-745" w:customStyle="1">
    <w:name w:val="citation-745"/>
    <w:basedOn w:val="Paragrafoarenletra-tipolehenetsia"/>
    <w:rsid w:val="00C742C7"/>
  </w:style>
  <w:style w:type="character" w:styleId="citation-744" w:customStyle="1">
    <w:name w:val="citation-744"/>
    <w:basedOn w:val="Paragrafoarenletra-tipolehenetsia"/>
    <w:rsid w:val="00C742C7"/>
  </w:style>
  <w:style w:type="character" w:styleId="citation-743" w:customStyle="1">
    <w:name w:val="citation-743"/>
    <w:basedOn w:val="Paragrafoarenletra-tipolehenetsia"/>
    <w:rsid w:val="00C742C7"/>
  </w:style>
  <w:style w:type="character" w:styleId="citation-742" w:customStyle="1">
    <w:name w:val="citation-742"/>
    <w:basedOn w:val="Paragrafoarenletra-tipolehenetsia"/>
    <w:rsid w:val="00C742C7"/>
  </w:style>
  <w:style w:type="character" w:styleId="citation-741" w:customStyle="1">
    <w:name w:val="citation-741"/>
    <w:basedOn w:val="Paragrafoarenletra-tipolehenetsia"/>
    <w:rsid w:val="00C742C7"/>
  </w:style>
  <w:style w:type="character" w:styleId="citation-740" w:customStyle="1">
    <w:name w:val="citation-740"/>
    <w:basedOn w:val="Paragrafoarenletra-tipolehenetsia"/>
    <w:rsid w:val="00C742C7"/>
  </w:style>
  <w:style w:type="character" w:styleId="citation-739" w:customStyle="1">
    <w:name w:val="citation-739"/>
    <w:basedOn w:val="Paragrafoarenletra-tipolehenetsia"/>
    <w:rsid w:val="00C742C7"/>
  </w:style>
  <w:style w:type="character" w:styleId="citation-738" w:customStyle="1">
    <w:name w:val="citation-738"/>
    <w:basedOn w:val="Paragrafoarenletra-tipolehenetsia"/>
    <w:rsid w:val="00C742C7"/>
  </w:style>
  <w:style w:type="character" w:styleId="citation-737" w:customStyle="1">
    <w:name w:val="citation-737"/>
    <w:basedOn w:val="Paragrafoarenletra-tipolehenetsia"/>
    <w:rsid w:val="00C742C7"/>
  </w:style>
  <w:style w:type="character" w:styleId="citation-736" w:customStyle="1">
    <w:name w:val="citation-736"/>
    <w:basedOn w:val="Paragrafoarenletra-tipolehenetsia"/>
    <w:rsid w:val="00C742C7"/>
  </w:style>
  <w:style w:type="character" w:styleId="citation-735" w:customStyle="1">
    <w:name w:val="citation-735"/>
    <w:basedOn w:val="Paragrafoarenletra-tipolehenetsia"/>
    <w:rsid w:val="00C742C7"/>
  </w:style>
  <w:style w:type="character" w:styleId="citation-734" w:customStyle="1">
    <w:name w:val="citation-734"/>
    <w:basedOn w:val="Paragrafoarenletra-tipolehenetsia"/>
    <w:rsid w:val="00C742C7"/>
  </w:style>
  <w:style w:type="character" w:styleId="citation-733" w:customStyle="1">
    <w:name w:val="citation-733"/>
    <w:basedOn w:val="Paragrafoarenletra-tipolehenetsia"/>
    <w:rsid w:val="00C742C7"/>
  </w:style>
  <w:style w:type="character" w:styleId="citation-732" w:customStyle="1">
    <w:name w:val="citation-732"/>
    <w:basedOn w:val="Paragrafoarenletra-tipolehenetsia"/>
    <w:rsid w:val="00C742C7"/>
  </w:style>
  <w:style w:type="character" w:styleId="citation-731" w:customStyle="1">
    <w:name w:val="citation-731"/>
    <w:basedOn w:val="Paragrafoarenletra-tipolehenetsia"/>
    <w:rsid w:val="00C742C7"/>
  </w:style>
  <w:style w:type="character" w:styleId="citation-730" w:customStyle="1">
    <w:name w:val="citation-730"/>
    <w:basedOn w:val="Paragrafoarenletra-tipolehenetsia"/>
    <w:rsid w:val="00C742C7"/>
  </w:style>
  <w:style w:type="character" w:styleId="citation-729" w:customStyle="1">
    <w:name w:val="citation-729"/>
    <w:basedOn w:val="Paragrafoarenletra-tipolehenetsia"/>
    <w:rsid w:val="00C742C7"/>
  </w:style>
  <w:style w:type="character" w:styleId="citation-728" w:customStyle="1">
    <w:name w:val="citation-728"/>
    <w:basedOn w:val="Paragrafoarenletra-tipolehenetsia"/>
    <w:rsid w:val="00C742C7"/>
  </w:style>
  <w:style w:type="character" w:styleId="citation-727" w:customStyle="1">
    <w:name w:val="citation-727"/>
    <w:basedOn w:val="Paragrafoarenletra-tipolehenetsia"/>
    <w:rsid w:val="00C742C7"/>
  </w:style>
  <w:style w:type="character" w:styleId="citation-726" w:customStyle="1">
    <w:name w:val="citation-726"/>
    <w:basedOn w:val="Paragrafoarenletra-tipolehenetsia"/>
    <w:rsid w:val="00C742C7"/>
  </w:style>
  <w:style w:type="character" w:styleId="citation-725" w:customStyle="1">
    <w:name w:val="citation-725"/>
    <w:basedOn w:val="Paragrafoarenletra-tipolehenetsia"/>
    <w:rsid w:val="00C742C7"/>
  </w:style>
  <w:style w:type="character" w:styleId="citation-724" w:customStyle="1">
    <w:name w:val="citation-724"/>
    <w:basedOn w:val="Paragrafoarenletra-tipolehenetsia"/>
    <w:rsid w:val="00C742C7"/>
  </w:style>
  <w:style w:type="character" w:styleId="citation-723" w:customStyle="1">
    <w:name w:val="citation-723"/>
    <w:basedOn w:val="Paragrafoarenletra-tipolehenetsia"/>
    <w:rsid w:val="00C742C7"/>
  </w:style>
  <w:style w:type="character" w:styleId="citation-722" w:customStyle="1">
    <w:name w:val="citation-722"/>
    <w:basedOn w:val="Paragrafoarenletra-tipolehenetsia"/>
    <w:rsid w:val="00C742C7"/>
  </w:style>
  <w:style w:type="character" w:styleId="citation-721" w:customStyle="1">
    <w:name w:val="citation-721"/>
    <w:basedOn w:val="Paragrafoarenletra-tipolehenetsia"/>
    <w:rsid w:val="00C742C7"/>
  </w:style>
  <w:style w:type="character" w:styleId="citation-720" w:customStyle="1">
    <w:name w:val="citation-720"/>
    <w:basedOn w:val="Paragrafoarenletra-tipolehenetsia"/>
    <w:rsid w:val="00C742C7"/>
  </w:style>
  <w:style w:type="character" w:styleId="citation-719" w:customStyle="1">
    <w:name w:val="citation-719"/>
    <w:basedOn w:val="Paragrafoarenletra-tipolehenetsia"/>
    <w:rsid w:val="00C742C7"/>
  </w:style>
  <w:style w:type="character" w:styleId="citation-718" w:customStyle="1">
    <w:name w:val="citation-718"/>
    <w:basedOn w:val="Paragrafoarenletra-tipolehenetsia"/>
    <w:rsid w:val="00C742C7"/>
  </w:style>
  <w:style w:type="character" w:styleId="citation-717" w:customStyle="1">
    <w:name w:val="citation-717"/>
    <w:basedOn w:val="Paragrafoarenletra-tipolehenetsia"/>
    <w:rsid w:val="00C742C7"/>
  </w:style>
  <w:style w:type="character" w:styleId="citation-716" w:customStyle="1">
    <w:name w:val="citation-716"/>
    <w:basedOn w:val="Paragrafoarenletra-tipolehenetsia"/>
    <w:rsid w:val="00C742C7"/>
  </w:style>
  <w:style w:type="character" w:styleId="citation-715" w:customStyle="1">
    <w:name w:val="citation-715"/>
    <w:basedOn w:val="Paragrafoarenletra-tipolehenetsia"/>
    <w:rsid w:val="00C742C7"/>
  </w:style>
  <w:style w:type="character" w:styleId="citation-714" w:customStyle="1">
    <w:name w:val="citation-714"/>
    <w:basedOn w:val="Paragrafoarenletra-tipolehenetsia"/>
    <w:rsid w:val="00C742C7"/>
  </w:style>
  <w:style w:type="character" w:styleId="citation-713" w:customStyle="1">
    <w:name w:val="citation-713"/>
    <w:basedOn w:val="Paragrafoarenletra-tipolehenetsia"/>
    <w:rsid w:val="00C742C7"/>
  </w:style>
  <w:style w:type="character" w:styleId="citation-712" w:customStyle="1">
    <w:name w:val="citation-712"/>
    <w:basedOn w:val="Paragrafoarenletra-tipolehenetsia"/>
    <w:rsid w:val="00C742C7"/>
  </w:style>
  <w:style w:type="character" w:styleId="citation-711" w:customStyle="1">
    <w:name w:val="citation-711"/>
    <w:basedOn w:val="Paragrafoarenletra-tipolehenetsia"/>
    <w:rsid w:val="00C742C7"/>
  </w:style>
  <w:style w:type="character" w:styleId="citation-710" w:customStyle="1">
    <w:name w:val="citation-710"/>
    <w:basedOn w:val="Paragrafoarenletra-tipolehenetsia"/>
    <w:rsid w:val="00C742C7"/>
  </w:style>
  <w:style w:type="character" w:styleId="citation-709" w:customStyle="1">
    <w:name w:val="citation-709"/>
    <w:basedOn w:val="Paragrafoarenletra-tipolehenetsia"/>
    <w:rsid w:val="00C742C7"/>
  </w:style>
  <w:style w:type="character" w:styleId="citation-708" w:customStyle="1">
    <w:name w:val="citation-708"/>
    <w:basedOn w:val="Paragrafoarenletra-tipolehenetsia"/>
    <w:rsid w:val="00C742C7"/>
  </w:style>
  <w:style w:type="character" w:styleId="citation-707" w:customStyle="1">
    <w:name w:val="citation-707"/>
    <w:basedOn w:val="Paragrafoarenletra-tipolehenetsia"/>
    <w:rsid w:val="00C742C7"/>
  </w:style>
  <w:style w:type="character" w:styleId="citation-706" w:customStyle="1">
    <w:name w:val="citation-706"/>
    <w:basedOn w:val="Paragrafoarenletra-tipolehenetsia"/>
    <w:rsid w:val="00C742C7"/>
  </w:style>
  <w:style w:type="character" w:styleId="citation-705" w:customStyle="1">
    <w:name w:val="citation-705"/>
    <w:basedOn w:val="Paragrafoarenletra-tipolehenetsia"/>
    <w:rsid w:val="00C742C7"/>
  </w:style>
  <w:style w:type="character" w:styleId="citation-704" w:customStyle="1">
    <w:name w:val="citation-704"/>
    <w:basedOn w:val="Paragrafoarenletra-tipolehenetsia"/>
    <w:rsid w:val="00C742C7"/>
  </w:style>
  <w:style w:type="character" w:styleId="citation-703" w:customStyle="1">
    <w:name w:val="citation-703"/>
    <w:basedOn w:val="Paragrafoarenletra-tipolehenetsia"/>
    <w:rsid w:val="00C742C7"/>
  </w:style>
  <w:style w:type="character" w:styleId="citation-702" w:customStyle="1">
    <w:name w:val="citation-702"/>
    <w:basedOn w:val="Paragrafoarenletra-tipolehenetsia"/>
    <w:rsid w:val="00C742C7"/>
  </w:style>
  <w:style w:type="character" w:styleId="citation-701" w:customStyle="1">
    <w:name w:val="citation-701"/>
    <w:basedOn w:val="Paragrafoarenletra-tipolehenetsia"/>
    <w:rsid w:val="00C742C7"/>
  </w:style>
  <w:style w:type="character" w:styleId="citation-700" w:customStyle="1">
    <w:name w:val="citation-700"/>
    <w:basedOn w:val="Paragrafoarenletra-tipolehenetsia"/>
    <w:rsid w:val="00C742C7"/>
  </w:style>
  <w:style w:type="character" w:styleId="citation-699" w:customStyle="1">
    <w:name w:val="citation-699"/>
    <w:basedOn w:val="Paragrafoarenletra-tipolehenetsia"/>
    <w:rsid w:val="00C742C7"/>
  </w:style>
  <w:style w:type="character" w:styleId="citation-698" w:customStyle="1">
    <w:name w:val="citation-698"/>
    <w:basedOn w:val="Paragrafoarenletra-tipolehenetsia"/>
    <w:rsid w:val="00C742C7"/>
  </w:style>
  <w:style w:type="character" w:styleId="citation-697" w:customStyle="1">
    <w:name w:val="citation-697"/>
    <w:basedOn w:val="Paragrafoarenletra-tipolehenetsia"/>
    <w:rsid w:val="00C742C7"/>
  </w:style>
  <w:style w:type="character" w:styleId="citation-696" w:customStyle="1">
    <w:name w:val="citation-696"/>
    <w:basedOn w:val="Paragrafoarenletra-tipolehenetsia"/>
    <w:rsid w:val="00C742C7"/>
  </w:style>
  <w:style w:type="character" w:styleId="citation-695" w:customStyle="1">
    <w:name w:val="citation-695"/>
    <w:basedOn w:val="Paragrafoarenletra-tipolehenetsia"/>
    <w:rsid w:val="00C742C7"/>
  </w:style>
  <w:style w:type="character" w:styleId="citation-694" w:customStyle="1">
    <w:name w:val="citation-694"/>
    <w:basedOn w:val="Paragrafoarenletra-tipolehenetsia"/>
    <w:rsid w:val="00C742C7"/>
  </w:style>
  <w:style w:type="character" w:styleId="citation-693" w:customStyle="1">
    <w:name w:val="citation-693"/>
    <w:basedOn w:val="Paragrafoarenletra-tipolehenetsia"/>
    <w:rsid w:val="00C742C7"/>
  </w:style>
  <w:style w:type="character" w:styleId="citation-692" w:customStyle="1">
    <w:name w:val="citation-692"/>
    <w:basedOn w:val="Paragrafoarenletra-tipolehenetsia"/>
    <w:rsid w:val="00C742C7"/>
  </w:style>
  <w:style w:type="character" w:styleId="citation-691" w:customStyle="1">
    <w:name w:val="citation-691"/>
    <w:basedOn w:val="Paragrafoarenletra-tipolehenetsia"/>
    <w:rsid w:val="00C742C7"/>
  </w:style>
  <w:style w:type="character" w:styleId="TarterikezKar" w:customStyle="1">
    <w:name w:val="Tarterik ez Kar"/>
    <w:basedOn w:val="Paragrafoarenletra-tipolehenetsia"/>
    <w:link w:val="Tarterikez"/>
    <w:uiPriority w:val="1"/>
    <w:rsid w:val="005E4B8F"/>
  </w:style>
  <w:style w:type="paragraph" w:styleId="EA2">
    <w:name w:val="toc 2"/>
    <w:basedOn w:val="Normala"/>
    <w:next w:val="Normala"/>
    <w:autoRedefine/>
    <w:uiPriority w:val="39"/>
    <w:unhideWhenUsed/>
    <w:rsid w:val="00721D1A"/>
    <w:pPr>
      <w:spacing w:after="100" w:line="259" w:lineRule="auto"/>
      <w:ind w:left="220"/>
    </w:pPr>
    <w:rPr>
      <w:rFonts w:cs="Times New Roman"/>
      <w:lang w:val="eu-ES" w:eastAsia="eu-ES"/>
    </w:rPr>
  </w:style>
  <w:style w:type="paragraph" w:styleId="EA1">
    <w:name w:val="toc 1"/>
    <w:basedOn w:val="Normala"/>
    <w:next w:val="Normala"/>
    <w:autoRedefine/>
    <w:uiPriority w:val="39"/>
    <w:unhideWhenUsed/>
    <w:rsid w:val="00721D1A"/>
    <w:pPr>
      <w:spacing w:after="100" w:line="259" w:lineRule="auto"/>
    </w:pPr>
    <w:rPr>
      <w:rFonts w:cs="Times New Roman"/>
      <w:lang w:val="eu-ES" w:eastAsia="eu-ES"/>
    </w:rPr>
  </w:style>
  <w:style w:type="paragraph" w:styleId="EA3">
    <w:name w:val="toc 3"/>
    <w:basedOn w:val="Normala"/>
    <w:next w:val="Normala"/>
    <w:autoRedefine/>
    <w:uiPriority w:val="39"/>
    <w:unhideWhenUsed/>
    <w:rsid w:val="00721D1A"/>
    <w:pPr>
      <w:spacing w:after="100" w:line="259" w:lineRule="auto"/>
      <w:ind w:left="440"/>
    </w:pPr>
    <w:rPr>
      <w:rFonts w:cs="Times New Roman"/>
      <w:lang w:val="eu-ES" w:eastAsia="eu-ES"/>
    </w:rPr>
  </w:style>
  <w:style w:type="table" w:styleId="5sareta-taulailuna-1enfasia">
    <w:name w:val="Grid Table 5 Dark Accent 1"/>
    <w:basedOn w:val="Taulanormala"/>
    <w:uiPriority w:val="50"/>
    <w:rsid w:val="00D3238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sareta-taula-1enfasia">
    <w:name w:val="Grid Table 4 Accent 1"/>
    <w:basedOn w:val="Taulanormala"/>
    <w:uiPriority w:val="49"/>
    <w:rsid w:val="00D3238E"/>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whitespace-normal" w:customStyle="1">
    <w:name w:val="whitespace-normal"/>
    <w:basedOn w:val="Normala"/>
    <w:rsid w:val="001850E1"/>
    <w:pPr>
      <w:spacing w:before="100" w:beforeAutospacing="1" w:after="100" w:afterAutospacing="1" w:line="240" w:lineRule="auto"/>
    </w:pPr>
    <w:rPr>
      <w:rFonts w:ascii="Times New Roman" w:hAnsi="Times New Roman" w:eastAsia="Times New Roman" w:cs="Times New Roman"/>
      <w:sz w:val="24"/>
      <w:szCs w:val="24"/>
      <w:lang w:val="eu-ES"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67989">
      <w:bodyDiv w:val="1"/>
      <w:marLeft w:val="0"/>
      <w:marRight w:val="0"/>
      <w:marTop w:val="0"/>
      <w:marBottom w:val="0"/>
      <w:divBdr>
        <w:top w:val="none" w:sz="0" w:space="0" w:color="auto"/>
        <w:left w:val="none" w:sz="0" w:space="0" w:color="auto"/>
        <w:bottom w:val="none" w:sz="0" w:space="0" w:color="auto"/>
        <w:right w:val="none" w:sz="0" w:space="0" w:color="auto"/>
      </w:divBdr>
    </w:div>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458963040">
      <w:bodyDiv w:val="1"/>
      <w:marLeft w:val="0"/>
      <w:marRight w:val="0"/>
      <w:marTop w:val="0"/>
      <w:marBottom w:val="0"/>
      <w:divBdr>
        <w:top w:val="none" w:sz="0" w:space="0" w:color="auto"/>
        <w:left w:val="none" w:sz="0" w:space="0" w:color="auto"/>
        <w:bottom w:val="none" w:sz="0" w:space="0" w:color="auto"/>
        <w:right w:val="none" w:sz="0" w:space="0" w:color="auto"/>
      </w:divBdr>
    </w:div>
    <w:div w:id="583875285">
      <w:bodyDiv w:val="1"/>
      <w:marLeft w:val="0"/>
      <w:marRight w:val="0"/>
      <w:marTop w:val="0"/>
      <w:marBottom w:val="0"/>
      <w:divBdr>
        <w:top w:val="none" w:sz="0" w:space="0" w:color="auto"/>
        <w:left w:val="none" w:sz="0" w:space="0" w:color="auto"/>
        <w:bottom w:val="none" w:sz="0" w:space="0" w:color="auto"/>
        <w:right w:val="none" w:sz="0" w:space="0" w:color="auto"/>
      </w:divBdr>
    </w:div>
    <w:div w:id="880703258">
      <w:bodyDiv w:val="1"/>
      <w:marLeft w:val="0"/>
      <w:marRight w:val="0"/>
      <w:marTop w:val="0"/>
      <w:marBottom w:val="0"/>
      <w:divBdr>
        <w:top w:val="none" w:sz="0" w:space="0" w:color="auto"/>
        <w:left w:val="none" w:sz="0" w:space="0" w:color="auto"/>
        <w:bottom w:val="none" w:sz="0" w:space="0" w:color="auto"/>
        <w:right w:val="none" w:sz="0" w:space="0" w:color="auto"/>
      </w:divBdr>
    </w:div>
    <w:div w:id="932204760">
      <w:bodyDiv w:val="1"/>
      <w:marLeft w:val="0"/>
      <w:marRight w:val="0"/>
      <w:marTop w:val="0"/>
      <w:marBottom w:val="0"/>
      <w:divBdr>
        <w:top w:val="none" w:sz="0" w:space="0" w:color="auto"/>
        <w:left w:val="none" w:sz="0" w:space="0" w:color="auto"/>
        <w:bottom w:val="none" w:sz="0" w:space="0" w:color="auto"/>
        <w:right w:val="none" w:sz="0" w:space="0" w:color="auto"/>
      </w:divBdr>
    </w:div>
    <w:div w:id="1115979062">
      <w:bodyDiv w:val="1"/>
      <w:marLeft w:val="0"/>
      <w:marRight w:val="0"/>
      <w:marTop w:val="0"/>
      <w:marBottom w:val="0"/>
      <w:divBdr>
        <w:top w:val="none" w:sz="0" w:space="0" w:color="auto"/>
        <w:left w:val="none" w:sz="0" w:space="0" w:color="auto"/>
        <w:bottom w:val="none" w:sz="0" w:space="0" w:color="auto"/>
        <w:right w:val="none" w:sz="0" w:space="0" w:color="auto"/>
      </w:divBdr>
    </w:div>
    <w:div w:id="1141656200">
      <w:bodyDiv w:val="1"/>
      <w:marLeft w:val="0"/>
      <w:marRight w:val="0"/>
      <w:marTop w:val="0"/>
      <w:marBottom w:val="0"/>
      <w:divBdr>
        <w:top w:val="none" w:sz="0" w:space="0" w:color="auto"/>
        <w:left w:val="none" w:sz="0" w:space="0" w:color="auto"/>
        <w:bottom w:val="none" w:sz="0" w:space="0" w:color="auto"/>
        <w:right w:val="none" w:sz="0" w:space="0" w:color="auto"/>
      </w:divBdr>
    </w:div>
    <w:div w:id="1176842019">
      <w:bodyDiv w:val="1"/>
      <w:marLeft w:val="0"/>
      <w:marRight w:val="0"/>
      <w:marTop w:val="0"/>
      <w:marBottom w:val="0"/>
      <w:divBdr>
        <w:top w:val="none" w:sz="0" w:space="0" w:color="auto"/>
        <w:left w:val="none" w:sz="0" w:space="0" w:color="auto"/>
        <w:bottom w:val="none" w:sz="0" w:space="0" w:color="auto"/>
        <w:right w:val="none" w:sz="0" w:space="0" w:color="auto"/>
      </w:divBdr>
    </w:div>
    <w:div w:id="1339652988">
      <w:bodyDiv w:val="1"/>
      <w:marLeft w:val="0"/>
      <w:marRight w:val="0"/>
      <w:marTop w:val="0"/>
      <w:marBottom w:val="0"/>
      <w:divBdr>
        <w:top w:val="none" w:sz="0" w:space="0" w:color="auto"/>
        <w:left w:val="none" w:sz="0" w:space="0" w:color="auto"/>
        <w:bottom w:val="none" w:sz="0" w:space="0" w:color="auto"/>
        <w:right w:val="none" w:sz="0" w:space="0" w:color="auto"/>
      </w:divBdr>
    </w:div>
    <w:div w:id="1497839747">
      <w:bodyDiv w:val="1"/>
      <w:marLeft w:val="0"/>
      <w:marRight w:val="0"/>
      <w:marTop w:val="0"/>
      <w:marBottom w:val="0"/>
      <w:divBdr>
        <w:top w:val="none" w:sz="0" w:space="0" w:color="auto"/>
        <w:left w:val="none" w:sz="0" w:space="0" w:color="auto"/>
        <w:bottom w:val="none" w:sz="0" w:space="0" w:color="auto"/>
        <w:right w:val="none" w:sz="0" w:space="0" w:color="auto"/>
      </w:divBdr>
    </w:div>
    <w:div w:id="2042782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file:///C:/Users/aalbisua/Documents/MIGUEL%20ALTUNA%202024-2025/MIGUEL%20ALTUNA%2024-25/LCAMP/IKASTAROA/UR_MIR_FESTO/EU/0_1_Ikaslearen%20gida.docx"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Urratsez-urratseko motorren funtzionamendua, driverren erregulazioa eta DC-DC erregulatzaileen parametrizazioa nola egin behar den aztertzeaz gain, estainatze-teknika praktikoekin osatu</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26C5034DEF31469D687DC74110F0C4" ma:contentTypeVersion="18" ma:contentTypeDescription="Create a new document." ma:contentTypeScope="" ma:versionID="9749a2b4cca231bc632c3989b365264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ce32c62b3fb0868ee579d14af5c7af3f"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397A5E-2C34-478C-9FB3-08FE614902D6}"/>
</file>

<file path=customXml/itemProps3.xml><?xml version="1.0" encoding="utf-8"?>
<ds:datastoreItem xmlns:ds="http://schemas.openxmlformats.org/officeDocument/2006/customXml" ds:itemID="{66E66221-0E29-4D90-90E4-E90D51F99993}">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4.xml><?xml version="1.0" encoding="utf-8"?>
<ds:datastoreItem xmlns:ds="http://schemas.openxmlformats.org/officeDocument/2006/customXml" ds:itemID="{1F5BBACA-C442-4ED8-85FB-680A99FEABFC}">
  <ds:schemaRefs>
    <ds:schemaRef ds:uri="http://schemas.microsoft.com/sharepoint/v3/contenttype/forms"/>
  </ds:schemaRefs>
</ds:datastoreItem>
</file>

<file path=customXml/itemProps5.xml><?xml version="1.0" encoding="utf-8"?>
<ds:datastoreItem xmlns:ds="http://schemas.openxmlformats.org/officeDocument/2006/customXml" ds:itemID="{7B43D359-12D0-4681-A30E-8D232D79BC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Component welding, driver motor regulation and DC-DC converters</dc:subject>
  <dc:creator>Ane Albisua – Miguel Altuna LHII</dc:creator>
  <cp:keywords/>
  <dc:description>generated by python-docx</dc:description>
  <cp:lastModifiedBy>lerrasti</cp:lastModifiedBy>
  <cp:revision>10</cp:revision>
  <dcterms:created xsi:type="dcterms:W3CDTF">2025-07-04T08:47:00Z</dcterms:created>
  <dcterms:modified xsi:type="dcterms:W3CDTF">2025-11-13T12:13:44Z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ies>
</file>