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sdt>
      <w:sdtPr>
        <w:rPr>
          <w:rFonts w:ascii="Arial" w:hAnsi="Arial" w:cs="Arial"/>
          <w:sz w:val="24"/>
          <w:szCs w:val="24"/>
        </w:rPr>
        <w:id w:val="669683428"/>
        <w:docPartObj>
          <w:docPartGallery w:val="Cover Pages"/>
          <w:docPartUnique/>
        </w:docPartObj>
      </w:sdtPr>
      <w:sdtEndPr>
        <w:rPr>
          <w:rFonts w:ascii="Arial" w:hAnsi="Arial" w:eastAsia="Times New Roman" w:cs="Arial"/>
          <w:b w:val="1"/>
          <w:bCs w:val="1"/>
          <w:sz w:val="24"/>
          <w:szCs w:val="24"/>
          <w:lang w:val="eu-ES" w:eastAsia="eu-ES"/>
        </w:rPr>
      </w:sdtEndPr>
      <w:sdtContent>
        <w:p xmlns:wp14="http://schemas.microsoft.com/office/word/2010/wordml" w:rsidRPr="002C2419" w:rsidR="005E4B8F" w:rsidRDefault="005E4B8F" wp14:paraId="4B44D6E8" wp14:textId="77777777">
          <w:pPr>
            <w:rPr>
              <w:rFonts w:ascii="Arial" w:hAnsi="Arial" w:cs="Arial"/>
              <w:sz w:val="24"/>
              <w:szCs w:val="24"/>
              <w:lang w:val="es-ES"/>
            </w:rPr>
          </w:pPr>
          <w:r w:rsidRPr="002C2419">
            <w:rPr>
              <w:rFonts w:ascii="Arial" w:hAnsi="Arial" w:cs="Arial"/>
              <w:noProof/>
              <w:sz w:val="24"/>
              <w:szCs w:val="24"/>
              <w:lang w:val="English" w:eastAsia="eu-ES"/>
            </w:rPr>
            <w:drawing>
              <wp:anchor xmlns:wp14="http://schemas.microsoft.com/office/word/2010/wordprocessingDrawing" distT="0" distB="0" distL="114300" distR="114300" simplePos="0" relativeHeight="251665408" behindDoc="0" locked="0" layoutInCell="1" allowOverlap="1" wp14:editId="7777777" wp14:anchorId="2C00D65E">
                <wp:simplePos x="0" y="0"/>
                <wp:positionH relativeFrom="column">
                  <wp:posOffset>-851535</wp:posOffset>
                </wp:positionH>
                <wp:positionV relativeFrom="paragraph">
                  <wp:posOffset>-882015</wp:posOffset>
                </wp:positionV>
                <wp:extent cx="2056569" cy="1196340"/>
                <wp:effectExtent l="0" t="0" r="1270" b="3810"/>
                <wp:wrapNone/>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a sloganarekin.jpg"/>
                        <pic:cNvPicPr/>
                      </pic:nvPicPr>
                      <pic:blipFill>
                        <a:blip r:embed="rId12">
                          <a:extLst>
                            <a:ext uri="{28A0092B-C50C-407E-A947-70E740481C1C}">
                              <a14:useLocalDpi xmlns:a14="http://schemas.microsoft.com/office/drawing/2010/main" val="0"/>
                            </a:ext>
                          </a:extLst>
                        </a:blip>
                        <a:stretch>
                          <a:fillRect/>
                        </a:stretch>
                      </pic:blipFill>
                      <pic:spPr>
                        <a:xfrm>
                          <a:off x="0" y="0"/>
                          <a:ext cx="2058143" cy="1197256"/>
                        </a:xfrm>
                        <a:prstGeom prst="rect">
                          <a:avLst/>
                        </a:prstGeom>
                      </pic:spPr>
                    </pic:pic>
                  </a:graphicData>
                </a:graphic>
                <wp14:sizeRelH relativeFrom="margin">
                  <wp14:pctWidth>0</wp14:pctWidth>
                </wp14:sizeRelH>
                <wp14:sizeRelV relativeFrom="margin">
                  <wp14:pctHeight>0</wp14:pctHeight>
                </wp14:sizeRelV>
              </wp:anchor>
            </w:drawing>
          </w:r>
          <w:r w:rsidRPr="002C2419">
            <w:rPr>
              <w:rFonts w:ascii="Arial" w:hAnsi="Arial" w:cs="Arial"/>
              <w:noProof/>
              <w:sz w:val="24"/>
              <w:szCs w:val="24"/>
              <w:lang w:val="English" w:eastAsia="eu-ES"/>
            </w:rPr>
            <mc:AlternateContent>
              <mc:Choice Requires="wpg">
                <w:drawing>
                  <wp:anchor xmlns:wp14="http://schemas.microsoft.com/office/word/2010/wordprocessingDrawing" distT="0" distB="0" distL="114300" distR="114300" simplePos="0" relativeHeight="251662336" behindDoc="0" locked="0" layoutInCell="1" allowOverlap="1" wp14:editId="7777777" wp14:anchorId="10CDE870">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149. taldea"/>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51. laukizuzena"/>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151. laukizuzena"/>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wp14:anchorId="1A34F1CA">
                  <v:group id="149. taldea"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" w14:anchorId="3DF18A76">
                    <v:shape id="51. laukizuzena" style="position:absolute;width:73152;height:11303;visibility:visible;mso-wrap-style:square;v-text-anchor:middle" coordsize="7312660,1129665" o:spid="_x0000_s1027" fillcolor="#4f81bd [3204]" stroked="f" strokeweight="2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v:path arrowok="t" o:connecttype="custom" o:connectlocs="0,0;7315200,0;7315200,1130373;3620757,733885;0,1092249;0,0" o:connectangles="0,0,0,0,0,0"/>
                    </v:shape>
                    <v:rect id="151. laukizuzena" style="position:absolute;width:73152;height:12161;visibility:visible;mso-wrap-style:square;v-text-anchor:middle" o:spid="_x0000_s1028"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v:fill type="frame" o:title="" recolor="t" rotate="t" r:id="rId14"/>
                    </v:rect>
                    <w10:wrap anchorx="page" anchory="page"/>
                  </v:group>
                </w:pict>
              </mc:Fallback>
            </mc:AlternateContent>
          </w:r>
          <w:r w:rsidRPr="002C2419">
            <w:rPr>
              <w:rFonts w:ascii="Arial" w:hAnsi="Arial" w:cs="Arial"/>
              <w:noProof/>
              <w:sz w:val="24"/>
              <w:szCs w:val="24"/>
              <w:lang w:val="English" w:eastAsia="eu-ES"/>
            </w:rPr>
            <mc:AlternateContent>
              <mc:Choice Requires="wps">
                <w:drawing>
                  <wp:anchor xmlns:wp14="http://schemas.microsoft.com/office/word/2010/wordprocessingDrawing" distT="0" distB="0" distL="114300" distR="114300" simplePos="0" relativeHeight="251660288" behindDoc="0" locked="0" layoutInCell="1" allowOverlap="1" wp14:editId="7777777" wp14:anchorId="56294D06">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152. testu-koadroa"/>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English"/>
                                  </w:rPr>
                                  <w:alias w:val="Egilea"/>
                                  <w:tag w:val=""/>
                                  <w:id w:val="789243997"/>
                                  <w:dataBinding w:prefixMappings="xmlns:ns0='http://purl.org/dc/elements/1.1/' xmlns:ns1='http://schemas.openxmlformats.org/package/2006/metadata/core-properties' " w:xpath="/ns1:coreProperties[1]/ns0:creator[1]" w:storeItemID="{6C3C8BC8-F283-45AE-878A-BAB7291924A1}"/>
                                  <w:text/>
                                </w:sdtPr>
                                <w:sdtEndPr/>
                                <w:sdtContent>
                                  <w:p xmlns:wp14="http://schemas.microsoft.com/office/word/2010/wordml" w:rsidRPr="005E4B8F" w:rsidR="005E4B8F" w:rsidRDefault="005E4B8F" wp14:paraId="6A952F05" wp14:textId="77777777">
                                    <w:pPr>
                                      <w:pStyle w:val="Tarterikez"/>
                                      <w:jc w:val="right"/>
                                      <w:rPr>
                                        <w:color w:val="595959" w:themeColor="text1" w:themeTint="A6"/>
                                        <w:sz w:val="28"/>
                                        <w:szCs w:val="28"/>
                                        <w:lang w:val="es-ES"/>
                                      </w:rPr>
                                    </w:pPr>
                                    <w:r w:rsidRPr="005E4B8F">
                                      <w:rPr>
                                        <w:color w:val="595959" w:themeColor="text1" w:themeTint="A6"/>
                                        <w:sz w:val="28"/>
                                        <w:szCs w:val="28"/>
                                        <w:lang w:val="English"/>
                                      </w:rPr>
                                      <w:t xml:space="preserve">Ane Albisua – Miguel Altuna LHII</w:t>
                                    </w:r>
                                    <w:proofErr w:type="spellStart"/>
                                    <w:proofErr w:type="spellEnd"/>
                                  </w:p>
                                </w:sdtContent>
                              </w:sdt>
                              <w:p xmlns:wp14="http://schemas.microsoft.com/office/word/2010/wordml" w:rsidRPr="005E4B8F" w:rsidR="005E4B8F" w:rsidRDefault="002C75F1" wp14:paraId="207CCF61" wp14:textId="77777777">
                                <w:pPr>
                                  <w:pStyle w:val="Tarterikez"/>
                                  <w:jc w:val="right"/>
                                  <w:rPr>
                                    <w:color w:val="595959" w:themeColor="text1" w:themeTint="A6"/>
                                    <w:sz w:val="18"/>
                                    <w:szCs w:val="18"/>
                                    <w:lang w:val="es-ES"/>
                                  </w:rPr>
                                </w:pPr>
                                <w:sdt>
                                  <w:sdtPr>
                                    <w:rPr>
                                      <w:color w:val="595959" w:themeColor="text1" w:themeTint="A6"/>
                                      <w:sz w:val="18"/>
                                      <w:szCs w:val="18"/>
                                      <w:lang w:val="English"/>
                                    </w:rPr>
                                    <w:alias w:val="Helbide elektronikoa"/>
                                    <w:tag w:val="Helbide elektronikoa"/>
                                    <w:id w:val="942260680"/>
                                    <w:showingPlcHdr/>
                                    <w:dataBinding w:prefixMappings="xmlns:ns0='http://schemas.microsoft.com/office/2006/coverPageProps' " w:xpath="/ns0:CoverPageProperties[1]/ns0:CompanyEmail[1]" w:storeItemID="{55AF091B-3C7A-41E3-B477-F2FDAA23CFDA}"/>
                                    <w:text/>
                                  </w:sdtPr>
                                  <w:sdtEndPr/>
                                  <w:sdtContent>
                                    <w:r w:rsidR="005E4B8F">
                                      <w:rPr>
                                        <w:color w:val="595959" w:themeColor="text1" w:themeTint="A6"/>
                                        <w:sz w:val="18"/>
                                        <w:szCs w:val="18"/>
                                        <w:lang w:val="English"/>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wp14:anchorId="5E601B53">
                  <v:shapetype id="_x0000_t202" coordsize="21600,21600" o:spt="202" path="m,l,21600r21600,l21600,xe">
                    <v:stroke joinstyle="miter"/>
                    <v:path gradientshapeok="t" o:connecttype="rect"/>
                  </v:shapetype>
                  <v:shape id="152. testu-koadroa"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CXtSsQ&#10;gwIAAGcFAAAOAAAAAAAAAAAAAAAAAC4CAABkcnMvZTJvRG9jLnhtbFBLAQItABQABgAIAAAAIQDs&#10;Cl+U3QAAAAYBAAAPAAAAAAAAAAAAAAAAAN0EAABkcnMvZG93bnJldi54bWxQSwUGAAAAAAQABADz&#10;AAAA5wUAAAAA&#10;">
                    <v:textbox inset="126pt,0,54pt,0">
                      <w:txbxContent>
                        <w:sdt>
                          <w:sdtPr>
                            <w:id w:val="183992199"/>
                            <w:rPr>
                              <w:color w:val="595959" w:themeColor="text1" w:themeTint="A6"/>
                              <w:sz w:val="28"/>
                              <w:szCs w:val="28"/>
                              <w:lang w:val="English"/>
                            </w:rPr>
                            <w:alias w:val="Egilea"/>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Pr="005E4B8F" w:rsidR="005E4B8F" w:rsidRDefault="005E4B8F" wp14:paraId="228C0ED4" wp14:textId="77777777">
                              <w:pPr>
                                <w:pStyle w:val="Tarterikez"/>
                                <w:jc w:val="right"/>
                                <w:rPr>
                                  <w:color w:val="595959" w:themeColor="text1" w:themeTint="A6"/>
                                  <w:sz w:val="28"/>
                                  <w:szCs w:val="28"/>
                                  <w:lang w:val="es-ES"/>
                                </w:rPr>
                              </w:pPr>
                              <w:r w:rsidRPr="005E4B8F">
                                <w:rPr>
                                  <w:color w:val="595959" w:themeColor="text1" w:themeTint="A6"/>
                                  <w:sz w:val="28"/>
                                  <w:szCs w:val="28"/>
                                  <w:lang w:val="English"/>
                                </w:rPr>
                                <w:t xml:space="preserve">Ane Albisua – Miguel Altuna LHII</w:t>
                              </w:r>
                              <w:proofErr w:type="spellStart"/>
                              <w:proofErr w:type="spellEnd"/>
                            </w:p>
                          </w:sdtContent>
                        </w:sdt>
                        <w:p w:rsidRPr="005E4B8F" w:rsidR="005E4B8F" w:rsidRDefault="002B3523" wp14:paraId="05C2A4D3" wp14:textId="77777777">
                          <w:pPr>
                            <w:pStyle w:val="Tarterikez"/>
                            <w:jc w:val="right"/>
                            <w:rPr>
                              <w:color w:val="595959" w:themeColor="text1" w:themeTint="A6"/>
                              <w:sz w:val="18"/>
                              <w:szCs w:val="18"/>
                              <w:lang w:val="es-ES"/>
                            </w:rPr>
                          </w:pPr>
                          <w:sdt>
                            <w:sdtPr>
                              <w:id w:val="736371744"/>
                              <w:rPr>
                                <w:color w:val="595959" w:themeColor="text1" w:themeTint="A6"/>
                                <w:sz w:val="18"/>
                                <w:szCs w:val="18"/>
                                <w:lang w:val="English"/>
                              </w:rPr>
                              <w:alias w:val="Helbide elektronikoa"/>
                              <w:tag w:val="Helbide elektronikoa"/>
                              <w:id w:val="942260680"/>
                              <w:showingPlcHdr/>
                              <w:dataBinding w:prefixMappings="xmlns:ns0='http://schemas.microsoft.com/office/2006/coverPageProps' " w:xpath="/ns0:CoverPageProperties[1]/ns0:CompanyEmail[1]" w:storeItemID="{55AF091B-3C7A-41E3-B477-F2FDAA23CFDA}"/>
                              <w:text/>
                            </w:sdtPr>
                            <w:sdtEndPr/>
                            <w:sdtContent>
                              <w:r w:rsidR="005E4B8F">
                                <w:rPr>
                                  <w:color w:val="595959" w:themeColor="text1" w:themeTint="A6"/>
                                  <w:sz w:val="18"/>
                                  <w:szCs w:val="18"/>
                                  <w:lang w:val="English"/>
                                </w:rPr>
                                <w:t xml:space="preserve">     </w:t>
                              </w:r>
                            </w:sdtContent>
                          </w:sdt>
                        </w:p>
                      </w:txbxContent>
                    </v:textbox>
                    <w10:wrap type="square" anchorx="page" anchory="page"/>
                  </v:shape>
                </w:pict>
              </mc:Fallback>
            </mc:AlternateContent>
          </w:r>
          <w:r w:rsidRPr="002C2419">
            <w:rPr>
              <w:rFonts w:ascii="Arial" w:hAnsi="Arial" w:cs="Arial"/>
              <w:noProof/>
              <w:sz w:val="24"/>
              <w:szCs w:val="24"/>
              <w:lang w:val="English" w:eastAsia="eu-ES"/>
            </w:rPr>
            <mc:AlternateContent>
              <mc:Choice Requires="wps">
                <w:drawing>
                  <wp:anchor xmlns:wp14="http://schemas.microsoft.com/office/word/2010/wordprocessingDrawing" distT="0" distB="0" distL="114300" distR="114300" simplePos="0" relativeHeight="251661312" behindDoc="0" locked="0" layoutInCell="1" allowOverlap="1" wp14:editId="7777777" wp14:anchorId="53CA5BA7">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153. testu-koadroa"/>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5E4B8F" w:rsidR="005E4B8F" w:rsidRDefault="00721D1A" wp14:paraId="4A9FB712" wp14:textId="77777777">
                                <w:pPr>
                                  <w:pStyle w:val="Tarterikez"/>
                                  <w:jc w:val="right"/>
                                  <w:rPr>
                                    <w:color w:val="4F81BD" w:themeColor="accent1"/>
                                    <w:sz w:val="28"/>
                                    <w:szCs w:val="28"/>
                                    <w:lang w:val="es-ES"/>
                                  </w:rPr>
                                </w:pPr>
                                <w:r>
                                  <w:rPr>
                                    <w:color w:val="4F81BD" w:themeColor="accent1"/>
                                    <w:sz w:val="28"/>
                                    <w:szCs w:val="28"/>
                                    <w:lang w:val="English"/>
                                  </w:rPr>
                                  <w:t>Teacher's Guide</w:t>
                                </w:r>
                              </w:p>
                              <w:p xmlns:wp14="http://schemas.microsoft.com/office/word/2010/wordml" w:rsidRPr="005E4B8F" w:rsidR="005E4B8F" w:rsidRDefault="005E4B8F" wp14:paraId="672A6659" wp14:textId="77777777">
                                <w:pPr>
                                  <w:pStyle w:val="Tarterikez"/>
                                  <w:jc w:val="right"/>
                                  <w:rPr>
                                    <w:color w:val="595959" w:themeColor="text1" w:themeTint="A6"/>
                                    <w:sz w:val="20"/>
                                    <w:szCs w:val="20"/>
                                    <w:lang w:val="es-ES"/>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wp14:anchorId="1FF4D337">
                  <v:shape id="153. testu-koadroa"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">
                    <v:textbox style="mso-fit-shape-to-text:t" inset="126pt,0,54pt,0">
                      <w:txbxContent>
                        <w:p w:rsidRPr="005E4B8F" w:rsidR="005E4B8F" w:rsidRDefault="00721D1A" wp14:paraId="43CAD729" wp14:textId="77777777">
                          <w:pPr>
                            <w:pStyle w:val="Tarterikez"/>
                            <w:jc w:val="right"/>
                            <w:rPr>
                              <w:color w:val="4F81BD" w:themeColor="accent1"/>
                              <w:sz w:val="28"/>
                              <w:szCs w:val="28"/>
                              <w:lang w:val="es-ES"/>
                            </w:rPr>
                          </w:pPr>
                          <w:r>
                            <w:rPr>
                              <w:color w:val="4F81BD" w:themeColor="accent1"/>
                              <w:sz w:val="28"/>
                              <w:szCs w:val="28"/>
                              <w:lang w:val="English"/>
                            </w:rPr>
                            <w:t>Teacher's Guide</w:t>
                          </w:r>
                        </w:p>
                        <w:p w:rsidRPr="005E4B8F" w:rsidR="005E4B8F" w:rsidRDefault="005E4B8F" wp14:paraId="0A37501D" wp14:textId="77777777">
                          <w:pPr>
                            <w:pStyle w:val="Tarterikez"/>
                            <w:jc w:val="right"/>
                            <w:rPr>
                              <w:color w:val="595959" w:themeColor="text1" w:themeTint="A6"/>
                              <w:sz w:val="20"/>
                              <w:szCs w:val="20"/>
                              <w:lang w:val="es-ES"/>
                            </w:rPr>
                          </w:pPr>
                        </w:p>
                      </w:txbxContent>
                    </v:textbox>
                    <w10:wrap type="square" anchorx="page" anchory="page"/>
                  </v:shape>
                </w:pict>
              </mc:Fallback>
            </mc:AlternateContent>
          </w:r>
          <w:r w:rsidRPr="002C2419">
            <w:rPr>
              <w:rFonts w:ascii="Arial" w:hAnsi="Arial" w:cs="Arial"/>
              <w:noProof/>
              <w:sz w:val="24"/>
              <w:szCs w:val="24"/>
              <w:lang w:val="English" w:eastAsia="eu-ES"/>
            </w:rPr>
            <mc:AlternateContent>
              <mc:Choice Requires="wps">
                <w:drawing>
                  <wp:anchor xmlns:wp14="http://schemas.microsoft.com/office/word/2010/wordprocessingDrawing" distT="0" distB="0" distL="114300" distR="114300" simplePos="0" relativeHeight="251659264" behindDoc="0" locked="0" layoutInCell="1" allowOverlap="1" wp14:editId="7777777" wp14:anchorId="13B50A15">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154. testu-koadroa"/>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5E4B8F" w:rsidR="005E4B8F" w:rsidRDefault="002C75F1" wp14:paraId="18FB4B73" wp14:textId="77777777">
                                <w:pPr>
                                  <w:jc w:val="right"/>
                                  <w:rPr>
                                    <w:color w:val="4F81BD" w:themeColor="accent1"/>
                                    <w:sz w:val="36"/>
                                    <w:szCs w:val="36"/>
                                    <w:lang w:val="es-ES"/>
                                  </w:rPr>
                                </w:pPr>
                                <w:sdt>
                                  <w:sdtPr>
                                    <w:rPr>
                                      <w:rFonts w:ascii="Arial" w:hAnsi="Arial" w:cs="Arial" w:eastAsiaTheme="majorEastAsia"/>
                                      <w:b/>
                                      <w:bCs/>
                                      <w:color w:val="365F91" w:themeColor="accent1" w:themeShade="BF"/>
                                      <w:sz w:val="36"/>
                                      <w:szCs w:val="36"/>
                                      <w:lang w:val="English"/>
                                    </w:rPr>
                                    <w:alias w:val="Titulua"/>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DE439B">
                                      <w:rPr>
                                        <w:rFonts w:ascii="Arial" w:hAnsi="Arial" w:cs="Arial" w:eastAsiaTheme="majorEastAsia"/>
                                        <w:b/>
                                        <w:bCs/>
                                        <w:color w:val="365F91" w:themeColor="accent1" w:themeShade="BF"/>
                                        <w:sz w:val="36"/>
                                        <w:szCs w:val="36"/>
                                        <w:lang w:val="English"/>
                                      </w:rPr>
                                      <w:t xml:space="preserve">     </w:t>
                                    </w:r>
                                  </w:sdtContent>
                                </w:sdt>
                              </w:p>
                              <w:p xmlns:wp14="http://schemas.microsoft.com/office/word/2010/wordml" w:rsidRPr="00DE439B" w:rsidR="00DE439B" w:rsidP="00DE439B" w:rsidRDefault="00DE439B" wp14:paraId="72F1CAB5" wp14:textId="77777777">
                                <w:pPr>
                                  <w:pStyle w:val="1izenburua"/>
                                  <w:spacing w:line="360" w:lineRule="auto"/>
                                  <w:ind w:left="360"/>
                                  <w:rPr>
                                    <w:rFonts w:ascii="Arial" w:hAnsi="Arial" w:cs="Arial"/>
                                    <w:sz w:val="44"/>
                                    <w:szCs w:val="44"/>
                                    <w:lang w:val="eu-ES"/>
                                  </w:rPr>
                                </w:pPr>
                                <w:bookmarkStart w:name="_Toc202768973" w:id="0"/>
                                <w:r w:rsidRPr="00DE439B">
                                  <w:rPr>
                                    <w:rFonts w:ascii="Arial" w:hAnsi="Arial" w:cs="Arial"/>
                                    <w:sz w:val="44"/>
                                    <w:szCs w:val="44"/>
                                    <w:lang w:val="English"/>
                                  </w:rPr>
                                  <w:t>"Sensor Box" station: Integration of Robot UR, AV Camera and MiR Mobile Robot.</w:t>
                                </w:r>
                                <w:proofErr w:type="spellStart"/>
                                <w:proofErr w:type="spellEnd"/>
                                <w:proofErr w:type="spellStart"/>
                                <w:proofErr w:type="spellEnd"/>
                                <w:bookmarkEnd w:id="0"/>
                              </w:p>
                              <w:p xmlns:wp14="http://schemas.microsoft.com/office/word/2010/wordml" w:rsidRPr="00DE439B" w:rsidR="005E4B8F" w:rsidRDefault="005E4B8F" wp14:paraId="5DAB6C7B" wp14:textId="77777777">
                                <w:pPr>
                                  <w:jc w:val="right"/>
                                  <w:rPr>
                                    <w:smallCaps/>
                                    <w:color w:val="404040" w:themeColor="text1" w:themeTint="BF"/>
                                    <w:sz w:val="36"/>
                                    <w:szCs w:val="36"/>
                                    <w:lang w:val="eu-ES"/>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wp14:anchorId="34733B3A">
                  <v:shapetype id="_x0000_t202" coordsize="21600,21600" o:spt="202" path="m,l,21600r21600,l21600,xe">
                    <v:stroke joinstyle="miter"/>
                    <v:path gradientshapeok="t" o:connecttype="rect"/>
                  </v:shapetype>
                  <v:shape id="154. testu-koadroa"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">
                    <v:textbox inset="126pt,0,54pt,0">
                      <w:txbxContent>
                        <w:p w:rsidRPr="005E4B8F" w:rsidR="005E4B8F" w:rsidRDefault="002C75F1" wp14:paraId="2FB60F38" wp14:textId="77777777">
                          <w:pPr>
                            <w:jc w:val="right"/>
                            <w:rPr>
                              <w:color w:val="4F81BD" w:themeColor="accent1"/>
                              <w:sz w:val="36"/>
                              <w:szCs w:val="36"/>
                              <w:lang w:val="es-ES"/>
                            </w:rPr>
                          </w:pPr>
                          <w:sdt>
                            <w:sdtPr>
                              <w:id w:val="1152488698"/>
                              <w:rPr>
                                <w:rFonts w:ascii="Arial" w:hAnsi="Arial" w:cs="Arial" w:eastAsiaTheme="majorEastAsia"/>
                                <w:b/>
                                <w:bCs/>
                                <w:color w:val="365F91" w:themeColor="accent1" w:themeShade="BF"/>
                                <w:sz w:val="36"/>
                                <w:szCs w:val="36"/>
                                <w:lang w:val="English"/>
                              </w:rPr>
                              <w:alias w:val="Titulua"/>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DE439B">
                                <w:rPr>
                                  <w:rFonts w:ascii="Arial" w:hAnsi="Arial" w:cs="Arial" w:eastAsiaTheme="majorEastAsia"/>
                                  <w:b/>
                                  <w:bCs/>
                                  <w:color w:val="365F91" w:themeColor="accent1" w:themeShade="BF"/>
                                  <w:sz w:val="36"/>
                                  <w:szCs w:val="36"/>
                                  <w:lang w:val="English"/>
                                </w:rPr>
                                <w:t xml:space="preserve">     </w:t>
                              </w:r>
                            </w:sdtContent>
                          </w:sdt>
                        </w:p>
                        <w:p w:rsidRPr="00DE439B" w:rsidR="00DE439B" w:rsidP="00DE439B" w:rsidRDefault="00DE439B" wp14:paraId="04A4A44A" wp14:textId="77777777">
                          <w:pPr>
                            <w:pStyle w:val="1izenburua"/>
                            <w:spacing w:line="360" w:lineRule="auto"/>
                            <w:ind w:left="360"/>
                            <w:rPr>
                              <w:rFonts w:ascii="Arial" w:hAnsi="Arial" w:cs="Arial"/>
                              <w:sz w:val="44"/>
                              <w:szCs w:val="44"/>
                              <w:lang w:val="eu-ES"/>
                            </w:rPr>
                          </w:pPr>
                          <w:r w:rsidRPr="00DE439B">
                            <w:rPr>
                              <w:rFonts w:ascii="Arial" w:hAnsi="Arial" w:cs="Arial"/>
                              <w:sz w:val="44"/>
                              <w:szCs w:val="44"/>
                              <w:lang w:val="English"/>
                            </w:rPr>
                            <w:t>"Sensor Box" station: Integration of Robot UR, AV Camera and MiR Mobile Robot.</w:t>
                          </w:r>
                          <w:proofErr w:type="spellStart"/>
                          <w:proofErr w:type="spellEnd"/>
                          <w:proofErr w:type="spellStart"/>
                          <w:proofErr w:type="spellEnd"/>
                        </w:p>
                        <w:p w:rsidRPr="00DE439B" w:rsidR="005E4B8F" w:rsidRDefault="005E4B8F" wp14:paraId="02EB378F" wp14:textId="77777777">
                          <w:pPr>
                            <w:jc w:val="right"/>
                            <w:rPr>
                              <w:smallCaps/>
                              <w:color w:val="404040" w:themeColor="text1" w:themeTint="BF"/>
                              <w:sz w:val="36"/>
                              <w:szCs w:val="36"/>
                              <w:lang w:val="eu-ES"/>
                            </w:rPr>
                          </w:pPr>
                        </w:p>
                      </w:txbxContent>
                    </v:textbox>
                    <w10:wrap type="square" anchorx="page" anchory="page"/>
                  </v:shape>
                </w:pict>
              </mc:Fallback>
            </mc:AlternateContent>
          </w:r>
        </w:p>
        <w:p xmlns:wp14="http://schemas.microsoft.com/office/word/2010/wordml" w:rsidRPr="002C2419" w:rsidR="005E4B8F" w:rsidRDefault="005E4B8F" wp14:paraId="470C583E" wp14:textId="77777777">
          <w:pPr>
            <w:rPr>
              <w:rFonts w:ascii="Arial" w:hAnsi="Arial" w:eastAsia="Times New Roman" w:cs="Arial"/>
              <w:sz w:val="24"/>
              <w:szCs w:val="24"/>
              <w:lang w:val="eu-ES" w:eastAsia="eu-ES"/>
            </w:rPr>
          </w:pPr>
          <w:r w:rsidRPr="002C2419">
            <w:rPr>
              <w:rFonts w:ascii="Arial" w:hAnsi="Arial" w:cs="Arial"/>
              <w:noProof/>
              <w:sz w:val="24"/>
              <w:szCs w:val="24"/>
              <w:lang w:val="English" w:eastAsia="eu-ES"/>
            </w:rPr>
            <w:drawing>
              <wp:anchor xmlns:wp14="http://schemas.microsoft.com/office/word/2010/wordprocessingDrawing" distT="114300" distB="114300" distL="114300" distR="114300" simplePos="0" relativeHeight="251664384" behindDoc="0" locked="0" layoutInCell="1" hidden="0" allowOverlap="1" wp14:editId="365826D1" wp14:anchorId="01FF331A">
                <wp:simplePos x="0" y="0"/>
                <wp:positionH relativeFrom="column">
                  <wp:posOffset>1303020</wp:posOffset>
                </wp:positionH>
                <wp:positionV relativeFrom="paragraph">
                  <wp:posOffset>1025525</wp:posOffset>
                </wp:positionV>
                <wp:extent cx="3246120" cy="1478280"/>
                <wp:effectExtent l="0" t="0" r="0" b="7620"/>
                <wp:wrapNone/>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3246120" cy="1478280"/>
                        </a:xfrm>
                        <a:prstGeom prst="rect">
                          <a:avLst/>
                        </a:prstGeom>
                        <a:ln/>
                      </pic:spPr>
                    </pic:pic>
                  </a:graphicData>
                </a:graphic>
                <wp14:sizeRelH relativeFrom="margin">
                  <wp14:pctWidth>0</wp14:pctWidth>
                </wp14:sizeRelH>
                <wp14:sizeRelV relativeFrom="margin">
                  <wp14:pctHeight>0</wp14:pctHeight>
                </wp14:sizeRelV>
              </wp:anchor>
            </w:drawing>
          </w:r>
          <w:r w:rsidRPr="002C2419">
            <w:rPr>
              <w:rFonts w:ascii="Arial" w:hAnsi="Arial" w:eastAsia="Times New Roman" w:cs="Arial"/>
              <w:b/>
              <w:bCs/>
              <w:sz w:val="24"/>
              <w:szCs w:val="24"/>
              <w:lang w:val="English" w:eastAsia="eu-ES"/>
            </w:rPr>
            <w:br w:type="page"/>
          </w:r>
        </w:p>
      </w:sdtContent>
    </w:sdt>
    <w:sdt>
      <w:sdtPr>
        <w:id w:val="-46612841"/>
        <w:docPartObj>
          <w:docPartGallery w:val="Table of Contents"/>
          <w:docPartUnique/>
        </w:docPartObj>
        <w:rPr>
          <w:rFonts w:ascii="Arial" w:hAnsi="Arial" w:eastAsia="ＭＳ 明朝" w:cs="Arial" w:eastAsiaTheme="minorEastAsia"/>
          <w:b w:val="0"/>
          <w:bCs w:val="0"/>
          <w:color w:val="auto"/>
          <w:sz w:val="24"/>
          <w:szCs w:val="24"/>
          <w:lang w:val="eu-ES"/>
        </w:rPr>
      </w:sdtPr>
      <w:sdtEndPr>
        <w:rPr>
          <w:rFonts w:ascii="Arial" w:hAnsi="Arial" w:eastAsia="ＭＳ 明朝" w:cs="Arial" w:eastAsiaTheme="minorEastAsia"/>
          <w:b w:val="0"/>
          <w:bCs w:val="0"/>
          <w:color w:val="auto"/>
          <w:sz w:val="24"/>
          <w:szCs w:val="24"/>
          <w:lang w:val="en-US"/>
        </w:rPr>
      </w:sdtEndPr>
      <w:sdtContent>
        <w:p xmlns:wp14="http://schemas.microsoft.com/office/word/2010/wordml" w:rsidRPr="002C2419" w:rsidR="00C21BB1" w:rsidRDefault="00C21BB1" wp14:paraId="6B3CFC2F" wp14:textId="77777777">
          <w:pPr>
            <w:pStyle w:val="TOCizenburua"/>
            <w:rPr>
              <w:rFonts w:ascii="Arial" w:hAnsi="Arial" w:cs="Arial"/>
              <w:sz w:val="24"/>
              <w:szCs w:val="24"/>
              <w:lang w:val="eu-ES"/>
            </w:rPr>
          </w:pPr>
          <w:r w:rsidRPr="002C2419">
            <w:rPr>
              <w:rFonts w:ascii="Arial" w:hAnsi="Arial" w:cs="Arial"/>
              <w:sz w:val="24"/>
              <w:szCs w:val="24"/>
              <w:lang w:val="English"/>
            </w:rPr>
            <w:t>Content</w:t>
          </w:r>
        </w:p>
        <w:p xmlns:wp14="http://schemas.microsoft.com/office/word/2010/wordml" w:rsidRPr="002C2419" w:rsidR="00C21BB1" w:rsidP="00C21BB1" w:rsidRDefault="00C21BB1" wp14:paraId="6A05A809" wp14:textId="77777777">
          <w:pPr>
            <w:jc w:val="right"/>
            <w:rPr>
              <w:rFonts w:ascii="Arial" w:hAnsi="Arial" w:cs="Arial"/>
              <w:sz w:val="24"/>
              <w:szCs w:val="24"/>
              <w:lang w:val="eu-ES"/>
            </w:rPr>
          </w:pPr>
          <w:bookmarkStart w:name="_GoBack" w:id="2"/>
        </w:p>
        <w:bookmarkEnd w:id="2"/>
        <w:p xmlns:wp14="http://schemas.microsoft.com/office/word/2010/wordml" w:rsidR="00311A94" w:rsidRDefault="00C21BB1" wp14:paraId="57A07BA1" wp14:textId="77777777">
          <w:pPr>
            <w:pStyle w:val="EA1"/>
            <w:tabs>
              <w:tab w:val="right" w:leader="dot" w:pos="9111"/>
            </w:tabs>
            <w:rPr>
              <w:rFonts w:cstheme="minorBidi"/>
              <w:noProof/>
            </w:rPr>
          </w:pPr>
          <w:r w:rsidRPr="002C2419">
            <w:rPr>
              <w:rFonts w:ascii="Arial" w:hAnsi="Arial" w:cs="Arial"/>
              <w:sz w:val="24"/>
              <w:szCs w:val="24"/>
              <w:lang w:val="English"/>
            </w:rPr>
            <w:fldChar w:fldCharType="begin"/>
          </w:r>
          <w:r w:rsidRPr="002C2419">
            <w:rPr>
              <w:rFonts w:ascii="Arial" w:hAnsi="Arial" w:cs="Arial"/>
              <w:sz w:val="24"/>
              <w:szCs w:val="24"/>
              <w:lang w:val="English"/>
            </w:rPr>
            <w:instrText xml:space="preserve"> TOC \o "1-3" \h \z \u </w:instrText>
          </w:r>
          <w:r w:rsidRPr="002C2419">
            <w:rPr>
              <w:rFonts w:ascii="Arial" w:hAnsi="Arial" w:cs="Arial"/>
              <w:sz w:val="24"/>
              <w:szCs w:val="24"/>
              <w:lang w:val="English"/>
            </w:rPr>
            <w:fldChar w:fldCharType="separate"/>
          </w:r>
          <w:hyperlink w:history="1" w:anchor="_Toc202768973" r:id="rId16">
            <w:r w:rsidRPr="00BB1D12" w:rsidR="00311A94">
              <w:rPr>
                <w:rStyle w:val="Hiperesteka"/>
                <w:rFonts w:ascii="Arial" w:hAnsi="Arial" w:cs="Arial"/>
                <w:noProof/>
                <w:lang w:val="English"/>
              </w:rPr>
              <w:t>"Sensor Box" station: Integration of Robot UR, AV Camera and MiR Mobile Robot.</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_Toc202768973 \h </w:instrText>
            </w:r>
            <w:r w:rsidR="00311A94">
              <w:rPr>
                <w:noProof/>
                <w:webHidden/>
                <w:lang w:val="English"/>
              </w:rPr>
            </w:r>
            <w:r w:rsidR="00311A94">
              <w:rPr>
                <w:noProof/>
                <w:webHidden/>
                <w:lang w:val="English"/>
              </w:rPr>
              <w:fldChar w:fldCharType="separate"/>
            </w:r>
            <w:r w:rsidR="00311A94">
              <w:rPr>
                <w:noProof/>
                <w:webHidden/>
                <w:lang w:val="English"/>
              </w:rPr>
              <w:t>0</w:t>
            </w:r>
            <w:r w:rsidR="00311A94">
              <w:rPr>
                <w:noProof/>
                <w:webHidden/>
                <w:lang w:val="English"/>
              </w:rPr>
              <w:fldChar w:fldCharType="end"/>
            </w:r>
          </w:hyperlink>
        </w:p>
        <w:p xmlns:wp14="http://schemas.microsoft.com/office/word/2010/wordml" w:rsidR="00311A94" w:rsidRDefault="00311A94" wp14:paraId="5C5B1EC6" wp14:textId="77777777">
          <w:pPr>
            <w:pStyle w:val="EA1"/>
            <w:tabs>
              <w:tab w:val="left" w:pos="440"/>
              <w:tab w:val="right" w:leader="dot" w:pos="9111"/>
            </w:tabs>
            <w:rPr>
              <w:rFonts w:cstheme="minorBidi"/>
              <w:noProof/>
            </w:rPr>
          </w:pPr>
          <w:hyperlink w:history="1" w:anchor="_Toc202768974">
            <w:r w:rsidRPr="00BB1D12">
              <w:rPr>
                <w:rStyle w:val="Hiperesteka"/>
                <w:rFonts w:ascii="Arial" w:hAnsi="Arial" w:cs="Arial"/>
                <w:noProof/>
                <w:lang w:val="English"/>
              </w:rPr>
              <w:t>1.</w:t>
            </w:r>
            <w:r>
              <w:rPr>
                <w:rFonts w:cstheme="minorBidi"/>
                <w:noProof/>
                <w:lang w:val="English"/>
              </w:rPr>
              <w:tab/>
            </w:r>
            <w:r w:rsidRPr="00BB1D12">
              <w:rPr>
                <w:rStyle w:val="Hiperesteka"/>
                <w:rFonts w:ascii="Arial" w:hAnsi="Arial" w:cs="Arial"/>
                <w:noProof/>
                <w:lang w:val="English"/>
              </w:rPr>
              <w:t>"Sensor Box" station: Integration of Robot UR, AV Camera and MiR Mobile Robot.</w:t>
            </w:r>
            <w:r>
              <w:rPr>
                <w:noProof/>
                <w:webHidden/>
                <w:lang w:val="English"/>
              </w:rPr>
              <w:tab/>
            </w:r>
            <w:r>
              <w:rPr>
                <w:noProof/>
                <w:webHidden/>
                <w:lang w:val="English"/>
              </w:rPr>
              <w:fldChar w:fldCharType="begin"/>
            </w:r>
            <w:r>
              <w:rPr>
                <w:noProof/>
                <w:webHidden/>
                <w:lang w:val="English"/>
              </w:rPr>
              <w:instrText xml:space="preserve"> PAGEREF _Toc202768974 \h </w:instrText>
            </w:r>
            <w:r>
              <w:rPr>
                <w:noProof/>
                <w:webHidden/>
                <w:lang w:val="English"/>
              </w:rPr>
            </w:r>
            <w:r>
              <w:rPr>
                <w:noProof/>
                <w:webHidden/>
                <w:lang w:val="English"/>
              </w:rPr>
              <w:fldChar w:fldCharType="separate"/>
            </w:r>
            <w:r>
              <w:rPr>
                <w:noProof/>
                <w:webHidden/>
                <w:lang w:val="English"/>
              </w:rPr>
              <w:t>2</w:t>
            </w:r>
            <w:r>
              <w:rPr>
                <w:noProof/>
                <w:webHidden/>
                <w:lang w:val="English"/>
              </w:rPr>
              <w:fldChar w:fldCharType="end"/>
            </w:r>
          </w:hyperlink>
        </w:p>
        <w:p xmlns:wp14="http://schemas.microsoft.com/office/word/2010/wordml" w:rsidR="00311A94" w:rsidRDefault="00311A94" wp14:paraId="48E4429F" wp14:textId="77777777">
          <w:pPr>
            <w:pStyle w:val="EA1"/>
            <w:tabs>
              <w:tab w:val="left" w:pos="660"/>
              <w:tab w:val="right" w:leader="dot" w:pos="9111"/>
            </w:tabs>
            <w:rPr>
              <w:rFonts w:cstheme="minorBidi"/>
              <w:noProof/>
            </w:rPr>
          </w:pPr>
          <w:hyperlink w:history="1" w:anchor="_Toc202768975">
            <w:r w:rsidRPr="00BB1D12">
              <w:rPr>
                <w:rStyle w:val="Hiperesteka"/>
                <w:rFonts w:ascii="Arial" w:hAnsi="Arial" w:cs="Arial"/>
                <w:noProof/>
                <w:lang w:val="English"/>
              </w:rPr>
              <w:t>1.1.</w:t>
            </w:r>
            <w:r>
              <w:rPr>
                <w:rFonts w:cstheme="minorBidi"/>
                <w:noProof/>
                <w:lang w:val="English"/>
              </w:rPr>
              <w:tab/>
            </w:r>
            <w:r w:rsidRPr="00BB1D12">
              <w:rPr>
                <w:rStyle w:val="Hiperesteka"/>
                <w:rFonts w:ascii="Arial" w:hAnsi="Arial" w:cs="Arial"/>
                <w:noProof/>
                <w:lang w:val="English"/>
              </w:rPr>
              <w:t>Objectives</w:t>
            </w:r>
            <w:r>
              <w:rPr>
                <w:noProof/>
                <w:webHidden/>
                <w:lang w:val="English"/>
              </w:rPr>
              <w:tab/>
            </w:r>
            <w:r>
              <w:rPr>
                <w:noProof/>
                <w:webHidden/>
                <w:lang w:val="English"/>
              </w:rPr>
              <w:fldChar w:fldCharType="begin"/>
            </w:r>
            <w:r>
              <w:rPr>
                <w:noProof/>
                <w:webHidden/>
                <w:lang w:val="English"/>
              </w:rPr>
              <w:instrText xml:space="preserve"> PAGEREF _Toc202768975 \h </w:instrText>
            </w:r>
            <w:r>
              <w:rPr>
                <w:noProof/>
                <w:webHidden/>
                <w:lang w:val="English"/>
              </w:rPr>
            </w:r>
            <w:r>
              <w:rPr>
                <w:noProof/>
                <w:webHidden/>
                <w:lang w:val="English"/>
              </w:rPr>
              <w:fldChar w:fldCharType="separate"/>
            </w:r>
            <w:r>
              <w:rPr>
                <w:noProof/>
                <w:webHidden/>
                <w:lang w:val="English"/>
              </w:rPr>
              <w:t>2</w:t>
            </w:r>
            <w:r>
              <w:rPr>
                <w:noProof/>
                <w:webHidden/>
                <w:lang w:val="English"/>
              </w:rPr>
              <w:fldChar w:fldCharType="end"/>
            </w:r>
          </w:hyperlink>
        </w:p>
        <w:p xmlns:wp14="http://schemas.microsoft.com/office/word/2010/wordml" w:rsidR="00311A94" w:rsidRDefault="00311A94" wp14:paraId="5CCFEC3B" wp14:textId="77777777">
          <w:pPr>
            <w:pStyle w:val="EA1"/>
            <w:tabs>
              <w:tab w:val="left" w:pos="440"/>
              <w:tab w:val="right" w:leader="dot" w:pos="9111"/>
            </w:tabs>
            <w:rPr>
              <w:rFonts w:cstheme="minorBidi"/>
              <w:noProof/>
            </w:rPr>
          </w:pPr>
          <w:hyperlink w:history="1" w:anchor="_Toc202768976">
            <w:r w:rsidRPr="00BB1D12">
              <w:rPr>
                <w:rStyle w:val="Hiperesteka"/>
                <w:rFonts w:ascii="Arial" w:hAnsi="Arial" w:cs="Arial"/>
                <w:noProof/>
                <w:lang w:val="English"/>
              </w:rPr>
              <w:t>2.</w:t>
            </w:r>
            <w:r>
              <w:rPr>
                <w:rFonts w:cstheme="minorBidi"/>
                <w:noProof/>
                <w:lang w:val="English"/>
              </w:rPr>
              <w:tab/>
            </w:r>
            <w:r w:rsidRPr="00BB1D12">
              <w:rPr>
                <w:rStyle w:val="Hiperesteka"/>
                <w:rFonts w:ascii="Arial" w:hAnsi="Arial" w:cs="Arial"/>
                <w:noProof/>
                <w:lang w:val="English"/>
              </w:rPr>
              <w:t>Curriculum and Didactic Objectives</w:t>
            </w:r>
            <w:r>
              <w:rPr>
                <w:noProof/>
                <w:webHidden/>
                <w:lang w:val="English"/>
              </w:rPr>
              <w:tab/>
            </w:r>
            <w:r>
              <w:rPr>
                <w:noProof/>
                <w:webHidden/>
                <w:lang w:val="English"/>
              </w:rPr>
              <w:fldChar w:fldCharType="begin"/>
            </w:r>
            <w:r>
              <w:rPr>
                <w:noProof/>
                <w:webHidden/>
                <w:lang w:val="English"/>
              </w:rPr>
              <w:instrText xml:space="preserve"> PAGEREF _Toc202768976 \h </w:instrText>
            </w:r>
            <w:r>
              <w:rPr>
                <w:noProof/>
                <w:webHidden/>
                <w:lang w:val="English"/>
              </w:rPr>
            </w:r>
            <w:r>
              <w:rPr>
                <w:noProof/>
                <w:webHidden/>
                <w:lang w:val="English"/>
              </w:rPr>
              <w:fldChar w:fldCharType="separate"/>
            </w:r>
            <w:r>
              <w:rPr>
                <w:noProof/>
                <w:webHidden/>
                <w:lang w:val="English"/>
              </w:rPr>
              <w:t>3</w:t>
            </w:r>
            <w:r>
              <w:rPr>
                <w:noProof/>
                <w:webHidden/>
                <w:lang w:val="English"/>
              </w:rPr>
              <w:fldChar w:fldCharType="end"/>
            </w:r>
          </w:hyperlink>
        </w:p>
        <w:p xmlns:wp14="http://schemas.microsoft.com/office/word/2010/wordml" w:rsidR="00311A94" w:rsidRDefault="00311A94" wp14:paraId="379EA20C" wp14:textId="77777777">
          <w:pPr>
            <w:pStyle w:val="EA1"/>
            <w:tabs>
              <w:tab w:val="left" w:pos="660"/>
              <w:tab w:val="right" w:leader="dot" w:pos="9111"/>
            </w:tabs>
            <w:rPr>
              <w:rFonts w:cstheme="minorBidi"/>
              <w:noProof/>
            </w:rPr>
          </w:pPr>
          <w:hyperlink w:history="1" w:anchor="_Toc202768977">
            <w:r w:rsidRPr="00BB1D12">
              <w:rPr>
                <w:rStyle w:val="Hiperesteka"/>
                <w:rFonts w:ascii="Arial" w:hAnsi="Arial" w:cs="Arial"/>
                <w:noProof/>
                <w:lang w:val="English"/>
              </w:rPr>
              <w:t>2.1.</w:t>
            </w:r>
            <w:r>
              <w:rPr>
                <w:rFonts w:cstheme="minorBidi"/>
                <w:noProof/>
                <w:lang w:val="English"/>
              </w:rPr>
              <w:tab/>
            </w:r>
            <w:r w:rsidRPr="00BB1D12">
              <w:rPr>
                <w:rStyle w:val="Hiperesteka"/>
                <w:rFonts w:ascii="Arial" w:hAnsi="Arial" w:cs="Arial"/>
                <w:noProof/>
                <w:lang w:val="English"/>
              </w:rPr>
              <w:t>Objectives related to the curriculum of the educational system</w:t>
            </w:r>
            <w:r>
              <w:rPr>
                <w:noProof/>
                <w:webHidden/>
                <w:lang w:val="English"/>
              </w:rPr>
              <w:tab/>
            </w:r>
            <w:r>
              <w:rPr>
                <w:noProof/>
                <w:webHidden/>
                <w:lang w:val="English"/>
              </w:rPr>
              <w:fldChar w:fldCharType="begin"/>
            </w:r>
            <w:r>
              <w:rPr>
                <w:noProof/>
                <w:webHidden/>
                <w:lang w:val="English"/>
              </w:rPr>
              <w:instrText xml:space="preserve"> PAGEREF _Toc202768977 \h </w:instrText>
            </w:r>
            <w:r>
              <w:rPr>
                <w:noProof/>
                <w:webHidden/>
                <w:lang w:val="English"/>
              </w:rPr>
            </w:r>
            <w:r>
              <w:rPr>
                <w:noProof/>
                <w:webHidden/>
                <w:lang w:val="English"/>
              </w:rPr>
              <w:fldChar w:fldCharType="separate"/>
            </w:r>
            <w:r>
              <w:rPr>
                <w:noProof/>
                <w:webHidden/>
                <w:lang w:val="English"/>
              </w:rPr>
              <w:t>3</w:t>
            </w:r>
            <w:r>
              <w:rPr>
                <w:noProof/>
                <w:webHidden/>
                <w:lang w:val="English"/>
              </w:rPr>
              <w:fldChar w:fldCharType="end"/>
            </w:r>
          </w:hyperlink>
        </w:p>
        <w:p xmlns:wp14="http://schemas.microsoft.com/office/word/2010/wordml" w:rsidR="00311A94" w:rsidRDefault="00311A94" wp14:paraId="6FA35B60" wp14:textId="77777777">
          <w:pPr>
            <w:pStyle w:val="EA1"/>
            <w:tabs>
              <w:tab w:val="left" w:pos="880"/>
              <w:tab w:val="right" w:leader="dot" w:pos="9111"/>
            </w:tabs>
            <w:rPr>
              <w:rFonts w:cstheme="minorBidi"/>
              <w:noProof/>
            </w:rPr>
          </w:pPr>
          <w:hyperlink w:history="1" w:anchor="_Toc202768978">
            <w:r w:rsidRPr="00BB1D12">
              <w:rPr>
                <w:rStyle w:val="Hiperesteka"/>
                <w:rFonts w:ascii="Arial" w:hAnsi="Arial" w:cs="Arial"/>
                <w:noProof/>
                <w:lang w:val="English"/>
              </w:rPr>
              <w:t>2.1.1.</w:t>
            </w:r>
            <w:r>
              <w:rPr>
                <w:rFonts w:cstheme="minorBidi"/>
                <w:noProof/>
                <w:lang w:val="English"/>
              </w:rPr>
              <w:tab/>
            </w:r>
            <w:r w:rsidRPr="00BB1D12">
              <w:rPr>
                <w:rStyle w:val="Hiperesteka"/>
                <w:rFonts w:ascii="Arial" w:hAnsi="Arial" w:cs="Arial"/>
                <w:noProof/>
                <w:lang w:val="English"/>
              </w:rPr>
              <w:t>Technical skills</w:t>
            </w:r>
            <w:r>
              <w:rPr>
                <w:noProof/>
                <w:webHidden/>
                <w:lang w:val="English"/>
              </w:rPr>
              <w:tab/>
            </w:r>
            <w:r>
              <w:rPr>
                <w:noProof/>
                <w:webHidden/>
                <w:lang w:val="English"/>
              </w:rPr>
              <w:fldChar w:fldCharType="begin"/>
            </w:r>
            <w:r>
              <w:rPr>
                <w:noProof/>
                <w:webHidden/>
                <w:lang w:val="English"/>
              </w:rPr>
              <w:instrText xml:space="preserve"> PAGEREF _Toc202768978 \h </w:instrText>
            </w:r>
            <w:r>
              <w:rPr>
                <w:noProof/>
                <w:webHidden/>
                <w:lang w:val="English"/>
              </w:rPr>
            </w:r>
            <w:r>
              <w:rPr>
                <w:noProof/>
                <w:webHidden/>
                <w:lang w:val="English"/>
              </w:rPr>
              <w:fldChar w:fldCharType="separate"/>
            </w:r>
            <w:r>
              <w:rPr>
                <w:noProof/>
                <w:webHidden/>
                <w:lang w:val="English"/>
              </w:rPr>
              <w:t>3</w:t>
            </w:r>
            <w:r>
              <w:rPr>
                <w:noProof/>
                <w:webHidden/>
                <w:lang w:val="English"/>
              </w:rPr>
              <w:fldChar w:fldCharType="end"/>
            </w:r>
          </w:hyperlink>
        </w:p>
        <w:p xmlns:wp14="http://schemas.microsoft.com/office/word/2010/wordml" w:rsidR="00311A94" w:rsidRDefault="00311A94" wp14:paraId="68D6C614" wp14:textId="77777777">
          <w:pPr>
            <w:pStyle w:val="EA1"/>
            <w:tabs>
              <w:tab w:val="left" w:pos="880"/>
              <w:tab w:val="right" w:leader="dot" w:pos="9111"/>
            </w:tabs>
            <w:rPr>
              <w:rFonts w:cstheme="minorBidi"/>
              <w:noProof/>
            </w:rPr>
          </w:pPr>
          <w:hyperlink w:history="1" w:anchor="_Toc202768979">
            <w:r w:rsidRPr="00BB1D12">
              <w:rPr>
                <w:rStyle w:val="Hiperesteka"/>
                <w:rFonts w:ascii="Arial" w:hAnsi="Arial" w:cs="Arial"/>
                <w:noProof/>
                <w:lang w:val="English"/>
              </w:rPr>
              <w:t>2.1.2.</w:t>
            </w:r>
            <w:r>
              <w:rPr>
                <w:rFonts w:cstheme="minorBidi"/>
                <w:noProof/>
                <w:lang w:val="English"/>
              </w:rPr>
              <w:tab/>
            </w:r>
            <w:r w:rsidRPr="00BB1D12">
              <w:rPr>
                <w:rStyle w:val="Hiperesteka"/>
                <w:rFonts w:ascii="Arial" w:hAnsi="Arial" w:cs="Arial"/>
                <w:noProof/>
                <w:lang w:val="English"/>
              </w:rPr>
              <w:t>Transversal competences:</w:t>
            </w:r>
            <w:r>
              <w:rPr>
                <w:noProof/>
                <w:webHidden/>
                <w:lang w:val="English"/>
              </w:rPr>
              <w:tab/>
            </w:r>
            <w:r>
              <w:rPr>
                <w:noProof/>
                <w:webHidden/>
                <w:lang w:val="English"/>
              </w:rPr>
              <w:fldChar w:fldCharType="begin"/>
            </w:r>
            <w:r>
              <w:rPr>
                <w:noProof/>
                <w:webHidden/>
                <w:lang w:val="English"/>
              </w:rPr>
              <w:instrText xml:space="preserve"> PAGEREF _Toc202768979 \h </w:instrText>
            </w:r>
            <w:r>
              <w:rPr>
                <w:noProof/>
                <w:webHidden/>
                <w:lang w:val="English"/>
              </w:rPr>
            </w:r>
            <w:r>
              <w:rPr>
                <w:noProof/>
                <w:webHidden/>
                <w:lang w:val="English"/>
              </w:rPr>
              <w:fldChar w:fldCharType="separate"/>
            </w:r>
            <w:r>
              <w:rPr>
                <w:noProof/>
                <w:webHidden/>
                <w:lang w:val="English"/>
              </w:rPr>
              <w:t>5</w:t>
            </w:r>
            <w:r>
              <w:rPr>
                <w:noProof/>
                <w:webHidden/>
                <w:lang w:val="English"/>
              </w:rPr>
              <w:fldChar w:fldCharType="end"/>
            </w:r>
          </w:hyperlink>
        </w:p>
        <w:p xmlns:wp14="http://schemas.microsoft.com/office/word/2010/wordml" w:rsidR="00311A94" w:rsidRDefault="00311A94" wp14:paraId="38E1A248" wp14:textId="77777777">
          <w:pPr>
            <w:pStyle w:val="EA1"/>
            <w:tabs>
              <w:tab w:val="left" w:pos="440"/>
              <w:tab w:val="right" w:leader="dot" w:pos="9111"/>
            </w:tabs>
            <w:rPr>
              <w:rFonts w:cstheme="minorBidi"/>
              <w:noProof/>
            </w:rPr>
          </w:pPr>
          <w:hyperlink w:history="1" w:anchor="_Toc202768980">
            <w:r w:rsidRPr="00BB1D12">
              <w:rPr>
                <w:rStyle w:val="Hiperesteka"/>
                <w:rFonts w:ascii="Arial" w:hAnsi="Arial" w:cs="Arial"/>
                <w:noProof/>
                <w:lang w:val="English"/>
              </w:rPr>
              <w:t>3.</w:t>
            </w:r>
            <w:r>
              <w:rPr>
                <w:rFonts w:cstheme="minorBidi"/>
                <w:noProof/>
                <w:lang w:val="English"/>
              </w:rPr>
              <w:tab/>
            </w:r>
            <w:r w:rsidRPr="00BB1D12">
              <w:rPr>
                <w:rStyle w:val="Hiperesteka"/>
                <w:rFonts w:ascii="Arial" w:hAnsi="Arial" w:cs="Arial"/>
                <w:noProof/>
                <w:lang w:val="English"/>
              </w:rPr>
              <w:t>Contents</w:t>
            </w:r>
            <w:r>
              <w:rPr>
                <w:noProof/>
                <w:webHidden/>
                <w:lang w:val="English"/>
              </w:rPr>
              <w:tab/>
            </w:r>
            <w:r>
              <w:rPr>
                <w:noProof/>
                <w:webHidden/>
                <w:lang w:val="English"/>
              </w:rPr>
              <w:fldChar w:fldCharType="begin"/>
            </w:r>
            <w:r>
              <w:rPr>
                <w:noProof/>
                <w:webHidden/>
                <w:lang w:val="English"/>
              </w:rPr>
              <w:instrText xml:space="preserve"> PAGEREF _Toc202768980 \h </w:instrText>
            </w:r>
            <w:r>
              <w:rPr>
                <w:noProof/>
                <w:webHidden/>
                <w:lang w:val="English"/>
              </w:rPr>
            </w:r>
            <w:r>
              <w:rPr>
                <w:noProof/>
                <w:webHidden/>
                <w:lang w:val="English"/>
              </w:rPr>
              <w:fldChar w:fldCharType="separate"/>
            </w:r>
            <w:r>
              <w:rPr>
                <w:noProof/>
                <w:webHidden/>
                <w:lang w:val="English"/>
              </w:rPr>
              <w:t>5</w:t>
            </w:r>
            <w:r>
              <w:rPr>
                <w:noProof/>
                <w:webHidden/>
                <w:lang w:val="English"/>
              </w:rPr>
              <w:fldChar w:fldCharType="end"/>
            </w:r>
          </w:hyperlink>
        </w:p>
        <w:p xmlns:wp14="http://schemas.microsoft.com/office/word/2010/wordml" w:rsidR="00311A94" w:rsidRDefault="00311A94" wp14:paraId="5929CE86" wp14:textId="77777777">
          <w:pPr>
            <w:pStyle w:val="EA1"/>
            <w:tabs>
              <w:tab w:val="left" w:pos="440"/>
              <w:tab w:val="right" w:leader="dot" w:pos="9111"/>
            </w:tabs>
            <w:rPr>
              <w:rFonts w:cstheme="minorBidi"/>
              <w:noProof/>
            </w:rPr>
          </w:pPr>
          <w:hyperlink w:history="1" w:anchor="_Toc202768981">
            <w:r w:rsidRPr="00BB1D12">
              <w:rPr>
                <w:rStyle w:val="Hiperesteka"/>
                <w:rFonts w:ascii="Arial" w:hAnsi="Arial" w:cs="Arial"/>
                <w:noProof/>
                <w:lang w:val="English"/>
              </w:rPr>
              <w:t>4.</w:t>
            </w:r>
            <w:r>
              <w:rPr>
                <w:rFonts w:cstheme="minorBidi"/>
                <w:noProof/>
                <w:lang w:val="English"/>
              </w:rPr>
              <w:tab/>
            </w:r>
            <w:r w:rsidRPr="00BB1D12">
              <w:rPr>
                <w:rStyle w:val="Hiperesteka"/>
                <w:rFonts w:ascii="Arial" w:hAnsi="Arial" w:cs="Arial"/>
                <w:noProof/>
                <w:lang w:val="English"/>
              </w:rPr>
              <w:t>Methodology</w:t>
            </w:r>
            <w:r>
              <w:rPr>
                <w:noProof/>
                <w:webHidden/>
                <w:lang w:val="English"/>
              </w:rPr>
              <w:tab/>
            </w:r>
            <w:r>
              <w:rPr>
                <w:noProof/>
                <w:webHidden/>
                <w:lang w:val="English"/>
              </w:rPr>
              <w:fldChar w:fldCharType="begin"/>
            </w:r>
            <w:r>
              <w:rPr>
                <w:noProof/>
                <w:webHidden/>
                <w:lang w:val="English"/>
              </w:rPr>
              <w:instrText xml:space="preserve"> PAGEREF _Toc202768981 \h </w:instrText>
            </w:r>
            <w:r>
              <w:rPr>
                <w:noProof/>
                <w:webHidden/>
                <w:lang w:val="English"/>
              </w:rPr>
            </w:r>
            <w:r>
              <w:rPr>
                <w:noProof/>
                <w:webHidden/>
                <w:lang w:val="English"/>
              </w:rPr>
              <w:fldChar w:fldCharType="separate"/>
            </w:r>
            <w:r>
              <w:rPr>
                <w:noProof/>
                <w:webHidden/>
                <w:lang w:val="English"/>
              </w:rPr>
              <w:t>6</w:t>
            </w:r>
            <w:r>
              <w:rPr>
                <w:noProof/>
                <w:webHidden/>
                <w:lang w:val="English"/>
              </w:rPr>
              <w:fldChar w:fldCharType="end"/>
            </w:r>
          </w:hyperlink>
        </w:p>
        <w:p xmlns:wp14="http://schemas.microsoft.com/office/word/2010/wordml" w:rsidR="00311A94" w:rsidRDefault="00311A94" wp14:paraId="76710228" wp14:textId="77777777">
          <w:pPr>
            <w:pStyle w:val="EA1"/>
            <w:tabs>
              <w:tab w:val="left" w:pos="440"/>
              <w:tab w:val="right" w:leader="dot" w:pos="9111"/>
            </w:tabs>
            <w:rPr>
              <w:rFonts w:cstheme="minorBidi"/>
              <w:noProof/>
            </w:rPr>
          </w:pPr>
          <w:hyperlink w:history="1" w:anchor="_Toc202768982">
            <w:r w:rsidRPr="00BB1D12">
              <w:rPr>
                <w:rStyle w:val="Hiperesteka"/>
                <w:rFonts w:ascii="Arial" w:hAnsi="Arial" w:cs="Arial"/>
                <w:noProof/>
                <w:lang w:val="English"/>
              </w:rPr>
              <w:t>5.</w:t>
            </w:r>
            <w:r>
              <w:rPr>
                <w:rFonts w:cstheme="minorBidi"/>
                <w:noProof/>
                <w:lang w:val="English"/>
              </w:rPr>
              <w:tab/>
            </w:r>
            <w:r w:rsidRPr="00BB1D12">
              <w:rPr>
                <w:rStyle w:val="Hiperesteka"/>
                <w:rFonts w:ascii="Arial" w:hAnsi="Arial" w:cs="Arial"/>
                <w:noProof/>
                <w:lang w:val="English"/>
              </w:rPr>
              <w:t>Development of Activities</w:t>
            </w:r>
            <w:r>
              <w:rPr>
                <w:noProof/>
                <w:webHidden/>
                <w:lang w:val="English"/>
              </w:rPr>
              <w:tab/>
            </w:r>
            <w:r>
              <w:rPr>
                <w:noProof/>
                <w:webHidden/>
                <w:lang w:val="English"/>
              </w:rPr>
              <w:fldChar w:fldCharType="begin"/>
            </w:r>
            <w:r>
              <w:rPr>
                <w:noProof/>
                <w:webHidden/>
                <w:lang w:val="English"/>
              </w:rPr>
              <w:instrText xml:space="preserve"> PAGEREF _Toc202768982 \h </w:instrText>
            </w:r>
            <w:r>
              <w:rPr>
                <w:noProof/>
                <w:webHidden/>
                <w:lang w:val="English"/>
              </w:rPr>
            </w:r>
            <w:r>
              <w:rPr>
                <w:noProof/>
                <w:webHidden/>
                <w:lang w:val="English"/>
              </w:rPr>
              <w:fldChar w:fldCharType="separate"/>
            </w:r>
            <w:r>
              <w:rPr>
                <w:noProof/>
                <w:webHidden/>
                <w:lang w:val="English"/>
              </w:rPr>
              <w:t>6</w:t>
            </w:r>
            <w:r>
              <w:rPr>
                <w:noProof/>
                <w:webHidden/>
                <w:lang w:val="English"/>
              </w:rPr>
              <w:fldChar w:fldCharType="end"/>
            </w:r>
          </w:hyperlink>
        </w:p>
        <w:p xmlns:wp14="http://schemas.microsoft.com/office/word/2010/wordml" w:rsidR="00311A94" w:rsidRDefault="00311A94" wp14:paraId="184E0E34" wp14:textId="77777777">
          <w:pPr>
            <w:pStyle w:val="EA1"/>
            <w:tabs>
              <w:tab w:val="left" w:pos="440"/>
              <w:tab w:val="right" w:leader="dot" w:pos="9111"/>
            </w:tabs>
            <w:rPr>
              <w:rFonts w:cstheme="minorBidi"/>
              <w:noProof/>
            </w:rPr>
          </w:pPr>
          <w:hyperlink w:history="1" w:anchor="_Toc202768983">
            <w:r w:rsidRPr="00BB1D12">
              <w:rPr>
                <w:rStyle w:val="Hiperesteka"/>
                <w:rFonts w:ascii="Arial" w:hAnsi="Arial" w:cs="Arial"/>
                <w:noProof/>
                <w:lang w:val="English"/>
              </w:rPr>
              <w:t>6.</w:t>
            </w:r>
            <w:r>
              <w:rPr>
                <w:rFonts w:cstheme="minorBidi"/>
                <w:noProof/>
                <w:lang w:val="English"/>
              </w:rPr>
              <w:tab/>
            </w:r>
            <w:r w:rsidRPr="00BB1D12">
              <w:rPr>
                <w:rStyle w:val="Hiperesteka"/>
                <w:rFonts w:ascii="Arial" w:hAnsi="Arial" w:cs="Arial"/>
                <w:noProof/>
                <w:lang w:val="English"/>
              </w:rPr>
              <w:t>Evaluation</w:t>
            </w:r>
            <w:r>
              <w:rPr>
                <w:noProof/>
                <w:webHidden/>
                <w:lang w:val="English"/>
              </w:rPr>
              <w:tab/>
            </w:r>
            <w:r>
              <w:rPr>
                <w:noProof/>
                <w:webHidden/>
                <w:lang w:val="English"/>
              </w:rPr>
              <w:fldChar w:fldCharType="begin"/>
            </w:r>
            <w:r>
              <w:rPr>
                <w:noProof/>
                <w:webHidden/>
                <w:lang w:val="English"/>
              </w:rPr>
              <w:instrText xml:space="preserve"> PAGEREF _Toc202768983 \h </w:instrText>
            </w:r>
            <w:r>
              <w:rPr>
                <w:noProof/>
                <w:webHidden/>
                <w:lang w:val="English"/>
              </w:rPr>
            </w:r>
            <w:r>
              <w:rPr>
                <w:noProof/>
                <w:webHidden/>
                <w:lang w:val="English"/>
              </w:rPr>
              <w:fldChar w:fldCharType="separate"/>
            </w:r>
            <w:r>
              <w:rPr>
                <w:noProof/>
                <w:webHidden/>
                <w:lang w:val="English"/>
              </w:rPr>
              <w:t>7</w:t>
            </w:r>
            <w:r>
              <w:rPr>
                <w:noProof/>
                <w:webHidden/>
                <w:lang w:val="English"/>
              </w:rPr>
              <w:fldChar w:fldCharType="end"/>
            </w:r>
          </w:hyperlink>
        </w:p>
        <w:p xmlns:wp14="http://schemas.microsoft.com/office/word/2010/wordml" w:rsidR="00311A94" w:rsidRDefault="00311A94" wp14:paraId="7BA0A13E" wp14:textId="77777777">
          <w:pPr>
            <w:pStyle w:val="EA1"/>
            <w:tabs>
              <w:tab w:val="left" w:pos="440"/>
              <w:tab w:val="right" w:leader="dot" w:pos="9111"/>
            </w:tabs>
            <w:rPr>
              <w:rFonts w:cstheme="minorBidi"/>
              <w:noProof/>
            </w:rPr>
          </w:pPr>
          <w:hyperlink w:history="1" w:anchor="_Toc202768984">
            <w:r w:rsidRPr="00BB1D12">
              <w:rPr>
                <w:rStyle w:val="Hiperesteka"/>
                <w:rFonts w:ascii="Arial" w:hAnsi="Arial" w:cs="Arial"/>
                <w:noProof/>
                <w:lang w:val="English"/>
              </w:rPr>
              <w:t>7.</w:t>
            </w:r>
            <w:r>
              <w:rPr>
                <w:rFonts w:cstheme="minorBidi"/>
                <w:noProof/>
                <w:lang w:val="English"/>
              </w:rPr>
              <w:tab/>
            </w:r>
            <w:r w:rsidRPr="00BB1D12">
              <w:rPr>
                <w:rStyle w:val="Hiperesteka"/>
                <w:rFonts w:ascii="Arial" w:hAnsi="Arial" w:cs="Arial"/>
                <w:noProof/>
                <w:lang w:val="English"/>
              </w:rPr>
              <w:t>Teaching Material and Resources</w:t>
            </w:r>
            <w:r>
              <w:rPr>
                <w:noProof/>
                <w:webHidden/>
                <w:lang w:val="English"/>
              </w:rPr>
              <w:tab/>
            </w:r>
            <w:r>
              <w:rPr>
                <w:noProof/>
                <w:webHidden/>
                <w:lang w:val="English"/>
              </w:rPr>
              <w:fldChar w:fldCharType="begin"/>
            </w:r>
            <w:r>
              <w:rPr>
                <w:noProof/>
                <w:webHidden/>
                <w:lang w:val="English"/>
              </w:rPr>
              <w:instrText xml:space="preserve"> PAGEREF _Toc202768984 \h </w:instrText>
            </w:r>
            <w:r>
              <w:rPr>
                <w:noProof/>
                <w:webHidden/>
                <w:lang w:val="English"/>
              </w:rPr>
            </w:r>
            <w:r>
              <w:rPr>
                <w:noProof/>
                <w:webHidden/>
                <w:lang w:val="English"/>
              </w:rPr>
              <w:fldChar w:fldCharType="separate"/>
            </w:r>
            <w:r>
              <w:rPr>
                <w:noProof/>
                <w:webHidden/>
                <w:lang w:val="English"/>
              </w:rPr>
              <w:t>7</w:t>
            </w:r>
            <w:r>
              <w:rPr>
                <w:noProof/>
                <w:webHidden/>
                <w:lang w:val="English"/>
              </w:rPr>
              <w:fldChar w:fldCharType="end"/>
            </w:r>
          </w:hyperlink>
        </w:p>
        <w:p xmlns:wp14="http://schemas.microsoft.com/office/word/2010/wordml" w:rsidR="00311A94" w:rsidRDefault="00311A94" wp14:paraId="7BC14CC8" wp14:textId="77777777">
          <w:pPr>
            <w:pStyle w:val="EA1"/>
            <w:tabs>
              <w:tab w:val="left" w:pos="440"/>
              <w:tab w:val="right" w:leader="dot" w:pos="9111"/>
            </w:tabs>
            <w:rPr>
              <w:rFonts w:cstheme="minorBidi"/>
              <w:noProof/>
            </w:rPr>
          </w:pPr>
          <w:hyperlink w:history="1" w:anchor="_Toc202768985">
            <w:r w:rsidRPr="00BB1D12">
              <w:rPr>
                <w:rStyle w:val="Hiperesteka"/>
                <w:rFonts w:ascii="Arial" w:hAnsi="Arial" w:cs="Arial"/>
                <w:noProof/>
                <w:lang w:val="English"/>
              </w:rPr>
              <w:t>8.</w:t>
            </w:r>
            <w:r>
              <w:rPr>
                <w:rFonts w:cstheme="minorBidi"/>
                <w:noProof/>
                <w:lang w:val="English"/>
              </w:rPr>
              <w:tab/>
            </w:r>
            <w:r w:rsidRPr="00BB1D12">
              <w:rPr>
                <w:rStyle w:val="Hiperesteka"/>
                <w:rFonts w:ascii="Arial" w:hAnsi="Arial" w:cs="Arial"/>
                <w:noProof/>
                <w:lang w:val="English"/>
              </w:rPr>
              <w:t>Temporal Planning</w:t>
            </w:r>
            <w:r>
              <w:rPr>
                <w:noProof/>
                <w:webHidden/>
                <w:lang w:val="English"/>
              </w:rPr>
              <w:tab/>
            </w:r>
            <w:r>
              <w:rPr>
                <w:noProof/>
                <w:webHidden/>
                <w:lang w:val="English"/>
              </w:rPr>
              <w:fldChar w:fldCharType="begin"/>
            </w:r>
            <w:r>
              <w:rPr>
                <w:noProof/>
                <w:webHidden/>
                <w:lang w:val="English"/>
              </w:rPr>
              <w:instrText xml:space="preserve"> PAGEREF _Toc202768985 \h </w:instrText>
            </w:r>
            <w:r>
              <w:rPr>
                <w:noProof/>
                <w:webHidden/>
                <w:lang w:val="English"/>
              </w:rPr>
            </w:r>
            <w:r>
              <w:rPr>
                <w:noProof/>
                <w:webHidden/>
                <w:lang w:val="English"/>
              </w:rPr>
              <w:fldChar w:fldCharType="separate"/>
            </w:r>
            <w:r>
              <w:rPr>
                <w:noProof/>
                <w:webHidden/>
                <w:lang w:val="English"/>
              </w:rPr>
              <w:t>8</w:t>
            </w:r>
            <w:r>
              <w:rPr>
                <w:noProof/>
                <w:webHidden/>
                <w:lang w:val="English"/>
              </w:rPr>
              <w:fldChar w:fldCharType="end"/>
            </w:r>
          </w:hyperlink>
        </w:p>
        <w:p xmlns:wp14="http://schemas.microsoft.com/office/word/2010/wordml" w:rsidR="00311A94" w:rsidRDefault="00311A94" wp14:paraId="291F819F" wp14:textId="77777777">
          <w:pPr>
            <w:pStyle w:val="EA1"/>
            <w:tabs>
              <w:tab w:val="left" w:pos="440"/>
              <w:tab w:val="right" w:leader="dot" w:pos="9111"/>
            </w:tabs>
            <w:rPr>
              <w:rFonts w:cstheme="minorBidi"/>
              <w:noProof/>
            </w:rPr>
          </w:pPr>
          <w:hyperlink w:history="1" w:anchor="_Toc202768986">
            <w:r w:rsidRPr="00BB1D12">
              <w:rPr>
                <w:rStyle w:val="Hiperesteka"/>
                <w:rFonts w:ascii="Arial" w:hAnsi="Arial" w:cs="Arial"/>
                <w:noProof/>
                <w:lang w:val="English"/>
              </w:rPr>
              <w:t>9.</w:t>
            </w:r>
            <w:r>
              <w:rPr>
                <w:rFonts w:cstheme="minorBidi"/>
                <w:noProof/>
                <w:lang w:val="English"/>
              </w:rPr>
              <w:tab/>
            </w:r>
            <w:r w:rsidRPr="00BB1D12">
              <w:rPr>
                <w:rStyle w:val="Hiperesteka"/>
                <w:rFonts w:ascii="Arial" w:hAnsi="Arial" w:cs="Arial"/>
                <w:noProof/>
                <w:lang w:val="English"/>
              </w:rPr>
              <w:t>Inclusion and Attention to Diversity</w:t>
            </w:r>
            <w:r>
              <w:rPr>
                <w:noProof/>
                <w:webHidden/>
                <w:lang w:val="English"/>
              </w:rPr>
              <w:tab/>
            </w:r>
            <w:r>
              <w:rPr>
                <w:noProof/>
                <w:webHidden/>
                <w:lang w:val="English"/>
              </w:rPr>
              <w:fldChar w:fldCharType="begin"/>
            </w:r>
            <w:r>
              <w:rPr>
                <w:noProof/>
                <w:webHidden/>
                <w:lang w:val="English"/>
              </w:rPr>
              <w:instrText xml:space="preserve"> PAGEREF _Toc202768986 \h </w:instrText>
            </w:r>
            <w:r>
              <w:rPr>
                <w:noProof/>
                <w:webHidden/>
                <w:lang w:val="English"/>
              </w:rPr>
            </w:r>
            <w:r>
              <w:rPr>
                <w:noProof/>
                <w:webHidden/>
                <w:lang w:val="English"/>
              </w:rPr>
              <w:fldChar w:fldCharType="separate"/>
            </w:r>
            <w:r>
              <w:rPr>
                <w:noProof/>
                <w:webHidden/>
                <w:lang w:val="English"/>
              </w:rPr>
              <w:t>8</w:t>
            </w:r>
            <w:r>
              <w:rPr>
                <w:noProof/>
                <w:webHidden/>
                <w:lang w:val="English"/>
              </w:rPr>
              <w:fldChar w:fldCharType="end"/>
            </w:r>
          </w:hyperlink>
        </w:p>
        <w:p xmlns:wp14="http://schemas.microsoft.com/office/word/2010/wordml" w:rsidR="00311A94" w:rsidRDefault="00311A94" wp14:paraId="455AA927" wp14:textId="77777777">
          <w:pPr>
            <w:pStyle w:val="EA1"/>
            <w:tabs>
              <w:tab w:val="left" w:pos="660"/>
              <w:tab w:val="right" w:leader="dot" w:pos="9111"/>
            </w:tabs>
            <w:rPr>
              <w:rFonts w:cstheme="minorBidi"/>
              <w:noProof/>
            </w:rPr>
          </w:pPr>
          <w:hyperlink w:history="1" w:anchor="_Toc202768987">
            <w:r w:rsidRPr="00BB1D12">
              <w:rPr>
                <w:rStyle w:val="Hiperesteka"/>
                <w:rFonts w:ascii="Arial" w:hAnsi="Arial" w:cs="Arial"/>
                <w:noProof/>
                <w:lang w:val="English"/>
              </w:rPr>
              <w:t>10.</w:t>
            </w:r>
            <w:r>
              <w:rPr>
                <w:rFonts w:cstheme="minorBidi"/>
                <w:noProof/>
                <w:lang w:val="English"/>
              </w:rPr>
              <w:tab/>
            </w:r>
            <w:r w:rsidRPr="00BB1D12">
              <w:rPr>
                <w:rStyle w:val="Hiperesteka"/>
                <w:rFonts w:ascii="Arial" w:hAnsi="Arial" w:cs="Arial"/>
                <w:noProof/>
                <w:lang w:val="English"/>
              </w:rPr>
              <w:t>Pedagogical Observations and Recommendations</w:t>
            </w:r>
            <w:r>
              <w:rPr>
                <w:noProof/>
                <w:webHidden/>
                <w:lang w:val="English"/>
              </w:rPr>
              <w:tab/>
            </w:r>
            <w:r>
              <w:rPr>
                <w:noProof/>
                <w:webHidden/>
                <w:lang w:val="English"/>
              </w:rPr>
              <w:fldChar w:fldCharType="begin"/>
            </w:r>
            <w:r>
              <w:rPr>
                <w:noProof/>
                <w:webHidden/>
                <w:lang w:val="English"/>
              </w:rPr>
              <w:instrText xml:space="preserve"> PAGEREF _Toc202768987 \h </w:instrText>
            </w:r>
            <w:r>
              <w:rPr>
                <w:noProof/>
                <w:webHidden/>
                <w:lang w:val="English"/>
              </w:rPr>
            </w:r>
            <w:r>
              <w:rPr>
                <w:noProof/>
                <w:webHidden/>
                <w:lang w:val="English"/>
              </w:rPr>
              <w:fldChar w:fldCharType="separate"/>
            </w:r>
            <w:r>
              <w:rPr>
                <w:noProof/>
                <w:webHidden/>
                <w:lang w:val="English"/>
              </w:rPr>
              <w:t>9</w:t>
            </w:r>
            <w:r>
              <w:rPr>
                <w:noProof/>
                <w:webHidden/>
                <w:lang w:val="English"/>
              </w:rPr>
              <w:fldChar w:fldCharType="end"/>
            </w:r>
          </w:hyperlink>
        </w:p>
        <w:p xmlns:wp14="http://schemas.microsoft.com/office/word/2010/wordml" w:rsidRPr="002C2419" w:rsidR="00C21BB1" w:rsidRDefault="00C21BB1" wp14:paraId="5A39BBE3" wp14:textId="77777777">
          <w:pPr>
            <w:rPr>
              <w:rFonts w:ascii="Arial" w:hAnsi="Arial" w:cs="Arial"/>
              <w:sz w:val="24"/>
              <w:szCs w:val="24"/>
            </w:rPr>
          </w:pPr>
          <w:r w:rsidRPr="002C2419">
            <w:rPr>
              <w:rFonts w:ascii="Arial" w:hAnsi="Arial" w:cs="Arial"/>
              <w:b/>
              <w:bCs/>
              <w:sz w:val="24"/>
              <w:szCs w:val="24"/>
              <w:lang w:val="English"/>
            </w:rPr>
            <w:fldChar w:fldCharType="end"/>
          </w:r>
        </w:p>
      </w:sdtContent>
    </w:sdt>
    <w:p xmlns:wp14="http://schemas.microsoft.com/office/word/2010/wordml" w:rsidRPr="002C2419" w:rsidR="00C21BB1" w:rsidRDefault="00C21BB1" wp14:paraId="41C8F396" wp14:textId="77777777">
      <w:pPr>
        <w:rPr>
          <w:rFonts w:ascii="Arial" w:hAnsi="Arial" w:cs="Arial" w:eastAsiaTheme="majorEastAsia"/>
          <w:b/>
          <w:bCs/>
          <w:color w:val="365F91" w:themeColor="accent1" w:themeShade="BF"/>
          <w:sz w:val="24"/>
          <w:szCs w:val="24"/>
          <w:lang w:val="eu-ES"/>
        </w:rPr>
      </w:pPr>
      <w:r w:rsidRPr="002C2419">
        <w:rPr>
          <w:rFonts w:ascii="Arial" w:hAnsi="Arial" w:cs="Arial"/>
          <w:sz w:val="24"/>
          <w:szCs w:val="24"/>
          <w:lang w:val="English"/>
        </w:rPr>
        <w:br w:type="page"/>
      </w:r>
    </w:p>
    <w:p xmlns:wp14="http://schemas.microsoft.com/office/word/2010/wordml" w:rsidRPr="002C2419" w:rsidR="00D3238E" w:rsidP="00D3238E" w:rsidRDefault="00D3238E" wp14:paraId="3D2F06EA" wp14:textId="77777777">
      <w:pPr>
        <w:pStyle w:val="1izenburua"/>
        <w:numPr>
          <w:ilvl w:val="0"/>
          <w:numId w:val="14"/>
        </w:numPr>
        <w:spacing w:line="360" w:lineRule="auto"/>
        <w:rPr>
          <w:rFonts w:ascii="Arial" w:hAnsi="Arial" w:cs="Arial"/>
          <w:szCs w:val="24"/>
          <w:lang w:val="eu-ES"/>
        </w:rPr>
      </w:pPr>
      <w:bookmarkStart w:name="_Toc202768974" w:id="3"/>
      <w:r w:rsidRPr="002C2419">
        <w:rPr>
          <w:rFonts w:ascii="Arial" w:hAnsi="Arial" w:cs="Arial"/>
          <w:szCs w:val="24"/>
          <w:lang w:val="English"/>
        </w:rPr>
        <w:t>"Sensor Box" station: Integration of Robot UR, AV Camera and MiR Mobile Robot.</w:t>
      </w:r>
      <w:proofErr w:type="spellStart"/>
      <w:proofErr w:type="spellEnd"/>
      <w:proofErr w:type="spellStart"/>
      <w:proofErr w:type="spellEnd"/>
      <w:bookmarkEnd w:id="3"/>
    </w:p>
    <w:p xmlns:wp14="http://schemas.microsoft.com/office/word/2010/wordml" w:rsidRPr="002C2419" w:rsidR="00D3238E" w:rsidP="00D3238E" w:rsidRDefault="00D3238E" wp14:paraId="72A3D3EC" wp14:textId="77777777">
      <w:pPr>
        <w:rPr>
          <w:rFonts w:ascii="Arial" w:hAnsi="Arial" w:cs="Arial"/>
          <w:sz w:val="24"/>
          <w:szCs w:val="24"/>
          <w:lang w:val="eu-ES"/>
        </w:rPr>
      </w:pPr>
    </w:p>
    <w:p xmlns:wp14="http://schemas.microsoft.com/office/word/2010/wordml" w:rsidRPr="002C2419" w:rsidR="00D3238E" w:rsidP="00D3238E" w:rsidRDefault="00D3238E" wp14:paraId="342D6C07" wp14:textId="77777777">
      <w:p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This course delves into the technical and practical skills needed to work in an advanced automation environment, within the Learning Factory concept. Students will learn how to integrate machine vision systems (Cognex), autonomous mobility robots (MiR), collaborative robotic arms (UR) and automated control of Festo manufacturing mock-ups, in the context of Industry 4.0.</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xmlns:wp14="http://schemas.microsoft.com/office/word/2010/wordml" w:rsidRPr="002C2419" w:rsidR="00D3238E" w:rsidP="00D3238E" w:rsidRDefault="00D3238E" wp14:paraId="5BA03827" wp14:textId="77777777">
      <w:p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This training pays special attention to the interaction of systems, the combination of sensotics and collaborative robotics and the resolution of real challenges through applied projects. To do this, students will learn to design logical sequences, program robots, configure vision systems and interpret data, ensuring a safe and effective work environment.</w:t>
      </w:r>
      <w:proofErr w:type="spellStart"/>
      <w:proofErr w:type="spellEnd"/>
      <w:proofErr w:type="spellStart"/>
      <w:proofErr w:type="spellEnd"/>
      <w:proofErr w:type="spellStart"/>
      <w:proofErr w:type="spellEnd"/>
    </w:p>
    <w:p xmlns:wp14="http://schemas.microsoft.com/office/word/2010/wordml" w:rsidRPr="002C2419" w:rsidR="00D3238E" w:rsidP="00D3238E" w:rsidRDefault="00D3238E" wp14:paraId="7AEF0987" wp14:textId="77777777">
      <w:p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This teaching guide is aimed at teachers to provide a resource and structured reference for delivering a Learning Factory course in its entirety. It includes the objectives, contents, methodology, distribution of activities and evaluation criteria of the course. Safety standards and recommendations for the development of collaborative learning are also offered.</w:t>
      </w:r>
      <w:proofErr w:type="spellStart"/>
      <w:proofErr w:type="spellEnd"/>
      <w:proofErr w:type="spellStart"/>
      <w:proofErr w:type="spellEnd"/>
      <w:proofErr w:type="spellStart"/>
      <w:proofErr w:type="spellEnd"/>
    </w:p>
    <w:p xmlns:wp14="http://schemas.microsoft.com/office/word/2010/wordml" w:rsidRPr="002C2419" w:rsidR="00D3238E" w:rsidP="00D3238E" w:rsidRDefault="00D3238E" wp14:paraId="0D0B940D" wp14:textId="77777777">
      <w:pPr>
        <w:spacing w:before="100" w:beforeAutospacing="1" w:after="100" w:afterAutospacing="1" w:line="360" w:lineRule="auto"/>
        <w:rPr>
          <w:rFonts w:ascii="Arial" w:hAnsi="Arial" w:eastAsia="Times New Roman" w:cs="Arial"/>
          <w:sz w:val="28"/>
          <w:szCs w:val="24"/>
          <w:lang w:val="eu-ES" w:eastAsia="eu-ES"/>
        </w:rPr>
      </w:pPr>
    </w:p>
    <w:p xmlns:wp14="http://schemas.microsoft.com/office/word/2010/wordml" w:rsidRPr="002C2419" w:rsidR="00D3238E" w:rsidP="00D3238E" w:rsidRDefault="00D3238E" wp14:paraId="504D9033" wp14:textId="77777777">
      <w:pPr>
        <w:pStyle w:val="1izenburua"/>
        <w:numPr>
          <w:ilvl w:val="1"/>
          <w:numId w:val="14"/>
        </w:numPr>
        <w:spacing w:line="360" w:lineRule="auto"/>
        <w:rPr>
          <w:rFonts w:ascii="Arial" w:hAnsi="Arial" w:cs="Arial"/>
          <w:szCs w:val="24"/>
          <w:lang w:val="eu-ES"/>
        </w:rPr>
      </w:pPr>
      <w:bookmarkStart w:name="_Toc202768975" w:id="4"/>
      <w:r w:rsidRPr="002C2419">
        <w:rPr>
          <w:rFonts w:ascii="Arial" w:hAnsi="Arial" w:cs="Arial"/>
          <w:szCs w:val="24"/>
          <w:lang w:val="English"/>
        </w:rPr>
        <w:t>Objectives</w:t>
      </w:r>
      <w:bookmarkEnd w:id="4"/>
    </w:p>
    <w:p xmlns:wp14="http://schemas.microsoft.com/office/word/2010/wordml" w:rsidRPr="002C2419" w:rsidR="00D3238E" w:rsidP="00D3238E" w:rsidRDefault="00D3238E" wp14:paraId="51DF639F"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UR5 robot programming (pick &amp; place, sequences)</w:t>
      </w:r>
      <w:proofErr w:type="spellStart"/>
      <w:proofErr w:type="spellEnd"/>
      <w:proofErr w:type="spellStart"/>
      <w:proofErr w:type="spellEnd"/>
    </w:p>
    <w:p xmlns:wp14="http://schemas.microsoft.com/office/word/2010/wordml" w:rsidRPr="002C2419" w:rsidR="00D3238E" w:rsidP="00D3238E" w:rsidRDefault="00D3238E" wp14:paraId="124223EE"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proofErr w:type="spellStart"/>
      <w:r w:rsidRPr="002C2419">
        <w:rPr>
          <w:rFonts w:ascii="Arial" w:hAnsi="Arial" w:eastAsia="Times New Roman" w:cs="Arial"/>
          <w:sz w:val="24"/>
          <w:szCs w:val="24"/>
          <w:lang w:val="English" w:eastAsia="eu-ES"/>
        </w:rPr>
        <w:t>Cognex Visual System Configuration and Integration</w:t>
      </w:r>
      <w:proofErr w:type="spellEnd"/>
    </w:p>
    <w:p xmlns:wp14="http://schemas.microsoft.com/office/word/2010/wordml" w:rsidRPr="002C2419" w:rsidR="00D3238E" w:rsidP="00D3238E" w:rsidRDefault="00D3238E" wp14:paraId="2E149645"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Siemens S7-1500 PLC System Programming and Control</w:t>
      </w:r>
    </w:p>
    <w:p xmlns:wp14="http://schemas.microsoft.com/office/word/2010/wordml" w:rsidRPr="002C2419" w:rsidR="00D3238E" w:rsidP="00D3238E" w:rsidRDefault="00D3238E" wp14:paraId="4E31E984"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proofErr w:type="spellStart"/>
      <w:r w:rsidRPr="002C2419">
        <w:rPr>
          <w:rFonts w:ascii="Arial" w:hAnsi="Arial" w:eastAsia="Times New Roman" w:cs="Arial"/>
          <w:sz w:val="24"/>
          <w:szCs w:val="24"/>
          <w:lang w:val="English" w:eastAsia="eu-ES"/>
        </w:rPr>
        <w:t>MiR Mobile Robot Navigation and Mission Scheduling</w:t>
      </w:r>
      <w:proofErr w:type="spellEnd"/>
    </w:p>
    <w:p xmlns:wp14="http://schemas.microsoft.com/office/word/2010/wordml" w:rsidRPr="002C2419" w:rsidR="00D3238E" w:rsidP="00D3238E" w:rsidRDefault="00D3238E" wp14:paraId="3887946F"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Integrated Systems Communication (PLC + UR5 + Cognex + MiR)</w:t>
      </w:r>
      <w:proofErr w:type="spellStart"/>
      <w:proofErr w:type="spellEnd"/>
      <w:proofErr w:type="spellStart"/>
      <w:proofErr w:type="spellEnd"/>
    </w:p>
    <w:p xmlns:wp14="http://schemas.microsoft.com/office/word/2010/wordml" w:rsidRPr="002C2419" w:rsidR="00D3238E" w:rsidP="00D3238E" w:rsidRDefault="00D3238E" wp14:paraId="037BAB8D"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Using a digital twin through Simuma</w:t>
      </w:r>
      <w:proofErr w:type="spellStart"/>
      <w:proofErr w:type="spellEnd"/>
      <w:proofErr w:type="spellStart"/>
      <w:proofErr w:type="spellEnd"/>
    </w:p>
    <w:p xmlns:wp14="http://schemas.microsoft.com/office/word/2010/wordml" w:rsidRPr="002C2419" w:rsidR="00D3238E" w:rsidP="00D3238E" w:rsidRDefault="00D3238E" wp14:paraId="4706281D"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Application of security protocols in collaborative environments</w:t>
      </w:r>
      <w:proofErr w:type="spellStart"/>
      <w:proofErr w:type="spellEnd"/>
    </w:p>
    <w:p xmlns:wp14="http://schemas.microsoft.com/office/word/2010/wordml" w:rsidRPr="002C2419" w:rsidR="00D3238E" w:rsidP="00D3238E" w:rsidRDefault="00D3238E" wp14:paraId="0A679DF4"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Solving a real challenge through an integrated project</w:t>
      </w:r>
    </w:p>
    <w:p xmlns:wp14="http://schemas.microsoft.com/office/word/2010/wordml" w:rsidRPr="002C2419" w:rsidR="00D3238E" w:rsidP="00D3238E" w:rsidRDefault="00D3238E" wp14:paraId="0E27B00A" wp14:textId="77777777">
      <w:pPr>
        <w:spacing w:before="100" w:beforeAutospacing="1" w:after="100" w:afterAutospacing="1" w:line="360" w:lineRule="auto"/>
        <w:ind w:left="720"/>
        <w:rPr>
          <w:rFonts w:ascii="Arial" w:hAnsi="Arial" w:eastAsia="Times New Roman" w:cs="Arial"/>
          <w:sz w:val="24"/>
          <w:szCs w:val="24"/>
          <w:lang w:val="eu-ES" w:eastAsia="eu-ES"/>
        </w:rPr>
      </w:pPr>
    </w:p>
    <w:p xmlns:wp14="http://schemas.microsoft.com/office/word/2010/wordml" w:rsidRPr="002C2419" w:rsidR="00D3238E" w:rsidP="00D3238E" w:rsidRDefault="00D3238E" wp14:paraId="4414EE20" wp14:textId="77777777">
      <w:pPr>
        <w:pStyle w:val="1izenburua"/>
        <w:numPr>
          <w:ilvl w:val="0"/>
          <w:numId w:val="14"/>
        </w:numPr>
        <w:spacing w:line="360" w:lineRule="auto"/>
        <w:rPr>
          <w:rFonts w:ascii="Arial" w:hAnsi="Arial" w:cs="Arial"/>
          <w:szCs w:val="24"/>
          <w:lang w:val="eu-ES"/>
        </w:rPr>
      </w:pPr>
      <w:bookmarkStart w:name="_Toc202768976" w:id="5"/>
      <w:r w:rsidRPr="002C2419">
        <w:rPr>
          <w:rFonts w:ascii="Arial" w:hAnsi="Arial" w:cs="Arial"/>
          <w:szCs w:val="24"/>
          <w:lang w:val="English"/>
        </w:rPr>
        <w:t>Curriculum and Didactic Objectives</w:t>
      </w:r>
      <w:bookmarkEnd w:id="5"/>
    </w:p>
    <w:p xmlns:wp14="http://schemas.microsoft.com/office/word/2010/wordml" w:rsidRPr="002C2419" w:rsidR="00D3238E" w:rsidP="00D3238E" w:rsidRDefault="00D3238E" wp14:paraId="60061E4C" wp14:textId="77777777">
      <w:pPr>
        <w:rPr>
          <w:rFonts w:ascii="Arial" w:hAnsi="Arial" w:cs="Arial"/>
          <w:sz w:val="28"/>
          <w:szCs w:val="24"/>
          <w:lang w:val="eu-ES"/>
        </w:rPr>
      </w:pPr>
    </w:p>
    <w:p xmlns:wp14="http://schemas.microsoft.com/office/word/2010/wordml" w:rsidRPr="002C2419" w:rsidR="00D3238E" w:rsidP="00D3238E" w:rsidRDefault="00D3238E" wp14:paraId="071FF0DE" wp14:textId="77777777">
      <w:pPr>
        <w:pStyle w:val="1izenburua"/>
        <w:numPr>
          <w:ilvl w:val="1"/>
          <w:numId w:val="14"/>
        </w:numPr>
        <w:spacing w:line="360" w:lineRule="auto"/>
        <w:rPr>
          <w:rFonts w:ascii="Arial" w:hAnsi="Arial" w:cs="Arial"/>
          <w:szCs w:val="24"/>
          <w:lang w:val="eu-ES"/>
        </w:rPr>
      </w:pPr>
      <w:bookmarkStart w:name="_Toc202768977" w:id="6"/>
      <w:r w:rsidRPr="002C2419">
        <w:rPr>
          <w:rFonts w:ascii="Arial" w:hAnsi="Arial" w:cs="Arial"/>
          <w:szCs w:val="24"/>
          <w:lang w:val="English"/>
        </w:rPr>
        <w:t>Objectives related to the curriculum of the educational system</w:t>
      </w:r>
      <w:bookmarkEnd w:id="6"/>
    </w:p>
    <w:p xmlns:wp14="http://schemas.microsoft.com/office/word/2010/wordml" w:rsidRPr="002C2419" w:rsidR="00D3238E" w:rsidP="00D3238E" w:rsidRDefault="00D3238E" wp14:paraId="44EAFD9C" wp14:textId="77777777">
      <w:pPr>
        <w:rPr>
          <w:rFonts w:ascii="Arial" w:hAnsi="Arial" w:cs="Arial"/>
          <w:sz w:val="24"/>
          <w:szCs w:val="24"/>
          <w:lang w:val="eu-ES"/>
        </w:rPr>
      </w:pPr>
    </w:p>
    <w:p xmlns:wp14="http://schemas.microsoft.com/office/word/2010/wordml" w:rsidRPr="002C2419" w:rsidR="00D3238E" w:rsidP="00D3238E" w:rsidRDefault="00D3238E" wp14:paraId="72DD664C" wp14:textId="77777777">
      <w:p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This guide is aligned with the industrial automation curriculum of Vocational Training, with professional modules related to robotics and electronic systems. It develops the specific competencies established in the curriculum, such as the assembly and maintenance of electronic circuits, the control of automated systems and problem solving.</w:t>
      </w:r>
    </w:p>
    <w:p xmlns:wp14="http://schemas.microsoft.com/office/word/2010/wordml" w:rsidRPr="002C2419" w:rsidR="00D3238E" w:rsidP="00D3238E" w:rsidRDefault="00D3238E" wp14:paraId="0F8FC7D0" wp14:textId="77777777">
      <w:pPr>
        <w:pStyle w:val="1izenburua"/>
        <w:numPr>
          <w:ilvl w:val="2"/>
          <w:numId w:val="14"/>
        </w:numPr>
        <w:spacing w:line="360" w:lineRule="auto"/>
        <w:rPr>
          <w:rFonts w:ascii="Arial" w:hAnsi="Arial" w:cs="Arial"/>
          <w:szCs w:val="24"/>
          <w:lang w:val="eu-ES"/>
        </w:rPr>
      </w:pPr>
      <w:bookmarkStart w:name="_Toc202768978" w:id="7"/>
      <w:r w:rsidRPr="002C2419">
        <w:rPr>
          <w:rFonts w:ascii="Arial" w:hAnsi="Arial" w:cs="Arial"/>
          <w:szCs w:val="24"/>
          <w:lang w:val="English"/>
        </w:rPr>
        <w:t>Technical skills</w:t>
      </w:r>
      <w:bookmarkEnd w:id="7"/>
    </w:p>
    <w:p xmlns:wp14="http://schemas.microsoft.com/office/word/2010/wordml" w:rsidRPr="002C2419" w:rsidR="00D3238E" w:rsidP="00D3238E" w:rsidRDefault="00D3238E" wp14:paraId="7A31BD27"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nglish" w:eastAsia="eu-ES"/>
        </w:rPr>
        <w:t>Assembly and Maintenance of Automated Systems</w:t>
      </w:r>
    </w:p>
    <w:p xmlns:wp14="http://schemas.microsoft.com/office/word/2010/wordml" w:rsidRPr="002C2419" w:rsidR="00D3238E" w:rsidP="00D3238E" w:rsidRDefault="00D3238E" wp14:paraId="5A2E0B80"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Installation and verification of sensors, actuariators, PLCs and other components.</w:t>
      </w:r>
      <w:proofErr w:type="spellStart"/>
      <w:proofErr w:type="spellEnd"/>
    </w:p>
    <w:p xmlns:wp14="http://schemas.microsoft.com/office/word/2010/wordml" w:rsidRPr="002C2419" w:rsidR="00D3238E" w:rsidP="00D3238E" w:rsidRDefault="00D3238E" wp14:paraId="2B7E3BB2"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Ensure the suitability of electrical and pneumatic assemblies.</w:t>
      </w:r>
    </w:p>
    <w:p xmlns:wp14="http://schemas.microsoft.com/office/word/2010/wordml" w:rsidRPr="002C2419" w:rsidR="00D3238E" w:rsidP="00D3238E" w:rsidRDefault="00D3238E" wp14:paraId="4F029538"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nglish" w:eastAsia="eu-ES"/>
        </w:rPr>
        <w:t>Development of programmable logic controls by PLC and HMI</w:t>
      </w:r>
    </w:p>
    <w:p xmlns:wp14="http://schemas.microsoft.com/office/word/2010/wordml" w:rsidRPr="002C2419" w:rsidR="00D3238E" w:rsidP="00D3238E" w:rsidRDefault="00D3238E" wp14:paraId="0D3FF008"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Programming of industrial process control logic (e.g. using Siemens TIA Portal or Codesys).</w:t>
      </w:r>
      <w:proofErr w:type="spellStart"/>
      <w:proofErr w:type="spellEnd"/>
    </w:p>
    <w:p xmlns:wp14="http://schemas.microsoft.com/office/word/2010/wordml" w:rsidRPr="002C2419" w:rsidR="00D3238E" w:rsidP="00D3238E" w:rsidRDefault="00D3238E" wp14:paraId="6F789567"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Input/output signal processing and application of programmed sequences.</w:t>
      </w:r>
    </w:p>
    <w:p xmlns:wp14="http://schemas.microsoft.com/office/word/2010/wordml" w:rsidRPr="002C2419" w:rsidR="00D3238E" w:rsidP="00D3238E" w:rsidRDefault="00D3238E" wp14:paraId="5BEE43B1"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nglish" w:eastAsia="eu-ES"/>
        </w:rPr>
        <w:t xml:space="preserve">Programming and configuration of industrial and collaborative robots</w:t>
      </w:r>
      <w:proofErr w:type="spellStart"/>
      <w:proofErr w:type="spellEnd"/>
    </w:p>
    <w:p xmlns:wp14="http://schemas.microsoft.com/office/word/2010/wordml" w:rsidRPr="002C2419" w:rsidR="00D3238E" w:rsidP="00D3238E" w:rsidRDefault="00D3238E" wp14:paraId="1C26E181"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Use of UR robots: simple movements, pick &amp; place, sequences and block programming.</w:t>
      </w:r>
      <w:proofErr w:type="spellStart"/>
      <w:proofErr w:type="spellEnd"/>
      <w:proofErr w:type="spellStart"/>
      <w:proofErr w:type="spellEnd"/>
    </w:p>
    <w:p xmlns:wp14="http://schemas.microsoft.com/office/word/2010/wordml" w:rsidRPr="002C2419" w:rsidR="00D3238E" w:rsidP="00D3238E" w:rsidRDefault="00D3238E" wp14:paraId="4706D3C1"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Setting up interaction with the robot's environment safely.</w:t>
      </w:r>
    </w:p>
    <w:p xmlns:wp14="http://schemas.microsoft.com/office/word/2010/wordml" w:rsidRPr="002C2419" w:rsidR="00D3238E" w:rsidP="00D3238E" w:rsidRDefault="00D3238E" wp14:paraId="6019DB56"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nglish" w:eastAsia="eu-ES"/>
        </w:rPr>
        <w:t>Machine Vision Integration (Cognex)</w:t>
      </w:r>
      <w:proofErr w:type="spellStart"/>
      <w:proofErr w:type="spellEnd"/>
    </w:p>
    <w:p xmlns:wp14="http://schemas.microsoft.com/office/word/2010/wordml" w:rsidRPr="002C2419" w:rsidR="00D3238E" w:rsidP="00D3238E" w:rsidRDefault="00D3238E" wp14:paraId="05CB6354"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Quality control, object detection and traceability in industrial applications.</w:t>
      </w:r>
    </w:p>
    <w:p xmlns:wp14="http://schemas.microsoft.com/office/word/2010/wordml" w:rsidRPr="002C2419" w:rsidR="00D3238E" w:rsidP="00D3238E" w:rsidRDefault="00D3238E" wp14:paraId="699BEE00"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Connection and configuration of cameras in automation systems.</w:t>
      </w:r>
    </w:p>
    <w:p xmlns:wp14="http://schemas.microsoft.com/office/word/2010/wordml" w:rsidRPr="002C2419" w:rsidR="00D3238E" w:rsidP="00D3238E" w:rsidRDefault="00D3238E" wp14:paraId="0AE9F9C3"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nglish" w:eastAsia="eu-ES"/>
        </w:rPr>
        <w:t>Programming of uses and missions of autonomous mobile robots (MiR)</w:t>
      </w:r>
      <w:proofErr w:type="spellStart"/>
      <w:proofErr w:type="spellEnd"/>
    </w:p>
    <w:p xmlns:wp14="http://schemas.microsoft.com/office/word/2010/wordml" w:rsidRPr="002C2419" w:rsidR="00D3238E" w:rsidP="00D3238E" w:rsidRDefault="00D3238E" wp14:paraId="6A062DE1"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Digital mapping, navigation, and automated loading/unloading scheduling.</w:t>
      </w:r>
    </w:p>
    <w:p xmlns:wp14="http://schemas.microsoft.com/office/word/2010/wordml" w:rsidRPr="002C2419" w:rsidR="00D3238E" w:rsidP="00D3238E" w:rsidRDefault="00D3238E" wp14:paraId="589FF7B6"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Safe and collaborative circulation in a shared environment.</w:t>
      </w:r>
      <w:proofErr w:type="spellStart"/>
      <w:proofErr w:type="spellEnd"/>
    </w:p>
    <w:p xmlns:wp14="http://schemas.microsoft.com/office/word/2010/wordml" w:rsidRPr="002C2419" w:rsidR="00D3238E" w:rsidP="00D3238E" w:rsidRDefault="00D3238E" wp14:paraId="04380F6E"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nglish" w:eastAsia="eu-ES"/>
        </w:rPr>
        <w:t>Implementation and integration of the industrial communications system</w:t>
      </w:r>
    </w:p>
    <w:p xmlns:wp14="http://schemas.microsoft.com/office/word/2010/wordml" w:rsidRPr="002C2419" w:rsidR="00D3238E" w:rsidP="00D3238E" w:rsidRDefault="00D3238E" wp14:paraId="54F5637F"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Use of protocols such as Ethernet/IP, Modbus TCP, OPC-UA and others.</w:t>
      </w:r>
      <w:proofErr w:type="spellStart"/>
      <w:proofErr w:type="spellEnd"/>
    </w:p>
    <w:p xmlns:wp14="http://schemas.microsoft.com/office/word/2010/wordml" w:rsidRPr="002C2419" w:rsidR="00D3238E" w:rsidP="00D3238E" w:rsidRDefault="00D3238E" wp14:paraId="32E71EC3"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Exchange and coordination of data between the different components of the system.</w:t>
      </w:r>
    </w:p>
    <w:p xmlns:wp14="http://schemas.microsoft.com/office/word/2010/wordml" w:rsidRPr="002C2419" w:rsidR="00D3238E" w:rsidP="00D3238E" w:rsidRDefault="00D3238E" wp14:paraId="29EA2632"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nglish" w:eastAsia="eu-ES"/>
        </w:rPr>
        <w:t>Functional Safety and Risk Analysis</w:t>
      </w:r>
    </w:p>
    <w:p xmlns:wp14="http://schemas.microsoft.com/office/word/2010/wordml" w:rsidRPr="002C2419" w:rsidR="00D3238E" w:rsidP="00D3238E" w:rsidRDefault="00D3238E" wp14:paraId="10890B31"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Definition of safe working environments, integration of safety sensors and functions.</w:t>
      </w:r>
    </w:p>
    <w:p xmlns:wp14="http://schemas.microsoft.com/office/word/2010/wordml" w:rsidRPr="002C2419" w:rsidR="00D3238E" w:rsidP="00D3238E" w:rsidRDefault="00D3238E" wp14:paraId="2E319B9C"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Know the right conditions to work with collaborative robots.</w:t>
      </w:r>
      <w:proofErr w:type="spellStart"/>
      <w:proofErr w:type="spellEnd"/>
    </w:p>
    <w:p xmlns:wp14="http://schemas.microsoft.com/office/word/2010/wordml" w:rsidRPr="002C2419" w:rsidR="00D3238E" w:rsidP="00D3238E" w:rsidRDefault="00D3238E" wp14:paraId="0312DB5E"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nglish" w:eastAsia="eu-ES"/>
        </w:rPr>
        <w:t>Design and implementation of integrated projects</w:t>
      </w:r>
    </w:p>
    <w:p xmlns:wp14="http://schemas.microsoft.com/office/word/2010/wordml" w:rsidRPr="002C2419" w:rsidR="00D3238E" w:rsidP="00D3238E" w:rsidRDefault="00D3238E" wp14:paraId="4EA41EEA"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Plan, develop and verify a technical and functional solution that responds to the needs of a client.</w:t>
      </w:r>
    </w:p>
    <w:p xmlns:wp14="http://schemas.microsoft.com/office/word/2010/wordml" w:rsidRPr="002C2419" w:rsidR="00D3238E" w:rsidP="00D3238E" w:rsidRDefault="00D3238E" wp14:paraId="4B94D5A5" wp14:textId="77777777">
      <w:pPr>
        <w:spacing w:before="100" w:beforeAutospacing="1" w:after="100" w:afterAutospacing="1" w:line="360" w:lineRule="auto"/>
        <w:rPr>
          <w:rFonts w:ascii="Arial" w:hAnsi="Arial" w:eastAsia="Times New Roman" w:cs="Arial"/>
          <w:sz w:val="24"/>
          <w:szCs w:val="24"/>
          <w:lang w:val="eu-ES" w:eastAsia="eu-ES"/>
        </w:rPr>
      </w:pPr>
    </w:p>
    <w:p xmlns:wp14="http://schemas.microsoft.com/office/word/2010/wordml" w:rsidRPr="002C2419" w:rsidR="00D3238E" w:rsidP="00D3238E" w:rsidRDefault="00D3238E" wp14:paraId="037FB890" wp14:textId="77777777">
      <w:pPr>
        <w:pStyle w:val="1izenburua"/>
        <w:numPr>
          <w:ilvl w:val="2"/>
          <w:numId w:val="14"/>
        </w:numPr>
        <w:spacing w:line="360" w:lineRule="auto"/>
        <w:rPr>
          <w:rFonts w:ascii="Arial" w:hAnsi="Arial" w:cs="Arial"/>
          <w:szCs w:val="24"/>
          <w:lang w:val="eu-ES"/>
        </w:rPr>
      </w:pPr>
      <w:bookmarkStart w:name="_Toc202768979" w:id="8"/>
      <w:r w:rsidRPr="002C2419">
        <w:rPr>
          <w:rFonts w:ascii="Arial" w:hAnsi="Arial" w:cs="Arial"/>
          <w:bCs w:val="0"/>
          <w:szCs w:val="24"/>
          <w:lang w:val="English"/>
        </w:rPr>
        <w:t xml:space="preserve">Transversal competences: </w:t>
      </w:r>
      <w:bookmarkEnd w:id="8"/>
      <w:r w:rsidRPr="002C2419">
        <w:rPr>
          <w:rFonts w:ascii="Arial" w:hAnsi="Arial" w:cs="Arial"/>
          <w:szCs w:val="24"/>
          <w:lang w:val="English"/>
        </w:rPr>
        <w:t xml:space="preserve"/>
      </w:r>
    </w:p>
    <w:p xmlns:wp14="http://schemas.microsoft.com/office/word/2010/wordml" w:rsidRPr="002C2419" w:rsidR="00D3238E" w:rsidP="00D3238E" w:rsidRDefault="00D3238E" wp14:paraId="25FC6700" wp14:textId="77777777">
      <w:pPr>
        <w:numPr>
          <w:ilvl w:val="1"/>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sz w:val="24"/>
          <w:szCs w:val="24"/>
          <w:lang w:val="English" w:eastAsia="eu-ES"/>
        </w:rPr>
        <w:t>Critical thinking and problem solving</w:t>
      </w:r>
      <w:r w:rsidRPr="002C2419">
        <w:rPr>
          <w:rFonts w:ascii="Arial" w:hAnsi="Arial" w:eastAsia="Times New Roman" w:cs="Arial"/>
          <w:sz w:val="24"/>
          <w:szCs w:val="24"/>
          <w:lang w:val="English" w:eastAsia="eu-ES"/>
        </w:rPr>
        <w:t>: Applying theory in practice and seeking solutions to technical problems.</w:t>
      </w:r>
    </w:p>
    <w:p xmlns:wp14="http://schemas.microsoft.com/office/word/2010/wordml" w:rsidRPr="002C2419" w:rsidR="00D3238E" w:rsidP="00D3238E" w:rsidRDefault="00D3238E" wp14:paraId="1379F0A5" wp14:textId="77777777">
      <w:pPr>
        <w:numPr>
          <w:ilvl w:val="1"/>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bCs/>
          <w:sz w:val="24"/>
          <w:szCs w:val="24"/>
          <w:lang w:val="English" w:eastAsia="eu-ES"/>
        </w:rPr>
        <w:t>Teamwork and communication:</w:t>
      </w:r>
      <w:r w:rsidRPr="002C2419">
        <w:rPr>
          <w:rFonts w:ascii="Arial" w:hAnsi="Arial" w:eastAsia="Times New Roman" w:cs="Arial"/>
          <w:sz w:val="24"/>
          <w:szCs w:val="24"/>
          <w:lang w:val="English" w:eastAsia="eu-ES"/>
        </w:rPr>
        <w:t xml:space="preserve"> Cooperation in practices and clear and precise explanation of the results.</w:t>
      </w:r>
    </w:p>
    <w:p xmlns:wp14="http://schemas.microsoft.com/office/word/2010/wordml" w:rsidRPr="002C2419" w:rsidR="00D3238E" w:rsidP="00D3238E" w:rsidRDefault="00D3238E" wp14:paraId="401FFC5D" wp14:textId="77777777">
      <w:pPr>
        <w:numPr>
          <w:ilvl w:val="1"/>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bCs/>
          <w:sz w:val="24"/>
          <w:szCs w:val="24"/>
          <w:lang w:val="English" w:eastAsia="eu-ES"/>
        </w:rPr>
        <w:t>Autonomy and initiative:</w:t>
      </w:r>
      <w:r w:rsidRPr="002C2419">
        <w:rPr>
          <w:rFonts w:ascii="Arial" w:hAnsi="Arial" w:eastAsia="Times New Roman" w:cs="Arial"/>
          <w:sz w:val="24"/>
          <w:szCs w:val="24"/>
          <w:lang w:val="English" w:eastAsia="eu-ES"/>
        </w:rPr>
        <w:t xml:space="preserve"> Plan and execute activities independently.</w:t>
      </w:r>
    </w:p>
    <w:p xmlns:wp14="http://schemas.microsoft.com/office/word/2010/wordml" w:rsidRPr="002C2419" w:rsidR="00D3238E" w:rsidP="00D3238E" w:rsidRDefault="00D3238E" wp14:paraId="4EBA5B3A" wp14:textId="77777777">
      <w:pPr>
        <w:numPr>
          <w:ilvl w:val="1"/>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sz w:val="24"/>
          <w:szCs w:val="24"/>
          <w:lang w:val="English" w:eastAsia="eu-ES"/>
        </w:rPr>
        <w:t>Responsibility for safety</w:t>
      </w:r>
      <w:r w:rsidRPr="002C2419">
        <w:rPr>
          <w:rFonts w:ascii="Arial" w:hAnsi="Arial" w:eastAsia="Times New Roman" w:cs="Arial"/>
          <w:sz w:val="24"/>
          <w:szCs w:val="24"/>
          <w:lang w:val="English" w:eastAsia="eu-ES"/>
        </w:rPr>
        <w:t>: Respect strict safety measures in the work environment.</w:t>
      </w:r>
    </w:p>
    <w:p xmlns:wp14="http://schemas.microsoft.com/office/word/2010/wordml" w:rsidRPr="002C2419" w:rsidR="00D3238E" w:rsidP="00D3238E" w:rsidRDefault="00D3238E" wp14:paraId="57EC70D6" wp14:textId="77777777">
      <w:pPr>
        <w:numPr>
          <w:ilvl w:val="1"/>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sz w:val="24"/>
          <w:szCs w:val="24"/>
          <w:lang w:val="English" w:eastAsia="eu-ES"/>
        </w:rPr>
        <w:t>Detail and order:</w:t>
      </w:r>
      <w:r w:rsidRPr="002C2419">
        <w:rPr>
          <w:rFonts w:ascii="Arial" w:hAnsi="Arial" w:eastAsia="Times New Roman" w:cs="Arial"/>
          <w:sz w:val="24"/>
          <w:szCs w:val="24"/>
          <w:lang w:val="English" w:eastAsia="eu-ES"/>
        </w:rPr>
        <w:t xml:space="preserve"> Keep the workplace and procedures clean.</w:t>
      </w:r>
    </w:p>
    <w:p xmlns:wp14="http://schemas.microsoft.com/office/word/2010/wordml" w:rsidRPr="002C2419" w:rsidR="00D3238E" w:rsidP="00D3238E" w:rsidRDefault="00D3238E" wp14:paraId="7F77C30C" wp14:textId="77777777">
      <w:pPr>
        <w:pStyle w:val="1izenburua"/>
        <w:numPr>
          <w:ilvl w:val="0"/>
          <w:numId w:val="14"/>
        </w:numPr>
        <w:spacing w:line="360" w:lineRule="auto"/>
        <w:rPr>
          <w:rFonts w:ascii="Arial" w:hAnsi="Arial" w:cs="Arial"/>
          <w:szCs w:val="24"/>
          <w:lang w:val="eu-ES"/>
        </w:rPr>
      </w:pPr>
      <w:bookmarkStart w:name="_Toc202768980" w:id="9"/>
      <w:r w:rsidRPr="002C2419">
        <w:rPr>
          <w:rFonts w:ascii="Arial" w:hAnsi="Arial" w:cs="Arial"/>
          <w:szCs w:val="24"/>
          <w:lang w:val="English"/>
        </w:rPr>
        <w:t>Contents</w:t>
      </w:r>
      <w:bookmarkEnd w:id="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xmlns:wp14="http://schemas.microsoft.com/office/word/2010/wordml" w:rsidRPr="002C2419" w:rsidR="00D3238E" w:rsidTr="0011407A" wp14:paraId="3DEEC669" wp14:textId="77777777">
        <w:trPr>
          <w:tblCellSpacing w:w="15" w:type="dxa"/>
        </w:trPr>
        <w:tc>
          <w:tcPr>
            <w:tcW w:w="0" w:type="auto"/>
            <w:vAlign w:val="center"/>
          </w:tcPr>
          <w:p w:rsidRPr="002C2419" w:rsidR="00D3238E" w:rsidP="0011407A" w:rsidRDefault="00D3238E" wp14:paraId="3656B9AB" wp14:textId="77777777">
            <w:pPr>
              <w:spacing w:after="0" w:line="240" w:lineRule="auto"/>
              <w:rPr>
                <w:rFonts w:ascii="Arial" w:hAnsi="Arial" w:eastAsia="Times New Roman" w:cs="Arial"/>
                <w:sz w:val="24"/>
                <w:szCs w:val="24"/>
                <w:lang w:val="eu-ES" w:eastAsia="eu-ES"/>
              </w:rPr>
            </w:pPr>
          </w:p>
        </w:tc>
        <w:tc>
          <w:tcPr>
            <w:tcW w:w="0" w:type="auto"/>
            <w:vAlign w:val="center"/>
          </w:tcPr>
          <w:p w:rsidRPr="002C2419" w:rsidR="00D3238E" w:rsidP="0011407A" w:rsidRDefault="00D3238E" wp14:paraId="45FB0818" wp14:textId="77777777">
            <w:pPr>
              <w:spacing w:after="0" w:line="240" w:lineRule="auto"/>
              <w:rPr>
                <w:rFonts w:ascii="Arial" w:hAnsi="Arial" w:eastAsia="Times New Roman" w:cs="Arial"/>
                <w:sz w:val="24"/>
                <w:szCs w:val="24"/>
                <w:lang w:val="eu-ES" w:eastAsia="eu-ES"/>
              </w:rPr>
            </w:pPr>
          </w:p>
        </w:tc>
      </w:tr>
    </w:tbl>
    <w:p xmlns:wp14="http://schemas.microsoft.com/office/word/2010/wordml" w:rsidRPr="002C2419" w:rsidR="00D3238E" w:rsidP="00D3238E" w:rsidRDefault="00D3238E" wp14:paraId="049F31CB" wp14:textId="77777777">
      <w:pPr>
        <w:spacing w:after="0" w:line="240" w:lineRule="auto"/>
        <w:rPr>
          <w:rFonts w:ascii="Arial" w:hAnsi="Arial" w:eastAsia="Times New Roman" w:cs="Arial"/>
          <w:vanish/>
          <w:sz w:val="24"/>
          <w:szCs w:val="24"/>
          <w:lang w:val="eu-ES" w:eastAsia="eu-ES"/>
        </w:rPr>
      </w:pPr>
    </w:p>
    <w:p xmlns:wp14="http://schemas.microsoft.com/office/word/2010/wordml" w:rsidRPr="002C2419" w:rsidR="00D3238E" w:rsidP="00D3238E" w:rsidRDefault="00D3238E" wp14:paraId="53128261" wp14:textId="77777777">
      <w:pPr>
        <w:spacing w:after="0" w:line="240" w:lineRule="auto"/>
        <w:rPr>
          <w:rFonts w:ascii="Arial" w:hAnsi="Arial" w:eastAsia="Times New Roman" w:cs="Arial"/>
          <w:vanish/>
          <w:sz w:val="24"/>
          <w:szCs w:val="24"/>
          <w:lang w:val="eu-ES" w:eastAsia="eu-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xmlns:wp14="http://schemas.microsoft.com/office/word/2010/wordml" w:rsidRPr="002C2419" w:rsidR="00D3238E" w:rsidTr="0011407A" wp14:paraId="62486C05" wp14:textId="77777777">
        <w:trPr>
          <w:tblCellSpacing w:w="15" w:type="dxa"/>
        </w:trPr>
        <w:tc>
          <w:tcPr>
            <w:tcW w:w="0" w:type="auto"/>
            <w:vAlign w:val="center"/>
            <w:hideMark/>
          </w:tcPr>
          <w:p w:rsidRPr="002C2419" w:rsidR="00D3238E" w:rsidP="0011407A" w:rsidRDefault="00D3238E" wp14:paraId="4101652C" wp14:textId="77777777">
            <w:pPr>
              <w:spacing w:after="0" w:line="240" w:lineRule="auto"/>
              <w:rPr>
                <w:rFonts w:ascii="Arial" w:hAnsi="Arial" w:eastAsia="Times New Roman" w:cs="Arial"/>
                <w:sz w:val="24"/>
                <w:szCs w:val="24"/>
                <w:lang w:val="eu-ES" w:eastAsia="eu-ES"/>
              </w:rPr>
            </w:pPr>
          </w:p>
        </w:tc>
      </w:tr>
    </w:tbl>
    <w:p xmlns:wp14="http://schemas.microsoft.com/office/word/2010/wordml" w:rsidRPr="002C2419" w:rsidR="00D3238E" w:rsidP="00D3238E" w:rsidRDefault="00D3238E" wp14:paraId="4B99056E" wp14:textId="77777777">
      <w:pPr>
        <w:spacing w:after="0" w:line="240" w:lineRule="auto"/>
        <w:rPr>
          <w:rFonts w:ascii="Arial" w:hAnsi="Arial" w:eastAsia="Times New Roman" w:cs="Arial"/>
          <w:vanish/>
          <w:sz w:val="24"/>
          <w:szCs w:val="24"/>
          <w:lang w:val="eu-ES" w:eastAsia="eu-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xmlns:wp14="http://schemas.microsoft.com/office/word/2010/wordml" w:rsidRPr="002C2419" w:rsidR="00D3238E" w:rsidTr="0011407A" wp14:paraId="1299C43A" wp14:textId="77777777">
        <w:trPr>
          <w:tblCellSpacing w:w="15" w:type="dxa"/>
        </w:trPr>
        <w:tc>
          <w:tcPr>
            <w:tcW w:w="0" w:type="auto"/>
            <w:vAlign w:val="center"/>
            <w:hideMark/>
          </w:tcPr>
          <w:p w:rsidRPr="002C2419" w:rsidR="00D3238E" w:rsidP="0011407A" w:rsidRDefault="00D3238E" wp14:paraId="4DDBEF00" wp14:textId="77777777">
            <w:pPr>
              <w:spacing w:after="0" w:line="240" w:lineRule="auto"/>
              <w:rPr>
                <w:rFonts w:ascii="Arial" w:hAnsi="Arial" w:eastAsia="Times New Roman" w:cs="Arial"/>
                <w:sz w:val="24"/>
                <w:szCs w:val="24"/>
                <w:lang w:val="eu-ES" w:eastAsia="eu-ES"/>
              </w:rPr>
            </w:pPr>
          </w:p>
        </w:tc>
      </w:tr>
    </w:tbl>
    <w:p xmlns:wp14="http://schemas.microsoft.com/office/word/2010/wordml" w:rsidRPr="002C2419" w:rsidR="00D3238E" w:rsidP="00D3238E" w:rsidRDefault="00D3238E" wp14:paraId="3461D779" wp14:textId="77777777">
      <w:pPr>
        <w:spacing w:after="0" w:line="240" w:lineRule="auto"/>
        <w:rPr>
          <w:rFonts w:ascii="Arial" w:hAnsi="Arial" w:eastAsia="Times New Roman" w:cs="Arial"/>
          <w:vanish/>
          <w:sz w:val="24"/>
          <w:szCs w:val="24"/>
          <w:lang w:val="eu-ES" w:eastAsia="eu-ES"/>
        </w:rPr>
      </w:pPr>
    </w:p>
    <w:tbl>
      <w:tblPr>
        <w:tblStyle w:val="4sareta-taula-1enfasia"/>
        <w:tblW w:w="0" w:type="auto"/>
        <w:tblLook w:val="04A0" w:firstRow="1" w:lastRow="0" w:firstColumn="1" w:lastColumn="0" w:noHBand="0" w:noVBand="1"/>
      </w:tblPr>
      <w:tblGrid>
        <w:gridCol w:w="7921"/>
        <w:gridCol w:w="1190"/>
      </w:tblGrid>
      <w:tr xmlns:wp14="http://schemas.microsoft.com/office/word/2010/wordml" w:rsidRPr="002C2419" w:rsidR="00D3238E" w:rsidTr="0011407A" wp14:paraId="459DC883"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3CF2D8B6" wp14:textId="77777777">
            <w:pPr>
              <w:jc w:val="center"/>
              <w:rPr>
                <w:rFonts w:ascii="Arial" w:hAnsi="Arial" w:eastAsia="Times New Roman" w:cs="Arial"/>
                <w:sz w:val="24"/>
                <w:szCs w:val="24"/>
                <w:lang w:val="eu-ES" w:eastAsia="eu-ES"/>
              </w:rPr>
            </w:pPr>
          </w:p>
          <w:p w:rsidRPr="002C2419" w:rsidR="00D3238E" w:rsidP="0011407A" w:rsidRDefault="00D3238E" wp14:paraId="0FB78278" wp14:textId="77777777">
            <w:pPr>
              <w:jc w:val="center"/>
              <w:rPr>
                <w:rFonts w:ascii="Arial" w:hAnsi="Arial" w:eastAsia="Times New Roman" w:cs="Arial"/>
                <w:sz w:val="24"/>
                <w:szCs w:val="24"/>
                <w:lang w:val="eu-ES" w:eastAsia="eu-ES"/>
              </w:rPr>
            </w:pPr>
          </w:p>
          <w:p w:rsidRPr="002C2419" w:rsidR="00D3238E" w:rsidP="0011407A" w:rsidRDefault="00D3238E" wp14:paraId="31957722"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Content</w:t>
            </w:r>
          </w:p>
        </w:tc>
        <w:tc>
          <w:tcPr>
            <w:tcW w:w="0" w:type="auto"/>
            <w:hideMark/>
          </w:tcPr>
          <w:p w:rsidRPr="002C2419" w:rsidR="00D3238E" w:rsidP="0011407A" w:rsidRDefault="00D3238E" wp14:paraId="1CB5E3A8" wp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Time</w:t>
            </w:r>
          </w:p>
        </w:tc>
      </w:tr>
      <w:tr xmlns:wp14="http://schemas.microsoft.com/office/word/2010/wordml" w:rsidRPr="002C2419" w:rsidR="00D3238E" w:rsidTr="0011407A" wp14:paraId="58622751"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0DEAE196" wp14:textId="77777777">
            <w:pP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Introduction to Advanced Automation </w:t>
            </w:r>
          </w:p>
          <w:p w:rsidRPr="002C2419" w:rsidR="00D3238E" w:rsidP="0011407A" w:rsidRDefault="00D3238E" wp14:paraId="03718BCD" wp14:textId="77777777">
            <w:pPr>
              <w:rPr>
                <w:rFonts w:ascii="Arial" w:hAnsi="Arial" w:eastAsia="Times New Roman" w:cs="Arial"/>
                <w:sz w:val="24"/>
                <w:szCs w:val="24"/>
                <w:lang w:val="eu-ES" w:eastAsia="eu-ES"/>
              </w:rPr>
            </w:pPr>
            <w:r w:rsidRPr="002C2419">
              <w:rPr>
                <w:rFonts w:ascii="Arial" w:hAnsi="Arial" w:eastAsia="Times New Roman" w:cs="Arial"/>
                <w:b w:val="0"/>
                <w:sz w:val="24"/>
                <w:szCs w:val="24"/>
                <w:lang w:val="English" w:eastAsia="eu-ES"/>
              </w:rPr>
              <w:t xml:space="preserve">LCAMP Learning Factory eta Sensor Box WS aurkezpena</w:t>
            </w:r>
            <w:proofErr w:type="spellStart"/>
            <w:proofErr w:type="spellEnd"/>
            <w:proofErr w:type="spellStart"/>
            <w:proofErr w:type="spellEnd"/>
            <w:proofErr w:type="spellStart"/>
            <w:proofErr w:type="spellEnd"/>
          </w:p>
        </w:tc>
        <w:tc>
          <w:tcPr>
            <w:tcW w:w="0" w:type="auto"/>
            <w:hideMark/>
          </w:tcPr>
          <w:p w:rsidRPr="002C2419" w:rsidR="00D3238E" w:rsidP="0011407A" w:rsidRDefault="00D3238E" wp14:paraId="13D425A6"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2 hours</w:t>
            </w:r>
          </w:p>
        </w:tc>
      </w:tr>
      <w:tr xmlns:wp14="http://schemas.microsoft.com/office/word/2010/wordml" w:rsidRPr="002C2419" w:rsidR="00D3238E" w:rsidTr="0011407A" wp14:paraId="3781516C" wp14:textId="77777777">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2C2419" w:rsidR="00D3238E" w:rsidP="0011407A" w:rsidRDefault="00D3238E" wp14:paraId="277C0830" wp14:textId="77777777">
            <w:pP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Siemens S7-1500 PLC PLC programming and configuration</w:t>
            </w:r>
          </w:p>
          <w:p w:rsidRPr="002C2419" w:rsidR="00D3238E" w:rsidP="0011407A" w:rsidRDefault="00D3238E" wp14:paraId="361682A6" wp14:textId="77777777">
            <w:pPr>
              <w:rPr>
                <w:rFonts w:ascii="Arial" w:hAnsi="Arial" w:eastAsia="Times New Roman" w:cs="Arial"/>
                <w:sz w:val="24"/>
                <w:szCs w:val="24"/>
                <w:lang w:val="eu-ES" w:eastAsia="eu-ES"/>
              </w:rPr>
            </w:pPr>
            <w:r w:rsidRPr="002C2419">
              <w:rPr>
                <w:rFonts w:ascii="Arial" w:hAnsi="Arial" w:eastAsia="Times New Roman" w:cs="Arial"/>
                <w:b w:val="0"/>
                <w:sz w:val="24"/>
                <w:szCs w:val="24"/>
                <w:lang w:val="English" w:eastAsia="eu-ES"/>
              </w:rPr>
              <w:t xml:space="preserve">Logic controls and sequencing </w:t>
            </w:r>
            <w:r w:rsidRPr="002C2419">
              <w:rPr>
                <w:rFonts w:ascii="Arial" w:hAnsi="Arial" w:eastAsia="Times New Roman" w:cs="Arial"/>
                <w:sz w:val="24"/>
                <w:szCs w:val="24"/>
                <w:lang w:val="English" w:eastAsia="eu-ES"/>
              </w:rPr>
              <w:t xml:space="preserve"/>
            </w:r>
          </w:p>
        </w:tc>
        <w:tc>
          <w:tcPr>
            <w:tcW w:w="0" w:type="auto"/>
            <w:hideMark/>
          </w:tcPr>
          <w:p w:rsidRPr="002C2419" w:rsidR="00D3238E" w:rsidP="0011407A" w:rsidRDefault="00D3238E" wp14:paraId="255F8574"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8 hours</w:t>
            </w:r>
          </w:p>
        </w:tc>
      </w:tr>
      <w:tr xmlns:wp14="http://schemas.microsoft.com/office/word/2010/wordml" w:rsidRPr="002C2419" w:rsidR="00D3238E" w:rsidTr="0011407A" wp14:paraId="69997C5C"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2C2419" w:rsidR="00D3238E" w:rsidP="0011407A" w:rsidRDefault="00D3238E" wp14:paraId="3E06E22C" wp14:textId="77777777">
            <w:pP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Programming the UR5 collaborative robot</w:t>
            </w:r>
            <w:proofErr w:type="spellStart"/>
            <w:proofErr w:type="spellEnd"/>
          </w:p>
          <w:p w:rsidRPr="002C2419" w:rsidR="00D3238E" w:rsidP="0011407A" w:rsidRDefault="00D3238E" wp14:paraId="77936D06" wp14:textId="77777777">
            <w:pPr>
              <w:rPr>
                <w:rFonts w:ascii="Arial" w:hAnsi="Arial" w:eastAsia="Times New Roman" w:cs="Arial"/>
                <w:sz w:val="24"/>
                <w:szCs w:val="24"/>
                <w:lang w:val="eu-ES" w:eastAsia="eu-ES"/>
              </w:rPr>
            </w:pPr>
            <w:r w:rsidRPr="002C2419">
              <w:rPr>
                <w:rFonts w:ascii="Arial" w:hAnsi="Arial" w:eastAsia="Times New Roman" w:cs="Arial"/>
                <w:b w:val="0"/>
                <w:sz w:val="24"/>
                <w:szCs w:val="24"/>
                <w:lang w:val="English" w:eastAsia="eu-ES"/>
              </w:rPr>
              <w:t xml:space="preserve">Pick &amp; place, sequences, block programming</w:t>
            </w:r>
            <w:proofErr w:type="spellStart"/>
            <w:proofErr w:type="spellEnd"/>
          </w:p>
        </w:tc>
        <w:tc>
          <w:tcPr>
            <w:tcW w:w="0" w:type="auto"/>
            <w:hideMark/>
          </w:tcPr>
          <w:p w:rsidRPr="002C2419" w:rsidR="00D3238E" w:rsidP="0011407A" w:rsidRDefault="00D3238E" wp14:paraId="3BD567DB"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6 hours</w:t>
            </w:r>
          </w:p>
        </w:tc>
      </w:tr>
      <w:tr xmlns:wp14="http://schemas.microsoft.com/office/word/2010/wordml" w:rsidRPr="002C2419" w:rsidR="00D3238E" w:rsidTr="0011407A" wp14:paraId="6FC29492" wp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5504804A" wp14:textId="77777777">
            <w:pPr>
              <w:rPr>
                <w:rFonts w:ascii="Arial" w:hAnsi="Arial" w:eastAsia="Times New Roman" w:cs="Arial"/>
                <w:sz w:val="24"/>
                <w:szCs w:val="24"/>
                <w:lang w:val="eu-ES" w:eastAsia="eu-ES"/>
              </w:rPr>
            </w:pPr>
            <w:proofErr w:type="spellStart"/>
            <w:r w:rsidRPr="002C2419">
              <w:rPr>
                <w:rFonts w:ascii="Arial" w:hAnsi="Arial" w:eastAsia="Times New Roman" w:cs="Arial"/>
                <w:sz w:val="24"/>
                <w:szCs w:val="24"/>
                <w:lang w:val="English" w:eastAsia="eu-ES"/>
              </w:rPr>
              <w:t>Cognex Visual System Configuration and Calibration</w:t>
            </w:r>
            <w:proofErr w:type="spellEnd"/>
          </w:p>
          <w:p w:rsidRPr="002C2419" w:rsidR="00D3238E" w:rsidP="0011407A" w:rsidRDefault="00D3238E" wp14:paraId="10D4DB8F" wp14:textId="77777777">
            <w:pPr>
              <w:rPr>
                <w:rFonts w:ascii="Arial" w:hAnsi="Arial" w:eastAsia="Times New Roman" w:cs="Arial"/>
                <w:sz w:val="24"/>
                <w:szCs w:val="24"/>
                <w:lang w:val="eu-ES" w:eastAsia="eu-ES"/>
              </w:rPr>
            </w:pPr>
            <w:r w:rsidRPr="002C2419">
              <w:rPr>
                <w:rFonts w:ascii="Arial" w:hAnsi="Arial" w:eastAsia="Times New Roman" w:cs="Arial"/>
                <w:b w:val="0"/>
                <w:sz w:val="24"/>
                <w:szCs w:val="24"/>
                <w:lang w:val="English" w:eastAsia="eu-ES"/>
              </w:rPr>
              <w:t>Using In-Sight Software</w:t>
            </w:r>
            <w:proofErr w:type="spellStart"/>
            <w:proofErr w:type="spellEnd"/>
          </w:p>
        </w:tc>
        <w:tc>
          <w:tcPr>
            <w:tcW w:w="0" w:type="auto"/>
            <w:hideMark/>
          </w:tcPr>
          <w:p w:rsidRPr="002C2419" w:rsidR="00D3238E" w:rsidP="0011407A" w:rsidRDefault="00D3238E" wp14:paraId="232242C0"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6 hours</w:t>
            </w:r>
          </w:p>
        </w:tc>
      </w:tr>
      <w:tr xmlns:wp14="http://schemas.microsoft.com/office/word/2010/wordml" w:rsidRPr="002C2419" w:rsidR="00D3238E" w:rsidTr="0011407A" wp14:paraId="702C57A3"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2C2419" w:rsidR="00D3238E" w:rsidP="0011407A" w:rsidRDefault="00D3238E" wp14:paraId="6B51354C" wp14:textId="77777777">
            <w:pPr>
              <w:rPr>
                <w:rFonts w:ascii="Arial" w:hAnsi="Arial" w:eastAsia="Times New Roman" w:cs="Arial"/>
                <w:sz w:val="24"/>
                <w:szCs w:val="24"/>
                <w:lang w:val="eu-ES" w:eastAsia="eu-ES"/>
              </w:rPr>
            </w:pPr>
            <w:proofErr w:type="spellStart"/>
            <w:r w:rsidRPr="002C2419">
              <w:rPr>
                <w:rFonts w:ascii="Arial" w:hAnsi="Arial" w:eastAsia="Times New Roman" w:cs="Arial"/>
                <w:sz w:val="24"/>
                <w:szCs w:val="24"/>
                <w:lang w:val="English" w:eastAsia="eu-ES"/>
              </w:rPr>
              <w:t>Programming the MiR Mobile Robot (AMR)</w:t>
            </w:r>
            <w:proofErr w:type="spellEnd"/>
            <w:r w:rsidRPr="002C2419">
              <w:rPr>
                <w:rFonts w:ascii="Arial" w:hAnsi="Arial" w:eastAsia="Times New Roman" w:cs="Arial"/>
                <w:sz w:val="24"/>
                <w:szCs w:val="24"/>
                <w:lang w:val="English" w:eastAsia="eu-ES"/>
              </w:rPr>
              <w:br/>
            </w:r>
            <w:r w:rsidRPr="002C2419">
              <w:rPr>
                <w:rFonts w:ascii="Arial" w:hAnsi="Arial" w:eastAsia="Times New Roman" w:cs="Arial"/>
                <w:b w:val="0"/>
                <w:sz w:val="24"/>
                <w:szCs w:val="24"/>
                <w:lang w:val="English" w:eastAsia="eu-ES"/>
              </w:rPr>
              <w:t>creating and navigating Missions</w:t>
            </w:r>
          </w:p>
        </w:tc>
        <w:tc>
          <w:tcPr>
            <w:tcW w:w="0" w:type="auto"/>
            <w:hideMark/>
          </w:tcPr>
          <w:p w:rsidRPr="002C2419" w:rsidR="00D3238E" w:rsidP="0011407A" w:rsidRDefault="00D3238E" wp14:paraId="7122A55A"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6 hours</w:t>
            </w:r>
          </w:p>
        </w:tc>
      </w:tr>
      <w:tr xmlns:wp14="http://schemas.microsoft.com/office/word/2010/wordml" w:rsidRPr="002C2419" w:rsidR="00D3238E" w:rsidTr="0011407A" wp14:paraId="74D6ADE9" wp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123FBC17" wp14:textId="77777777">
            <w:pP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Integrated system: PLC + UR + Cognex + MiR Communication &amp; Interaction</w:t>
            </w:r>
            <w:proofErr w:type="spellStart"/>
            <w:proofErr w:type="spellEnd"/>
            <w:proofErr w:type="spellStart"/>
            <w:proofErr w:type="spellEnd"/>
            <w:r w:rsidRPr="002C2419">
              <w:rPr>
                <w:rFonts w:ascii="Arial" w:hAnsi="Arial" w:eastAsia="Times New Roman" w:cs="Arial"/>
                <w:sz w:val="24"/>
                <w:szCs w:val="24"/>
                <w:lang w:val="English" w:eastAsia="eu-ES"/>
              </w:rPr>
              <w:br/>
            </w:r>
            <w:r w:rsidRPr="002C2419">
              <w:rPr>
                <w:rFonts w:ascii="Arial" w:hAnsi="Arial" w:eastAsia="Times New Roman" w:cs="Arial"/>
                <w:b w:val="0"/>
                <w:sz w:val="24"/>
                <w:szCs w:val="24"/>
                <w:lang w:val="English" w:eastAsia="eu-ES"/>
              </w:rPr>
              <w:t>&amp; Quality Control</w:t>
            </w:r>
          </w:p>
        </w:tc>
        <w:tc>
          <w:tcPr>
            <w:tcW w:w="0" w:type="auto"/>
            <w:hideMark/>
          </w:tcPr>
          <w:p w:rsidRPr="002C2419" w:rsidR="00D3238E" w:rsidP="0011407A" w:rsidRDefault="00D3238E" wp14:paraId="0252CFA3"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8 hours</w:t>
            </w:r>
          </w:p>
        </w:tc>
      </w:tr>
      <w:tr xmlns:wp14="http://schemas.microsoft.com/office/word/2010/wordml" w:rsidRPr="002C2419" w:rsidR="00D3238E" w:rsidTr="0011407A" wp14:paraId="2DF84A8A"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2C2419" w:rsidR="00D3238E" w:rsidP="0011407A" w:rsidRDefault="00D3238E" wp14:paraId="5121EFEA" wp14:textId="77777777">
            <w:pP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Simulation and pre-tests </w:t>
            </w:r>
            <w:proofErr w:type="spellStart"/>
            <w:proofErr w:type="spellEnd"/>
            <w:proofErr w:type="spellStart"/>
            <w:proofErr w:type="spellEnd"/>
            <w:r w:rsidRPr="002C2419">
              <w:rPr>
                <w:rFonts w:ascii="Arial" w:hAnsi="Arial" w:eastAsia="Times New Roman" w:cs="Arial"/>
                <w:sz w:val="24"/>
                <w:szCs w:val="24"/>
                <w:lang w:val="English" w:eastAsia="eu-ES"/>
              </w:rPr>
              <w:br/>
            </w:r>
            <w:r w:rsidRPr="002C2419">
              <w:rPr>
                <w:rFonts w:ascii="Arial" w:hAnsi="Arial" w:eastAsia="Times New Roman" w:cs="Arial"/>
                <w:b w:val="0"/>
                <w:sz w:val="24"/>
                <w:szCs w:val="24"/>
                <w:lang w:val="English" w:eastAsia="eu-ES"/>
              </w:rPr>
              <w:t xml:space="preserve">from the Twin and Simuma Digital</w:t>
            </w:r>
            <w:proofErr w:type="spellStart"/>
            <w:proofErr w:type="spellEnd"/>
          </w:p>
        </w:tc>
        <w:tc>
          <w:tcPr>
            <w:tcW w:w="0" w:type="auto"/>
            <w:vAlign w:val="center"/>
            <w:hideMark/>
          </w:tcPr>
          <w:p w:rsidRPr="002C2419" w:rsidR="00D3238E" w:rsidP="0011407A" w:rsidRDefault="00D3238E" wp14:paraId="2EBAAD57"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4 hours</w:t>
            </w:r>
          </w:p>
        </w:tc>
      </w:tr>
      <w:tr xmlns:wp14="http://schemas.microsoft.com/office/word/2010/wordml" w:rsidRPr="002C2419" w:rsidR="00D3238E" w:rsidTr="0011407A" wp14:paraId="2A07A275" wp14:textId="77777777">
        <w:tc>
          <w:tcPr>
            <w:cnfStyle w:val="001000000000" w:firstRow="0" w:lastRow="0" w:firstColumn="1" w:lastColumn="0" w:oddVBand="0" w:evenVBand="0" w:oddHBand="0" w:evenHBand="0" w:firstRowFirstColumn="0" w:firstRowLastColumn="0" w:lastRowFirstColumn="0" w:lastRowLastColumn="0"/>
            <w:tcW w:w="0" w:type="auto"/>
            <w:vAlign w:val="center"/>
          </w:tcPr>
          <w:p w:rsidRPr="002C2419" w:rsidR="00D3238E" w:rsidP="0011407A" w:rsidRDefault="00D3238E" wp14:paraId="7EA03B21" wp14:textId="77777777">
            <w:pPr>
              <w:rPr>
                <w:rFonts w:ascii="Arial" w:hAnsi="Arial" w:eastAsia="Times New Roman" w:cs="Arial"/>
                <w:b w:val="0"/>
                <w:bCs w:val="0"/>
                <w:sz w:val="24"/>
                <w:szCs w:val="24"/>
                <w:lang w:val="eu-ES" w:eastAsia="eu-ES"/>
              </w:rPr>
            </w:pPr>
            <w:r w:rsidRPr="002C2419">
              <w:rPr>
                <w:rFonts w:ascii="Arial" w:hAnsi="Arial" w:eastAsia="Times New Roman" w:cs="Arial"/>
                <w:sz w:val="24"/>
                <w:szCs w:val="24"/>
                <w:lang w:val="English" w:eastAsia="eu-ES"/>
              </w:rPr>
              <w:t>Applied project</w:t>
            </w:r>
            <w:r w:rsidRPr="002C2419">
              <w:rPr>
                <w:rFonts w:ascii="Arial" w:hAnsi="Arial" w:eastAsia="Times New Roman" w:cs="Arial"/>
                <w:sz w:val="24"/>
                <w:szCs w:val="24"/>
                <w:lang w:val="English" w:eastAsia="eu-ES"/>
              </w:rPr>
              <w:br/>
            </w:r>
            <w:r w:rsidRPr="002C2419">
              <w:rPr>
                <w:rFonts w:ascii="Arial" w:hAnsi="Arial" w:eastAsia="Times New Roman" w:cs="Arial"/>
                <w:b w:val="0"/>
                <w:sz w:val="24"/>
                <w:szCs w:val="24"/>
                <w:lang w:val="English" w:eastAsia="eu-ES"/>
              </w:rPr>
              <w:t>Assembly, testing, presentation and evaluation</w:t>
            </w:r>
          </w:p>
        </w:tc>
        <w:tc>
          <w:tcPr>
            <w:tcW w:w="0" w:type="auto"/>
            <w:vAlign w:val="center"/>
          </w:tcPr>
          <w:p w:rsidRPr="002C2419" w:rsidR="00D3238E" w:rsidP="0011407A" w:rsidRDefault="00D3238E" wp14:paraId="2525C206"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10 hours</w:t>
            </w:r>
          </w:p>
        </w:tc>
      </w:tr>
    </w:tbl>
    <w:p xmlns:wp14="http://schemas.microsoft.com/office/word/2010/wordml" w:rsidRPr="002C2419" w:rsidR="00DE439B" w:rsidP="00DE439B" w:rsidRDefault="00DE439B" wp14:paraId="1FC39945" wp14:textId="77777777">
      <w:pPr>
        <w:pStyle w:val="1izenburua"/>
        <w:spacing w:line="360" w:lineRule="auto"/>
        <w:ind w:left="360"/>
        <w:rPr>
          <w:rFonts w:ascii="Arial" w:hAnsi="Arial" w:cs="Arial"/>
          <w:sz w:val="24"/>
          <w:szCs w:val="24"/>
          <w:lang w:val="eu-ES"/>
        </w:rPr>
      </w:pPr>
    </w:p>
    <w:p xmlns:wp14="http://schemas.microsoft.com/office/word/2010/wordml" w:rsidRPr="002C2419" w:rsidR="00D3238E" w:rsidP="00D3238E" w:rsidRDefault="00D3238E" wp14:paraId="5329FCD4" wp14:textId="77777777">
      <w:pPr>
        <w:pStyle w:val="1izenburua"/>
        <w:numPr>
          <w:ilvl w:val="0"/>
          <w:numId w:val="14"/>
        </w:numPr>
        <w:spacing w:line="360" w:lineRule="auto"/>
        <w:rPr>
          <w:rFonts w:ascii="Arial" w:hAnsi="Arial" w:cs="Arial"/>
          <w:szCs w:val="24"/>
          <w:lang w:val="eu-ES"/>
        </w:rPr>
      </w:pPr>
      <w:bookmarkStart w:name="_Toc202768981" w:id="10"/>
      <w:r w:rsidRPr="002C2419">
        <w:rPr>
          <w:rFonts w:ascii="Arial" w:hAnsi="Arial" w:cs="Arial"/>
          <w:szCs w:val="24"/>
          <w:lang w:val="English"/>
        </w:rPr>
        <w:t>Methodology</w:t>
      </w:r>
      <w:bookmarkEnd w:id="10"/>
    </w:p>
    <w:p xmlns:wp14="http://schemas.microsoft.com/office/word/2010/wordml" w:rsidRPr="002C2419" w:rsidR="00D3238E" w:rsidP="00D3238E" w:rsidRDefault="00D3238E" wp14:paraId="0562CB0E" wp14:textId="77777777">
      <w:pPr>
        <w:rPr>
          <w:rFonts w:ascii="Arial" w:hAnsi="Arial" w:cs="Arial"/>
          <w:sz w:val="24"/>
          <w:szCs w:val="24"/>
          <w:lang w:val="eu-ES"/>
        </w:rPr>
      </w:pPr>
    </w:p>
    <w:p xmlns:wp14="http://schemas.microsoft.com/office/word/2010/wordml" w:rsidRPr="002C2419" w:rsidR="00DE439B" w:rsidP="00DE439B" w:rsidRDefault="00DE439B" wp14:paraId="7DC96AEC"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proofErr w:type="spellStart"/>
      <w:r w:rsidRPr="002C2419">
        <w:rPr>
          <w:rFonts w:ascii="Arial" w:hAnsi="Arial" w:eastAsia="Times New Roman" w:cs="Arial"/>
          <w:b/>
          <w:bCs/>
          <w:sz w:val="24"/>
          <w:szCs w:val="24"/>
          <w:lang w:val="English" w:eastAsia="eu-ES"/>
        </w:rPr>
        <w:t xml:space="preserve">Learning-by-doing: </w:t>
      </w:r>
      <w:proofErr w:type="spellEnd"/>
      <w:r w:rsidRPr="002C2419">
        <w:rPr>
          <w:rFonts w:ascii="Arial" w:hAnsi="Arial" w:eastAsia="Times New Roman" w:cs="Arial"/>
          <w:bCs/>
          <w:sz w:val="24"/>
          <w:szCs w:val="24"/>
          <w:lang w:val="English" w:eastAsia="eu-ES"/>
        </w:rPr>
        <w:t>practical learning through experimentation.</w:t>
      </w:r>
    </w:p>
    <w:p xmlns:wp14="http://schemas.microsoft.com/office/word/2010/wordml" w:rsidRPr="002C2419" w:rsidR="00DE439B" w:rsidP="00DE439B" w:rsidRDefault="00DE439B" wp14:paraId="09A30E96"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bCs/>
          <w:sz w:val="24"/>
          <w:szCs w:val="24"/>
          <w:lang w:val="English" w:eastAsia="eu-ES"/>
        </w:rPr>
        <w:t xml:space="preserve">CBL (Challenge-Based Learning): </w:t>
      </w:r>
      <w:proofErr w:type="spellStart"/>
      <w:proofErr w:type="spellEnd"/>
      <w:proofErr w:type="spellStart"/>
      <w:proofErr w:type="spellEnd"/>
      <w:r w:rsidRPr="002C2419">
        <w:rPr>
          <w:rFonts w:ascii="Arial" w:hAnsi="Arial" w:eastAsia="Times New Roman" w:cs="Arial"/>
          <w:sz w:val="24"/>
          <w:szCs w:val="24"/>
          <w:lang w:val="English" w:eastAsia="eu-ES"/>
        </w:rPr>
        <w:t xml:space="preserve"/>
      </w:r>
      <w:r w:rsidRPr="002C2419">
        <w:rPr>
          <w:rFonts w:ascii="Arial" w:hAnsi="Arial" w:eastAsia="Times New Roman" w:cs="Arial"/>
          <w:bCs/>
          <w:sz w:val="24"/>
          <w:szCs w:val="24"/>
          <w:lang w:val="English" w:eastAsia="eu-ES"/>
        </w:rPr>
        <w:t>erronka errealei erantzuna ematea.</w:t>
      </w:r>
    </w:p>
    <w:p xmlns:wp14="http://schemas.microsoft.com/office/word/2010/wordml" w:rsidRPr="002C2419" w:rsidR="00DE439B" w:rsidP="00DE439B" w:rsidRDefault="00DE439B" wp14:paraId="3788719C"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bCs/>
          <w:sz w:val="24"/>
          <w:szCs w:val="24"/>
          <w:lang w:val="English" w:eastAsia="eu-ES"/>
        </w:rPr>
        <w:t xml:space="preserve">Collaborative learning: </w:t>
      </w:r>
      <w:proofErr w:type="spellStart"/>
      <w:proofErr w:type="spellEnd"/>
      <w:r w:rsidRPr="002C2419">
        <w:rPr>
          <w:rFonts w:ascii="Arial" w:hAnsi="Arial" w:eastAsia="Times New Roman" w:cs="Arial"/>
          <w:sz w:val="24"/>
          <w:szCs w:val="24"/>
          <w:lang w:val="English" w:eastAsia="eu-ES"/>
        </w:rPr>
        <w:t xml:space="preserve"/>
      </w:r>
      <w:r w:rsidRPr="002C2419">
        <w:rPr>
          <w:rFonts w:ascii="Arial" w:hAnsi="Arial" w:eastAsia="Times New Roman" w:cs="Arial"/>
          <w:bCs/>
          <w:sz w:val="24"/>
          <w:szCs w:val="24"/>
          <w:lang w:val="English" w:eastAsia="eu-ES"/>
        </w:rPr>
        <w:t>to work in small groups.</w:t>
      </w:r>
    </w:p>
    <w:p xmlns:wp14="http://schemas.microsoft.com/office/word/2010/wordml" w:rsidRPr="002C2419" w:rsidR="00DE439B" w:rsidP="00DE439B" w:rsidRDefault="00DE439B" wp14:paraId="44F8D49F"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bCs/>
          <w:sz w:val="24"/>
          <w:szCs w:val="24"/>
          <w:lang w:val="English" w:eastAsia="eu-ES"/>
        </w:rPr>
        <w:t xml:space="preserve">Digital twin simulation: </w:t>
      </w:r>
      <w:proofErr w:type="spellStart"/>
      <w:proofErr w:type="spellEnd"/>
      <w:r w:rsidRPr="002C2419">
        <w:rPr>
          <w:rFonts w:ascii="Arial" w:hAnsi="Arial" w:eastAsia="Times New Roman" w:cs="Arial"/>
          <w:sz w:val="24"/>
          <w:szCs w:val="24"/>
          <w:lang w:val="English" w:eastAsia="eu-ES"/>
        </w:rPr>
        <w:t xml:space="preserve"/>
      </w:r>
      <w:proofErr w:type="spellStart"/>
      <w:r w:rsidRPr="002C2419">
        <w:rPr>
          <w:rFonts w:ascii="Arial" w:hAnsi="Arial" w:eastAsia="Times New Roman" w:cs="Arial"/>
          <w:bCs/>
          <w:sz w:val="24"/>
          <w:szCs w:val="24"/>
          <w:lang w:val="English" w:eastAsia="eu-ES"/>
        </w:rPr>
        <w:t>Carrying out virtual tests using from the simuma.</w:t>
      </w:r>
      <w:proofErr w:type="spellEnd"/>
      <w:proofErr w:type="spellStart"/>
      <w:proofErr w:type="spellEnd"/>
    </w:p>
    <w:p xmlns:wp14="http://schemas.microsoft.com/office/word/2010/wordml" w:rsidRPr="002C2419" w:rsidR="00D3238E" w:rsidP="00D3238E" w:rsidRDefault="00D3238E" wp14:paraId="34CE0A41" wp14:textId="77777777">
      <w:pPr>
        <w:spacing w:before="100" w:beforeAutospacing="1" w:after="100" w:afterAutospacing="1" w:line="360" w:lineRule="auto"/>
        <w:rPr>
          <w:rFonts w:ascii="Arial" w:hAnsi="Arial" w:eastAsia="Times New Roman" w:cs="Arial"/>
          <w:i/>
          <w:sz w:val="24"/>
          <w:szCs w:val="24"/>
          <w:lang w:val="eu-ES" w:eastAsia="eu-ES"/>
        </w:rPr>
      </w:pPr>
    </w:p>
    <w:p xmlns:wp14="http://schemas.microsoft.com/office/word/2010/wordml" w:rsidRPr="002C2419" w:rsidR="00D3238E" w:rsidP="00D3238E" w:rsidRDefault="00D3238E" wp14:paraId="24F3009C" wp14:textId="77777777">
      <w:pPr>
        <w:pStyle w:val="1izenburua"/>
        <w:numPr>
          <w:ilvl w:val="0"/>
          <w:numId w:val="14"/>
        </w:numPr>
        <w:spacing w:line="360" w:lineRule="auto"/>
        <w:rPr>
          <w:rFonts w:ascii="Arial" w:hAnsi="Arial" w:cs="Arial"/>
          <w:bCs w:val="0"/>
          <w:szCs w:val="24"/>
          <w:lang w:val="eu-ES"/>
        </w:rPr>
      </w:pPr>
      <w:bookmarkStart w:name="_Toc202768982" w:id="11"/>
      <w:r w:rsidRPr="002C2419">
        <w:rPr>
          <w:rFonts w:ascii="Arial" w:hAnsi="Arial" w:cs="Arial"/>
          <w:bCs w:val="0"/>
          <w:szCs w:val="24"/>
          <w:lang w:val="English"/>
        </w:rPr>
        <w:t>Development of Activities</w:t>
      </w:r>
      <w:bookmarkEnd w:id="11"/>
    </w:p>
    <w:p xmlns:wp14="http://schemas.microsoft.com/office/word/2010/wordml" w:rsidRPr="002C2419" w:rsidR="00D3238E" w:rsidP="00D3238E" w:rsidRDefault="00D3238E" wp14:paraId="62EBF3C5" wp14:textId="77777777">
      <w:pPr>
        <w:pStyle w:val="Normalaweb"/>
        <w:ind w:left="360"/>
        <w:rPr>
          <w:rStyle w:val="Lodia"/>
          <w:rFonts w:ascii="Arial" w:hAnsi="Arial" w:cs="Arial"/>
          <w:b w:val="0"/>
          <w:bCs w:val="0"/>
        </w:rPr>
      </w:pPr>
    </w:p>
    <w:p xmlns:wp14="http://schemas.microsoft.com/office/word/2010/wordml" w:rsidRPr="002C2419" w:rsidR="00D3238E" w:rsidP="00D3238E" w:rsidRDefault="00D3238E" wp14:paraId="0A9A9CDA" wp14:textId="77777777">
      <w:p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 The activities will be developed progressively, from theoretical concepts to practical applications.</w:t>
      </w:r>
      <w:proofErr w:type="spellStart"/>
      <w:proofErr w:type="spellEnd"/>
    </w:p>
    <w:p xmlns:wp14="http://schemas.microsoft.com/office/word/2010/wordml" w:rsidRPr="002C2419" w:rsidR="002C2419" w:rsidP="002C2419" w:rsidRDefault="002C2419" wp14:paraId="2B8D4F68" wp14:textId="77777777">
      <w:pPr>
        <w:pStyle w:val="Zerrenda-paragrafoa"/>
        <w:numPr>
          <w:ilvl w:val="0"/>
          <w:numId w:val="46"/>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Introduction to theoretical concepts with short presentations</w:t>
      </w:r>
    </w:p>
    <w:p xmlns:wp14="http://schemas.microsoft.com/office/word/2010/wordml" w:rsidRPr="002C2419" w:rsidR="002C2419" w:rsidP="002C2419" w:rsidRDefault="002C2419" wp14:paraId="04224B06" wp14:textId="77777777">
      <w:pPr>
        <w:pStyle w:val="Zerrenda-paragrafoa"/>
        <w:numPr>
          <w:ilvl w:val="0"/>
          <w:numId w:val="46"/>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Guided practices: robot programming, visual system calibration, PLC sequence development</w:t>
      </w:r>
    </w:p>
    <w:p xmlns:wp14="http://schemas.microsoft.com/office/word/2010/wordml" w:rsidRPr="002C2419" w:rsidR="002C2419" w:rsidP="002C2419" w:rsidRDefault="002C2419" wp14:paraId="204AEDFC" wp14:textId="77777777">
      <w:pPr>
        <w:pStyle w:val="Zerrenda-paragrafoa"/>
        <w:numPr>
          <w:ilvl w:val="0"/>
          <w:numId w:val="46"/>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Integrated project: students will design and execute the integration of the system</w:t>
      </w:r>
    </w:p>
    <w:p xmlns:wp14="http://schemas.microsoft.com/office/word/2010/wordml" w:rsidRPr="002C2419" w:rsidR="002C2419" w:rsidP="002C2419" w:rsidRDefault="002C2419" wp14:paraId="05E5CC3D" wp14:textId="77777777">
      <w:pPr>
        <w:pStyle w:val="Zerrenda-paragrafoa"/>
        <w:numPr>
          <w:ilvl w:val="0"/>
          <w:numId w:val="46"/>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Presentation and discussion: the groups will explain the results</w:t>
      </w:r>
    </w:p>
    <w:p xmlns:wp14="http://schemas.microsoft.com/office/word/2010/wordml" w:rsidRPr="002C2419" w:rsidR="00D3238E" w:rsidP="00D3238E" w:rsidRDefault="00D3238E" wp14:paraId="6D98A12B" wp14:textId="77777777">
      <w:pPr>
        <w:spacing w:before="100" w:beforeAutospacing="1" w:after="100" w:afterAutospacing="1" w:line="360" w:lineRule="auto"/>
        <w:rPr>
          <w:rFonts w:ascii="Arial" w:hAnsi="Arial" w:eastAsia="Times New Roman" w:cs="Arial"/>
          <w:sz w:val="24"/>
          <w:szCs w:val="24"/>
          <w:lang w:val="eu-ES" w:eastAsia="eu-ES"/>
        </w:rPr>
      </w:pPr>
    </w:p>
    <w:p xmlns:wp14="http://schemas.microsoft.com/office/word/2010/wordml" w:rsidRPr="002C2419" w:rsidR="00D3238E" w:rsidP="00D3238E" w:rsidRDefault="00D3238E" wp14:paraId="61136C5F" wp14:textId="77777777">
      <w:pPr>
        <w:pStyle w:val="1izenburua"/>
        <w:numPr>
          <w:ilvl w:val="0"/>
          <w:numId w:val="14"/>
        </w:numPr>
        <w:spacing w:line="360" w:lineRule="auto"/>
        <w:rPr>
          <w:rFonts w:ascii="Arial" w:hAnsi="Arial" w:cs="Arial"/>
          <w:bCs w:val="0"/>
          <w:szCs w:val="24"/>
          <w:lang w:val="eu-ES"/>
        </w:rPr>
      </w:pPr>
      <w:bookmarkStart w:name="_Toc202768983" w:id="12"/>
      <w:r w:rsidRPr="002C2419">
        <w:rPr>
          <w:rFonts w:ascii="Arial" w:hAnsi="Arial" w:cs="Arial"/>
          <w:bCs w:val="0"/>
          <w:szCs w:val="24"/>
          <w:lang w:val="English"/>
        </w:rPr>
        <w:t xml:space="preserve">Evaluation </w:t>
      </w:r>
      <w:bookmarkEnd w:id="12"/>
    </w:p>
    <w:p xmlns:wp14="http://schemas.microsoft.com/office/word/2010/wordml" w:rsidRPr="002C2419" w:rsidR="00D3238E" w:rsidP="00D3238E" w:rsidRDefault="00D3238E" wp14:paraId="2AEF0AE0" wp14:textId="77777777">
      <w:pPr>
        <w:pStyle w:val="Normalaweb"/>
        <w:spacing w:line="360" w:lineRule="auto"/>
        <w:ind w:left="360"/>
        <w:rPr>
          <w:rStyle w:val="Lodia"/>
          <w:rFonts w:ascii="Arial" w:hAnsi="Arial" w:cs="Arial"/>
          <w:b w:val="0"/>
        </w:rPr>
      </w:pPr>
      <w:r w:rsidRPr="002C2419">
        <w:rPr>
          <w:rStyle w:val="Lodia"/>
          <w:rFonts w:ascii="Arial" w:hAnsi="Arial" w:cs="Arial"/>
          <w:b w:val="0"/>
          <w:lang w:val="English"/>
        </w:rPr>
        <w:t>It will be a continuous and formative evaluation, with the aim of improving the student's learning process.</w:t>
      </w:r>
    </w:p>
    <w:p xmlns:wp14="http://schemas.microsoft.com/office/word/2010/wordml" w:rsidRPr="002C2419" w:rsidR="002C2419" w:rsidP="00D3238E" w:rsidRDefault="002C2419" wp14:paraId="2946DB82" wp14:textId="77777777">
      <w:pPr>
        <w:pStyle w:val="Normalaweb"/>
        <w:spacing w:line="360" w:lineRule="auto"/>
        <w:ind w:left="360"/>
        <w:rPr>
          <w:rStyle w:val="Lodia"/>
          <w:rFonts w:ascii="Arial" w:hAnsi="Arial" w:cs="Arial"/>
          <w:b w:val="0"/>
        </w:rPr>
      </w:pPr>
    </w:p>
    <w:p xmlns:wp14="http://schemas.microsoft.com/office/word/2010/wordml" w:rsidRPr="002C2419" w:rsidR="002C2419" w:rsidP="002C2419" w:rsidRDefault="002C2419" wp14:paraId="069F95BC" wp14:textId="77777777">
      <w:pPr>
        <w:pStyle w:val="Normalaweb"/>
        <w:numPr>
          <w:ilvl w:val="0"/>
          <w:numId w:val="36"/>
        </w:numPr>
        <w:spacing w:line="360" w:lineRule="auto"/>
        <w:rPr>
          <w:rFonts w:ascii="Arial" w:hAnsi="Arial" w:cs="Arial"/>
        </w:rPr>
      </w:pPr>
      <w:r w:rsidRPr="002C2419">
        <w:rPr>
          <w:rStyle w:val="Lodia"/>
          <w:rFonts w:ascii="Arial" w:hAnsi="Arial" w:cs="Arial"/>
          <w:lang w:val="English"/>
        </w:rPr>
        <w:t xml:space="preserve">Formative and continuous assessment: </w:t>
      </w:r>
      <w:r w:rsidRPr="002C2419">
        <w:rPr>
          <w:rStyle w:val="Lodia"/>
          <w:rFonts w:ascii="Arial" w:hAnsi="Arial" w:cs="Arial"/>
          <w:b w:val="0"/>
          <w:bCs w:val="0"/>
          <w:lang w:val="English"/>
        </w:rPr>
        <w:t xml:space="preserve"> to improve the learning process of</w:t>
      </w:r>
      <w:r w:rsidRPr="002C2419">
        <w:rPr>
          <w:rStyle w:val="Lodia"/>
          <w:rFonts w:ascii="Arial" w:hAnsi="Arial" w:cs="Arial"/>
          <w:b w:val="0"/>
          <w:lang w:val="English"/>
        </w:rPr>
        <w:t xml:space="preserve"> the students.</w:t>
      </w:r>
    </w:p>
    <w:p xmlns:wp14="http://schemas.microsoft.com/office/word/2010/wordml" w:rsidRPr="002C2419" w:rsidR="002C2419" w:rsidP="002C2419" w:rsidRDefault="002C2419" wp14:paraId="00D21C4A" wp14:textId="77777777">
      <w:pPr>
        <w:pStyle w:val="Normalaweb"/>
        <w:numPr>
          <w:ilvl w:val="0"/>
          <w:numId w:val="36"/>
        </w:numPr>
        <w:spacing w:line="360" w:lineRule="auto"/>
        <w:rPr>
          <w:rStyle w:val="Lodia"/>
          <w:rFonts w:ascii="Arial" w:hAnsi="Arial" w:cs="Arial"/>
        </w:rPr>
      </w:pPr>
      <w:r w:rsidRPr="002C2419">
        <w:rPr>
          <w:rStyle w:val="Lodia"/>
          <w:rFonts w:ascii="Arial" w:hAnsi="Arial" w:cs="Arial"/>
          <w:lang w:val="English"/>
        </w:rPr>
        <w:t>Indicators:</w:t>
      </w:r>
    </w:p>
    <w:tbl>
      <w:tblPr>
        <w:tblStyle w:val="5sareta-taulailuna-1enfasia"/>
        <w:tblW w:w="0" w:type="auto"/>
        <w:tblLook w:val="04A0" w:firstRow="1" w:lastRow="0" w:firstColumn="1" w:lastColumn="0" w:noHBand="0" w:noVBand="1"/>
      </w:tblPr>
      <w:tblGrid>
        <w:gridCol w:w="2297"/>
        <w:gridCol w:w="5286"/>
      </w:tblGrid>
      <w:tr xmlns:wp14="http://schemas.microsoft.com/office/word/2010/wordml" w:rsidRPr="002C2419" w:rsidR="00D3238E" w:rsidTr="0011407A" wp14:paraId="7DA76BE4"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0F510780"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Area</w:t>
            </w:r>
          </w:p>
        </w:tc>
        <w:tc>
          <w:tcPr>
            <w:tcW w:w="0" w:type="auto"/>
            <w:hideMark/>
          </w:tcPr>
          <w:p w:rsidRPr="002C2419" w:rsidR="00D3238E" w:rsidP="0011407A" w:rsidRDefault="00D3238E" wp14:paraId="602842D8" wp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Indicators</w:t>
            </w:r>
          </w:p>
        </w:tc>
      </w:tr>
      <w:tr xmlns:wp14="http://schemas.microsoft.com/office/word/2010/wordml" w:rsidRPr="002C2419" w:rsidR="00D3238E" w:rsidTr="0011407A" wp14:paraId="47B9347C"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16223098"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Technical Knowledge</w:t>
            </w:r>
          </w:p>
        </w:tc>
        <w:tc>
          <w:tcPr>
            <w:tcW w:w="0" w:type="auto"/>
            <w:hideMark/>
          </w:tcPr>
          <w:p w:rsidRPr="002C2419" w:rsidR="00D3238E" w:rsidP="0011407A" w:rsidRDefault="002C2419" wp14:paraId="7653B11A"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System configuration and programming</w:t>
            </w:r>
          </w:p>
        </w:tc>
      </w:tr>
      <w:tr xmlns:wp14="http://schemas.microsoft.com/office/word/2010/wordml" w:rsidRPr="002C2419" w:rsidR="00D3238E" w:rsidTr="0011407A" wp14:paraId="1C5486C5" wp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3274DC6A"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Application</w:t>
            </w:r>
          </w:p>
        </w:tc>
        <w:tc>
          <w:tcPr>
            <w:tcW w:w="0" w:type="auto"/>
            <w:hideMark/>
          </w:tcPr>
          <w:p w:rsidRPr="002C2419" w:rsidR="00D3238E" w:rsidP="0011407A" w:rsidRDefault="002C2419" wp14:paraId="0A1C40F2"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System integration and project results</w:t>
            </w:r>
          </w:p>
        </w:tc>
      </w:tr>
      <w:tr xmlns:wp14="http://schemas.microsoft.com/office/word/2010/wordml" w:rsidRPr="002C2419" w:rsidR="00D3238E" w:rsidTr="0011407A" wp14:paraId="104AD492"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714F91A4"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Documentation</w:t>
            </w:r>
          </w:p>
        </w:tc>
        <w:tc>
          <w:tcPr>
            <w:tcW w:w="0" w:type="auto"/>
            <w:hideMark/>
          </w:tcPr>
          <w:p w:rsidRPr="002C2419" w:rsidR="00D3238E" w:rsidP="0011407A" w:rsidRDefault="002C2419" wp14:paraId="51C50603"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White Paper, Presentation</w:t>
            </w:r>
          </w:p>
        </w:tc>
      </w:tr>
      <w:tr xmlns:wp14="http://schemas.microsoft.com/office/word/2010/wordml" w:rsidRPr="002C2419" w:rsidR="00D3238E" w:rsidTr="0011407A" wp14:paraId="3556F7AC" wp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3FC27BF8"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Pose</w:t>
            </w:r>
          </w:p>
        </w:tc>
        <w:tc>
          <w:tcPr>
            <w:tcW w:w="0" w:type="auto"/>
            <w:hideMark/>
          </w:tcPr>
          <w:p w:rsidRPr="002C2419" w:rsidR="00D3238E" w:rsidP="0011407A" w:rsidRDefault="00D3238E" wp14:paraId="1CF8DBCD"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Security, cooperation, initiative, order</w:t>
            </w:r>
          </w:p>
        </w:tc>
      </w:tr>
    </w:tbl>
    <w:p xmlns:wp14="http://schemas.microsoft.com/office/word/2010/wordml" w:rsidR="00A511E6" w:rsidP="00A511E6" w:rsidRDefault="00A511E6" wp14:paraId="5997CC1D" wp14:textId="77777777">
      <w:pPr>
        <w:pStyle w:val="1izenburua"/>
        <w:spacing w:line="360" w:lineRule="auto"/>
        <w:ind w:left="360"/>
        <w:rPr>
          <w:rFonts w:ascii="Arial" w:hAnsi="Arial" w:cs="Arial"/>
          <w:szCs w:val="24"/>
          <w:lang w:val="eu-ES"/>
        </w:rPr>
      </w:pPr>
    </w:p>
    <w:p xmlns:wp14="http://schemas.microsoft.com/office/word/2010/wordml" w:rsidRPr="006F5C00" w:rsidR="00D3238E" w:rsidP="00D3238E" w:rsidRDefault="00D3238E" wp14:paraId="1D98E513" wp14:textId="77777777">
      <w:pPr>
        <w:pStyle w:val="1izenburua"/>
        <w:numPr>
          <w:ilvl w:val="0"/>
          <w:numId w:val="14"/>
        </w:numPr>
        <w:spacing w:line="360" w:lineRule="auto"/>
        <w:rPr>
          <w:rFonts w:ascii="Arial" w:hAnsi="Arial" w:cs="Arial"/>
          <w:szCs w:val="24"/>
          <w:lang w:val="eu-ES"/>
        </w:rPr>
      </w:pPr>
      <w:bookmarkStart w:name="_Toc202768984" w:id="13"/>
      <w:r w:rsidRPr="006F5C00">
        <w:rPr>
          <w:rFonts w:ascii="Arial" w:hAnsi="Arial" w:cs="Arial"/>
          <w:szCs w:val="24"/>
          <w:lang w:val="English"/>
        </w:rPr>
        <w:t>Teaching Material and Resources</w:t>
      </w:r>
      <w:bookmarkEnd w:id="13"/>
    </w:p>
    <w:p xmlns:wp14="http://schemas.microsoft.com/office/word/2010/wordml" w:rsidRPr="002C2419" w:rsidR="002C2419" w:rsidP="002C2419" w:rsidRDefault="002C2419" wp14:paraId="110FFD37" wp14:textId="77777777">
      <w:pPr>
        <w:rPr>
          <w:rFonts w:ascii="Arial" w:hAnsi="Arial" w:cs="Arial"/>
          <w:sz w:val="24"/>
          <w:szCs w:val="24"/>
          <w:lang w:val="eu-ES"/>
        </w:rPr>
      </w:pPr>
    </w:p>
    <w:p xmlns:wp14="http://schemas.microsoft.com/office/word/2010/wordml" w:rsidRPr="002C2419" w:rsidR="00D3238E" w:rsidP="00D3238E" w:rsidRDefault="00D3238E" wp14:paraId="4BB94168" wp14:textId="77777777">
      <w:pPr>
        <w:pStyle w:val="Normalaweb"/>
        <w:numPr>
          <w:ilvl w:val="0"/>
          <w:numId w:val="36"/>
        </w:numPr>
        <w:spacing w:line="360" w:lineRule="auto"/>
        <w:rPr>
          <w:rFonts w:ascii="Arial" w:hAnsi="Arial" w:cs="Arial"/>
        </w:rPr>
      </w:pPr>
      <w:r w:rsidRPr="002C2419">
        <w:rPr>
          <w:rStyle w:val="Lodia"/>
          <w:rFonts w:ascii="Arial" w:hAnsi="Arial" w:cs="Arial"/>
          <w:lang w:val="English"/>
        </w:rPr>
        <w:t>Materials:</w:t>
      </w:r>
    </w:p>
    <w:p xmlns:wp14="http://schemas.microsoft.com/office/word/2010/wordml" w:rsidRPr="002C2419" w:rsidR="00D3238E" w:rsidP="00D3238E" w:rsidRDefault="00D3238E" wp14:paraId="6D277149" wp14:textId="77777777">
      <w:pPr>
        <w:numPr>
          <w:ilvl w:val="1"/>
          <w:numId w:val="36"/>
        </w:numPr>
        <w:spacing w:before="100" w:beforeAutospacing="1" w:after="100" w:afterAutospacing="1" w:line="360" w:lineRule="auto"/>
        <w:rPr>
          <w:rStyle w:val="citation-727"/>
          <w:rFonts w:ascii="Arial" w:hAnsi="Arial" w:cs="Arial"/>
          <w:sz w:val="24"/>
          <w:szCs w:val="24"/>
          <w:lang w:val="eu-ES"/>
        </w:rPr>
      </w:pPr>
      <w:r w:rsidRPr="002C2419">
        <w:rPr>
          <w:rStyle w:val="citation-727"/>
          <w:rFonts w:ascii="Arial" w:hAnsi="Arial" w:cs="Arial"/>
          <w:sz w:val="24"/>
          <w:szCs w:val="24"/>
          <w:lang w:val="English"/>
        </w:rPr>
        <w:t>UR5 robot</w:t>
      </w:r>
    </w:p>
    <w:p xmlns:wp14="http://schemas.microsoft.com/office/word/2010/wordml" w:rsidRPr="002C2419" w:rsidR="00D3238E" w:rsidP="00D3238E" w:rsidRDefault="006F5C00" wp14:paraId="10537E5D" wp14:textId="77777777">
      <w:pPr>
        <w:numPr>
          <w:ilvl w:val="1"/>
          <w:numId w:val="36"/>
        </w:numPr>
        <w:spacing w:before="100" w:beforeAutospacing="1" w:after="100" w:afterAutospacing="1" w:line="360" w:lineRule="auto"/>
        <w:rPr>
          <w:rStyle w:val="citation-727"/>
          <w:rFonts w:ascii="Arial" w:hAnsi="Arial" w:cs="Arial"/>
          <w:sz w:val="24"/>
          <w:szCs w:val="24"/>
          <w:lang w:val="eu-ES"/>
        </w:rPr>
      </w:pPr>
      <w:r>
        <w:rPr>
          <w:rStyle w:val="citation-727"/>
          <w:rFonts w:ascii="Arial" w:hAnsi="Arial" w:cs="Arial"/>
          <w:sz w:val="24"/>
          <w:szCs w:val="24"/>
          <w:lang w:val="English"/>
        </w:rPr>
        <w:t>MiR100</w:t>
      </w:r>
    </w:p>
    <w:p xmlns:wp14="http://schemas.microsoft.com/office/word/2010/wordml" w:rsidRPr="002C2419" w:rsidR="00D3238E" w:rsidP="00D3238E" w:rsidRDefault="00D3238E" wp14:paraId="38718406" wp14:textId="77777777">
      <w:pPr>
        <w:numPr>
          <w:ilvl w:val="1"/>
          <w:numId w:val="36"/>
        </w:numPr>
        <w:spacing w:before="100" w:beforeAutospacing="1" w:after="100" w:afterAutospacing="1" w:line="360" w:lineRule="auto"/>
        <w:rPr>
          <w:rStyle w:val="citation-727"/>
          <w:rFonts w:ascii="Arial" w:hAnsi="Arial" w:cs="Arial"/>
          <w:sz w:val="24"/>
          <w:szCs w:val="24"/>
          <w:lang w:val="eu-ES"/>
        </w:rPr>
      </w:pPr>
      <w:proofErr w:type="spellStart"/>
      <w:r w:rsidRPr="002C2419">
        <w:rPr>
          <w:rStyle w:val="citation-727"/>
          <w:rFonts w:ascii="Arial" w:hAnsi="Arial" w:cs="Arial"/>
          <w:sz w:val="24"/>
          <w:szCs w:val="24"/>
          <w:lang w:val="English"/>
        </w:rPr>
        <w:t>Cognex In-Sight camera eta In-Sight Explorer softwarea</w:t>
      </w:r>
      <w:proofErr w:type="spellEnd"/>
      <w:proofErr w:type="spellStart"/>
      <w:proofErr w:type="spellEnd"/>
      <w:proofErr w:type="spellStart"/>
      <w:proofErr w:type="spellEnd"/>
    </w:p>
    <w:p xmlns:wp14="http://schemas.microsoft.com/office/word/2010/wordml" w:rsidR="00D3238E" w:rsidP="00D3238E" w:rsidRDefault="00D3238E" wp14:paraId="3EDA66CD" wp14:textId="77777777">
      <w:pPr>
        <w:numPr>
          <w:ilvl w:val="1"/>
          <w:numId w:val="36"/>
        </w:numPr>
        <w:spacing w:before="100" w:beforeAutospacing="1" w:after="100" w:afterAutospacing="1" w:line="360" w:lineRule="auto"/>
        <w:rPr>
          <w:rStyle w:val="citation-727"/>
          <w:rFonts w:ascii="Arial" w:hAnsi="Arial" w:cs="Arial"/>
          <w:sz w:val="24"/>
          <w:szCs w:val="24"/>
          <w:lang w:val="eu-ES"/>
        </w:rPr>
      </w:pPr>
      <w:proofErr w:type="spellStart"/>
      <w:r w:rsidRPr="002C2419">
        <w:rPr>
          <w:rStyle w:val="citation-727"/>
          <w:rFonts w:ascii="Arial" w:hAnsi="Arial" w:cs="Arial"/>
          <w:sz w:val="24"/>
          <w:szCs w:val="24"/>
          <w:lang w:val="English"/>
        </w:rPr>
        <w:t>Festo model kit: pallets, conveyor belt, valves, PLC (S7-1500)</w:t>
      </w:r>
      <w:proofErr w:type="spellEnd"/>
    </w:p>
    <w:p xmlns:wp14="http://schemas.microsoft.com/office/word/2010/wordml" w:rsidRPr="002C2419" w:rsidR="006F5C00" w:rsidP="00D3238E" w:rsidRDefault="006F5C00" wp14:paraId="5D4B4E3E" wp14:textId="77777777">
      <w:pPr>
        <w:numPr>
          <w:ilvl w:val="1"/>
          <w:numId w:val="36"/>
        </w:numPr>
        <w:spacing w:before="100" w:beforeAutospacing="1" w:after="100" w:afterAutospacing="1" w:line="360" w:lineRule="auto"/>
        <w:rPr>
          <w:rStyle w:val="citation-727"/>
          <w:rFonts w:ascii="Arial" w:hAnsi="Arial" w:cs="Arial"/>
          <w:sz w:val="24"/>
          <w:szCs w:val="24"/>
          <w:lang w:val="eu-ES"/>
        </w:rPr>
      </w:pPr>
      <w:proofErr w:type="spellStart"/>
      <w:r>
        <w:rPr>
          <w:rStyle w:val="citation-727"/>
          <w:rFonts w:ascii="Arial" w:hAnsi="Arial" w:cs="Arial"/>
          <w:sz w:val="24"/>
          <w:szCs w:val="24"/>
          <w:lang w:val="English"/>
        </w:rPr>
        <w:t>Simumatik digital twin softwarea</w:t>
      </w:r>
      <w:proofErr w:type="spellEnd"/>
      <w:proofErr w:type="spellStart"/>
      <w:proofErr w:type="spellEnd"/>
    </w:p>
    <w:p xmlns:wp14="http://schemas.microsoft.com/office/word/2010/wordml" w:rsidRPr="002C2419" w:rsidR="00D3238E" w:rsidP="00D3238E" w:rsidRDefault="00D3238E" wp14:paraId="0BF0BC46" wp14:textId="77777777">
      <w:pPr>
        <w:numPr>
          <w:ilvl w:val="1"/>
          <w:numId w:val="36"/>
        </w:numPr>
        <w:spacing w:before="100" w:beforeAutospacing="1" w:after="100" w:afterAutospacing="1" w:line="360" w:lineRule="auto"/>
        <w:rPr>
          <w:rStyle w:val="citation-727"/>
          <w:rFonts w:ascii="Arial" w:hAnsi="Arial" w:cs="Arial"/>
          <w:sz w:val="24"/>
          <w:szCs w:val="24"/>
          <w:lang w:val="eu-ES"/>
        </w:rPr>
      </w:pPr>
      <w:r w:rsidRPr="002C2419">
        <w:rPr>
          <w:rStyle w:val="citation-727"/>
          <w:rFonts w:ascii="Arial" w:hAnsi="Arial" w:cs="Arial"/>
          <w:sz w:val="24"/>
          <w:szCs w:val="24"/>
          <w:lang w:val="English"/>
        </w:rPr>
        <w:t xml:space="preserve">Ethernet switch and communication components</w:t>
      </w:r>
      <w:proofErr w:type="spellStart"/>
      <w:proofErr w:type="spellEnd"/>
    </w:p>
    <w:p xmlns:wp14="http://schemas.microsoft.com/office/word/2010/wordml" w:rsidR="00D3238E" w:rsidP="00D3238E" w:rsidRDefault="00D3238E" wp14:paraId="1CDF9DFC" wp14:textId="77777777">
      <w:pPr>
        <w:numPr>
          <w:ilvl w:val="1"/>
          <w:numId w:val="36"/>
        </w:numPr>
        <w:spacing w:before="100" w:beforeAutospacing="1" w:after="100" w:afterAutospacing="1" w:line="360" w:lineRule="auto"/>
        <w:rPr>
          <w:rStyle w:val="citation-727"/>
          <w:rFonts w:ascii="Arial" w:hAnsi="Arial" w:cs="Arial"/>
          <w:sz w:val="24"/>
          <w:szCs w:val="24"/>
          <w:lang w:val="eu-ES"/>
        </w:rPr>
      </w:pPr>
      <w:r w:rsidRPr="002C2419">
        <w:rPr>
          <w:rStyle w:val="citation-727"/>
          <w:rFonts w:ascii="Arial" w:hAnsi="Arial" w:cs="Arial"/>
          <w:sz w:val="24"/>
          <w:szCs w:val="24"/>
          <w:lang w:val="English"/>
        </w:rPr>
        <w:t>PC eta programazio softwarea (URCaps, Cognex, MiR Fleet, Siemens TIA/CodeSys)</w:t>
      </w:r>
      <w:proofErr w:type="spellStart"/>
      <w:proofErr w:type="spellEnd"/>
      <w:proofErr w:type="spellStart"/>
      <w:proofErr w:type="spellEnd"/>
      <w:proofErr w:type="spellStart"/>
      <w:proofErr w:type="spellEnd"/>
      <w:proofErr w:type="spellStart"/>
      <w:proofErr w:type="spellEnd"/>
      <w:proofErr w:type="spellStart"/>
      <w:proofErr w:type="spellEnd"/>
    </w:p>
    <w:p xmlns:wp14="http://schemas.microsoft.com/office/word/2010/wordml" w:rsidRPr="002C2419" w:rsidR="00A511E6" w:rsidP="00A511E6" w:rsidRDefault="00A511E6" wp14:paraId="6B699379" wp14:textId="77777777">
      <w:pPr>
        <w:spacing w:before="100" w:beforeAutospacing="1" w:after="100" w:afterAutospacing="1" w:line="360" w:lineRule="auto"/>
        <w:ind w:left="720"/>
        <w:rPr>
          <w:rStyle w:val="citation-727"/>
          <w:rFonts w:ascii="Arial" w:hAnsi="Arial" w:cs="Arial"/>
          <w:sz w:val="24"/>
          <w:szCs w:val="24"/>
          <w:lang w:val="eu-ES"/>
        </w:rPr>
      </w:pPr>
    </w:p>
    <w:p xmlns:wp14="http://schemas.microsoft.com/office/word/2010/wordml" w:rsidRPr="002C2419" w:rsidR="00D3238E" w:rsidP="00D3238E" w:rsidRDefault="00D3238E" wp14:paraId="1C8E73D6" wp14:textId="77777777">
      <w:pPr>
        <w:pStyle w:val="1izenburua"/>
        <w:numPr>
          <w:ilvl w:val="0"/>
          <w:numId w:val="14"/>
        </w:numPr>
        <w:spacing w:line="360" w:lineRule="auto"/>
        <w:rPr>
          <w:rFonts w:ascii="Arial" w:hAnsi="Arial" w:cs="Arial"/>
          <w:bCs w:val="0"/>
          <w:szCs w:val="24"/>
          <w:lang w:val="eu-ES"/>
        </w:rPr>
      </w:pPr>
      <w:bookmarkStart w:name="_Toc202768985" w:id="14"/>
      <w:r w:rsidRPr="002C2419">
        <w:rPr>
          <w:rFonts w:ascii="Arial" w:hAnsi="Arial" w:cs="Arial"/>
          <w:bCs w:val="0"/>
          <w:szCs w:val="24"/>
          <w:lang w:val="English"/>
        </w:rPr>
        <w:t>Temporal Planning</w:t>
      </w:r>
      <w:bookmarkEnd w:id="14"/>
    </w:p>
    <w:p xmlns:wp14="http://schemas.microsoft.com/office/word/2010/wordml" w:rsidRPr="002C2419" w:rsidR="00D3238E" w:rsidP="00D3238E" w:rsidRDefault="00D3238E" wp14:paraId="3FE9F23F" wp14:textId="77777777">
      <w:pPr>
        <w:rPr>
          <w:rFonts w:ascii="Arial" w:hAnsi="Arial" w:cs="Arial"/>
          <w:sz w:val="24"/>
          <w:szCs w:val="24"/>
          <w:lang w:val="eu-ES"/>
        </w:rPr>
      </w:pPr>
    </w:p>
    <w:tbl>
      <w:tblPr>
        <w:tblStyle w:val="4sareta-taula-1enfasia"/>
        <w:tblW w:w="0" w:type="auto"/>
        <w:jc w:val="center"/>
        <w:tblLook w:val="04A0" w:firstRow="1" w:lastRow="0" w:firstColumn="1" w:lastColumn="0" w:noHBand="0" w:noVBand="1"/>
      </w:tblPr>
      <w:tblGrid>
        <w:gridCol w:w="1097"/>
        <w:gridCol w:w="4406"/>
      </w:tblGrid>
      <w:tr xmlns:wp14="http://schemas.microsoft.com/office/word/2010/wordml" w:rsidRPr="002C2419" w:rsidR="00D3238E" w:rsidTr="0011407A" wp14:paraId="78071D1E" wp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06B268B5"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Week</w:t>
            </w:r>
          </w:p>
        </w:tc>
        <w:tc>
          <w:tcPr>
            <w:tcW w:w="0" w:type="auto"/>
            <w:hideMark/>
          </w:tcPr>
          <w:p w:rsidRPr="002C2419" w:rsidR="00D3238E" w:rsidP="0011407A" w:rsidRDefault="00D3238E" wp14:paraId="37143378" wp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Main activities</w:t>
            </w:r>
          </w:p>
        </w:tc>
      </w:tr>
      <w:tr xmlns:wp14="http://schemas.microsoft.com/office/word/2010/wordml" w:rsidRPr="002C2419" w:rsidR="00D3238E" w:rsidTr="0011407A" wp14:paraId="4EB92825" wp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02B28B4C"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Week 1</w:t>
            </w:r>
          </w:p>
        </w:tc>
        <w:tc>
          <w:tcPr>
            <w:tcW w:w="0" w:type="auto"/>
            <w:hideMark/>
          </w:tcPr>
          <w:p w:rsidRPr="002C2419" w:rsidR="00D3238E" w:rsidP="0011407A" w:rsidRDefault="00D3238E" wp14:paraId="7A8AD9CB"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 xml:space="preserve">UR and Cognex Training</w:t>
            </w:r>
            <w:proofErr w:type="spellStart"/>
            <w:proofErr w:type="spellEnd"/>
          </w:p>
        </w:tc>
      </w:tr>
      <w:tr xmlns:wp14="http://schemas.microsoft.com/office/word/2010/wordml" w:rsidRPr="002C2419" w:rsidR="00D3238E" w:rsidTr="0011407A" wp14:paraId="44DABAF1" wp14:textId="7777777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422291AF"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Week 2</w:t>
            </w:r>
          </w:p>
        </w:tc>
        <w:tc>
          <w:tcPr>
            <w:tcW w:w="0" w:type="auto"/>
            <w:hideMark/>
          </w:tcPr>
          <w:p w:rsidRPr="002C2419" w:rsidR="00D3238E" w:rsidP="0011407A" w:rsidRDefault="00D3238E" wp14:paraId="16F30335"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proofErr w:type="spellStart"/>
            <w:r w:rsidRPr="002C2419">
              <w:rPr>
                <w:rFonts w:ascii="Arial" w:hAnsi="Arial" w:eastAsia="Times New Roman" w:cs="Arial"/>
                <w:sz w:val="24"/>
                <w:szCs w:val="24"/>
                <w:lang w:val="English" w:eastAsia="eu-ES"/>
              </w:rPr>
              <w:t>Excerpts from the MiR and Festo project</w:t>
            </w:r>
            <w:proofErr w:type="spellEnd"/>
            <w:proofErr w:type="spellStart"/>
            <w:proofErr w:type="spellEnd"/>
          </w:p>
        </w:tc>
      </w:tr>
      <w:tr xmlns:wp14="http://schemas.microsoft.com/office/word/2010/wordml" w:rsidRPr="002C2419" w:rsidR="00D3238E" w:rsidTr="0011407A" wp14:paraId="5CB00A56" wp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59B27A5E"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Week 3</w:t>
            </w:r>
          </w:p>
        </w:tc>
        <w:tc>
          <w:tcPr>
            <w:tcW w:w="0" w:type="auto"/>
            <w:hideMark/>
          </w:tcPr>
          <w:p w:rsidRPr="002C2419" w:rsidR="00D3238E" w:rsidP="0011407A" w:rsidRDefault="00D3238E" wp14:paraId="129C64AC"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Assembly and integration of the project</w:t>
            </w:r>
          </w:p>
        </w:tc>
      </w:tr>
      <w:tr xmlns:wp14="http://schemas.microsoft.com/office/word/2010/wordml" w:rsidRPr="002C2419" w:rsidR="00D3238E" w:rsidTr="0011407A" wp14:paraId="7E3D552C" wp14:textId="7777777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p14:paraId="4B773E3D"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Week 4</w:t>
            </w:r>
          </w:p>
        </w:tc>
        <w:tc>
          <w:tcPr>
            <w:tcW w:w="0" w:type="auto"/>
            <w:hideMark/>
          </w:tcPr>
          <w:p w:rsidRPr="002C2419" w:rsidR="00D3238E" w:rsidP="0011407A" w:rsidRDefault="00D3238E" wp14:paraId="4F94969A"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nglish" w:eastAsia="eu-ES"/>
              </w:rPr>
              <w:t>Testing, Presentation &amp; Evaluation</w:t>
            </w:r>
          </w:p>
        </w:tc>
      </w:tr>
    </w:tbl>
    <w:p xmlns:wp14="http://schemas.microsoft.com/office/word/2010/wordml" w:rsidRPr="002C2419" w:rsidR="00D3238E" w:rsidP="00D3238E" w:rsidRDefault="00D3238E" wp14:paraId="0892E964" wp14:textId="77777777">
      <w:pPr>
        <w:pStyle w:val="1izenburua"/>
        <w:numPr>
          <w:ilvl w:val="0"/>
          <w:numId w:val="14"/>
        </w:numPr>
        <w:spacing w:line="360" w:lineRule="auto"/>
        <w:rPr>
          <w:rFonts w:ascii="Arial" w:hAnsi="Arial" w:cs="Arial"/>
          <w:bCs w:val="0"/>
          <w:szCs w:val="24"/>
          <w:lang w:val="eu-ES"/>
        </w:rPr>
      </w:pPr>
      <w:bookmarkStart w:name="_Toc202768986" w:id="15"/>
      <w:r w:rsidRPr="002C2419">
        <w:rPr>
          <w:rFonts w:ascii="Arial" w:hAnsi="Arial" w:cs="Arial"/>
          <w:szCs w:val="24"/>
          <w:lang w:val="English"/>
        </w:rPr>
        <w:t>Inclusion and Attention to Diversity</w:t>
      </w:r>
      <w:bookmarkEnd w:id="15"/>
    </w:p>
    <w:p xmlns:wp14="http://schemas.microsoft.com/office/word/2010/wordml" w:rsidRPr="002C2419" w:rsidR="00D3238E" w:rsidP="00D3238E" w:rsidRDefault="00D3238E" wp14:paraId="27BBB6BA" wp14:textId="77777777">
      <w:pPr>
        <w:pStyle w:val="Normalaweb"/>
        <w:numPr>
          <w:ilvl w:val="0"/>
          <w:numId w:val="38"/>
        </w:numPr>
        <w:spacing w:line="360" w:lineRule="auto"/>
        <w:rPr>
          <w:rFonts w:ascii="Arial" w:hAnsi="Arial" w:cs="Arial"/>
        </w:rPr>
      </w:pPr>
      <w:r w:rsidRPr="002C2419">
        <w:rPr>
          <w:rStyle w:val="Lodia"/>
          <w:rFonts w:ascii="Arial" w:hAnsi="Arial" w:cs="Arial"/>
          <w:lang w:val="English"/>
        </w:rPr>
        <w:t>Specific measures in which all students participate:</w:t>
      </w:r>
    </w:p>
    <w:p xmlns:wp14="http://schemas.microsoft.com/office/word/2010/wordml" w:rsidRPr="002C2419" w:rsidR="00D3238E" w:rsidP="00D3238E" w:rsidRDefault="00D3238E" wp14:paraId="322C4F14"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7"/>
          <w:rFonts w:ascii="Arial" w:hAnsi="Arial" w:cs="Arial"/>
          <w:sz w:val="24"/>
          <w:szCs w:val="24"/>
          <w:lang w:val="English"/>
        </w:rPr>
        <w:t>Proximity and personalized support from the teacher</w:t>
      </w:r>
      <w:r w:rsidRPr="002C2419">
        <w:rPr>
          <w:rFonts w:ascii="Arial" w:hAnsi="Arial" w:cs="Arial"/>
          <w:sz w:val="24"/>
          <w:szCs w:val="24"/>
          <w:lang w:val="English"/>
        </w:rPr>
        <w:t>.</w:t>
      </w:r>
    </w:p>
    <w:p xmlns:wp14="http://schemas.microsoft.com/office/word/2010/wordml" w:rsidRPr="002C2419" w:rsidR="00D3238E" w:rsidP="00D3238E" w:rsidRDefault="00D3238E" wp14:paraId="0EF5003C"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6"/>
          <w:rFonts w:ascii="Arial" w:hAnsi="Arial" w:cs="Arial"/>
          <w:sz w:val="24"/>
          <w:szCs w:val="24"/>
          <w:lang w:val="English"/>
        </w:rPr>
        <w:t xml:space="preserve">Possibility of working in small groups so that students can help each other</w:t>
      </w:r>
      <w:proofErr w:type="spellStart"/>
      <w:proofErr w:type="spellEnd"/>
      <w:r w:rsidRPr="002C2419">
        <w:rPr>
          <w:rFonts w:ascii="Arial" w:hAnsi="Arial" w:cs="Arial"/>
          <w:sz w:val="24"/>
          <w:szCs w:val="24"/>
          <w:lang w:val="English"/>
        </w:rPr>
        <w:t>.</w:t>
      </w:r>
    </w:p>
    <w:p xmlns:wp14="http://schemas.microsoft.com/office/word/2010/wordml" w:rsidRPr="002C2419" w:rsidR="00D3238E" w:rsidP="00D3238E" w:rsidRDefault="00D3238E" wp14:paraId="44A2668F"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5"/>
          <w:rFonts w:ascii="Arial" w:hAnsi="Arial" w:cs="Arial"/>
          <w:sz w:val="24"/>
          <w:szCs w:val="24"/>
          <w:lang w:val="English"/>
        </w:rPr>
        <w:t>Offer activities at different levels of difficulty, adapting to the pace of each student</w:t>
      </w:r>
      <w:r w:rsidRPr="002C2419">
        <w:rPr>
          <w:rFonts w:ascii="Arial" w:hAnsi="Arial" w:cs="Arial"/>
          <w:sz w:val="24"/>
          <w:szCs w:val="24"/>
          <w:lang w:val="English"/>
        </w:rPr>
        <w:t>.</w:t>
      </w:r>
    </w:p>
    <w:p xmlns:wp14="http://schemas.microsoft.com/office/word/2010/wordml" w:rsidRPr="002C2419" w:rsidR="00D3238E" w:rsidP="00D3238E" w:rsidRDefault="00D3238E" wp14:paraId="0B83A822"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4"/>
          <w:rFonts w:ascii="Arial" w:hAnsi="Arial" w:cs="Arial"/>
          <w:sz w:val="24"/>
          <w:szCs w:val="24"/>
          <w:lang w:val="English"/>
        </w:rPr>
        <w:t>Resources to respond to different learning styles (visual, auditory, practical).</w:t>
      </w:r>
      <w:proofErr w:type="spellStart"/>
      <w:proofErr w:type="spellEnd"/>
      <w:r w:rsidRPr="002C2419">
        <w:rPr>
          <w:rFonts w:ascii="Arial" w:hAnsi="Arial" w:cs="Arial"/>
          <w:sz w:val="24"/>
          <w:szCs w:val="24"/>
          <w:lang w:val="English"/>
        </w:rPr>
        <w:t/>
      </w:r>
    </w:p>
    <w:p xmlns:wp14="http://schemas.microsoft.com/office/word/2010/wordml" w:rsidRPr="002C2419" w:rsidR="00D3238E" w:rsidP="00D3238E" w:rsidRDefault="00D3238E" wp14:paraId="1F72F646" wp14:textId="77777777">
      <w:pPr>
        <w:spacing w:before="100" w:beforeAutospacing="1" w:after="100" w:afterAutospacing="1" w:line="360" w:lineRule="auto"/>
        <w:ind w:left="1440"/>
        <w:rPr>
          <w:rFonts w:ascii="Arial" w:hAnsi="Arial" w:cs="Arial"/>
          <w:sz w:val="24"/>
          <w:szCs w:val="24"/>
          <w:lang w:val="eu-ES"/>
        </w:rPr>
      </w:pPr>
    </w:p>
    <w:p xmlns:wp14="http://schemas.microsoft.com/office/word/2010/wordml" w:rsidRPr="002C2419" w:rsidR="00D3238E" w:rsidP="00D3238E" w:rsidRDefault="00D3238E" wp14:paraId="5BE693C8" wp14:textId="77777777">
      <w:pPr>
        <w:pStyle w:val="Normalaweb"/>
        <w:numPr>
          <w:ilvl w:val="0"/>
          <w:numId w:val="38"/>
        </w:numPr>
        <w:spacing w:line="360" w:lineRule="auto"/>
        <w:rPr>
          <w:rFonts w:ascii="Arial" w:hAnsi="Arial" w:cs="Arial"/>
        </w:rPr>
      </w:pPr>
      <w:r w:rsidRPr="002C2419">
        <w:rPr>
          <w:rStyle w:val="Lodia"/>
          <w:rFonts w:ascii="Arial" w:hAnsi="Arial" w:cs="Arial"/>
          <w:lang w:val="English"/>
        </w:rPr>
        <w:t>Adaptations for students with special educational needs:</w:t>
      </w:r>
    </w:p>
    <w:p xmlns:wp14="http://schemas.microsoft.com/office/word/2010/wordml" w:rsidRPr="002C2419" w:rsidR="00D3238E" w:rsidP="00D3238E" w:rsidRDefault="00D3238E" wp14:paraId="4A9F5F43"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3"/>
          <w:rFonts w:ascii="Arial" w:hAnsi="Arial" w:cs="Arial"/>
          <w:b/>
          <w:bCs/>
          <w:sz w:val="24"/>
          <w:szCs w:val="24"/>
          <w:lang w:val="English"/>
        </w:rPr>
        <w:t>Format of teaching material: Increase in</w:t>
      </w:r>
      <w:r w:rsidRPr="002C2419">
        <w:rPr>
          <w:rStyle w:val="citation-703"/>
          <w:rFonts w:ascii="Arial" w:hAnsi="Arial" w:cs="Arial"/>
          <w:sz w:val="24"/>
          <w:szCs w:val="24"/>
          <w:lang w:val="English"/>
        </w:rPr>
        <w:t xml:space="preserve"> font size, improvement of color contrast, offer of audio descriptions in videos</w:t>
      </w:r>
      <w:r w:rsidRPr="002C2419">
        <w:rPr>
          <w:rFonts w:ascii="Arial" w:hAnsi="Arial" w:cs="Arial"/>
          <w:sz w:val="24"/>
          <w:szCs w:val="24"/>
          <w:lang w:val="English"/>
        </w:rPr>
        <w:t>.</w:t>
      </w:r>
    </w:p>
    <w:p xmlns:wp14="http://schemas.microsoft.com/office/word/2010/wordml" w:rsidRPr="002C2419" w:rsidR="00D3238E" w:rsidP="00D3238E" w:rsidRDefault="00D3238E" wp14:paraId="022ADF95"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2"/>
          <w:rFonts w:ascii="Arial" w:hAnsi="Arial" w:cs="Arial"/>
          <w:b/>
          <w:bCs/>
          <w:sz w:val="24"/>
          <w:szCs w:val="24"/>
          <w:lang w:val="English"/>
        </w:rPr>
        <w:t>Additional time:</w:t>
      </w:r>
      <w:r w:rsidRPr="002C2419">
        <w:rPr>
          <w:rStyle w:val="citation-702"/>
          <w:rFonts w:ascii="Arial" w:hAnsi="Arial" w:cs="Arial"/>
          <w:sz w:val="24"/>
          <w:szCs w:val="24"/>
          <w:lang w:val="English"/>
        </w:rPr>
        <w:t xml:space="preserve"> Offer additional time to carry out the internship in cases where it is necessary</w:t>
      </w:r>
      <w:r w:rsidRPr="002C2419">
        <w:rPr>
          <w:rFonts w:ascii="Arial" w:hAnsi="Arial" w:cs="Arial"/>
          <w:sz w:val="24"/>
          <w:szCs w:val="24"/>
          <w:lang w:val="English"/>
        </w:rPr>
        <w:t>.</w:t>
      </w:r>
    </w:p>
    <w:p xmlns:wp14="http://schemas.microsoft.com/office/word/2010/wordml" w:rsidRPr="002C2419" w:rsidR="00D3238E" w:rsidP="00D3238E" w:rsidRDefault="00D3238E" wp14:paraId="774196A8"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1"/>
          <w:rFonts w:ascii="Arial" w:hAnsi="Arial" w:cs="Arial"/>
          <w:b/>
          <w:bCs/>
          <w:sz w:val="24"/>
          <w:szCs w:val="24"/>
          <w:lang w:val="English"/>
        </w:rPr>
        <w:t>Technical assistance:</w:t>
      </w:r>
      <w:r w:rsidRPr="002C2419">
        <w:rPr>
          <w:rStyle w:val="citation-701"/>
          <w:rFonts w:ascii="Arial" w:hAnsi="Arial" w:cs="Arial"/>
          <w:sz w:val="24"/>
          <w:szCs w:val="24"/>
          <w:lang w:val="English"/>
        </w:rPr>
        <w:t xml:space="preserve"> Offer specific tools (e.g. ergonomic soldering irons, electronic magnifiers) for people with mobility or visual difficulties</w:t>
      </w:r>
      <w:r w:rsidRPr="002C2419">
        <w:rPr>
          <w:rFonts w:ascii="Arial" w:hAnsi="Arial" w:cs="Arial"/>
          <w:sz w:val="24"/>
          <w:szCs w:val="24"/>
          <w:lang w:val="English"/>
        </w:rPr>
        <w:t>.</w:t>
      </w:r>
    </w:p>
    <w:p xmlns:wp14="http://schemas.microsoft.com/office/word/2010/wordml" w:rsidRPr="002C2419" w:rsidR="00D3238E" w:rsidP="00D3238E" w:rsidRDefault="00D3238E" wp14:paraId="304E5B3D"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0"/>
          <w:rFonts w:ascii="Arial" w:hAnsi="Arial" w:cs="Arial"/>
          <w:b/>
          <w:bCs/>
          <w:sz w:val="24"/>
          <w:szCs w:val="24"/>
          <w:lang w:val="English"/>
        </w:rPr>
        <w:t>Individual tutorials:</w:t>
      </w:r>
      <w:r w:rsidRPr="002C2419">
        <w:rPr>
          <w:rStyle w:val="citation-700"/>
          <w:rFonts w:ascii="Arial" w:hAnsi="Arial" w:cs="Arial"/>
          <w:sz w:val="24"/>
          <w:szCs w:val="24"/>
          <w:lang w:val="English"/>
        </w:rPr>
        <w:t xml:space="preserve"> For students who need personalized attention</w:t>
      </w:r>
      <w:r w:rsidRPr="002C2419">
        <w:rPr>
          <w:rFonts w:ascii="Arial" w:hAnsi="Arial" w:cs="Arial"/>
          <w:sz w:val="24"/>
          <w:szCs w:val="24"/>
          <w:lang w:val="English"/>
        </w:rPr>
        <w:t>.</w:t>
      </w:r>
    </w:p>
    <w:p xmlns:wp14="http://schemas.microsoft.com/office/word/2010/wordml" w:rsidRPr="002C2419" w:rsidR="00D3238E" w:rsidP="00D3238E" w:rsidRDefault="00D3238E" wp14:paraId="64184FA3" wp14:textId="77777777">
      <w:pPr>
        <w:pStyle w:val="1izenburua"/>
        <w:numPr>
          <w:ilvl w:val="0"/>
          <w:numId w:val="14"/>
        </w:numPr>
        <w:spacing w:line="360" w:lineRule="auto"/>
        <w:rPr>
          <w:rFonts w:ascii="Arial" w:hAnsi="Arial" w:cs="Arial"/>
          <w:szCs w:val="24"/>
          <w:lang w:val="eu-ES"/>
        </w:rPr>
      </w:pPr>
      <w:bookmarkStart w:name="_Toc202768987" w:id="16"/>
      <w:r w:rsidRPr="002C2419">
        <w:rPr>
          <w:rFonts w:ascii="Arial" w:hAnsi="Arial" w:cs="Arial"/>
          <w:bCs w:val="0"/>
          <w:szCs w:val="24"/>
          <w:lang w:val="English"/>
        </w:rPr>
        <w:t>Pedagogical Observations and Recommendations</w:t>
      </w:r>
      <w:bookmarkEnd w:id="16"/>
    </w:p>
    <w:p xmlns:wp14="http://schemas.microsoft.com/office/word/2010/wordml" w:rsidRPr="002C2419" w:rsidR="00D3238E" w:rsidP="00D3238E" w:rsidRDefault="00D3238E" wp14:paraId="43E86581" wp14:textId="77777777">
      <w:pPr>
        <w:numPr>
          <w:ilvl w:val="0"/>
          <w:numId w:val="39"/>
        </w:numPr>
        <w:spacing w:before="100" w:beforeAutospacing="1" w:after="100" w:afterAutospacing="1" w:line="360" w:lineRule="auto"/>
        <w:rPr>
          <w:rFonts w:ascii="Arial" w:hAnsi="Arial" w:cs="Arial"/>
          <w:sz w:val="24"/>
          <w:szCs w:val="24"/>
          <w:lang w:val="eu-ES"/>
        </w:rPr>
      </w:pPr>
      <w:r w:rsidRPr="002C2419">
        <w:rPr>
          <w:rStyle w:val="Lodia"/>
          <w:rFonts w:ascii="Arial" w:hAnsi="Arial" w:cs="Arial"/>
          <w:sz w:val="24"/>
          <w:szCs w:val="24"/>
          <w:lang w:val="English"/>
        </w:rPr>
        <w:t xml:space="preserve">Alternatives to some activities: </w:t>
      </w:r>
      <w:r w:rsidRPr="002C2419">
        <w:rPr>
          <w:rFonts w:ascii="Arial" w:hAnsi="Arial" w:cs="Arial"/>
          <w:sz w:val="24"/>
          <w:szCs w:val="24"/>
          <w:lang w:val="English"/>
        </w:rPr>
        <w:t xml:space="preserve"/>
      </w:r>
    </w:p>
    <w:p xmlns:wp14="http://schemas.microsoft.com/office/word/2010/wordml" w:rsidRPr="002C2419" w:rsidR="00D3238E" w:rsidP="00D3238E" w:rsidRDefault="00D3238E" wp14:paraId="72BC4A99" wp14:textId="77777777">
      <w:pPr>
        <w:numPr>
          <w:ilvl w:val="1"/>
          <w:numId w:val="39"/>
        </w:numPr>
        <w:spacing w:before="100" w:beforeAutospacing="1" w:after="100" w:afterAutospacing="1" w:line="360" w:lineRule="auto"/>
        <w:rPr>
          <w:rFonts w:ascii="Arial" w:hAnsi="Arial" w:cs="Arial"/>
          <w:sz w:val="24"/>
          <w:szCs w:val="24"/>
          <w:lang w:val="eu-ES"/>
        </w:rPr>
      </w:pPr>
      <w:r w:rsidRPr="002C2419">
        <w:rPr>
          <w:rStyle w:val="citation-699"/>
          <w:rFonts w:ascii="Arial" w:hAnsi="Arial" w:cs="Arial"/>
          <w:sz w:val="24"/>
          <w:szCs w:val="24"/>
          <w:lang w:val="English"/>
        </w:rPr>
        <w:t>Welding for practice: Simulators can be used initially, before physical welding, so that students are confident</w:t>
      </w:r>
      <w:r w:rsidRPr="002C2419">
        <w:rPr>
          <w:rFonts w:ascii="Arial" w:hAnsi="Arial" w:cs="Arial"/>
          <w:sz w:val="24"/>
          <w:szCs w:val="24"/>
          <w:lang w:val="English"/>
        </w:rPr>
        <w:t>.</w:t>
      </w:r>
    </w:p>
    <w:p xmlns:wp14="http://schemas.microsoft.com/office/word/2010/wordml" w:rsidRPr="002C2419" w:rsidR="00D3238E" w:rsidP="00D3238E" w:rsidRDefault="00D3238E" wp14:paraId="554A4DFA" wp14:textId="77777777">
      <w:pPr>
        <w:numPr>
          <w:ilvl w:val="1"/>
          <w:numId w:val="39"/>
        </w:numPr>
        <w:spacing w:before="100" w:beforeAutospacing="1" w:after="100" w:afterAutospacing="1" w:line="360" w:lineRule="auto"/>
        <w:rPr>
          <w:rFonts w:ascii="Arial" w:hAnsi="Arial" w:cs="Arial"/>
          <w:sz w:val="24"/>
          <w:szCs w:val="24"/>
          <w:lang w:val="eu-ES"/>
        </w:rPr>
      </w:pPr>
      <w:r w:rsidRPr="002C2419">
        <w:rPr>
          <w:rFonts w:ascii="Arial" w:hAnsi="Arial" w:cs="Arial"/>
          <w:sz w:val="24"/>
          <w:szCs w:val="24"/>
          <w:lang w:val="English"/>
        </w:rPr>
        <w:t>For engine testing: Virtual simulators or specific software can be used to understand concepts before using actual hardware.</w:t>
      </w:r>
    </w:p>
    <w:p xmlns:wp14="http://schemas.microsoft.com/office/word/2010/wordml" w:rsidRPr="002C2419" w:rsidR="00D3238E" w:rsidP="00D3238E" w:rsidRDefault="00D3238E" wp14:paraId="40505CE4" wp14:textId="77777777">
      <w:pPr>
        <w:numPr>
          <w:ilvl w:val="1"/>
          <w:numId w:val="39"/>
        </w:numPr>
        <w:spacing w:before="100" w:beforeAutospacing="1" w:after="100" w:afterAutospacing="1" w:line="360" w:lineRule="auto"/>
        <w:rPr>
          <w:rFonts w:ascii="Arial" w:hAnsi="Arial" w:cs="Arial"/>
          <w:sz w:val="24"/>
          <w:szCs w:val="24"/>
          <w:lang w:val="eu-ES"/>
        </w:rPr>
      </w:pPr>
      <w:r w:rsidRPr="002C2419">
        <w:rPr>
          <w:rFonts w:ascii="Arial" w:hAnsi="Arial" w:cs="Arial"/>
          <w:sz w:val="24"/>
          <w:szCs w:val="24"/>
          <w:lang w:val="English"/>
        </w:rPr>
        <w:t xml:space="preserve">In the absence of LM2596 modules: The concept of DC-DC convertibles can also be worked through a breadboard-mounted circuit, using loose components.</w:t>
      </w:r>
      <w:proofErr w:type="spellStart"/>
      <w:proofErr w:type="spellEnd"/>
    </w:p>
    <w:p xmlns:wp14="http://schemas.microsoft.com/office/word/2010/wordml" w:rsidRPr="002C2419" w:rsidR="00D3238E" w:rsidP="00D3238E" w:rsidRDefault="00D3238E" wp14:paraId="6CFD0F39" wp14:textId="77777777">
      <w:pPr>
        <w:numPr>
          <w:ilvl w:val="0"/>
          <w:numId w:val="39"/>
        </w:numPr>
        <w:spacing w:before="100" w:beforeAutospacing="1" w:after="100" w:afterAutospacing="1" w:line="360" w:lineRule="auto"/>
        <w:rPr>
          <w:rFonts w:ascii="Arial" w:hAnsi="Arial" w:cs="Arial"/>
          <w:sz w:val="24"/>
          <w:szCs w:val="24"/>
          <w:lang w:val="eu-ES"/>
        </w:rPr>
      </w:pPr>
      <w:r w:rsidRPr="002C2419">
        <w:rPr>
          <w:rStyle w:val="Lodia"/>
          <w:rFonts w:ascii="Arial" w:hAnsi="Arial" w:cs="Arial"/>
          <w:sz w:val="24"/>
          <w:szCs w:val="24"/>
          <w:lang w:val="English"/>
        </w:rPr>
        <w:t xml:space="preserve">Spaces for the teacher's experiences (self-evaluation, improvement...): </w:t>
      </w:r>
      <w:r w:rsidRPr="002C2419">
        <w:rPr>
          <w:rFonts w:ascii="Arial" w:hAnsi="Arial" w:cs="Arial"/>
          <w:sz w:val="24"/>
          <w:szCs w:val="24"/>
          <w:lang w:val="English"/>
        </w:rPr>
        <w:t xml:space="preserve"/>
      </w:r>
    </w:p>
    <w:p xmlns:wp14="http://schemas.microsoft.com/office/word/2010/wordml" w:rsidRPr="002C2419" w:rsidR="00D3238E" w:rsidP="00D3238E" w:rsidRDefault="00D3238E" wp14:paraId="54F24857" wp14:textId="77777777">
      <w:pPr>
        <w:numPr>
          <w:ilvl w:val="1"/>
          <w:numId w:val="39"/>
        </w:numPr>
        <w:spacing w:before="100" w:beforeAutospacing="1" w:after="100" w:afterAutospacing="1" w:line="360" w:lineRule="auto"/>
        <w:rPr>
          <w:rFonts w:ascii="Arial" w:hAnsi="Arial" w:cs="Arial"/>
          <w:sz w:val="24"/>
          <w:szCs w:val="24"/>
          <w:lang w:val="eu-ES"/>
        </w:rPr>
      </w:pPr>
      <w:r w:rsidRPr="002C2419">
        <w:rPr>
          <w:rStyle w:val="citation-698"/>
          <w:rFonts w:ascii="Arial" w:hAnsi="Arial" w:cs="Arial"/>
          <w:sz w:val="24"/>
          <w:szCs w:val="24"/>
          <w:lang w:val="English"/>
        </w:rPr>
        <w:t>A space can be reserved for the teaching staff to be able to write, at the end of each unit, the observations, difficulties and proposals for improvement of the teacher</w:t>
      </w:r>
      <w:r w:rsidRPr="002C2419">
        <w:rPr>
          <w:rFonts w:ascii="Arial" w:hAnsi="Arial" w:cs="Arial"/>
          <w:sz w:val="24"/>
          <w:szCs w:val="24"/>
          <w:lang w:val="English"/>
        </w:rPr>
        <w:t>.</w:t>
      </w:r>
    </w:p>
    <w:p xmlns:wp14="http://schemas.microsoft.com/office/word/2010/wordml" w:rsidRPr="002C2419" w:rsidR="00D3238E" w:rsidP="00D3238E" w:rsidRDefault="00D3238E" wp14:paraId="3B3115FC" wp14:textId="77777777">
      <w:pPr>
        <w:numPr>
          <w:ilvl w:val="1"/>
          <w:numId w:val="39"/>
        </w:numPr>
        <w:spacing w:before="100" w:beforeAutospacing="1" w:after="100" w:afterAutospacing="1" w:line="360" w:lineRule="auto"/>
        <w:rPr>
          <w:rStyle w:val="citation-698"/>
          <w:rFonts w:ascii="Arial" w:hAnsi="Arial" w:cs="Arial"/>
          <w:sz w:val="24"/>
          <w:szCs w:val="24"/>
          <w:lang w:val="eu-ES"/>
        </w:rPr>
      </w:pPr>
      <w:r w:rsidRPr="002C2419">
        <w:rPr>
          <w:rStyle w:val="citation-698"/>
          <w:rFonts w:ascii="Arial" w:hAnsi="Arial" w:cs="Arial"/>
          <w:sz w:val="24"/>
          <w:szCs w:val="24"/>
          <w:lang w:val="English"/>
        </w:rPr>
        <w:t>"What has gone well?", "What can be improved?", "What difficulties have the students had?" and will encourage self-evaluation.</w:t>
      </w:r>
    </w:p>
    <w:p xmlns:wp14="http://schemas.microsoft.com/office/word/2010/wordml" w:rsidRPr="002C2419" w:rsidR="00885DF0" w:rsidP="00D3238E" w:rsidRDefault="00885DF0" wp14:paraId="08CE6F91" wp14:textId="77777777">
      <w:pPr>
        <w:pStyle w:val="1izenburua"/>
        <w:spacing w:line="360" w:lineRule="auto"/>
        <w:ind w:left="360"/>
        <w:rPr>
          <w:rFonts w:ascii="Arial" w:hAnsi="Arial" w:cs="Arial"/>
          <w:sz w:val="24"/>
          <w:szCs w:val="24"/>
          <w:lang w:val="eu-ES"/>
        </w:rPr>
      </w:pPr>
    </w:p>
    <w:sectPr w:rsidRPr="002C2419" w:rsidR="00885DF0" w:rsidSect="00093622">
      <w:headerReference w:type="default" r:id="rId17"/>
      <w:footerReference w:type="default" r:id="rId18"/>
      <w:pgSz w:w="12240" w:h="15840" w:orient="portrait"/>
      <w:pgMar w:top="1701" w:right="1418" w:bottom="1418" w:left="1701" w:header="142"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2C75F1" w:rsidP="00530AAA" w:rsidRDefault="002C75F1" w14:paraId="23DE523C" wp14:textId="77777777">
      <w:pPr>
        <w:spacing w:after="0" w:line="240" w:lineRule="auto"/>
      </w:pPr>
      <w:r>
        <w:separator/>
      </w:r>
    </w:p>
  </w:endnote>
  <w:endnote w:type="continuationSeparator" w:id="0">
    <w:p xmlns:wp14="http://schemas.microsoft.com/office/word/2010/wordml" w:rsidR="002C75F1" w:rsidP="00530AAA" w:rsidRDefault="002C75F1" w14:paraId="52E56223"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0339317"/>
      <w:docPartObj>
        <w:docPartGallery w:val="Page Numbers (Bottom of Page)"/>
        <w:docPartUnique/>
      </w:docPartObj>
    </w:sdtPr>
    <w:sdtEndPr/>
    <w:sdtContent>
      <w:p xmlns:wp14="http://schemas.microsoft.com/office/word/2010/wordml" w:rsidR="00093622" w:rsidRDefault="00093622" wp14:paraId="364174CE" wp14:textId="77777777">
        <w:pPr>
          <w:pStyle w:val="Orri-oina"/>
          <w:jc w:val="right"/>
        </w:pPr>
        <w:r>
          <w:rPr>
            <w:lang w:val="English"/>
          </w:rPr>
          <w:fldChar w:fldCharType="begin"/>
        </w:r>
        <w:r>
          <w:rPr>
            <w:lang w:val="English"/>
          </w:rPr>
          <w:instrText>PAGE   \* MERGEFORMAT</w:instrText>
        </w:r>
        <w:r>
          <w:rPr>
            <w:lang w:val="English"/>
          </w:rPr>
          <w:fldChar w:fldCharType="separate"/>
        </w:r>
        <w:r w:rsidRPr="00311A94" w:rsidR="00311A94">
          <w:rPr>
            <w:noProof/>
            <w:lang w:val="English"/>
          </w:rPr>
          <w:t>9</w:t>
        </w:r>
        <w:r>
          <w:rPr>
            <w:lang w:val="English"/>
          </w:rPr>
          <w:fldChar w:fldCharType="end"/>
        </w:r>
      </w:p>
    </w:sdtContent>
  </w:sdt>
  <w:p xmlns:wp14="http://schemas.microsoft.com/office/word/2010/wordml" w:rsidR="00093622" w:rsidRDefault="00093622" wp14:paraId="61CDCEAD" wp14:textId="77777777">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2C75F1" w:rsidP="00530AAA" w:rsidRDefault="002C75F1" w14:paraId="07547A01" wp14:textId="77777777">
      <w:pPr>
        <w:spacing w:after="0" w:line="240" w:lineRule="auto"/>
      </w:pPr>
      <w:r>
        <w:separator/>
      </w:r>
    </w:p>
  </w:footnote>
  <w:footnote w:type="continuationSeparator" w:id="0">
    <w:p xmlns:wp14="http://schemas.microsoft.com/office/word/2010/wordml" w:rsidR="002C75F1" w:rsidP="00530AAA" w:rsidRDefault="002C75F1" w14:paraId="5043CB0F"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530AAA" w:rsidP="00530AAA" w:rsidRDefault="00093622" wp14:paraId="5B5B76AF" wp14:textId="77777777">
    <w:pPr>
      <w:pStyle w:val="1izenburua"/>
      <w:spacing w:line="360" w:lineRule="auto"/>
      <w:jc w:val="right"/>
      <w:rPr>
        <w:rFonts w:ascii="Arial" w:hAnsi="Arial" w:cs="Arial"/>
        <w:lang w:val="eu-ES"/>
      </w:rPr>
    </w:pPr>
    <w:r>
      <w:rPr>
        <w:noProof/>
        <w:lang w:val="English" w:eastAsia="eu-ES"/>
      </w:rPr>
      <w:drawing>
        <wp:anchor xmlns:wp14="http://schemas.microsoft.com/office/word/2010/wordprocessingDrawing" distT="114300" distB="114300" distL="114300" distR="114300" simplePos="0" relativeHeight="251659264" behindDoc="0" locked="0" layoutInCell="1" hidden="0" allowOverlap="1" wp14:editId="2F3C440E" wp14:anchorId="0478F42E">
          <wp:simplePos x="0" y="0"/>
          <wp:positionH relativeFrom="margin">
            <wp:align>center</wp:align>
          </wp:positionH>
          <wp:positionV relativeFrom="paragraph">
            <wp:posOffset>60960</wp:posOffset>
          </wp:positionV>
          <wp:extent cx="1281113" cy="547384"/>
          <wp:effectExtent l="0" t="0" r="0" b="5080"/>
          <wp:wrapNone/>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1281113" cy="547384"/>
                  </a:xfrm>
                  <a:prstGeom prst="rect">
                    <a:avLst/>
                  </a:prstGeom>
                  <a:ln/>
                </pic:spPr>
              </pic:pic>
            </a:graphicData>
          </a:graphic>
        </wp:anchor>
      </w:drawing>
    </w:r>
    <w:r>
      <w:rPr>
        <w:noProof/>
        <w:lang w:val="English" w:eastAsia="eu-ES"/>
      </w:rPr>
      <w:drawing>
        <wp:anchor xmlns:wp14="http://schemas.microsoft.com/office/word/2010/wordprocessingDrawing" distT="0" distB="0" distL="114300" distR="114300" simplePos="0" relativeHeight="251661312" behindDoc="0" locked="0" layoutInCell="1" allowOverlap="1" wp14:editId="268E7DA9" wp14:anchorId="292FB70F">
          <wp:simplePos x="0" y="0"/>
          <wp:positionH relativeFrom="margin">
            <wp:align>left</wp:align>
          </wp:positionH>
          <wp:positionV relativeFrom="paragraph">
            <wp:posOffset>83185</wp:posOffset>
          </wp:positionV>
          <wp:extent cx="1050475" cy="611079"/>
          <wp:effectExtent l="0" t="0" r="0" b="0"/>
          <wp:wrapNone/>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a sloganarekin.jpg"/>
                  <pic:cNvPicPr/>
                </pic:nvPicPr>
                <pic:blipFill>
                  <a:blip r:embed="rId2">
                    <a:extLst>
                      <a:ext uri="{28A0092B-C50C-407E-A947-70E740481C1C}">
                        <a14:useLocalDpi xmlns:a14="http://schemas.microsoft.com/office/drawing/2010/main" val="0"/>
                      </a:ext>
                    </a:extLst>
                  </a:blip>
                  <a:stretch>
                    <a:fillRect/>
                  </a:stretch>
                </pic:blipFill>
                <pic:spPr>
                  <a:xfrm>
                    <a:off x="0" y="0"/>
                    <a:ext cx="1050475" cy="611079"/>
                  </a:xfrm>
                  <a:prstGeom prst="rect">
                    <a:avLst/>
                  </a:prstGeom>
                </pic:spPr>
              </pic:pic>
            </a:graphicData>
          </a:graphic>
          <wp14:sizeRelH relativeFrom="margin">
            <wp14:pctWidth>0</wp14:pctWidth>
          </wp14:sizeRelH>
          <wp14:sizeRelV relativeFrom="margin">
            <wp14:pctHeight>0</wp14:pctHeight>
          </wp14:sizeRelV>
        </wp:anchor>
      </w:drawing>
    </w:r>
    <w:r w:rsidRPr="00530AAA" w:rsidR="00530AAA">
      <w:rPr>
        <w:rFonts w:ascii="Arial" w:hAnsi="Arial" w:cs="Arial"/>
        <w:lang w:val="English"/>
      </w:rPr>
      <w:t>Teacher's Guide</w:t>
    </w:r>
  </w:p>
  <w:p xmlns:wp14="http://schemas.microsoft.com/office/word/2010/wordml" w:rsidR="00530AAA" w:rsidRDefault="00530AAA" wp14:paraId="6BB9E253" wp14:textId="77777777">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Zenbaki-zerrenda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Zenbaki-zerrenda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Bulet-zerrenda3"/>
      <w:lvlText w:val=""/>
      <w:lvlJc w:val="left"/>
      <w:pPr>
        <w:tabs>
          <w:tab w:val="num" w:pos="1080"/>
        </w:tabs>
        <w:ind w:left="1080" w:hanging="360"/>
      </w:pPr>
      <w:rPr>
        <w:rFonts w:hint="default" w:ascii="Symbol" w:hAnsi="Symbol"/>
      </w:rPr>
    </w:lvl>
  </w:abstractNum>
  <w:abstractNum w:abstractNumId="3" w15:restartNumberingAfterBreak="0">
    <w:nsid w:val="FFFFFF83"/>
    <w:multiLevelType w:val="singleLevel"/>
    <w:tmpl w:val="3D1EFFD4"/>
    <w:lvl w:ilvl="0">
      <w:start w:val="1"/>
      <w:numFmt w:val="bullet"/>
      <w:pStyle w:val="Bulet-zerrenda2"/>
      <w:lvlText w:val=""/>
      <w:lvlJc w:val="left"/>
      <w:pPr>
        <w:tabs>
          <w:tab w:val="num" w:pos="720"/>
        </w:tabs>
        <w:ind w:left="720" w:hanging="360"/>
      </w:pPr>
      <w:rPr>
        <w:rFonts w:hint="default" w:ascii="Symbol" w:hAnsi="Symbol"/>
      </w:rPr>
    </w:lvl>
  </w:abstractNum>
  <w:abstractNum w:abstractNumId="4" w15:restartNumberingAfterBreak="0">
    <w:nsid w:val="FFFFFF88"/>
    <w:multiLevelType w:val="singleLevel"/>
    <w:tmpl w:val="D0A62B40"/>
    <w:lvl w:ilvl="0">
      <w:start w:val="1"/>
      <w:numFmt w:val="decimal"/>
      <w:pStyle w:val="Zenbaki-zerrenda"/>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Bulet-zerrenda"/>
      <w:lvlText w:val=""/>
      <w:lvlJc w:val="left"/>
      <w:pPr>
        <w:tabs>
          <w:tab w:val="num" w:pos="360"/>
        </w:tabs>
        <w:ind w:left="360" w:hanging="360"/>
      </w:pPr>
      <w:rPr>
        <w:rFonts w:hint="default" w:ascii="Symbol" w:hAnsi="Symbol"/>
      </w:rPr>
    </w:lvl>
  </w:abstractNum>
  <w:abstractNum w:abstractNumId="6" w15:restartNumberingAfterBreak="0">
    <w:nsid w:val="063A2238"/>
    <w:multiLevelType w:val="multilevel"/>
    <w:tmpl w:val="0B7862A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97D21C4"/>
    <w:multiLevelType w:val="multilevel"/>
    <w:tmpl w:val="03CE78D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0CAA7DE1"/>
    <w:multiLevelType w:val="multilevel"/>
    <w:tmpl w:val="02A6F1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CBD70DE"/>
    <w:multiLevelType w:val="multilevel"/>
    <w:tmpl w:val="76A2964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3444B58"/>
    <w:multiLevelType w:val="multilevel"/>
    <w:tmpl w:val="70ECA45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39C03F5"/>
    <w:multiLevelType w:val="multilevel"/>
    <w:tmpl w:val="DB9EE6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15592289"/>
    <w:multiLevelType w:val="multilevel"/>
    <w:tmpl w:val="2C8C818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19C13B1E"/>
    <w:multiLevelType w:val="multilevel"/>
    <w:tmpl w:val="725A88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1A5F6E57"/>
    <w:multiLevelType w:val="multilevel"/>
    <w:tmpl w:val="B4E41B0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088325B"/>
    <w:multiLevelType w:val="multilevel"/>
    <w:tmpl w:val="1180B5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22304ADB"/>
    <w:multiLevelType w:val="multilevel"/>
    <w:tmpl w:val="CE16AE2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5F85BB1"/>
    <w:multiLevelType w:val="multilevel"/>
    <w:tmpl w:val="BCAEF7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6703F3D"/>
    <w:multiLevelType w:val="multilevel"/>
    <w:tmpl w:val="042D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7D3AD7"/>
    <w:multiLevelType w:val="multilevel"/>
    <w:tmpl w:val="2BBC19E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2A553A78"/>
    <w:multiLevelType w:val="multilevel"/>
    <w:tmpl w:val="879A8CA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B23252C"/>
    <w:multiLevelType w:val="multilevel"/>
    <w:tmpl w:val="69647D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2E122EAA"/>
    <w:multiLevelType w:val="multilevel"/>
    <w:tmpl w:val="C53621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2EF64819"/>
    <w:multiLevelType w:val="multilevel"/>
    <w:tmpl w:val="5CB85F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34E56A76"/>
    <w:multiLevelType w:val="multilevel"/>
    <w:tmpl w:val="DEE21A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37E87BE2"/>
    <w:multiLevelType w:val="multilevel"/>
    <w:tmpl w:val="042D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A243B69"/>
    <w:multiLevelType w:val="multilevel"/>
    <w:tmpl w:val="ED78964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3AF45392"/>
    <w:multiLevelType w:val="multilevel"/>
    <w:tmpl w:val="9A52C2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1C0AB5"/>
    <w:multiLevelType w:val="multilevel"/>
    <w:tmpl w:val="E43A1D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42627D7B"/>
    <w:multiLevelType w:val="multilevel"/>
    <w:tmpl w:val="3F8EA82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43776A4A"/>
    <w:multiLevelType w:val="hybridMultilevel"/>
    <w:tmpl w:val="D250D4D8"/>
    <w:lvl w:ilvl="0" w:tplc="042D0001">
      <w:start w:val="1"/>
      <w:numFmt w:val="bullet"/>
      <w:lvlText w:val=""/>
      <w:lvlJc w:val="left"/>
      <w:pPr>
        <w:ind w:left="720" w:hanging="360"/>
      </w:pPr>
      <w:rPr>
        <w:rFonts w:hint="default" w:ascii="Symbol" w:hAnsi="Symbol"/>
      </w:rPr>
    </w:lvl>
    <w:lvl w:ilvl="1" w:tplc="042D0003" w:tentative="1">
      <w:start w:val="1"/>
      <w:numFmt w:val="bullet"/>
      <w:lvlText w:val="o"/>
      <w:lvlJc w:val="left"/>
      <w:pPr>
        <w:ind w:left="1440" w:hanging="360"/>
      </w:pPr>
      <w:rPr>
        <w:rFonts w:hint="default" w:ascii="Courier New" w:hAnsi="Courier New" w:cs="Courier New"/>
      </w:rPr>
    </w:lvl>
    <w:lvl w:ilvl="2" w:tplc="042D0005" w:tentative="1">
      <w:start w:val="1"/>
      <w:numFmt w:val="bullet"/>
      <w:lvlText w:val=""/>
      <w:lvlJc w:val="left"/>
      <w:pPr>
        <w:ind w:left="2160" w:hanging="360"/>
      </w:pPr>
      <w:rPr>
        <w:rFonts w:hint="default" w:ascii="Wingdings" w:hAnsi="Wingdings"/>
      </w:rPr>
    </w:lvl>
    <w:lvl w:ilvl="3" w:tplc="042D0001" w:tentative="1">
      <w:start w:val="1"/>
      <w:numFmt w:val="bullet"/>
      <w:lvlText w:val=""/>
      <w:lvlJc w:val="left"/>
      <w:pPr>
        <w:ind w:left="2880" w:hanging="360"/>
      </w:pPr>
      <w:rPr>
        <w:rFonts w:hint="default" w:ascii="Symbol" w:hAnsi="Symbol"/>
      </w:rPr>
    </w:lvl>
    <w:lvl w:ilvl="4" w:tplc="042D0003" w:tentative="1">
      <w:start w:val="1"/>
      <w:numFmt w:val="bullet"/>
      <w:lvlText w:val="o"/>
      <w:lvlJc w:val="left"/>
      <w:pPr>
        <w:ind w:left="3600" w:hanging="360"/>
      </w:pPr>
      <w:rPr>
        <w:rFonts w:hint="default" w:ascii="Courier New" w:hAnsi="Courier New" w:cs="Courier New"/>
      </w:rPr>
    </w:lvl>
    <w:lvl w:ilvl="5" w:tplc="042D0005" w:tentative="1">
      <w:start w:val="1"/>
      <w:numFmt w:val="bullet"/>
      <w:lvlText w:val=""/>
      <w:lvlJc w:val="left"/>
      <w:pPr>
        <w:ind w:left="4320" w:hanging="360"/>
      </w:pPr>
      <w:rPr>
        <w:rFonts w:hint="default" w:ascii="Wingdings" w:hAnsi="Wingdings"/>
      </w:rPr>
    </w:lvl>
    <w:lvl w:ilvl="6" w:tplc="042D0001" w:tentative="1">
      <w:start w:val="1"/>
      <w:numFmt w:val="bullet"/>
      <w:lvlText w:val=""/>
      <w:lvlJc w:val="left"/>
      <w:pPr>
        <w:ind w:left="5040" w:hanging="360"/>
      </w:pPr>
      <w:rPr>
        <w:rFonts w:hint="default" w:ascii="Symbol" w:hAnsi="Symbol"/>
      </w:rPr>
    </w:lvl>
    <w:lvl w:ilvl="7" w:tplc="042D0003" w:tentative="1">
      <w:start w:val="1"/>
      <w:numFmt w:val="bullet"/>
      <w:lvlText w:val="o"/>
      <w:lvlJc w:val="left"/>
      <w:pPr>
        <w:ind w:left="5760" w:hanging="360"/>
      </w:pPr>
      <w:rPr>
        <w:rFonts w:hint="default" w:ascii="Courier New" w:hAnsi="Courier New" w:cs="Courier New"/>
      </w:rPr>
    </w:lvl>
    <w:lvl w:ilvl="8" w:tplc="042D0005" w:tentative="1">
      <w:start w:val="1"/>
      <w:numFmt w:val="bullet"/>
      <w:lvlText w:val=""/>
      <w:lvlJc w:val="left"/>
      <w:pPr>
        <w:ind w:left="6480" w:hanging="360"/>
      </w:pPr>
      <w:rPr>
        <w:rFonts w:hint="default" w:ascii="Wingdings" w:hAnsi="Wingdings"/>
      </w:rPr>
    </w:lvl>
  </w:abstractNum>
  <w:abstractNum w:abstractNumId="31" w15:restartNumberingAfterBreak="0">
    <w:nsid w:val="4D4D3B6A"/>
    <w:multiLevelType w:val="multilevel"/>
    <w:tmpl w:val="3716B57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53757388"/>
    <w:multiLevelType w:val="multilevel"/>
    <w:tmpl w:val="03C02EC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56B93A88"/>
    <w:multiLevelType w:val="multilevel"/>
    <w:tmpl w:val="70AC005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103384"/>
    <w:multiLevelType w:val="multilevel"/>
    <w:tmpl w:val="2064F4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59E16522"/>
    <w:multiLevelType w:val="multilevel"/>
    <w:tmpl w:val="408A38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5AD61C6F"/>
    <w:multiLevelType w:val="multilevel"/>
    <w:tmpl w:val="06AC467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5B6E566E"/>
    <w:multiLevelType w:val="multilevel"/>
    <w:tmpl w:val="E2C43F1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5DFA0AC9"/>
    <w:multiLevelType w:val="multilevel"/>
    <w:tmpl w:val="DEB083E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5F6B4403"/>
    <w:multiLevelType w:val="multilevel"/>
    <w:tmpl w:val="E22EBC1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6330617C"/>
    <w:multiLevelType w:val="multilevel"/>
    <w:tmpl w:val="3836BF0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6E4A5BE6"/>
    <w:multiLevelType w:val="multilevel"/>
    <w:tmpl w:val="B1ACB0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706B7B25"/>
    <w:multiLevelType w:val="multilevel"/>
    <w:tmpl w:val="2AF4304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18A0027"/>
    <w:multiLevelType w:val="multilevel"/>
    <w:tmpl w:val="F58EC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9365F2"/>
    <w:multiLevelType w:val="multilevel"/>
    <w:tmpl w:val="8BD260A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767E7F00"/>
    <w:multiLevelType w:val="hybridMultilevel"/>
    <w:tmpl w:val="D79ABA5C"/>
    <w:lvl w:ilvl="0" w:tplc="042D0001">
      <w:start w:val="1"/>
      <w:numFmt w:val="bullet"/>
      <w:lvlText w:val=""/>
      <w:lvlJc w:val="left"/>
      <w:pPr>
        <w:ind w:left="720" w:hanging="360"/>
      </w:pPr>
      <w:rPr>
        <w:rFonts w:hint="default" w:ascii="Symbol" w:hAnsi="Symbol"/>
      </w:rPr>
    </w:lvl>
    <w:lvl w:ilvl="1" w:tplc="042D0003" w:tentative="1">
      <w:start w:val="1"/>
      <w:numFmt w:val="bullet"/>
      <w:lvlText w:val="o"/>
      <w:lvlJc w:val="left"/>
      <w:pPr>
        <w:ind w:left="1440" w:hanging="360"/>
      </w:pPr>
      <w:rPr>
        <w:rFonts w:hint="default" w:ascii="Courier New" w:hAnsi="Courier New" w:cs="Courier New"/>
      </w:rPr>
    </w:lvl>
    <w:lvl w:ilvl="2" w:tplc="042D0005" w:tentative="1">
      <w:start w:val="1"/>
      <w:numFmt w:val="bullet"/>
      <w:lvlText w:val=""/>
      <w:lvlJc w:val="left"/>
      <w:pPr>
        <w:ind w:left="2160" w:hanging="360"/>
      </w:pPr>
      <w:rPr>
        <w:rFonts w:hint="default" w:ascii="Wingdings" w:hAnsi="Wingdings"/>
      </w:rPr>
    </w:lvl>
    <w:lvl w:ilvl="3" w:tplc="042D0001" w:tentative="1">
      <w:start w:val="1"/>
      <w:numFmt w:val="bullet"/>
      <w:lvlText w:val=""/>
      <w:lvlJc w:val="left"/>
      <w:pPr>
        <w:ind w:left="2880" w:hanging="360"/>
      </w:pPr>
      <w:rPr>
        <w:rFonts w:hint="default" w:ascii="Symbol" w:hAnsi="Symbol"/>
      </w:rPr>
    </w:lvl>
    <w:lvl w:ilvl="4" w:tplc="042D0003" w:tentative="1">
      <w:start w:val="1"/>
      <w:numFmt w:val="bullet"/>
      <w:lvlText w:val="o"/>
      <w:lvlJc w:val="left"/>
      <w:pPr>
        <w:ind w:left="3600" w:hanging="360"/>
      </w:pPr>
      <w:rPr>
        <w:rFonts w:hint="default" w:ascii="Courier New" w:hAnsi="Courier New" w:cs="Courier New"/>
      </w:rPr>
    </w:lvl>
    <w:lvl w:ilvl="5" w:tplc="042D0005" w:tentative="1">
      <w:start w:val="1"/>
      <w:numFmt w:val="bullet"/>
      <w:lvlText w:val=""/>
      <w:lvlJc w:val="left"/>
      <w:pPr>
        <w:ind w:left="4320" w:hanging="360"/>
      </w:pPr>
      <w:rPr>
        <w:rFonts w:hint="default" w:ascii="Wingdings" w:hAnsi="Wingdings"/>
      </w:rPr>
    </w:lvl>
    <w:lvl w:ilvl="6" w:tplc="042D0001" w:tentative="1">
      <w:start w:val="1"/>
      <w:numFmt w:val="bullet"/>
      <w:lvlText w:val=""/>
      <w:lvlJc w:val="left"/>
      <w:pPr>
        <w:ind w:left="5040" w:hanging="360"/>
      </w:pPr>
      <w:rPr>
        <w:rFonts w:hint="default" w:ascii="Symbol" w:hAnsi="Symbol"/>
      </w:rPr>
    </w:lvl>
    <w:lvl w:ilvl="7" w:tplc="042D0003" w:tentative="1">
      <w:start w:val="1"/>
      <w:numFmt w:val="bullet"/>
      <w:lvlText w:val="o"/>
      <w:lvlJc w:val="left"/>
      <w:pPr>
        <w:ind w:left="5760" w:hanging="360"/>
      </w:pPr>
      <w:rPr>
        <w:rFonts w:hint="default" w:ascii="Courier New" w:hAnsi="Courier New" w:cs="Courier New"/>
      </w:rPr>
    </w:lvl>
    <w:lvl w:ilvl="8" w:tplc="042D0005" w:tentative="1">
      <w:start w:val="1"/>
      <w:numFmt w:val="bullet"/>
      <w:lvlText w:val=""/>
      <w:lvlJc w:val="left"/>
      <w:pPr>
        <w:ind w:left="6480" w:hanging="360"/>
      </w:pPr>
      <w:rPr>
        <w:rFonts w:hint="default" w:ascii="Wingdings" w:hAnsi="Wingdings"/>
      </w:rPr>
    </w:lvl>
  </w:abstractNum>
  <w:abstractNum w:abstractNumId="46" w15:restartNumberingAfterBreak="0">
    <w:nsid w:val="79562085"/>
    <w:multiLevelType w:val="multilevel"/>
    <w:tmpl w:val="A6603A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20"/>
  </w:num>
  <w:num w:numId="8">
    <w:abstractNumId w:val="44"/>
  </w:num>
  <w:num w:numId="9">
    <w:abstractNumId w:val="10"/>
  </w:num>
  <w:num w:numId="10">
    <w:abstractNumId w:val="35"/>
  </w:num>
  <w:num w:numId="11">
    <w:abstractNumId w:val="11"/>
  </w:num>
  <w:num w:numId="12">
    <w:abstractNumId w:val="28"/>
  </w:num>
  <w:num w:numId="13">
    <w:abstractNumId w:val="22"/>
  </w:num>
  <w:num w:numId="14">
    <w:abstractNumId w:val="25"/>
  </w:num>
  <w:num w:numId="15">
    <w:abstractNumId w:val="27"/>
  </w:num>
  <w:num w:numId="16">
    <w:abstractNumId w:val="41"/>
  </w:num>
  <w:num w:numId="17">
    <w:abstractNumId w:val="33"/>
  </w:num>
  <w:num w:numId="18">
    <w:abstractNumId w:val="46"/>
  </w:num>
  <w:num w:numId="19">
    <w:abstractNumId w:val="16"/>
  </w:num>
  <w:num w:numId="20">
    <w:abstractNumId w:val="24"/>
  </w:num>
  <w:num w:numId="21">
    <w:abstractNumId w:val="7"/>
  </w:num>
  <w:num w:numId="22">
    <w:abstractNumId w:val="39"/>
  </w:num>
  <w:num w:numId="23">
    <w:abstractNumId w:val="12"/>
  </w:num>
  <w:num w:numId="24">
    <w:abstractNumId w:val="29"/>
  </w:num>
  <w:num w:numId="25">
    <w:abstractNumId w:val="42"/>
  </w:num>
  <w:num w:numId="26">
    <w:abstractNumId w:val="37"/>
  </w:num>
  <w:num w:numId="27">
    <w:abstractNumId w:val="8"/>
  </w:num>
  <w:num w:numId="28">
    <w:abstractNumId w:val="15"/>
  </w:num>
  <w:num w:numId="29">
    <w:abstractNumId w:val="21"/>
  </w:num>
  <w:num w:numId="30">
    <w:abstractNumId w:val="32"/>
  </w:num>
  <w:num w:numId="31">
    <w:abstractNumId w:val="6"/>
  </w:num>
  <w:num w:numId="32">
    <w:abstractNumId w:val="26"/>
  </w:num>
  <w:num w:numId="33">
    <w:abstractNumId w:val="19"/>
  </w:num>
  <w:num w:numId="34">
    <w:abstractNumId w:val="14"/>
  </w:num>
  <w:num w:numId="35">
    <w:abstractNumId w:val="17"/>
  </w:num>
  <w:num w:numId="36">
    <w:abstractNumId w:val="9"/>
  </w:num>
  <w:num w:numId="37">
    <w:abstractNumId w:val="40"/>
  </w:num>
  <w:num w:numId="38">
    <w:abstractNumId w:val="38"/>
  </w:num>
  <w:num w:numId="39">
    <w:abstractNumId w:val="36"/>
  </w:num>
  <w:num w:numId="40">
    <w:abstractNumId w:val="31"/>
  </w:num>
  <w:num w:numId="41">
    <w:abstractNumId w:val="18"/>
  </w:num>
  <w:num w:numId="42">
    <w:abstractNumId w:val="43"/>
  </w:num>
  <w:num w:numId="43">
    <w:abstractNumId w:val="34"/>
  </w:num>
  <w:num w:numId="44">
    <w:abstractNumId w:val="13"/>
  </w:num>
  <w:num w:numId="45">
    <w:abstractNumId w:val="30"/>
  </w:num>
  <w:num w:numId="46">
    <w:abstractNumId w:val="45"/>
  </w:num>
  <w:num w:numId="47">
    <w:abstractNumId w:val="23"/>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2452D"/>
    <w:rsid w:val="00034616"/>
    <w:rsid w:val="0006063C"/>
    <w:rsid w:val="00093622"/>
    <w:rsid w:val="000A2664"/>
    <w:rsid w:val="000B27C0"/>
    <w:rsid w:val="000C62C9"/>
    <w:rsid w:val="000F0F40"/>
    <w:rsid w:val="00130B8F"/>
    <w:rsid w:val="00132A65"/>
    <w:rsid w:val="001453EA"/>
    <w:rsid w:val="0015074B"/>
    <w:rsid w:val="00162BE6"/>
    <w:rsid w:val="001978FA"/>
    <w:rsid w:val="001C16F6"/>
    <w:rsid w:val="001D704D"/>
    <w:rsid w:val="0029639D"/>
    <w:rsid w:val="002B13C4"/>
    <w:rsid w:val="002B2B58"/>
    <w:rsid w:val="002B3523"/>
    <w:rsid w:val="002C2419"/>
    <w:rsid w:val="002C75F1"/>
    <w:rsid w:val="002F2DB3"/>
    <w:rsid w:val="00311A94"/>
    <w:rsid w:val="0031604C"/>
    <w:rsid w:val="00326F90"/>
    <w:rsid w:val="003337E1"/>
    <w:rsid w:val="00350B03"/>
    <w:rsid w:val="003A4CB4"/>
    <w:rsid w:val="003C6E5F"/>
    <w:rsid w:val="003E6CD8"/>
    <w:rsid w:val="004356F1"/>
    <w:rsid w:val="00501802"/>
    <w:rsid w:val="00513386"/>
    <w:rsid w:val="00514E60"/>
    <w:rsid w:val="00527618"/>
    <w:rsid w:val="00530AAA"/>
    <w:rsid w:val="005E4B8F"/>
    <w:rsid w:val="00677CB4"/>
    <w:rsid w:val="006F5C00"/>
    <w:rsid w:val="00721D1A"/>
    <w:rsid w:val="00742573"/>
    <w:rsid w:val="007757AC"/>
    <w:rsid w:val="00792BAE"/>
    <w:rsid w:val="007A45AD"/>
    <w:rsid w:val="008651D1"/>
    <w:rsid w:val="00885DF0"/>
    <w:rsid w:val="008B4288"/>
    <w:rsid w:val="008D1705"/>
    <w:rsid w:val="00970E19"/>
    <w:rsid w:val="009872AA"/>
    <w:rsid w:val="009A3940"/>
    <w:rsid w:val="009E7014"/>
    <w:rsid w:val="00A15E57"/>
    <w:rsid w:val="00A43817"/>
    <w:rsid w:val="00A46CBB"/>
    <w:rsid w:val="00A511E6"/>
    <w:rsid w:val="00A91E8B"/>
    <w:rsid w:val="00AA1D8D"/>
    <w:rsid w:val="00AC61F8"/>
    <w:rsid w:val="00AD5564"/>
    <w:rsid w:val="00B47730"/>
    <w:rsid w:val="00BB4643"/>
    <w:rsid w:val="00C21BB1"/>
    <w:rsid w:val="00C24244"/>
    <w:rsid w:val="00C742C7"/>
    <w:rsid w:val="00C847DF"/>
    <w:rsid w:val="00CB0664"/>
    <w:rsid w:val="00D226DF"/>
    <w:rsid w:val="00D3238E"/>
    <w:rsid w:val="00DE439B"/>
    <w:rsid w:val="00DF3B80"/>
    <w:rsid w:val="00E05DEB"/>
    <w:rsid w:val="00E26D75"/>
    <w:rsid w:val="00E447B9"/>
    <w:rsid w:val="00F411A0"/>
    <w:rsid w:val="00F629F5"/>
    <w:rsid w:val="00F91A3C"/>
    <w:rsid w:val="00FA0B43"/>
    <w:rsid w:val="00FB5A8A"/>
    <w:rsid w:val="00FC693F"/>
    <w:rsid w:val="342F5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BC3F57"/>
  <w14:defaultImageDpi w14:val="300"/>
  <w15:docId w15:val="{3649ADE8-F2E7-4064-A355-B1A61B4168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a" w:default="1">
    <w:name w:val="Normal"/>
    <w:qFormat/>
    <w:rsid w:val="00FC693F"/>
  </w:style>
  <w:style w:type="paragraph" w:styleId="1izenburua">
    <w:name w:val="heading 1"/>
    <w:basedOn w:val="Normala"/>
    <w:next w:val="Normala"/>
    <w:link w:val="1izenburuaKar"/>
    <w:uiPriority w:val="9"/>
    <w:qFormat/>
    <w:rsid w:val="00FC693F"/>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FC693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3izenburua">
    <w:name w:val="heading 3"/>
    <w:basedOn w:val="Normala"/>
    <w:next w:val="Normala"/>
    <w:link w:val="3izenburuaK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4izenburua">
    <w:name w:val="heading 4"/>
    <w:basedOn w:val="Normala"/>
    <w:next w:val="Normala"/>
    <w:link w:val="4izenburuaK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5izenburua">
    <w:name w:val="heading 5"/>
    <w:basedOn w:val="Normala"/>
    <w:next w:val="Normala"/>
    <w:link w:val="5izenburuaK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6izenburua">
    <w:name w:val="heading 6"/>
    <w:basedOn w:val="Normala"/>
    <w:next w:val="Normala"/>
    <w:link w:val="6izenburuaK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7izenburua">
    <w:name w:val="heading 7"/>
    <w:basedOn w:val="Normala"/>
    <w:next w:val="Normala"/>
    <w:link w:val="7izenburuaK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8izenburua">
    <w:name w:val="heading 8"/>
    <w:basedOn w:val="Normala"/>
    <w:next w:val="Normala"/>
    <w:link w:val="8izenburuaK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9izenburua">
    <w:name w:val="heading 9"/>
    <w:basedOn w:val="Normala"/>
    <w:next w:val="Normala"/>
    <w:link w:val="9izenburuaK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Paragrafoarenletra-tipolehenetsia" w:default="1">
    <w:name w:val="Default Paragraph Font"/>
    <w:uiPriority w:val="1"/>
    <w:semiHidden/>
    <w:unhideWhenUsed/>
  </w:style>
  <w:style w:type="table" w:styleId="Taulanormala" w:default="1">
    <w:name w:val="Normal Table"/>
    <w:uiPriority w:val="99"/>
    <w:semiHidden/>
    <w:unhideWhenUsed/>
    <w:tblPr>
      <w:tblInd w:w="0" w:type="dxa"/>
      <w:tblCellMar>
        <w:top w:w="0" w:type="dxa"/>
        <w:left w:w="108" w:type="dxa"/>
        <w:bottom w:w="0" w:type="dxa"/>
        <w:right w:w="108" w:type="dxa"/>
      </w:tblCellMar>
    </w:tblPr>
  </w:style>
  <w:style w:type="numbering" w:styleId="Zerrendarikez" w:default="1">
    <w:name w:val="No List"/>
    <w:uiPriority w:val="99"/>
    <w:semiHidden/>
    <w:unhideWhenUsed/>
  </w:style>
  <w:style w:type="paragraph" w:styleId="Goiburua">
    <w:name w:val="header"/>
    <w:basedOn w:val="Normala"/>
    <w:link w:val="GoiburuaKar"/>
    <w:uiPriority w:val="99"/>
    <w:unhideWhenUsed/>
    <w:rsid w:val="00E618BF"/>
    <w:pPr>
      <w:tabs>
        <w:tab w:val="center" w:pos="4680"/>
        <w:tab w:val="right" w:pos="9360"/>
      </w:tabs>
      <w:spacing w:after="0" w:line="240" w:lineRule="auto"/>
    </w:pPr>
  </w:style>
  <w:style w:type="character" w:styleId="GoiburuaKar" w:customStyle="1">
    <w:name w:val="Goiburua Kar"/>
    <w:basedOn w:val="Paragrafoarenletra-tipolehenetsia"/>
    <w:link w:val="Goiburua"/>
    <w:uiPriority w:val="99"/>
    <w:rsid w:val="00E618BF"/>
  </w:style>
  <w:style w:type="paragraph" w:styleId="Orri-oina">
    <w:name w:val="footer"/>
    <w:basedOn w:val="Normala"/>
    <w:link w:val="Orri-oinaKar"/>
    <w:uiPriority w:val="99"/>
    <w:unhideWhenUsed/>
    <w:rsid w:val="00E618BF"/>
    <w:pPr>
      <w:tabs>
        <w:tab w:val="center" w:pos="4680"/>
        <w:tab w:val="right" w:pos="9360"/>
      </w:tabs>
      <w:spacing w:after="0" w:line="240" w:lineRule="auto"/>
    </w:pPr>
  </w:style>
  <w:style w:type="character" w:styleId="Orri-oinaKar" w:customStyle="1">
    <w:name w:val="Orri-oina Kar"/>
    <w:basedOn w:val="Paragrafoarenletra-tipolehenetsia"/>
    <w:link w:val="Orri-oina"/>
    <w:uiPriority w:val="99"/>
    <w:rsid w:val="00E618BF"/>
  </w:style>
  <w:style w:type="paragraph" w:styleId="Tarterikez">
    <w:name w:val="No Spacing"/>
    <w:link w:val="TarterikezKar"/>
    <w:uiPriority w:val="1"/>
    <w:qFormat/>
    <w:rsid w:val="00FC693F"/>
    <w:pPr>
      <w:spacing w:after="0" w:line="240" w:lineRule="auto"/>
    </w:pPr>
  </w:style>
  <w:style w:type="character" w:styleId="1izenburuaKar" w:customStyle="1">
    <w:name w:val="1. izenburua Kar"/>
    <w:basedOn w:val="Paragrafoarenletra-tipolehenetsia"/>
    <w:link w:val="1izenburua"/>
    <w:uiPriority w:val="9"/>
    <w:rsid w:val="00FC693F"/>
    <w:rPr>
      <w:rFonts w:asciiTheme="majorHAnsi" w:hAnsiTheme="majorHAnsi" w:eastAsiaTheme="majorEastAsia" w:cstheme="majorBidi"/>
      <w:b/>
      <w:bCs/>
      <w:color w:val="365F91" w:themeColor="accent1" w:themeShade="BF"/>
      <w:sz w:val="28"/>
      <w:szCs w:val="28"/>
    </w:rPr>
  </w:style>
  <w:style w:type="character" w:styleId="2izenburuaKar" w:customStyle="1">
    <w:name w:val="2. izenburua Kar"/>
    <w:basedOn w:val="Paragrafoarenletra-tipolehenetsia"/>
    <w:link w:val="2izenburua"/>
    <w:uiPriority w:val="9"/>
    <w:rsid w:val="00FC693F"/>
    <w:rPr>
      <w:rFonts w:asciiTheme="majorHAnsi" w:hAnsiTheme="majorHAnsi" w:eastAsiaTheme="majorEastAsia" w:cstheme="majorBidi"/>
      <w:b/>
      <w:bCs/>
      <w:color w:val="4F81BD" w:themeColor="accent1"/>
      <w:sz w:val="26"/>
      <w:szCs w:val="26"/>
    </w:rPr>
  </w:style>
  <w:style w:type="character" w:styleId="3izenburuaKar" w:customStyle="1">
    <w:name w:val="3. izenburua Kar"/>
    <w:basedOn w:val="Paragrafoarenletra-tipolehenetsia"/>
    <w:link w:val="3izenburua"/>
    <w:uiPriority w:val="9"/>
    <w:rsid w:val="00FC693F"/>
    <w:rPr>
      <w:rFonts w:asciiTheme="majorHAnsi" w:hAnsiTheme="majorHAnsi" w:eastAsiaTheme="majorEastAsia" w:cstheme="majorBidi"/>
      <w:b/>
      <w:bCs/>
      <w:color w:val="4F81BD" w:themeColor="accent1"/>
    </w:rPr>
  </w:style>
  <w:style w:type="paragraph" w:styleId="Titulua">
    <w:name w:val="Title"/>
    <w:basedOn w:val="Normala"/>
    <w:next w:val="Normala"/>
    <w:link w:val="TituluaK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uluaKar" w:customStyle="1">
    <w:name w:val="Titulua Kar"/>
    <w:basedOn w:val="Paragrafoarenletra-tipolehenetsia"/>
    <w:link w:val="Titulua"/>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Azpititulua">
    <w:name w:val="Subtitle"/>
    <w:basedOn w:val="Normala"/>
    <w:next w:val="Normala"/>
    <w:link w:val="AzpitituluaK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AzpitituluaKar" w:customStyle="1">
    <w:name w:val="Azpititulua Kar"/>
    <w:basedOn w:val="Paragrafoarenletra-tipolehenetsia"/>
    <w:link w:val="Azpititulua"/>
    <w:uiPriority w:val="11"/>
    <w:rsid w:val="00FC693F"/>
    <w:rPr>
      <w:rFonts w:asciiTheme="majorHAnsi" w:hAnsiTheme="majorHAnsi" w:eastAsiaTheme="majorEastAsia" w:cstheme="majorBidi"/>
      <w:i/>
      <w:iCs/>
      <w:color w:val="4F81BD" w:themeColor="accent1"/>
      <w:spacing w:val="15"/>
      <w:sz w:val="24"/>
      <w:szCs w:val="24"/>
    </w:rPr>
  </w:style>
  <w:style w:type="paragraph" w:styleId="Zerrenda-paragrafoa">
    <w:name w:val="List Paragraph"/>
    <w:basedOn w:val="Normala"/>
    <w:uiPriority w:val="34"/>
    <w:qFormat/>
    <w:rsid w:val="00FC693F"/>
    <w:pPr>
      <w:ind w:left="720"/>
      <w:contextualSpacing/>
    </w:pPr>
  </w:style>
  <w:style w:type="paragraph" w:styleId="Gorputz-testua">
    <w:name w:val="Body Text"/>
    <w:basedOn w:val="Normala"/>
    <w:link w:val="Gorputz-testuaKar"/>
    <w:uiPriority w:val="99"/>
    <w:unhideWhenUsed/>
    <w:rsid w:val="00AA1D8D"/>
    <w:pPr>
      <w:spacing w:after="120"/>
    </w:pPr>
  </w:style>
  <w:style w:type="character" w:styleId="Gorputz-testuaKar" w:customStyle="1">
    <w:name w:val="Gorputz-testua Kar"/>
    <w:basedOn w:val="Paragrafoarenletra-tipolehenetsia"/>
    <w:link w:val="Gorputz-testua"/>
    <w:uiPriority w:val="99"/>
    <w:rsid w:val="00AA1D8D"/>
  </w:style>
  <w:style w:type="paragraph" w:styleId="Gorputz-testua2">
    <w:name w:val="Body Text 2"/>
    <w:basedOn w:val="Normala"/>
    <w:link w:val="Gorputz-testua2Kar"/>
    <w:uiPriority w:val="99"/>
    <w:unhideWhenUsed/>
    <w:rsid w:val="00AA1D8D"/>
    <w:pPr>
      <w:spacing w:after="120" w:line="480" w:lineRule="auto"/>
    </w:pPr>
  </w:style>
  <w:style w:type="character" w:styleId="Gorputz-testua2Kar" w:customStyle="1">
    <w:name w:val="Gorputz-testua 2 Kar"/>
    <w:basedOn w:val="Paragrafoarenletra-tipolehenetsia"/>
    <w:link w:val="Gorputz-testua2"/>
    <w:uiPriority w:val="99"/>
    <w:rsid w:val="00AA1D8D"/>
  </w:style>
  <w:style w:type="paragraph" w:styleId="Gorputz-testua3">
    <w:name w:val="Body Text 3"/>
    <w:basedOn w:val="Normala"/>
    <w:link w:val="Gorputz-testua3Kar"/>
    <w:uiPriority w:val="99"/>
    <w:unhideWhenUsed/>
    <w:rsid w:val="00AA1D8D"/>
    <w:pPr>
      <w:spacing w:after="120"/>
    </w:pPr>
    <w:rPr>
      <w:sz w:val="16"/>
      <w:szCs w:val="16"/>
    </w:rPr>
  </w:style>
  <w:style w:type="character" w:styleId="Gorputz-testua3Kar" w:customStyle="1">
    <w:name w:val="Gorputz-testua 3 Kar"/>
    <w:basedOn w:val="Paragrafoarenletra-tipolehenetsia"/>
    <w:link w:val="Gorputz-testua3"/>
    <w:uiPriority w:val="99"/>
    <w:rsid w:val="00AA1D8D"/>
    <w:rPr>
      <w:sz w:val="16"/>
      <w:szCs w:val="16"/>
    </w:rPr>
  </w:style>
  <w:style w:type="paragraph" w:styleId="Zerrenda">
    <w:name w:val="List"/>
    <w:basedOn w:val="Normala"/>
    <w:uiPriority w:val="99"/>
    <w:unhideWhenUsed/>
    <w:rsid w:val="00AA1D8D"/>
    <w:pPr>
      <w:ind w:left="360" w:hanging="360"/>
      <w:contextualSpacing/>
    </w:pPr>
  </w:style>
  <w:style w:type="paragraph" w:styleId="Zerrenda2">
    <w:name w:val="List 2"/>
    <w:basedOn w:val="Normala"/>
    <w:uiPriority w:val="99"/>
    <w:unhideWhenUsed/>
    <w:rsid w:val="00326F90"/>
    <w:pPr>
      <w:ind w:left="720" w:hanging="360"/>
      <w:contextualSpacing/>
    </w:pPr>
  </w:style>
  <w:style w:type="paragraph" w:styleId="Zerrenda3">
    <w:name w:val="List 3"/>
    <w:basedOn w:val="Normala"/>
    <w:uiPriority w:val="99"/>
    <w:unhideWhenUsed/>
    <w:rsid w:val="00326F90"/>
    <w:pPr>
      <w:ind w:left="1080" w:hanging="360"/>
      <w:contextualSpacing/>
    </w:pPr>
  </w:style>
  <w:style w:type="paragraph" w:styleId="Bulet-zerrenda">
    <w:name w:val="List Bullet"/>
    <w:basedOn w:val="Normala"/>
    <w:uiPriority w:val="99"/>
    <w:unhideWhenUsed/>
    <w:rsid w:val="00326F90"/>
    <w:pPr>
      <w:numPr>
        <w:numId w:val="1"/>
      </w:numPr>
      <w:contextualSpacing/>
    </w:pPr>
  </w:style>
  <w:style w:type="paragraph" w:styleId="Bulet-zerrenda2">
    <w:name w:val="List Bullet 2"/>
    <w:basedOn w:val="Normala"/>
    <w:uiPriority w:val="99"/>
    <w:unhideWhenUsed/>
    <w:rsid w:val="00326F90"/>
    <w:pPr>
      <w:numPr>
        <w:numId w:val="2"/>
      </w:numPr>
      <w:contextualSpacing/>
    </w:pPr>
  </w:style>
  <w:style w:type="paragraph" w:styleId="Bulet-zerrenda3">
    <w:name w:val="List Bullet 3"/>
    <w:basedOn w:val="Normala"/>
    <w:uiPriority w:val="99"/>
    <w:unhideWhenUsed/>
    <w:rsid w:val="00326F90"/>
    <w:pPr>
      <w:numPr>
        <w:numId w:val="3"/>
      </w:numPr>
      <w:contextualSpacing/>
    </w:pPr>
  </w:style>
  <w:style w:type="paragraph" w:styleId="Zenbaki-zerrenda">
    <w:name w:val="List Number"/>
    <w:basedOn w:val="Normala"/>
    <w:uiPriority w:val="99"/>
    <w:unhideWhenUsed/>
    <w:rsid w:val="00326F90"/>
    <w:pPr>
      <w:numPr>
        <w:numId w:val="4"/>
      </w:numPr>
      <w:contextualSpacing/>
    </w:pPr>
  </w:style>
  <w:style w:type="paragraph" w:styleId="Zenbaki-zerrenda2">
    <w:name w:val="List Number 2"/>
    <w:basedOn w:val="Normala"/>
    <w:uiPriority w:val="99"/>
    <w:unhideWhenUsed/>
    <w:rsid w:val="0029639D"/>
    <w:pPr>
      <w:numPr>
        <w:numId w:val="5"/>
      </w:numPr>
      <w:contextualSpacing/>
    </w:pPr>
  </w:style>
  <w:style w:type="paragraph" w:styleId="Zenbaki-zerrenda3">
    <w:name w:val="List Number 3"/>
    <w:basedOn w:val="Normala"/>
    <w:uiPriority w:val="99"/>
    <w:unhideWhenUsed/>
    <w:rsid w:val="0029639D"/>
    <w:pPr>
      <w:numPr>
        <w:numId w:val="6"/>
      </w:numPr>
      <w:contextualSpacing/>
    </w:pPr>
  </w:style>
  <w:style w:type="paragraph" w:styleId="Zerrendajarraitua">
    <w:name w:val="List Continue"/>
    <w:basedOn w:val="Normala"/>
    <w:uiPriority w:val="99"/>
    <w:unhideWhenUsed/>
    <w:rsid w:val="0029639D"/>
    <w:pPr>
      <w:spacing w:after="120"/>
      <w:ind w:left="360"/>
      <w:contextualSpacing/>
    </w:pPr>
  </w:style>
  <w:style w:type="paragraph" w:styleId="Zerrendajarraitua2">
    <w:name w:val="List Continue 2"/>
    <w:basedOn w:val="Normala"/>
    <w:uiPriority w:val="99"/>
    <w:unhideWhenUsed/>
    <w:rsid w:val="0029639D"/>
    <w:pPr>
      <w:spacing w:after="120"/>
      <w:ind w:left="720"/>
      <w:contextualSpacing/>
    </w:pPr>
  </w:style>
  <w:style w:type="paragraph" w:styleId="Zerrendajarraitua3">
    <w:name w:val="List Continue 3"/>
    <w:basedOn w:val="Normala"/>
    <w:uiPriority w:val="99"/>
    <w:unhideWhenUsed/>
    <w:rsid w:val="0029639D"/>
    <w:pPr>
      <w:spacing w:after="120"/>
      <w:ind w:left="1080"/>
      <w:contextualSpacing/>
    </w:pPr>
  </w:style>
  <w:style w:type="paragraph" w:styleId="Makrokotestua">
    <w:name w:val="macro"/>
    <w:link w:val="MakrokotestuaK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krokotestuaKar" w:customStyle="1">
    <w:name w:val="Makroko testua Kar"/>
    <w:basedOn w:val="Paragrafoarenletra-tipolehenetsia"/>
    <w:link w:val="Makrokotestua"/>
    <w:uiPriority w:val="99"/>
    <w:rsid w:val="0029639D"/>
    <w:rPr>
      <w:rFonts w:ascii="Courier" w:hAnsi="Courier"/>
      <w:sz w:val="20"/>
      <w:szCs w:val="20"/>
    </w:rPr>
  </w:style>
  <w:style w:type="paragraph" w:styleId="Aipua">
    <w:name w:val="Quote"/>
    <w:basedOn w:val="Normala"/>
    <w:next w:val="Normala"/>
    <w:link w:val="AipuaKar"/>
    <w:uiPriority w:val="29"/>
    <w:qFormat/>
    <w:rsid w:val="00FC693F"/>
    <w:rPr>
      <w:i/>
      <w:iCs/>
      <w:color w:val="000000" w:themeColor="text1"/>
    </w:rPr>
  </w:style>
  <w:style w:type="character" w:styleId="AipuaKar" w:customStyle="1">
    <w:name w:val="Aipua Kar"/>
    <w:basedOn w:val="Paragrafoarenletra-tipolehenetsia"/>
    <w:link w:val="Aipua"/>
    <w:uiPriority w:val="29"/>
    <w:rsid w:val="00FC693F"/>
    <w:rPr>
      <w:i/>
      <w:iCs/>
      <w:color w:val="000000" w:themeColor="text1"/>
    </w:rPr>
  </w:style>
  <w:style w:type="character" w:styleId="4izenburuaKar" w:customStyle="1">
    <w:name w:val="4. izenburua Kar"/>
    <w:basedOn w:val="Paragrafoarenletra-tipolehenetsia"/>
    <w:link w:val="4izenburua"/>
    <w:uiPriority w:val="9"/>
    <w:semiHidden/>
    <w:rsid w:val="00FC693F"/>
    <w:rPr>
      <w:rFonts w:asciiTheme="majorHAnsi" w:hAnsiTheme="majorHAnsi" w:eastAsiaTheme="majorEastAsia" w:cstheme="majorBidi"/>
      <w:b/>
      <w:bCs/>
      <w:i/>
      <w:iCs/>
      <w:color w:val="4F81BD" w:themeColor="accent1"/>
    </w:rPr>
  </w:style>
  <w:style w:type="character" w:styleId="5izenburuaKar" w:customStyle="1">
    <w:name w:val="5. izenburua Kar"/>
    <w:basedOn w:val="Paragrafoarenletra-tipolehenetsia"/>
    <w:link w:val="5izenburua"/>
    <w:uiPriority w:val="9"/>
    <w:semiHidden/>
    <w:rsid w:val="00FC693F"/>
    <w:rPr>
      <w:rFonts w:asciiTheme="majorHAnsi" w:hAnsiTheme="majorHAnsi" w:eastAsiaTheme="majorEastAsia" w:cstheme="majorBidi"/>
      <w:color w:val="243F60" w:themeColor="accent1" w:themeShade="7F"/>
    </w:rPr>
  </w:style>
  <w:style w:type="character" w:styleId="6izenburuaKar" w:customStyle="1">
    <w:name w:val="6. izenburua Kar"/>
    <w:basedOn w:val="Paragrafoarenletra-tipolehenetsia"/>
    <w:link w:val="6izenburua"/>
    <w:uiPriority w:val="9"/>
    <w:semiHidden/>
    <w:rsid w:val="00FC693F"/>
    <w:rPr>
      <w:rFonts w:asciiTheme="majorHAnsi" w:hAnsiTheme="majorHAnsi" w:eastAsiaTheme="majorEastAsia" w:cstheme="majorBidi"/>
      <w:i/>
      <w:iCs/>
      <w:color w:val="243F60" w:themeColor="accent1" w:themeShade="7F"/>
    </w:rPr>
  </w:style>
  <w:style w:type="character" w:styleId="7izenburuaKar" w:customStyle="1">
    <w:name w:val="7. izenburua Kar"/>
    <w:basedOn w:val="Paragrafoarenletra-tipolehenetsia"/>
    <w:link w:val="7izenburua"/>
    <w:uiPriority w:val="9"/>
    <w:semiHidden/>
    <w:rsid w:val="00FC693F"/>
    <w:rPr>
      <w:rFonts w:asciiTheme="majorHAnsi" w:hAnsiTheme="majorHAnsi" w:eastAsiaTheme="majorEastAsia" w:cstheme="majorBidi"/>
      <w:i/>
      <w:iCs/>
      <w:color w:val="404040" w:themeColor="text1" w:themeTint="BF"/>
    </w:rPr>
  </w:style>
  <w:style w:type="character" w:styleId="8izenburuaKar" w:customStyle="1">
    <w:name w:val="8. izenburua Kar"/>
    <w:basedOn w:val="Paragrafoarenletra-tipolehenetsia"/>
    <w:link w:val="8izenburua"/>
    <w:uiPriority w:val="9"/>
    <w:semiHidden/>
    <w:rsid w:val="00FC693F"/>
    <w:rPr>
      <w:rFonts w:asciiTheme="majorHAnsi" w:hAnsiTheme="majorHAnsi" w:eastAsiaTheme="majorEastAsia" w:cstheme="majorBidi"/>
      <w:color w:val="4F81BD" w:themeColor="accent1"/>
      <w:sz w:val="20"/>
      <w:szCs w:val="20"/>
    </w:rPr>
  </w:style>
  <w:style w:type="character" w:styleId="9izenburuaKar" w:customStyle="1">
    <w:name w:val="9. izenburua Kar"/>
    <w:basedOn w:val="Paragrafoarenletra-tipolehenetsia"/>
    <w:link w:val="9izenburua"/>
    <w:uiPriority w:val="9"/>
    <w:semiHidden/>
    <w:rsid w:val="00FC693F"/>
    <w:rPr>
      <w:rFonts w:asciiTheme="majorHAnsi" w:hAnsiTheme="majorHAnsi" w:eastAsiaTheme="majorEastAsia" w:cstheme="majorBidi"/>
      <w:i/>
      <w:iCs/>
      <w:color w:val="404040" w:themeColor="text1" w:themeTint="BF"/>
      <w:sz w:val="20"/>
      <w:szCs w:val="20"/>
    </w:rPr>
  </w:style>
  <w:style w:type="paragraph" w:styleId="Epigrafea">
    <w:name w:val="caption"/>
    <w:basedOn w:val="Normala"/>
    <w:next w:val="Normala"/>
    <w:uiPriority w:val="35"/>
    <w:semiHidden/>
    <w:unhideWhenUsed/>
    <w:qFormat/>
    <w:rsid w:val="00FC693F"/>
    <w:pPr>
      <w:spacing w:line="240" w:lineRule="auto"/>
    </w:pPr>
    <w:rPr>
      <w:b/>
      <w:bCs/>
      <w:color w:val="4F81BD" w:themeColor="accent1"/>
      <w:sz w:val="18"/>
      <w:szCs w:val="18"/>
    </w:rPr>
  </w:style>
  <w:style w:type="character" w:styleId="Lodia">
    <w:name w:val="Strong"/>
    <w:basedOn w:val="Paragrafoarenletra-tipolehenetsia"/>
    <w:uiPriority w:val="22"/>
    <w:qFormat/>
    <w:rsid w:val="00FC693F"/>
    <w:rPr>
      <w:b/>
      <w:bCs/>
    </w:rPr>
  </w:style>
  <w:style w:type="character" w:styleId="Enfasia">
    <w:name w:val="Emphasis"/>
    <w:basedOn w:val="Paragrafoarenletra-tipolehenetsia"/>
    <w:uiPriority w:val="20"/>
    <w:qFormat/>
    <w:rsid w:val="00FC693F"/>
    <w:rPr>
      <w:i/>
      <w:iCs/>
    </w:rPr>
  </w:style>
  <w:style w:type="paragraph" w:styleId="Aipamenhandia">
    <w:name w:val="Intense Quote"/>
    <w:basedOn w:val="Normala"/>
    <w:next w:val="Normala"/>
    <w:link w:val="AipamenhandiaK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AipamenhandiaKar" w:customStyle="1">
    <w:name w:val="Aipamen handia Kar"/>
    <w:basedOn w:val="Paragrafoarenletra-tipolehenetsia"/>
    <w:link w:val="Aipamenhandia"/>
    <w:uiPriority w:val="30"/>
    <w:rsid w:val="00FC693F"/>
    <w:rPr>
      <w:b/>
      <w:bCs/>
      <w:i/>
      <w:iCs/>
      <w:color w:val="4F81BD" w:themeColor="accent1"/>
    </w:rPr>
  </w:style>
  <w:style w:type="character" w:styleId="Enfasileuna">
    <w:name w:val="Subtle Emphasis"/>
    <w:basedOn w:val="Paragrafoarenletra-tipolehenetsia"/>
    <w:uiPriority w:val="19"/>
    <w:qFormat/>
    <w:rsid w:val="00FC693F"/>
    <w:rPr>
      <w:i/>
      <w:iCs/>
      <w:color w:val="808080" w:themeColor="text1" w:themeTint="7F"/>
    </w:rPr>
  </w:style>
  <w:style w:type="character" w:styleId="Enfasibizia">
    <w:name w:val="Intense Emphasis"/>
    <w:basedOn w:val="Paragrafoarenletra-tipolehenetsia"/>
    <w:uiPriority w:val="21"/>
    <w:qFormat/>
    <w:rsid w:val="00FC693F"/>
    <w:rPr>
      <w:b/>
      <w:bCs/>
      <w:i/>
      <w:iCs/>
      <w:color w:val="4F81BD" w:themeColor="accent1"/>
    </w:rPr>
  </w:style>
  <w:style w:type="character" w:styleId="Erreferentzialeuna">
    <w:name w:val="Subtle Reference"/>
    <w:basedOn w:val="Paragrafoarenletra-tipolehenetsia"/>
    <w:uiPriority w:val="31"/>
    <w:qFormat/>
    <w:rsid w:val="00FC693F"/>
    <w:rPr>
      <w:smallCaps/>
      <w:color w:val="C0504D" w:themeColor="accent2"/>
      <w:u w:val="single"/>
    </w:rPr>
  </w:style>
  <w:style w:type="character" w:styleId="Erreferentziabizia">
    <w:name w:val="Intense Reference"/>
    <w:basedOn w:val="Paragrafoarenletra-tipolehenetsia"/>
    <w:uiPriority w:val="32"/>
    <w:qFormat/>
    <w:rsid w:val="00FC693F"/>
    <w:rPr>
      <w:b/>
      <w:bCs/>
      <w:smallCaps/>
      <w:color w:val="C0504D" w:themeColor="accent2"/>
      <w:spacing w:val="5"/>
      <w:u w:val="single"/>
    </w:rPr>
  </w:style>
  <w:style w:type="character" w:styleId="Liburuarentitulua">
    <w:name w:val="Book Title"/>
    <w:basedOn w:val="Paragrafoarenletra-tipolehenetsia"/>
    <w:uiPriority w:val="33"/>
    <w:qFormat/>
    <w:rsid w:val="00FC693F"/>
    <w:rPr>
      <w:b/>
      <w:bCs/>
      <w:smallCaps/>
      <w:spacing w:val="5"/>
    </w:rPr>
  </w:style>
  <w:style w:type="paragraph" w:styleId="TOCizenburua">
    <w:name w:val="TOC Heading"/>
    <w:basedOn w:val="1izenburua"/>
    <w:next w:val="Normala"/>
    <w:uiPriority w:val="39"/>
    <w:unhideWhenUsed/>
    <w:qFormat/>
    <w:rsid w:val="00FC693F"/>
    <w:pPr>
      <w:outlineLvl w:val="9"/>
    </w:pPr>
  </w:style>
  <w:style w:type="table" w:styleId="Saretaduntaula">
    <w:name w:val="Table Grid"/>
    <w:basedOn w:val="Taulanormala"/>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Itzalduraargia">
    <w:name w:val="Light Shading"/>
    <w:basedOn w:val="Taulanormala"/>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Itzalduraargia-1enfasia">
    <w:name w:val="Light Shading Accent 1"/>
    <w:basedOn w:val="Taulanormala"/>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Itzalduraargia-2enfasia">
    <w:name w:val="Light Shading Accent 2"/>
    <w:basedOn w:val="Taulanormala"/>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Itzalduraargia-3enfasia">
    <w:name w:val="Light Shading Accent 3"/>
    <w:basedOn w:val="Taulanormala"/>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Itzalduraargia-4enfasia">
    <w:name w:val="Light Shading Accent 4"/>
    <w:basedOn w:val="Taulanormala"/>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Itzalduraargia-5enfasia">
    <w:name w:val="Light Shading Accent 5"/>
    <w:basedOn w:val="Taulanormala"/>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Itzalduraargia-6enfasia">
    <w:name w:val="Light Shading Accent 6"/>
    <w:basedOn w:val="Taulanormala"/>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Zerrendaargia">
    <w:name w:val="Light List"/>
    <w:basedOn w:val="Taulanormala"/>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Zerrendaargia-1enfasia">
    <w:name w:val="Light List Accent 1"/>
    <w:basedOn w:val="Taulanormala"/>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Zerrendaargia-2enfasia">
    <w:name w:val="Light List Accent 2"/>
    <w:basedOn w:val="Taulanormala"/>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Zerrendaargia-3enfasia">
    <w:name w:val="Light List Accent 3"/>
    <w:basedOn w:val="Taulanormala"/>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Zerrendaargia-4enfasia">
    <w:name w:val="Light List Accent 4"/>
    <w:basedOn w:val="Taulanormala"/>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Zerrendaargia-5enfasia">
    <w:name w:val="Light List Accent 5"/>
    <w:basedOn w:val="Taulanormala"/>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Zerrendaargia-6enfasia">
    <w:name w:val="Light List Accent 6"/>
    <w:basedOn w:val="Taulanormala"/>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Saretaargia">
    <w:name w:val="Light Grid"/>
    <w:basedOn w:val="Taulanormala"/>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Saretaargia-1enfasia">
    <w:name w:val="Light Grid Accent 1"/>
    <w:basedOn w:val="Taulanormala"/>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Saretaargia-2enfasia">
    <w:name w:val="Light Grid Accent 2"/>
    <w:basedOn w:val="Taulanormala"/>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aretaargia-3enfasia">
    <w:name w:val="Light Grid Accent 3"/>
    <w:basedOn w:val="Taulanormala"/>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Saretaargia-4enfasia">
    <w:name w:val="Light Grid Accent 4"/>
    <w:basedOn w:val="Taulanormala"/>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Saretaargia-5enfasia">
    <w:name w:val="Light Grid Accent 5"/>
    <w:basedOn w:val="Taulanormala"/>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Saretaargia-6enfasia">
    <w:name w:val="Light Grid Accent 6"/>
    <w:basedOn w:val="Taulanormala"/>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1itzalduraertaina">
    <w:name w:val="Medium Shading 1"/>
    <w:basedOn w:val="Taulanormala"/>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itzalduraertaina-1enfasia">
    <w:name w:val="Medium Shading 1 Accent 1"/>
    <w:basedOn w:val="Taulanormala"/>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itzalduraertaina-2enfasia">
    <w:name w:val="Medium Shading 1 Accent 2"/>
    <w:basedOn w:val="Taulanormala"/>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itzalduraertaina-3enfasia">
    <w:name w:val="Medium Shading 1 Accent 3"/>
    <w:basedOn w:val="Taulanormala"/>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itzalduraertaina-4enfasia">
    <w:name w:val="Medium Shading 1 Accent 4"/>
    <w:basedOn w:val="Taulanormala"/>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itzalduraertaina-5enfasia">
    <w:name w:val="Medium Shading 1 Accent 5"/>
    <w:basedOn w:val="Taulanormala"/>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itzalduraertaina-6enfasia">
    <w:name w:val="Medium Shading 1 Accent 6"/>
    <w:basedOn w:val="Taulanormala"/>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itzalduraertaina">
    <w:name w:val="Medium Shading 2"/>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1enfasia">
    <w:name w:val="Medium Shading 2 Accent 1"/>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2enfasia">
    <w:name w:val="Medium Shading 2 Accent 2"/>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3enfasia">
    <w:name w:val="Medium Shading 2 Accent 3"/>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4enfasia">
    <w:name w:val="Medium Shading 2 Accent 4"/>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5enfasia">
    <w:name w:val="Medium Shading 2 Accent 5"/>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6enfasia">
    <w:name w:val="Medium Shading 2 Accent 6"/>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zerrendaertaina">
    <w:name w:val="Medium List 1"/>
    <w:basedOn w:val="Taulanormala"/>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zerrendaertaina-1enfasia">
    <w:name w:val="Medium List 1 Accent 1"/>
    <w:basedOn w:val="Taulanormala"/>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zerrendaertaina-2enfasia">
    <w:name w:val="Medium List 1 Accent 2"/>
    <w:basedOn w:val="Taulanormala"/>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zerrendaertaina-3enfasia">
    <w:name w:val="Medium List 1 Accent 3"/>
    <w:basedOn w:val="Taulanormala"/>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zerrendaertaina-4enfasia">
    <w:name w:val="Medium List 1 Accent 4"/>
    <w:basedOn w:val="Taulanormala"/>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zerrendaertaina-5enfasia">
    <w:name w:val="Medium List 1 Accent 5"/>
    <w:basedOn w:val="Taulanormala"/>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zerrendaertaina-6enfasia">
    <w:name w:val="Medium List 1 Accent 6"/>
    <w:basedOn w:val="Taulanormala"/>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zerrendaertaina">
    <w:name w:val="Medium List 2"/>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1enfasia">
    <w:name w:val="Medium List 2 Accent 1"/>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2enfasia">
    <w:name w:val="Medium List 2 Accent 2"/>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3enfasia">
    <w:name w:val="Medium List 2 Accent 3"/>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4enfasia">
    <w:name w:val="Medium List 2 Accent 4"/>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5enfasia">
    <w:name w:val="Medium List 2 Accent 5"/>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6enfasia">
    <w:name w:val="Medium List 2 Accent 6"/>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saretaertaina">
    <w:name w:val="Medium Grid 1"/>
    <w:basedOn w:val="Taulanormala"/>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saretaertaina-1enfasia">
    <w:name w:val="Medium Grid 1 Accent 1"/>
    <w:basedOn w:val="Taulanormala"/>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saretaertaina-2enfasia">
    <w:name w:val="Medium Grid 1 Accent 2"/>
    <w:basedOn w:val="Taulanormala"/>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saretaertaina-3enfasia">
    <w:name w:val="Medium Grid 1 Accent 3"/>
    <w:basedOn w:val="Taulanormala"/>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saretaertaina-4enfasia">
    <w:name w:val="Medium Grid 1 Accent 4"/>
    <w:basedOn w:val="Taulanormala"/>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saretaertaina-5enfasia">
    <w:name w:val="Medium Grid 1 Accent 5"/>
    <w:basedOn w:val="Taulanormala"/>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saretaertaina-6enfasia">
    <w:name w:val="Medium Grid 1 Accent 6"/>
    <w:basedOn w:val="Taulanormala"/>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saretaertaina">
    <w:name w:val="Medium Grid 2"/>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2saretaertaina-1enfasia">
    <w:name w:val="Medium Grid 2 Accent 1"/>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2saretaertaina-2enfasia">
    <w:name w:val="Medium Grid 2 Accent 2"/>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2saretaertaina-3enfasia">
    <w:name w:val="Medium Grid 2 Accent 3"/>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2saretaertaina-4enfasia">
    <w:name w:val="Medium Grid 2 Accent 4"/>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2saretaertaina-5enfasia">
    <w:name w:val="Medium Grid 2 Accent 5"/>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2saretaertaina-6enfasia">
    <w:name w:val="Medium Grid 2 Accent 6"/>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3saretaertaina">
    <w:name w:val="Medium Grid 3"/>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3saretaertaina-1enfasia">
    <w:name w:val="Medium Grid 3 Accent 1"/>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3saretaertaina-2enfasia">
    <w:name w:val="Medium Grid 3 Accent 2"/>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3saretaertaina-3enfasia">
    <w:name w:val="Medium Grid 3 Accent 3"/>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3saretaertaina-4enfasia">
    <w:name w:val="Medium Grid 3 Accent 4"/>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3saretaertaina-5enfasia">
    <w:name w:val="Medium Grid 3 Accent 5"/>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3saretaertaina-6enfasia">
    <w:name w:val="Medium Grid 3 Accent 6"/>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Zerrendailuna">
    <w:name w:val="Dark List"/>
    <w:basedOn w:val="Taulanormala"/>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Zerrendailuna-1enfasia">
    <w:name w:val="Dark List Accent 1"/>
    <w:basedOn w:val="Taulanormala"/>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Zerrendailuna-2enfasia">
    <w:name w:val="Dark List Accent 2"/>
    <w:basedOn w:val="Taulanormala"/>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Zerrendailuna-3enfasia">
    <w:name w:val="Dark List Accent 3"/>
    <w:basedOn w:val="Taulanormala"/>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Zerrendailuna-4enfasia">
    <w:name w:val="Dark List Accent 4"/>
    <w:basedOn w:val="Taulanormala"/>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Zerrendailuna-5enfasia">
    <w:name w:val="Dark List Accent 5"/>
    <w:basedOn w:val="Taulanormala"/>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Zerrendailuna-6enfasia">
    <w:name w:val="Dark List Accent 6"/>
    <w:basedOn w:val="Taulanormala"/>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etakoitzaldura">
    <w:name w:val="Colorful Shading"/>
    <w:basedOn w:val="Taulanormala"/>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etakoitzaldura-1enfasia">
    <w:name w:val="Colorful Shading Accent 1"/>
    <w:basedOn w:val="Taulanormala"/>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etakoitzaldura-2enfasia">
    <w:name w:val="Colorful Shading Accent 2"/>
    <w:basedOn w:val="Taulanormala"/>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etakoitzaldura-3enfasia">
    <w:name w:val="Colorful Shading Accent 3"/>
    <w:basedOn w:val="Taulanormala"/>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etakoitzaldura-4enfasia">
    <w:name w:val="Colorful Shading Accent 4"/>
    <w:basedOn w:val="Taulanormala"/>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etakoitzaldura-5enfasia">
    <w:name w:val="Colorful Shading Accent 5"/>
    <w:basedOn w:val="Taulanormala"/>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etakoitzaldura-6enfasia">
    <w:name w:val="Colorful Shading Accent 6"/>
    <w:basedOn w:val="Taulanormala"/>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etakozerrenda">
    <w:name w:val="Colorful List"/>
    <w:basedOn w:val="Taulanormala"/>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Zerrendakoloretsua-1enfasia">
    <w:name w:val="Colorful List Accent 1"/>
    <w:basedOn w:val="Taulanormala"/>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Zerrendakoloretsua-2enfasia">
    <w:name w:val="Colorful List Accent 2"/>
    <w:basedOn w:val="Taulanormala"/>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Zerrendakoloretsua-3enfasia">
    <w:name w:val="Colorful List Accent 3"/>
    <w:basedOn w:val="Taulanormala"/>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Zerrendakoloretsua-4enfasia">
    <w:name w:val="Colorful List Accent 4"/>
    <w:basedOn w:val="Taulanormala"/>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Zerrendakoloretsua-5enfasia">
    <w:name w:val="Colorful List Accent 5"/>
    <w:basedOn w:val="Taulanormala"/>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Zerrendakoloretsua-6enfasia">
    <w:name w:val="Colorful List Accent 6"/>
    <w:basedOn w:val="Taulanormala"/>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etakosareta">
    <w:name w:val="Colorful Grid"/>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etakosareta-1enfasia">
    <w:name w:val="Colorful Grid Accent 1"/>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etakosareta-2enfasia">
    <w:name w:val="Colorful Grid Accent 2"/>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etakosareta-3enfasia">
    <w:name w:val="Colorful Grid Accent 3"/>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etakosareta-4enfasia">
    <w:name w:val="Colorful Grid Accent 4"/>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etakosareta-5enfasia">
    <w:name w:val="Colorful Grid Accent 5"/>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etakosareta-6enfasia">
    <w:name w:val="Colorful Grid Accent 6"/>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esteka">
    <w:name w:val="Hyperlink"/>
    <w:basedOn w:val="Paragrafoarenletra-tipolehenetsia"/>
    <w:uiPriority w:val="99"/>
    <w:unhideWhenUsed/>
    <w:rsid w:val="00A46CBB"/>
    <w:rPr>
      <w:color w:val="0000FF" w:themeColor="hyperlink"/>
      <w:u w:val="single"/>
    </w:rPr>
  </w:style>
  <w:style w:type="character" w:styleId="BisitatutakoHiperesteka">
    <w:name w:val="FollowedHyperlink"/>
    <w:basedOn w:val="Paragrafoarenletra-tipolehenetsia"/>
    <w:uiPriority w:val="99"/>
    <w:semiHidden/>
    <w:unhideWhenUsed/>
    <w:rsid w:val="00A46CBB"/>
    <w:rPr>
      <w:color w:val="800080" w:themeColor="followedHyperlink"/>
      <w:u w:val="single"/>
    </w:rPr>
  </w:style>
  <w:style w:type="paragraph" w:styleId="Normalaweb">
    <w:name w:val="Normal (Web)"/>
    <w:basedOn w:val="Normala"/>
    <w:uiPriority w:val="99"/>
    <w:unhideWhenUsed/>
    <w:rsid w:val="00E447B9"/>
    <w:pPr>
      <w:spacing w:before="100" w:beforeAutospacing="1" w:after="100" w:afterAutospacing="1" w:line="240" w:lineRule="auto"/>
    </w:pPr>
    <w:rPr>
      <w:rFonts w:ascii="Times New Roman" w:hAnsi="Times New Roman" w:eastAsia="Times New Roman" w:cs="Times New Roman"/>
      <w:sz w:val="24"/>
      <w:szCs w:val="24"/>
      <w:lang w:val="eu-ES" w:eastAsia="eu-ES"/>
    </w:rPr>
  </w:style>
  <w:style w:type="character" w:styleId="citation-299" w:customStyle="1">
    <w:name w:val="citation-299"/>
    <w:basedOn w:val="Paragrafoarenletra-tipolehenetsia"/>
    <w:rsid w:val="000B27C0"/>
  </w:style>
  <w:style w:type="character" w:styleId="citation-298" w:customStyle="1">
    <w:name w:val="citation-298"/>
    <w:basedOn w:val="Paragrafoarenletra-tipolehenetsia"/>
    <w:rsid w:val="000B27C0"/>
  </w:style>
  <w:style w:type="character" w:styleId="citation-297" w:customStyle="1">
    <w:name w:val="citation-297"/>
    <w:basedOn w:val="Paragrafoarenletra-tipolehenetsia"/>
    <w:rsid w:val="000B27C0"/>
  </w:style>
  <w:style w:type="character" w:styleId="citation-296" w:customStyle="1">
    <w:name w:val="citation-296"/>
    <w:basedOn w:val="Paragrafoarenletra-tipolehenetsia"/>
    <w:rsid w:val="000B27C0"/>
  </w:style>
  <w:style w:type="character" w:styleId="citation-295" w:customStyle="1">
    <w:name w:val="citation-295"/>
    <w:basedOn w:val="Paragrafoarenletra-tipolehenetsia"/>
    <w:rsid w:val="000B27C0"/>
  </w:style>
  <w:style w:type="character" w:styleId="citation-294" w:customStyle="1">
    <w:name w:val="citation-294"/>
    <w:basedOn w:val="Paragrafoarenletra-tipolehenetsia"/>
    <w:rsid w:val="000B27C0"/>
  </w:style>
  <w:style w:type="character" w:styleId="citation-293" w:customStyle="1">
    <w:name w:val="citation-293"/>
    <w:basedOn w:val="Paragrafoarenletra-tipolehenetsia"/>
    <w:rsid w:val="000B27C0"/>
  </w:style>
  <w:style w:type="character" w:styleId="citation-292" w:customStyle="1">
    <w:name w:val="citation-292"/>
    <w:basedOn w:val="Paragrafoarenletra-tipolehenetsia"/>
    <w:rsid w:val="000B27C0"/>
  </w:style>
  <w:style w:type="character" w:styleId="citation-291" w:customStyle="1">
    <w:name w:val="citation-291"/>
    <w:basedOn w:val="Paragrafoarenletra-tipolehenetsia"/>
    <w:rsid w:val="000B27C0"/>
  </w:style>
  <w:style w:type="character" w:styleId="citation-290" w:customStyle="1">
    <w:name w:val="citation-290"/>
    <w:basedOn w:val="Paragrafoarenletra-tipolehenetsia"/>
    <w:rsid w:val="000B27C0"/>
  </w:style>
  <w:style w:type="character" w:styleId="citation-289" w:customStyle="1">
    <w:name w:val="citation-289"/>
    <w:basedOn w:val="Paragrafoarenletra-tipolehenetsia"/>
    <w:rsid w:val="000B27C0"/>
  </w:style>
  <w:style w:type="character" w:styleId="citation-288" w:customStyle="1">
    <w:name w:val="citation-288"/>
    <w:basedOn w:val="Paragrafoarenletra-tipolehenetsia"/>
    <w:rsid w:val="000B27C0"/>
  </w:style>
  <w:style w:type="character" w:styleId="citation-287" w:customStyle="1">
    <w:name w:val="citation-287"/>
    <w:basedOn w:val="Paragrafoarenletra-tipolehenetsia"/>
    <w:rsid w:val="000B27C0"/>
  </w:style>
  <w:style w:type="character" w:styleId="citation-286" w:customStyle="1">
    <w:name w:val="citation-286"/>
    <w:basedOn w:val="Paragrafoarenletra-tipolehenetsia"/>
    <w:rsid w:val="000B27C0"/>
  </w:style>
  <w:style w:type="character" w:styleId="citation-285" w:customStyle="1">
    <w:name w:val="citation-285"/>
    <w:basedOn w:val="Paragrafoarenletra-tipolehenetsia"/>
    <w:rsid w:val="000B27C0"/>
  </w:style>
  <w:style w:type="character" w:styleId="citation-284" w:customStyle="1">
    <w:name w:val="citation-284"/>
    <w:basedOn w:val="Paragrafoarenletra-tipolehenetsia"/>
    <w:rsid w:val="000B27C0"/>
  </w:style>
  <w:style w:type="character" w:styleId="citation-283" w:customStyle="1">
    <w:name w:val="citation-283"/>
    <w:basedOn w:val="Paragrafoarenletra-tipolehenetsia"/>
    <w:rsid w:val="000B27C0"/>
  </w:style>
  <w:style w:type="character" w:styleId="citation-282" w:customStyle="1">
    <w:name w:val="citation-282"/>
    <w:basedOn w:val="Paragrafoarenletra-tipolehenetsia"/>
    <w:rsid w:val="000B27C0"/>
  </w:style>
  <w:style w:type="character" w:styleId="citation-281" w:customStyle="1">
    <w:name w:val="citation-281"/>
    <w:basedOn w:val="Paragrafoarenletra-tipolehenetsia"/>
    <w:rsid w:val="000B27C0"/>
  </w:style>
  <w:style w:type="character" w:styleId="citation-280" w:customStyle="1">
    <w:name w:val="citation-280"/>
    <w:basedOn w:val="Paragrafoarenletra-tipolehenetsia"/>
    <w:rsid w:val="000B27C0"/>
  </w:style>
  <w:style w:type="character" w:styleId="citation-279" w:customStyle="1">
    <w:name w:val="citation-279"/>
    <w:basedOn w:val="Paragrafoarenletra-tipolehenetsia"/>
    <w:rsid w:val="000B27C0"/>
  </w:style>
  <w:style w:type="character" w:styleId="citation-278" w:customStyle="1">
    <w:name w:val="citation-278"/>
    <w:basedOn w:val="Paragrafoarenletra-tipolehenetsia"/>
    <w:rsid w:val="000B27C0"/>
  </w:style>
  <w:style w:type="character" w:styleId="citation-277" w:customStyle="1">
    <w:name w:val="citation-277"/>
    <w:basedOn w:val="Paragrafoarenletra-tipolehenetsia"/>
    <w:rsid w:val="000B27C0"/>
  </w:style>
  <w:style w:type="character" w:styleId="citation-276" w:customStyle="1">
    <w:name w:val="citation-276"/>
    <w:basedOn w:val="Paragrafoarenletra-tipolehenetsia"/>
    <w:rsid w:val="000B27C0"/>
  </w:style>
  <w:style w:type="character" w:styleId="citation-275" w:customStyle="1">
    <w:name w:val="citation-275"/>
    <w:basedOn w:val="Paragrafoarenletra-tipolehenetsia"/>
    <w:rsid w:val="000B27C0"/>
  </w:style>
  <w:style w:type="character" w:styleId="citation-274" w:customStyle="1">
    <w:name w:val="citation-274"/>
    <w:basedOn w:val="Paragrafoarenletra-tipolehenetsia"/>
    <w:rsid w:val="000B27C0"/>
  </w:style>
  <w:style w:type="character" w:styleId="citation-273" w:customStyle="1">
    <w:name w:val="citation-273"/>
    <w:basedOn w:val="Paragrafoarenletra-tipolehenetsia"/>
    <w:rsid w:val="000B27C0"/>
  </w:style>
  <w:style w:type="character" w:styleId="citation-272" w:customStyle="1">
    <w:name w:val="citation-272"/>
    <w:basedOn w:val="Paragrafoarenletra-tipolehenetsia"/>
    <w:rsid w:val="000B27C0"/>
  </w:style>
  <w:style w:type="character" w:styleId="citation-271" w:customStyle="1">
    <w:name w:val="citation-271"/>
    <w:basedOn w:val="Paragrafoarenletra-tipolehenetsia"/>
    <w:rsid w:val="000B27C0"/>
  </w:style>
  <w:style w:type="character" w:styleId="citation-270" w:customStyle="1">
    <w:name w:val="citation-270"/>
    <w:basedOn w:val="Paragrafoarenletra-tipolehenetsia"/>
    <w:rsid w:val="000B27C0"/>
  </w:style>
  <w:style w:type="character" w:styleId="citation-269" w:customStyle="1">
    <w:name w:val="citation-269"/>
    <w:basedOn w:val="Paragrafoarenletra-tipolehenetsia"/>
    <w:rsid w:val="000B27C0"/>
  </w:style>
  <w:style w:type="character" w:styleId="citation-268" w:customStyle="1">
    <w:name w:val="citation-268"/>
    <w:basedOn w:val="Paragrafoarenletra-tipolehenetsia"/>
    <w:rsid w:val="000B27C0"/>
  </w:style>
  <w:style w:type="character" w:styleId="citation-267" w:customStyle="1">
    <w:name w:val="citation-267"/>
    <w:basedOn w:val="Paragrafoarenletra-tipolehenetsia"/>
    <w:rsid w:val="000B27C0"/>
  </w:style>
  <w:style w:type="character" w:styleId="citation-266" w:customStyle="1">
    <w:name w:val="citation-266"/>
    <w:basedOn w:val="Paragrafoarenletra-tipolehenetsia"/>
    <w:rsid w:val="000B27C0"/>
  </w:style>
  <w:style w:type="character" w:styleId="citation-265" w:customStyle="1">
    <w:name w:val="citation-265"/>
    <w:basedOn w:val="Paragrafoarenletra-tipolehenetsia"/>
    <w:rsid w:val="000B27C0"/>
  </w:style>
  <w:style w:type="character" w:styleId="citation-264" w:customStyle="1">
    <w:name w:val="citation-264"/>
    <w:basedOn w:val="Paragrafoarenletra-tipolehenetsia"/>
    <w:rsid w:val="000B27C0"/>
  </w:style>
  <w:style w:type="character" w:styleId="citation-263" w:customStyle="1">
    <w:name w:val="citation-263"/>
    <w:basedOn w:val="Paragrafoarenletra-tipolehenetsia"/>
    <w:rsid w:val="000B27C0"/>
  </w:style>
  <w:style w:type="character" w:styleId="citation-262" w:customStyle="1">
    <w:name w:val="citation-262"/>
    <w:basedOn w:val="Paragrafoarenletra-tipolehenetsia"/>
    <w:rsid w:val="000B27C0"/>
  </w:style>
  <w:style w:type="character" w:styleId="citation-261" w:customStyle="1">
    <w:name w:val="citation-261"/>
    <w:basedOn w:val="Paragrafoarenletra-tipolehenetsia"/>
    <w:rsid w:val="000B27C0"/>
  </w:style>
  <w:style w:type="character" w:styleId="citation-260" w:customStyle="1">
    <w:name w:val="citation-260"/>
    <w:basedOn w:val="Paragrafoarenletra-tipolehenetsia"/>
    <w:rsid w:val="000B27C0"/>
  </w:style>
  <w:style w:type="character" w:styleId="citation-259" w:customStyle="1">
    <w:name w:val="citation-259"/>
    <w:basedOn w:val="Paragrafoarenletra-tipolehenetsia"/>
    <w:rsid w:val="000B27C0"/>
  </w:style>
  <w:style w:type="character" w:styleId="citation-258" w:customStyle="1">
    <w:name w:val="citation-258"/>
    <w:basedOn w:val="Paragrafoarenletra-tipolehenetsia"/>
    <w:rsid w:val="000B27C0"/>
  </w:style>
  <w:style w:type="character" w:styleId="citation-257" w:customStyle="1">
    <w:name w:val="citation-257"/>
    <w:basedOn w:val="Paragrafoarenletra-tipolehenetsia"/>
    <w:rsid w:val="000B27C0"/>
  </w:style>
  <w:style w:type="character" w:styleId="citation-256" w:customStyle="1">
    <w:name w:val="citation-256"/>
    <w:basedOn w:val="Paragrafoarenletra-tipolehenetsia"/>
    <w:rsid w:val="000B27C0"/>
  </w:style>
  <w:style w:type="character" w:styleId="citation-255" w:customStyle="1">
    <w:name w:val="citation-255"/>
    <w:basedOn w:val="Paragrafoarenletra-tipolehenetsia"/>
    <w:rsid w:val="000B27C0"/>
  </w:style>
  <w:style w:type="character" w:styleId="citation-254" w:customStyle="1">
    <w:name w:val="citation-254"/>
    <w:basedOn w:val="Paragrafoarenletra-tipolehenetsia"/>
    <w:rsid w:val="000B27C0"/>
  </w:style>
  <w:style w:type="character" w:styleId="citation-253" w:customStyle="1">
    <w:name w:val="citation-253"/>
    <w:basedOn w:val="Paragrafoarenletra-tipolehenetsia"/>
    <w:rsid w:val="000B27C0"/>
  </w:style>
  <w:style w:type="character" w:styleId="citation-252" w:customStyle="1">
    <w:name w:val="citation-252"/>
    <w:basedOn w:val="Paragrafoarenletra-tipolehenetsia"/>
    <w:rsid w:val="000B27C0"/>
  </w:style>
  <w:style w:type="character" w:styleId="citation-251" w:customStyle="1">
    <w:name w:val="citation-251"/>
    <w:basedOn w:val="Paragrafoarenletra-tipolehenetsia"/>
    <w:rsid w:val="000B27C0"/>
  </w:style>
  <w:style w:type="character" w:styleId="citation-250" w:customStyle="1">
    <w:name w:val="citation-250"/>
    <w:basedOn w:val="Paragrafoarenletra-tipolehenetsia"/>
    <w:rsid w:val="000B27C0"/>
  </w:style>
  <w:style w:type="character" w:styleId="citation-249" w:customStyle="1">
    <w:name w:val="citation-249"/>
    <w:basedOn w:val="Paragrafoarenletra-tipolehenetsia"/>
    <w:rsid w:val="000B27C0"/>
  </w:style>
  <w:style w:type="character" w:styleId="citation-248" w:customStyle="1">
    <w:name w:val="citation-248"/>
    <w:basedOn w:val="Paragrafoarenletra-tipolehenetsia"/>
    <w:rsid w:val="000B27C0"/>
  </w:style>
  <w:style w:type="character" w:styleId="citation-247" w:customStyle="1">
    <w:name w:val="citation-247"/>
    <w:basedOn w:val="Paragrafoarenletra-tipolehenetsia"/>
    <w:rsid w:val="000B27C0"/>
  </w:style>
  <w:style w:type="character" w:styleId="citation-246" w:customStyle="1">
    <w:name w:val="citation-246"/>
    <w:basedOn w:val="Paragrafoarenletra-tipolehenetsia"/>
    <w:rsid w:val="000B27C0"/>
  </w:style>
  <w:style w:type="character" w:styleId="citation-245" w:customStyle="1">
    <w:name w:val="citation-245"/>
    <w:basedOn w:val="Paragrafoarenletra-tipolehenetsia"/>
    <w:rsid w:val="000B27C0"/>
  </w:style>
  <w:style w:type="character" w:styleId="citation-197" w:customStyle="1">
    <w:name w:val="citation-197"/>
    <w:basedOn w:val="Paragrafoarenletra-tipolehenetsia"/>
    <w:rsid w:val="00C742C7"/>
  </w:style>
  <w:style w:type="character" w:styleId="citation-196" w:customStyle="1">
    <w:name w:val="citation-196"/>
    <w:basedOn w:val="Paragrafoarenletra-tipolehenetsia"/>
    <w:rsid w:val="00C742C7"/>
  </w:style>
  <w:style w:type="character" w:styleId="citation-195" w:customStyle="1">
    <w:name w:val="citation-195"/>
    <w:basedOn w:val="Paragrafoarenletra-tipolehenetsia"/>
    <w:rsid w:val="00C742C7"/>
  </w:style>
  <w:style w:type="character" w:styleId="citation-194" w:customStyle="1">
    <w:name w:val="citation-194"/>
    <w:basedOn w:val="Paragrafoarenletra-tipolehenetsia"/>
    <w:rsid w:val="00C742C7"/>
  </w:style>
  <w:style w:type="character" w:styleId="citation-193" w:customStyle="1">
    <w:name w:val="citation-193"/>
    <w:basedOn w:val="Paragrafoarenletra-tipolehenetsia"/>
    <w:rsid w:val="00C742C7"/>
  </w:style>
  <w:style w:type="character" w:styleId="citation-192" w:customStyle="1">
    <w:name w:val="citation-192"/>
    <w:basedOn w:val="Paragrafoarenletra-tipolehenetsia"/>
    <w:rsid w:val="00C742C7"/>
  </w:style>
  <w:style w:type="character" w:styleId="citation-191" w:customStyle="1">
    <w:name w:val="citation-191"/>
    <w:basedOn w:val="Paragrafoarenletra-tipolehenetsia"/>
    <w:rsid w:val="00C742C7"/>
  </w:style>
  <w:style w:type="character" w:styleId="citation-190" w:customStyle="1">
    <w:name w:val="citation-190"/>
    <w:basedOn w:val="Paragrafoarenletra-tipolehenetsia"/>
    <w:rsid w:val="00C742C7"/>
  </w:style>
  <w:style w:type="character" w:styleId="citation-189" w:customStyle="1">
    <w:name w:val="citation-189"/>
    <w:basedOn w:val="Paragrafoarenletra-tipolehenetsia"/>
    <w:rsid w:val="00C742C7"/>
  </w:style>
  <w:style w:type="character" w:styleId="citation-188" w:customStyle="1">
    <w:name w:val="citation-188"/>
    <w:basedOn w:val="Paragrafoarenletra-tipolehenetsia"/>
    <w:rsid w:val="00C742C7"/>
  </w:style>
  <w:style w:type="character" w:styleId="citation-187" w:customStyle="1">
    <w:name w:val="citation-187"/>
    <w:basedOn w:val="Paragrafoarenletra-tipolehenetsia"/>
    <w:rsid w:val="00C742C7"/>
  </w:style>
  <w:style w:type="character" w:styleId="citation-186" w:customStyle="1">
    <w:name w:val="citation-186"/>
    <w:basedOn w:val="Paragrafoarenletra-tipolehenetsia"/>
    <w:rsid w:val="00C742C7"/>
  </w:style>
  <w:style w:type="character" w:styleId="citation-185" w:customStyle="1">
    <w:name w:val="citation-185"/>
    <w:basedOn w:val="Paragrafoarenletra-tipolehenetsia"/>
    <w:rsid w:val="00C742C7"/>
  </w:style>
  <w:style w:type="character" w:styleId="citation-184" w:customStyle="1">
    <w:name w:val="citation-184"/>
    <w:basedOn w:val="Paragrafoarenletra-tipolehenetsia"/>
    <w:rsid w:val="00C742C7"/>
  </w:style>
  <w:style w:type="character" w:styleId="citation-183" w:customStyle="1">
    <w:name w:val="citation-183"/>
    <w:basedOn w:val="Paragrafoarenletra-tipolehenetsia"/>
    <w:rsid w:val="00C742C7"/>
  </w:style>
  <w:style w:type="character" w:styleId="citation-182" w:customStyle="1">
    <w:name w:val="citation-182"/>
    <w:basedOn w:val="Paragrafoarenletra-tipolehenetsia"/>
    <w:rsid w:val="00C742C7"/>
  </w:style>
  <w:style w:type="character" w:styleId="citation-181" w:customStyle="1">
    <w:name w:val="citation-181"/>
    <w:basedOn w:val="Paragrafoarenletra-tipolehenetsia"/>
    <w:rsid w:val="00C742C7"/>
  </w:style>
  <w:style w:type="character" w:styleId="citation-180" w:customStyle="1">
    <w:name w:val="citation-180"/>
    <w:basedOn w:val="Paragrafoarenletra-tipolehenetsia"/>
    <w:rsid w:val="00C742C7"/>
  </w:style>
  <w:style w:type="character" w:styleId="citation-179" w:customStyle="1">
    <w:name w:val="citation-179"/>
    <w:basedOn w:val="Paragrafoarenletra-tipolehenetsia"/>
    <w:rsid w:val="00C742C7"/>
  </w:style>
  <w:style w:type="character" w:styleId="citation-178" w:customStyle="1">
    <w:name w:val="citation-178"/>
    <w:basedOn w:val="Paragrafoarenletra-tipolehenetsia"/>
    <w:rsid w:val="00C742C7"/>
  </w:style>
  <w:style w:type="character" w:styleId="citation-177" w:customStyle="1">
    <w:name w:val="citation-177"/>
    <w:basedOn w:val="Paragrafoarenletra-tipolehenetsia"/>
    <w:rsid w:val="00C742C7"/>
  </w:style>
  <w:style w:type="character" w:styleId="citation-176" w:customStyle="1">
    <w:name w:val="citation-176"/>
    <w:basedOn w:val="Paragrafoarenletra-tipolehenetsia"/>
    <w:rsid w:val="00C742C7"/>
  </w:style>
  <w:style w:type="character" w:styleId="citation-175" w:customStyle="1">
    <w:name w:val="citation-175"/>
    <w:basedOn w:val="Paragrafoarenletra-tipolehenetsia"/>
    <w:rsid w:val="00C742C7"/>
  </w:style>
  <w:style w:type="character" w:styleId="citation-174" w:customStyle="1">
    <w:name w:val="citation-174"/>
    <w:basedOn w:val="Paragrafoarenletra-tipolehenetsia"/>
    <w:rsid w:val="00C742C7"/>
  </w:style>
  <w:style w:type="character" w:styleId="citation-173" w:customStyle="1">
    <w:name w:val="citation-173"/>
    <w:basedOn w:val="Paragrafoarenletra-tipolehenetsia"/>
    <w:rsid w:val="00C742C7"/>
  </w:style>
  <w:style w:type="character" w:styleId="citation-172" w:customStyle="1">
    <w:name w:val="citation-172"/>
    <w:basedOn w:val="Paragrafoarenletra-tipolehenetsia"/>
    <w:rsid w:val="00C742C7"/>
  </w:style>
  <w:style w:type="character" w:styleId="citation-171" w:customStyle="1">
    <w:name w:val="citation-171"/>
    <w:basedOn w:val="Paragrafoarenletra-tipolehenetsia"/>
    <w:rsid w:val="00C742C7"/>
  </w:style>
  <w:style w:type="character" w:styleId="citation-170" w:customStyle="1">
    <w:name w:val="citation-170"/>
    <w:basedOn w:val="Paragrafoarenletra-tipolehenetsia"/>
    <w:rsid w:val="00C742C7"/>
  </w:style>
  <w:style w:type="character" w:styleId="citation-169" w:customStyle="1">
    <w:name w:val="citation-169"/>
    <w:basedOn w:val="Paragrafoarenletra-tipolehenetsia"/>
    <w:rsid w:val="00C742C7"/>
  </w:style>
  <w:style w:type="character" w:styleId="citation-168" w:customStyle="1">
    <w:name w:val="citation-168"/>
    <w:basedOn w:val="Paragrafoarenletra-tipolehenetsia"/>
    <w:rsid w:val="00C742C7"/>
  </w:style>
  <w:style w:type="character" w:styleId="citation-167" w:customStyle="1">
    <w:name w:val="citation-167"/>
    <w:basedOn w:val="Paragrafoarenletra-tipolehenetsia"/>
    <w:rsid w:val="00C742C7"/>
  </w:style>
  <w:style w:type="character" w:styleId="citation-166" w:customStyle="1">
    <w:name w:val="citation-166"/>
    <w:basedOn w:val="Paragrafoarenletra-tipolehenetsia"/>
    <w:rsid w:val="00C742C7"/>
  </w:style>
  <w:style w:type="character" w:styleId="citation-165" w:customStyle="1">
    <w:name w:val="citation-165"/>
    <w:basedOn w:val="Paragrafoarenletra-tipolehenetsia"/>
    <w:rsid w:val="00C742C7"/>
  </w:style>
  <w:style w:type="character" w:styleId="citation-164" w:customStyle="1">
    <w:name w:val="citation-164"/>
    <w:basedOn w:val="Paragrafoarenletra-tipolehenetsia"/>
    <w:rsid w:val="00C742C7"/>
  </w:style>
  <w:style w:type="character" w:styleId="citation-163" w:customStyle="1">
    <w:name w:val="citation-163"/>
    <w:basedOn w:val="Paragrafoarenletra-tipolehenetsia"/>
    <w:rsid w:val="00C742C7"/>
  </w:style>
  <w:style w:type="character" w:styleId="citation-162" w:customStyle="1">
    <w:name w:val="citation-162"/>
    <w:basedOn w:val="Paragrafoarenletra-tipolehenetsia"/>
    <w:rsid w:val="00C742C7"/>
  </w:style>
  <w:style w:type="character" w:styleId="citation-161" w:customStyle="1">
    <w:name w:val="citation-161"/>
    <w:basedOn w:val="Paragrafoarenletra-tipolehenetsia"/>
    <w:rsid w:val="00C742C7"/>
  </w:style>
  <w:style w:type="character" w:styleId="citation-160" w:customStyle="1">
    <w:name w:val="citation-160"/>
    <w:basedOn w:val="Paragrafoarenletra-tipolehenetsia"/>
    <w:rsid w:val="00C742C7"/>
  </w:style>
  <w:style w:type="character" w:styleId="citation-159" w:customStyle="1">
    <w:name w:val="citation-159"/>
    <w:basedOn w:val="Paragrafoarenletra-tipolehenetsia"/>
    <w:rsid w:val="00C742C7"/>
  </w:style>
  <w:style w:type="character" w:styleId="citation-158" w:customStyle="1">
    <w:name w:val="citation-158"/>
    <w:basedOn w:val="Paragrafoarenletra-tipolehenetsia"/>
    <w:rsid w:val="00C742C7"/>
  </w:style>
  <w:style w:type="character" w:styleId="citation-157" w:customStyle="1">
    <w:name w:val="citation-157"/>
    <w:basedOn w:val="Paragrafoarenletra-tipolehenetsia"/>
    <w:rsid w:val="00C742C7"/>
  </w:style>
  <w:style w:type="character" w:styleId="citation-156" w:customStyle="1">
    <w:name w:val="citation-156"/>
    <w:basedOn w:val="Paragrafoarenletra-tipolehenetsia"/>
    <w:rsid w:val="00C742C7"/>
  </w:style>
  <w:style w:type="character" w:styleId="citation-155" w:customStyle="1">
    <w:name w:val="citation-155"/>
    <w:basedOn w:val="Paragrafoarenletra-tipolehenetsia"/>
    <w:rsid w:val="00C742C7"/>
  </w:style>
  <w:style w:type="character" w:styleId="citation-154" w:customStyle="1">
    <w:name w:val="citation-154"/>
    <w:basedOn w:val="Paragrafoarenletra-tipolehenetsia"/>
    <w:rsid w:val="00C742C7"/>
  </w:style>
  <w:style w:type="character" w:styleId="citation-153" w:customStyle="1">
    <w:name w:val="citation-153"/>
    <w:basedOn w:val="Paragrafoarenletra-tipolehenetsia"/>
    <w:rsid w:val="00C742C7"/>
  </w:style>
  <w:style w:type="character" w:styleId="citation-152" w:customStyle="1">
    <w:name w:val="citation-152"/>
    <w:basedOn w:val="Paragrafoarenletra-tipolehenetsia"/>
    <w:rsid w:val="00C742C7"/>
  </w:style>
  <w:style w:type="character" w:styleId="citation-151" w:customStyle="1">
    <w:name w:val="citation-151"/>
    <w:basedOn w:val="Paragrafoarenletra-tipolehenetsia"/>
    <w:rsid w:val="00C742C7"/>
  </w:style>
  <w:style w:type="character" w:styleId="citation-150" w:customStyle="1">
    <w:name w:val="citation-150"/>
    <w:basedOn w:val="Paragrafoarenletra-tipolehenetsia"/>
    <w:rsid w:val="00C742C7"/>
  </w:style>
  <w:style w:type="character" w:styleId="citation-149" w:customStyle="1">
    <w:name w:val="citation-149"/>
    <w:basedOn w:val="Paragrafoarenletra-tipolehenetsia"/>
    <w:rsid w:val="00C742C7"/>
  </w:style>
  <w:style w:type="character" w:styleId="citation-148" w:customStyle="1">
    <w:name w:val="citation-148"/>
    <w:basedOn w:val="Paragrafoarenletra-tipolehenetsia"/>
    <w:rsid w:val="00C742C7"/>
  </w:style>
  <w:style w:type="character" w:styleId="citation-147" w:customStyle="1">
    <w:name w:val="citation-147"/>
    <w:basedOn w:val="Paragrafoarenletra-tipolehenetsia"/>
    <w:rsid w:val="00C742C7"/>
  </w:style>
  <w:style w:type="character" w:styleId="citation-146" w:customStyle="1">
    <w:name w:val="citation-146"/>
    <w:basedOn w:val="Paragrafoarenletra-tipolehenetsia"/>
    <w:rsid w:val="00C742C7"/>
  </w:style>
  <w:style w:type="character" w:styleId="citation-145" w:customStyle="1">
    <w:name w:val="citation-145"/>
    <w:basedOn w:val="Paragrafoarenletra-tipolehenetsia"/>
    <w:rsid w:val="00C742C7"/>
  </w:style>
  <w:style w:type="character" w:styleId="citation-144" w:customStyle="1">
    <w:name w:val="citation-144"/>
    <w:basedOn w:val="Paragrafoarenletra-tipolehenetsia"/>
    <w:rsid w:val="00C742C7"/>
  </w:style>
  <w:style w:type="character" w:styleId="citation-143" w:customStyle="1">
    <w:name w:val="citation-143"/>
    <w:basedOn w:val="Paragrafoarenletra-tipolehenetsia"/>
    <w:rsid w:val="00C742C7"/>
  </w:style>
  <w:style w:type="character" w:styleId="citation-142" w:customStyle="1">
    <w:name w:val="citation-142"/>
    <w:basedOn w:val="Paragrafoarenletra-tipolehenetsia"/>
    <w:rsid w:val="00C742C7"/>
  </w:style>
  <w:style w:type="character" w:styleId="citation-141" w:customStyle="1">
    <w:name w:val="citation-141"/>
    <w:basedOn w:val="Paragrafoarenletra-tipolehenetsia"/>
    <w:rsid w:val="00C742C7"/>
  </w:style>
  <w:style w:type="character" w:styleId="citation-140" w:customStyle="1">
    <w:name w:val="citation-140"/>
    <w:basedOn w:val="Paragrafoarenletra-tipolehenetsia"/>
    <w:rsid w:val="00C742C7"/>
  </w:style>
  <w:style w:type="character" w:styleId="citation-139" w:customStyle="1">
    <w:name w:val="citation-139"/>
    <w:basedOn w:val="Paragrafoarenletra-tipolehenetsia"/>
    <w:rsid w:val="00C742C7"/>
  </w:style>
  <w:style w:type="character" w:styleId="citation-138" w:customStyle="1">
    <w:name w:val="citation-138"/>
    <w:basedOn w:val="Paragrafoarenletra-tipolehenetsia"/>
    <w:rsid w:val="00C742C7"/>
  </w:style>
  <w:style w:type="character" w:styleId="citation-137" w:customStyle="1">
    <w:name w:val="citation-137"/>
    <w:basedOn w:val="Paragrafoarenletra-tipolehenetsia"/>
    <w:rsid w:val="00C742C7"/>
  </w:style>
  <w:style w:type="character" w:styleId="citation-136" w:customStyle="1">
    <w:name w:val="citation-136"/>
    <w:basedOn w:val="Paragrafoarenletra-tipolehenetsia"/>
    <w:rsid w:val="00C742C7"/>
  </w:style>
  <w:style w:type="character" w:styleId="citation-135" w:customStyle="1">
    <w:name w:val="citation-135"/>
    <w:basedOn w:val="Paragrafoarenletra-tipolehenetsia"/>
    <w:rsid w:val="00C742C7"/>
  </w:style>
  <w:style w:type="character" w:styleId="citation-134" w:customStyle="1">
    <w:name w:val="citation-134"/>
    <w:basedOn w:val="Paragrafoarenletra-tipolehenetsia"/>
    <w:rsid w:val="00C742C7"/>
  </w:style>
  <w:style w:type="character" w:styleId="citation-133" w:customStyle="1">
    <w:name w:val="citation-133"/>
    <w:basedOn w:val="Paragrafoarenletra-tipolehenetsia"/>
    <w:rsid w:val="00C742C7"/>
  </w:style>
  <w:style w:type="character" w:styleId="citation-132" w:customStyle="1">
    <w:name w:val="citation-132"/>
    <w:basedOn w:val="Paragrafoarenletra-tipolehenetsia"/>
    <w:rsid w:val="00C742C7"/>
  </w:style>
  <w:style w:type="character" w:styleId="citation-833" w:customStyle="1">
    <w:name w:val="citation-833"/>
    <w:basedOn w:val="Paragrafoarenletra-tipolehenetsia"/>
    <w:rsid w:val="00C742C7"/>
  </w:style>
  <w:style w:type="character" w:styleId="citation-832" w:customStyle="1">
    <w:name w:val="citation-832"/>
    <w:basedOn w:val="Paragrafoarenletra-tipolehenetsia"/>
    <w:rsid w:val="00C742C7"/>
  </w:style>
  <w:style w:type="character" w:styleId="citation-831" w:customStyle="1">
    <w:name w:val="citation-831"/>
    <w:basedOn w:val="Paragrafoarenletra-tipolehenetsia"/>
    <w:rsid w:val="00C742C7"/>
  </w:style>
  <w:style w:type="character" w:styleId="citation-830" w:customStyle="1">
    <w:name w:val="citation-830"/>
    <w:basedOn w:val="Paragrafoarenletra-tipolehenetsia"/>
    <w:rsid w:val="00C742C7"/>
  </w:style>
  <w:style w:type="character" w:styleId="citation-829" w:customStyle="1">
    <w:name w:val="citation-829"/>
    <w:basedOn w:val="Paragrafoarenletra-tipolehenetsia"/>
    <w:rsid w:val="00C742C7"/>
  </w:style>
  <w:style w:type="character" w:styleId="citation-828" w:customStyle="1">
    <w:name w:val="citation-828"/>
    <w:basedOn w:val="Paragrafoarenletra-tipolehenetsia"/>
    <w:rsid w:val="00C742C7"/>
  </w:style>
  <w:style w:type="character" w:styleId="citation-827" w:customStyle="1">
    <w:name w:val="citation-827"/>
    <w:basedOn w:val="Paragrafoarenletra-tipolehenetsia"/>
    <w:rsid w:val="00C742C7"/>
  </w:style>
  <w:style w:type="character" w:styleId="citation-826" w:customStyle="1">
    <w:name w:val="citation-826"/>
    <w:basedOn w:val="Paragrafoarenletra-tipolehenetsia"/>
    <w:rsid w:val="00C742C7"/>
  </w:style>
  <w:style w:type="character" w:styleId="citation-825" w:customStyle="1">
    <w:name w:val="citation-825"/>
    <w:basedOn w:val="Paragrafoarenletra-tipolehenetsia"/>
    <w:rsid w:val="00C742C7"/>
  </w:style>
  <w:style w:type="character" w:styleId="citation-824" w:customStyle="1">
    <w:name w:val="citation-824"/>
    <w:basedOn w:val="Paragrafoarenletra-tipolehenetsia"/>
    <w:rsid w:val="00C742C7"/>
  </w:style>
  <w:style w:type="character" w:styleId="citation-823" w:customStyle="1">
    <w:name w:val="citation-823"/>
    <w:basedOn w:val="Paragrafoarenletra-tipolehenetsia"/>
    <w:rsid w:val="00C742C7"/>
  </w:style>
  <w:style w:type="character" w:styleId="citation-822" w:customStyle="1">
    <w:name w:val="citation-822"/>
    <w:basedOn w:val="Paragrafoarenletra-tipolehenetsia"/>
    <w:rsid w:val="00C742C7"/>
  </w:style>
  <w:style w:type="character" w:styleId="citation-821" w:customStyle="1">
    <w:name w:val="citation-821"/>
    <w:basedOn w:val="Paragrafoarenletra-tipolehenetsia"/>
    <w:rsid w:val="00C742C7"/>
  </w:style>
  <w:style w:type="character" w:styleId="citation-820" w:customStyle="1">
    <w:name w:val="citation-820"/>
    <w:basedOn w:val="Paragrafoarenletra-tipolehenetsia"/>
    <w:rsid w:val="00C742C7"/>
  </w:style>
  <w:style w:type="character" w:styleId="citation-819" w:customStyle="1">
    <w:name w:val="citation-819"/>
    <w:basedOn w:val="Paragrafoarenletra-tipolehenetsia"/>
    <w:rsid w:val="00C742C7"/>
  </w:style>
  <w:style w:type="character" w:styleId="citation-818" w:customStyle="1">
    <w:name w:val="citation-818"/>
    <w:basedOn w:val="Paragrafoarenletra-tipolehenetsia"/>
    <w:rsid w:val="00C742C7"/>
  </w:style>
  <w:style w:type="character" w:styleId="citation-817" w:customStyle="1">
    <w:name w:val="citation-817"/>
    <w:basedOn w:val="Paragrafoarenletra-tipolehenetsia"/>
    <w:rsid w:val="00C742C7"/>
  </w:style>
  <w:style w:type="character" w:styleId="citation-816" w:customStyle="1">
    <w:name w:val="citation-816"/>
    <w:basedOn w:val="Paragrafoarenletra-tipolehenetsia"/>
    <w:rsid w:val="00C742C7"/>
  </w:style>
  <w:style w:type="character" w:styleId="citation-815" w:customStyle="1">
    <w:name w:val="citation-815"/>
    <w:basedOn w:val="Paragrafoarenletra-tipolehenetsia"/>
    <w:rsid w:val="00C742C7"/>
  </w:style>
  <w:style w:type="character" w:styleId="citation-814" w:customStyle="1">
    <w:name w:val="citation-814"/>
    <w:basedOn w:val="Paragrafoarenletra-tipolehenetsia"/>
    <w:rsid w:val="00C742C7"/>
  </w:style>
  <w:style w:type="character" w:styleId="citation-813" w:customStyle="1">
    <w:name w:val="citation-813"/>
    <w:basedOn w:val="Paragrafoarenletra-tipolehenetsia"/>
    <w:rsid w:val="00C742C7"/>
  </w:style>
  <w:style w:type="character" w:styleId="citation-812" w:customStyle="1">
    <w:name w:val="citation-812"/>
    <w:basedOn w:val="Paragrafoarenletra-tipolehenetsia"/>
    <w:rsid w:val="00C742C7"/>
  </w:style>
  <w:style w:type="character" w:styleId="citation-811" w:customStyle="1">
    <w:name w:val="citation-811"/>
    <w:basedOn w:val="Paragrafoarenletra-tipolehenetsia"/>
    <w:rsid w:val="00C742C7"/>
  </w:style>
  <w:style w:type="character" w:styleId="citation-810" w:customStyle="1">
    <w:name w:val="citation-810"/>
    <w:basedOn w:val="Paragrafoarenletra-tipolehenetsia"/>
    <w:rsid w:val="00C742C7"/>
  </w:style>
  <w:style w:type="character" w:styleId="citation-809" w:customStyle="1">
    <w:name w:val="citation-809"/>
    <w:basedOn w:val="Paragrafoarenletra-tipolehenetsia"/>
    <w:rsid w:val="00C742C7"/>
  </w:style>
  <w:style w:type="character" w:styleId="citation-808" w:customStyle="1">
    <w:name w:val="citation-808"/>
    <w:basedOn w:val="Paragrafoarenletra-tipolehenetsia"/>
    <w:rsid w:val="00C742C7"/>
  </w:style>
  <w:style w:type="character" w:styleId="citation-807" w:customStyle="1">
    <w:name w:val="citation-807"/>
    <w:basedOn w:val="Paragrafoarenletra-tipolehenetsia"/>
    <w:rsid w:val="00C742C7"/>
  </w:style>
  <w:style w:type="character" w:styleId="citation-806" w:customStyle="1">
    <w:name w:val="citation-806"/>
    <w:basedOn w:val="Paragrafoarenletra-tipolehenetsia"/>
    <w:rsid w:val="00C742C7"/>
  </w:style>
  <w:style w:type="character" w:styleId="citation-805" w:customStyle="1">
    <w:name w:val="citation-805"/>
    <w:basedOn w:val="Paragrafoarenletra-tipolehenetsia"/>
    <w:rsid w:val="00C742C7"/>
  </w:style>
  <w:style w:type="character" w:styleId="citation-804" w:customStyle="1">
    <w:name w:val="citation-804"/>
    <w:basedOn w:val="Paragrafoarenletra-tipolehenetsia"/>
    <w:rsid w:val="00C742C7"/>
  </w:style>
  <w:style w:type="character" w:styleId="citation-803" w:customStyle="1">
    <w:name w:val="citation-803"/>
    <w:basedOn w:val="Paragrafoarenletra-tipolehenetsia"/>
    <w:rsid w:val="00C742C7"/>
  </w:style>
  <w:style w:type="character" w:styleId="citation-802" w:customStyle="1">
    <w:name w:val="citation-802"/>
    <w:basedOn w:val="Paragrafoarenletra-tipolehenetsia"/>
    <w:rsid w:val="00C742C7"/>
  </w:style>
  <w:style w:type="character" w:styleId="citation-801" w:customStyle="1">
    <w:name w:val="citation-801"/>
    <w:basedOn w:val="Paragrafoarenletra-tipolehenetsia"/>
    <w:rsid w:val="00C742C7"/>
  </w:style>
  <w:style w:type="character" w:styleId="citation-800" w:customStyle="1">
    <w:name w:val="citation-800"/>
    <w:basedOn w:val="Paragrafoarenletra-tipolehenetsia"/>
    <w:rsid w:val="00C742C7"/>
  </w:style>
  <w:style w:type="character" w:styleId="citation-799" w:customStyle="1">
    <w:name w:val="citation-799"/>
    <w:basedOn w:val="Paragrafoarenletra-tipolehenetsia"/>
    <w:rsid w:val="00C742C7"/>
  </w:style>
  <w:style w:type="character" w:styleId="citation-798" w:customStyle="1">
    <w:name w:val="citation-798"/>
    <w:basedOn w:val="Paragrafoarenletra-tipolehenetsia"/>
    <w:rsid w:val="00C742C7"/>
  </w:style>
  <w:style w:type="character" w:styleId="citation-797" w:customStyle="1">
    <w:name w:val="citation-797"/>
    <w:basedOn w:val="Paragrafoarenletra-tipolehenetsia"/>
    <w:rsid w:val="00C742C7"/>
  </w:style>
  <w:style w:type="character" w:styleId="citation-796" w:customStyle="1">
    <w:name w:val="citation-796"/>
    <w:basedOn w:val="Paragrafoarenletra-tipolehenetsia"/>
    <w:rsid w:val="00C742C7"/>
  </w:style>
  <w:style w:type="character" w:styleId="citation-795" w:customStyle="1">
    <w:name w:val="citation-795"/>
    <w:basedOn w:val="Paragrafoarenletra-tipolehenetsia"/>
    <w:rsid w:val="00C742C7"/>
  </w:style>
  <w:style w:type="character" w:styleId="citation-794" w:customStyle="1">
    <w:name w:val="citation-794"/>
    <w:basedOn w:val="Paragrafoarenletra-tipolehenetsia"/>
    <w:rsid w:val="00C742C7"/>
  </w:style>
  <w:style w:type="character" w:styleId="citation-793" w:customStyle="1">
    <w:name w:val="citation-793"/>
    <w:basedOn w:val="Paragrafoarenletra-tipolehenetsia"/>
    <w:rsid w:val="00C742C7"/>
  </w:style>
  <w:style w:type="character" w:styleId="citation-792" w:customStyle="1">
    <w:name w:val="citation-792"/>
    <w:basedOn w:val="Paragrafoarenletra-tipolehenetsia"/>
    <w:rsid w:val="00C742C7"/>
  </w:style>
  <w:style w:type="character" w:styleId="citation-791" w:customStyle="1">
    <w:name w:val="citation-791"/>
    <w:basedOn w:val="Paragrafoarenletra-tipolehenetsia"/>
    <w:rsid w:val="00C742C7"/>
  </w:style>
  <w:style w:type="character" w:styleId="citation-790" w:customStyle="1">
    <w:name w:val="citation-790"/>
    <w:basedOn w:val="Paragrafoarenletra-tipolehenetsia"/>
    <w:rsid w:val="00C742C7"/>
  </w:style>
  <w:style w:type="character" w:styleId="citation-789" w:customStyle="1">
    <w:name w:val="citation-789"/>
    <w:basedOn w:val="Paragrafoarenletra-tipolehenetsia"/>
    <w:rsid w:val="00C742C7"/>
  </w:style>
  <w:style w:type="character" w:styleId="citation-788" w:customStyle="1">
    <w:name w:val="citation-788"/>
    <w:basedOn w:val="Paragrafoarenletra-tipolehenetsia"/>
    <w:rsid w:val="00C742C7"/>
  </w:style>
  <w:style w:type="character" w:styleId="citation-787" w:customStyle="1">
    <w:name w:val="citation-787"/>
    <w:basedOn w:val="Paragrafoarenletra-tipolehenetsia"/>
    <w:rsid w:val="00C742C7"/>
  </w:style>
  <w:style w:type="character" w:styleId="citation-786" w:customStyle="1">
    <w:name w:val="citation-786"/>
    <w:basedOn w:val="Paragrafoarenletra-tipolehenetsia"/>
    <w:rsid w:val="00C742C7"/>
  </w:style>
  <w:style w:type="character" w:styleId="citation-785" w:customStyle="1">
    <w:name w:val="citation-785"/>
    <w:basedOn w:val="Paragrafoarenletra-tipolehenetsia"/>
    <w:rsid w:val="00C742C7"/>
  </w:style>
  <w:style w:type="character" w:styleId="citation-784" w:customStyle="1">
    <w:name w:val="citation-784"/>
    <w:basedOn w:val="Paragrafoarenletra-tipolehenetsia"/>
    <w:rsid w:val="00C742C7"/>
  </w:style>
  <w:style w:type="character" w:styleId="citation-783" w:customStyle="1">
    <w:name w:val="citation-783"/>
    <w:basedOn w:val="Paragrafoarenletra-tipolehenetsia"/>
    <w:rsid w:val="00C742C7"/>
  </w:style>
  <w:style w:type="character" w:styleId="citation-782" w:customStyle="1">
    <w:name w:val="citation-782"/>
    <w:basedOn w:val="Paragrafoarenletra-tipolehenetsia"/>
    <w:rsid w:val="00C742C7"/>
  </w:style>
  <w:style w:type="character" w:styleId="citation-781" w:customStyle="1">
    <w:name w:val="citation-781"/>
    <w:basedOn w:val="Paragrafoarenletra-tipolehenetsia"/>
    <w:rsid w:val="00C742C7"/>
  </w:style>
  <w:style w:type="character" w:styleId="citation-780" w:customStyle="1">
    <w:name w:val="citation-780"/>
    <w:basedOn w:val="Paragrafoarenletra-tipolehenetsia"/>
    <w:rsid w:val="00C742C7"/>
  </w:style>
  <w:style w:type="character" w:styleId="citation-779" w:customStyle="1">
    <w:name w:val="citation-779"/>
    <w:basedOn w:val="Paragrafoarenletra-tipolehenetsia"/>
    <w:rsid w:val="00C742C7"/>
  </w:style>
  <w:style w:type="character" w:styleId="citation-778" w:customStyle="1">
    <w:name w:val="citation-778"/>
    <w:basedOn w:val="Paragrafoarenletra-tipolehenetsia"/>
    <w:rsid w:val="00C742C7"/>
  </w:style>
  <w:style w:type="character" w:styleId="citation-777" w:customStyle="1">
    <w:name w:val="citation-777"/>
    <w:basedOn w:val="Paragrafoarenletra-tipolehenetsia"/>
    <w:rsid w:val="00C742C7"/>
  </w:style>
  <w:style w:type="character" w:styleId="citation-776" w:customStyle="1">
    <w:name w:val="citation-776"/>
    <w:basedOn w:val="Paragrafoarenletra-tipolehenetsia"/>
    <w:rsid w:val="00C742C7"/>
  </w:style>
  <w:style w:type="character" w:styleId="citation-775" w:customStyle="1">
    <w:name w:val="citation-775"/>
    <w:basedOn w:val="Paragrafoarenletra-tipolehenetsia"/>
    <w:rsid w:val="00C742C7"/>
  </w:style>
  <w:style w:type="character" w:styleId="citation-774" w:customStyle="1">
    <w:name w:val="citation-774"/>
    <w:basedOn w:val="Paragrafoarenletra-tipolehenetsia"/>
    <w:rsid w:val="00C742C7"/>
  </w:style>
  <w:style w:type="character" w:styleId="citation-773" w:customStyle="1">
    <w:name w:val="citation-773"/>
    <w:basedOn w:val="Paragrafoarenletra-tipolehenetsia"/>
    <w:rsid w:val="00C742C7"/>
  </w:style>
  <w:style w:type="character" w:styleId="citation-772" w:customStyle="1">
    <w:name w:val="citation-772"/>
    <w:basedOn w:val="Paragrafoarenletra-tipolehenetsia"/>
    <w:rsid w:val="00C742C7"/>
  </w:style>
  <w:style w:type="character" w:styleId="citation-771" w:customStyle="1">
    <w:name w:val="citation-771"/>
    <w:basedOn w:val="Paragrafoarenletra-tipolehenetsia"/>
    <w:rsid w:val="00C742C7"/>
  </w:style>
  <w:style w:type="character" w:styleId="citation-770" w:customStyle="1">
    <w:name w:val="citation-770"/>
    <w:basedOn w:val="Paragrafoarenletra-tipolehenetsia"/>
    <w:rsid w:val="00C742C7"/>
  </w:style>
  <w:style w:type="character" w:styleId="citation-769" w:customStyle="1">
    <w:name w:val="citation-769"/>
    <w:basedOn w:val="Paragrafoarenletra-tipolehenetsia"/>
    <w:rsid w:val="00C742C7"/>
  </w:style>
  <w:style w:type="character" w:styleId="citation-768" w:customStyle="1">
    <w:name w:val="citation-768"/>
    <w:basedOn w:val="Paragrafoarenletra-tipolehenetsia"/>
    <w:rsid w:val="00C742C7"/>
  </w:style>
  <w:style w:type="character" w:styleId="citation-767" w:customStyle="1">
    <w:name w:val="citation-767"/>
    <w:basedOn w:val="Paragrafoarenletra-tipolehenetsia"/>
    <w:rsid w:val="00C742C7"/>
  </w:style>
  <w:style w:type="character" w:styleId="citation-766" w:customStyle="1">
    <w:name w:val="citation-766"/>
    <w:basedOn w:val="Paragrafoarenletra-tipolehenetsia"/>
    <w:rsid w:val="00C742C7"/>
  </w:style>
  <w:style w:type="character" w:styleId="citation-765" w:customStyle="1">
    <w:name w:val="citation-765"/>
    <w:basedOn w:val="Paragrafoarenletra-tipolehenetsia"/>
    <w:rsid w:val="00C742C7"/>
  </w:style>
  <w:style w:type="character" w:styleId="citation-764" w:customStyle="1">
    <w:name w:val="citation-764"/>
    <w:basedOn w:val="Paragrafoarenletra-tipolehenetsia"/>
    <w:rsid w:val="00C742C7"/>
  </w:style>
  <w:style w:type="character" w:styleId="citation-763" w:customStyle="1">
    <w:name w:val="citation-763"/>
    <w:basedOn w:val="Paragrafoarenletra-tipolehenetsia"/>
    <w:rsid w:val="00C742C7"/>
  </w:style>
  <w:style w:type="character" w:styleId="citation-762" w:customStyle="1">
    <w:name w:val="citation-762"/>
    <w:basedOn w:val="Paragrafoarenletra-tipolehenetsia"/>
    <w:rsid w:val="00C742C7"/>
  </w:style>
  <w:style w:type="character" w:styleId="citation-761" w:customStyle="1">
    <w:name w:val="citation-761"/>
    <w:basedOn w:val="Paragrafoarenletra-tipolehenetsia"/>
    <w:rsid w:val="00C742C7"/>
  </w:style>
  <w:style w:type="character" w:styleId="citation-760" w:customStyle="1">
    <w:name w:val="citation-760"/>
    <w:basedOn w:val="Paragrafoarenletra-tipolehenetsia"/>
    <w:rsid w:val="00C742C7"/>
  </w:style>
  <w:style w:type="character" w:styleId="citation-759" w:customStyle="1">
    <w:name w:val="citation-759"/>
    <w:basedOn w:val="Paragrafoarenletra-tipolehenetsia"/>
    <w:rsid w:val="00C742C7"/>
  </w:style>
  <w:style w:type="character" w:styleId="citation-758" w:customStyle="1">
    <w:name w:val="citation-758"/>
    <w:basedOn w:val="Paragrafoarenletra-tipolehenetsia"/>
    <w:rsid w:val="00C742C7"/>
  </w:style>
  <w:style w:type="character" w:styleId="citation-757" w:customStyle="1">
    <w:name w:val="citation-757"/>
    <w:basedOn w:val="Paragrafoarenletra-tipolehenetsia"/>
    <w:rsid w:val="00C742C7"/>
  </w:style>
  <w:style w:type="character" w:styleId="citation-756" w:customStyle="1">
    <w:name w:val="citation-756"/>
    <w:basedOn w:val="Paragrafoarenletra-tipolehenetsia"/>
    <w:rsid w:val="00C742C7"/>
  </w:style>
  <w:style w:type="character" w:styleId="citation-755" w:customStyle="1">
    <w:name w:val="citation-755"/>
    <w:basedOn w:val="Paragrafoarenletra-tipolehenetsia"/>
    <w:rsid w:val="00C742C7"/>
  </w:style>
  <w:style w:type="character" w:styleId="citation-754" w:customStyle="1">
    <w:name w:val="citation-754"/>
    <w:basedOn w:val="Paragrafoarenletra-tipolehenetsia"/>
    <w:rsid w:val="00C742C7"/>
  </w:style>
  <w:style w:type="character" w:styleId="citation-753" w:customStyle="1">
    <w:name w:val="citation-753"/>
    <w:basedOn w:val="Paragrafoarenletra-tipolehenetsia"/>
    <w:rsid w:val="00C742C7"/>
  </w:style>
  <w:style w:type="character" w:styleId="citation-752" w:customStyle="1">
    <w:name w:val="citation-752"/>
    <w:basedOn w:val="Paragrafoarenletra-tipolehenetsia"/>
    <w:rsid w:val="00C742C7"/>
  </w:style>
  <w:style w:type="character" w:styleId="citation-751" w:customStyle="1">
    <w:name w:val="citation-751"/>
    <w:basedOn w:val="Paragrafoarenletra-tipolehenetsia"/>
    <w:rsid w:val="00C742C7"/>
  </w:style>
  <w:style w:type="character" w:styleId="citation-750" w:customStyle="1">
    <w:name w:val="citation-750"/>
    <w:basedOn w:val="Paragrafoarenletra-tipolehenetsia"/>
    <w:rsid w:val="00C742C7"/>
  </w:style>
  <w:style w:type="character" w:styleId="citation-749" w:customStyle="1">
    <w:name w:val="citation-749"/>
    <w:basedOn w:val="Paragrafoarenletra-tipolehenetsia"/>
    <w:rsid w:val="00C742C7"/>
  </w:style>
  <w:style w:type="character" w:styleId="citation-748" w:customStyle="1">
    <w:name w:val="citation-748"/>
    <w:basedOn w:val="Paragrafoarenletra-tipolehenetsia"/>
    <w:rsid w:val="00C742C7"/>
  </w:style>
  <w:style w:type="character" w:styleId="citation-747" w:customStyle="1">
    <w:name w:val="citation-747"/>
    <w:basedOn w:val="Paragrafoarenletra-tipolehenetsia"/>
    <w:rsid w:val="00C742C7"/>
  </w:style>
  <w:style w:type="character" w:styleId="citation-746" w:customStyle="1">
    <w:name w:val="citation-746"/>
    <w:basedOn w:val="Paragrafoarenletra-tipolehenetsia"/>
    <w:rsid w:val="00C742C7"/>
  </w:style>
  <w:style w:type="character" w:styleId="citation-745" w:customStyle="1">
    <w:name w:val="citation-745"/>
    <w:basedOn w:val="Paragrafoarenletra-tipolehenetsia"/>
    <w:rsid w:val="00C742C7"/>
  </w:style>
  <w:style w:type="character" w:styleId="citation-744" w:customStyle="1">
    <w:name w:val="citation-744"/>
    <w:basedOn w:val="Paragrafoarenletra-tipolehenetsia"/>
    <w:rsid w:val="00C742C7"/>
  </w:style>
  <w:style w:type="character" w:styleId="citation-743" w:customStyle="1">
    <w:name w:val="citation-743"/>
    <w:basedOn w:val="Paragrafoarenletra-tipolehenetsia"/>
    <w:rsid w:val="00C742C7"/>
  </w:style>
  <w:style w:type="character" w:styleId="citation-742" w:customStyle="1">
    <w:name w:val="citation-742"/>
    <w:basedOn w:val="Paragrafoarenletra-tipolehenetsia"/>
    <w:rsid w:val="00C742C7"/>
  </w:style>
  <w:style w:type="character" w:styleId="citation-741" w:customStyle="1">
    <w:name w:val="citation-741"/>
    <w:basedOn w:val="Paragrafoarenletra-tipolehenetsia"/>
    <w:rsid w:val="00C742C7"/>
  </w:style>
  <w:style w:type="character" w:styleId="citation-740" w:customStyle="1">
    <w:name w:val="citation-740"/>
    <w:basedOn w:val="Paragrafoarenletra-tipolehenetsia"/>
    <w:rsid w:val="00C742C7"/>
  </w:style>
  <w:style w:type="character" w:styleId="citation-739" w:customStyle="1">
    <w:name w:val="citation-739"/>
    <w:basedOn w:val="Paragrafoarenletra-tipolehenetsia"/>
    <w:rsid w:val="00C742C7"/>
  </w:style>
  <w:style w:type="character" w:styleId="citation-738" w:customStyle="1">
    <w:name w:val="citation-738"/>
    <w:basedOn w:val="Paragrafoarenletra-tipolehenetsia"/>
    <w:rsid w:val="00C742C7"/>
  </w:style>
  <w:style w:type="character" w:styleId="citation-737" w:customStyle="1">
    <w:name w:val="citation-737"/>
    <w:basedOn w:val="Paragrafoarenletra-tipolehenetsia"/>
    <w:rsid w:val="00C742C7"/>
  </w:style>
  <w:style w:type="character" w:styleId="citation-736" w:customStyle="1">
    <w:name w:val="citation-736"/>
    <w:basedOn w:val="Paragrafoarenletra-tipolehenetsia"/>
    <w:rsid w:val="00C742C7"/>
  </w:style>
  <w:style w:type="character" w:styleId="citation-735" w:customStyle="1">
    <w:name w:val="citation-735"/>
    <w:basedOn w:val="Paragrafoarenletra-tipolehenetsia"/>
    <w:rsid w:val="00C742C7"/>
  </w:style>
  <w:style w:type="character" w:styleId="citation-734" w:customStyle="1">
    <w:name w:val="citation-734"/>
    <w:basedOn w:val="Paragrafoarenletra-tipolehenetsia"/>
    <w:rsid w:val="00C742C7"/>
  </w:style>
  <w:style w:type="character" w:styleId="citation-733" w:customStyle="1">
    <w:name w:val="citation-733"/>
    <w:basedOn w:val="Paragrafoarenletra-tipolehenetsia"/>
    <w:rsid w:val="00C742C7"/>
  </w:style>
  <w:style w:type="character" w:styleId="citation-732" w:customStyle="1">
    <w:name w:val="citation-732"/>
    <w:basedOn w:val="Paragrafoarenletra-tipolehenetsia"/>
    <w:rsid w:val="00C742C7"/>
  </w:style>
  <w:style w:type="character" w:styleId="citation-731" w:customStyle="1">
    <w:name w:val="citation-731"/>
    <w:basedOn w:val="Paragrafoarenletra-tipolehenetsia"/>
    <w:rsid w:val="00C742C7"/>
  </w:style>
  <w:style w:type="character" w:styleId="citation-730" w:customStyle="1">
    <w:name w:val="citation-730"/>
    <w:basedOn w:val="Paragrafoarenletra-tipolehenetsia"/>
    <w:rsid w:val="00C742C7"/>
  </w:style>
  <w:style w:type="character" w:styleId="citation-729" w:customStyle="1">
    <w:name w:val="citation-729"/>
    <w:basedOn w:val="Paragrafoarenletra-tipolehenetsia"/>
    <w:rsid w:val="00C742C7"/>
  </w:style>
  <w:style w:type="character" w:styleId="citation-728" w:customStyle="1">
    <w:name w:val="citation-728"/>
    <w:basedOn w:val="Paragrafoarenletra-tipolehenetsia"/>
    <w:rsid w:val="00C742C7"/>
  </w:style>
  <w:style w:type="character" w:styleId="citation-727" w:customStyle="1">
    <w:name w:val="citation-727"/>
    <w:basedOn w:val="Paragrafoarenletra-tipolehenetsia"/>
    <w:rsid w:val="00C742C7"/>
  </w:style>
  <w:style w:type="character" w:styleId="citation-726" w:customStyle="1">
    <w:name w:val="citation-726"/>
    <w:basedOn w:val="Paragrafoarenletra-tipolehenetsia"/>
    <w:rsid w:val="00C742C7"/>
  </w:style>
  <w:style w:type="character" w:styleId="citation-725" w:customStyle="1">
    <w:name w:val="citation-725"/>
    <w:basedOn w:val="Paragrafoarenletra-tipolehenetsia"/>
    <w:rsid w:val="00C742C7"/>
  </w:style>
  <w:style w:type="character" w:styleId="citation-724" w:customStyle="1">
    <w:name w:val="citation-724"/>
    <w:basedOn w:val="Paragrafoarenletra-tipolehenetsia"/>
    <w:rsid w:val="00C742C7"/>
  </w:style>
  <w:style w:type="character" w:styleId="citation-723" w:customStyle="1">
    <w:name w:val="citation-723"/>
    <w:basedOn w:val="Paragrafoarenletra-tipolehenetsia"/>
    <w:rsid w:val="00C742C7"/>
  </w:style>
  <w:style w:type="character" w:styleId="citation-722" w:customStyle="1">
    <w:name w:val="citation-722"/>
    <w:basedOn w:val="Paragrafoarenletra-tipolehenetsia"/>
    <w:rsid w:val="00C742C7"/>
  </w:style>
  <w:style w:type="character" w:styleId="citation-721" w:customStyle="1">
    <w:name w:val="citation-721"/>
    <w:basedOn w:val="Paragrafoarenletra-tipolehenetsia"/>
    <w:rsid w:val="00C742C7"/>
  </w:style>
  <w:style w:type="character" w:styleId="citation-720" w:customStyle="1">
    <w:name w:val="citation-720"/>
    <w:basedOn w:val="Paragrafoarenletra-tipolehenetsia"/>
    <w:rsid w:val="00C742C7"/>
  </w:style>
  <w:style w:type="character" w:styleId="citation-719" w:customStyle="1">
    <w:name w:val="citation-719"/>
    <w:basedOn w:val="Paragrafoarenletra-tipolehenetsia"/>
    <w:rsid w:val="00C742C7"/>
  </w:style>
  <w:style w:type="character" w:styleId="citation-718" w:customStyle="1">
    <w:name w:val="citation-718"/>
    <w:basedOn w:val="Paragrafoarenletra-tipolehenetsia"/>
    <w:rsid w:val="00C742C7"/>
  </w:style>
  <w:style w:type="character" w:styleId="citation-717" w:customStyle="1">
    <w:name w:val="citation-717"/>
    <w:basedOn w:val="Paragrafoarenletra-tipolehenetsia"/>
    <w:rsid w:val="00C742C7"/>
  </w:style>
  <w:style w:type="character" w:styleId="citation-716" w:customStyle="1">
    <w:name w:val="citation-716"/>
    <w:basedOn w:val="Paragrafoarenletra-tipolehenetsia"/>
    <w:rsid w:val="00C742C7"/>
  </w:style>
  <w:style w:type="character" w:styleId="citation-715" w:customStyle="1">
    <w:name w:val="citation-715"/>
    <w:basedOn w:val="Paragrafoarenletra-tipolehenetsia"/>
    <w:rsid w:val="00C742C7"/>
  </w:style>
  <w:style w:type="character" w:styleId="citation-714" w:customStyle="1">
    <w:name w:val="citation-714"/>
    <w:basedOn w:val="Paragrafoarenletra-tipolehenetsia"/>
    <w:rsid w:val="00C742C7"/>
  </w:style>
  <w:style w:type="character" w:styleId="citation-713" w:customStyle="1">
    <w:name w:val="citation-713"/>
    <w:basedOn w:val="Paragrafoarenletra-tipolehenetsia"/>
    <w:rsid w:val="00C742C7"/>
  </w:style>
  <w:style w:type="character" w:styleId="citation-712" w:customStyle="1">
    <w:name w:val="citation-712"/>
    <w:basedOn w:val="Paragrafoarenletra-tipolehenetsia"/>
    <w:rsid w:val="00C742C7"/>
  </w:style>
  <w:style w:type="character" w:styleId="citation-711" w:customStyle="1">
    <w:name w:val="citation-711"/>
    <w:basedOn w:val="Paragrafoarenletra-tipolehenetsia"/>
    <w:rsid w:val="00C742C7"/>
  </w:style>
  <w:style w:type="character" w:styleId="citation-710" w:customStyle="1">
    <w:name w:val="citation-710"/>
    <w:basedOn w:val="Paragrafoarenletra-tipolehenetsia"/>
    <w:rsid w:val="00C742C7"/>
  </w:style>
  <w:style w:type="character" w:styleId="citation-709" w:customStyle="1">
    <w:name w:val="citation-709"/>
    <w:basedOn w:val="Paragrafoarenletra-tipolehenetsia"/>
    <w:rsid w:val="00C742C7"/>
  </w:style>
  <w:style w:type="character" w:styleId="citation-708" w:customStyle="1">
    <w:name w:val="citation-708"/>
    <w:basedOn w:val="Paragrafoarenletra-tipolehenetsia"/>
    <w:rsid w:val="00C742C7"/>
  </w:style>
  <w:style w:type="character" w:styleId="citation-707" w:customStyle="1">
    <w:name w:val="citation-707"/>
    <w:basedOn w:val="Paragrafoarenletra-tipolehenetsia"/>
    <w:rsid w:val="00C742C7"/>
  </w:style>
  <w:style w:type="character" w:styleId="citation-706" w:customStyle="1">
    <w:name w:val="citation-706"/>
    <w:basedOn w:val="Paragrafoarenletra-tipolehenetsia"/>
    <w:rsid w:val="00C742C7"/>
  </w:style>
  <w:style w:type="character" w:styleId="citation-705" w:customStyle="1">
    <w:name w:val="citation-705"/>
    <w:basedOn w:val="Paragrafoarenletra-tipolehenetsia"/>
    <w:rsid w:val="00C742C7"/>
  </w:style>
  <w:style w:type="character" w:styleId="citation-704" w:customStyle="1">
    <w:name w:val="citation-704"/>
    <w:basedOn w:val="Paragrafoarenletra-tipolehenetsia"/>
    <w:rsid w:val="00C742C7"/>
  </w:style>
  <w:style w:type="character" w:styleId="citation-703" w:customStyle="1">
    <w:name w:val="citation-703"/>
    <w:basedOn w:val="Paragrafoarenletra-tipolehenetsia"/>
    <w:rsid w:val="00C742C7"/>
  </w:style>
  <w:style w:type="character" w:styleId="citation-702" w:customStyle="1">
    <w:name w:val="citation-702"/>
    <w:basedOn w:val="Paragrafoarenletra-tipolehenetsia"/>
    <w:rsid w:val="00C742C7"/>
  </w:style>
  <w:style w:type="character" w:styleId="citation-701" w:customStyle="1">
    <w:name w:val="citation-701"/>
    <w:basedOn w:val="Paragrafoarenletra-tipolehenetsia"/>
    <w:rsid w:val="00C742C7"/>
  </w:style>
  <w:style w:type="character" w:styleId="citation-700" w:customStyle="1">
    <w:name w:val="citation-700"/>
    <w:basedOn w:val="Paragrafoarenletra-tipolehenetsia"/>
    <w:rsid w:val="00C742C7"/>
  </w:style>
  <w:style w:type="character" w:styleId="citation-699" w:customStyle="1">
    <w:name w:val="citation-699"/>
    <w:basedOn w:val="Paragrafoarenletra-tipolehenetsia"/>
    <w:rsid w:val="00C742C7"/>
  </w:style>
  <w:style w:type="character" w:styleId="citation-698" w:customStyle="1">
    <w:name w:val="citation-698"/>
    <w:basedOn w:val="Paragrafoarenletra-tipolehenetsia"/>
    <w:rsid w:val="00C742C7"/>
  </w:style>
  <w:style w:type="character" w:styleId="citation-697" w:customStyle="1">
    <w:name w:val="citation-697"/>
    <w:basedOn w:val="Paragrafoarenletra-tipolehenetsia"/>
    <w:rsid w:val="00C742C7"/>
  </w:style>
  <w:style w:type="character" w:styleId="citation-696" w:customStyle="1">
    <w:name w:val="citation-696"/>
    <w:basedOn w:val="Paragrafoarenletra-tipolehenetsia"/>
    <w:rsid w:val="00C742C7"/>
  </w:style>
  <w:style w:type="character" w:styleId="citation-695" w:customStyle="1">
    <w:name w:val="citation-695"/>
    <w:basedOn w:val="Paragrafoarenletra-tipolehenetsia"/>
    <w:rsid w:val="00C742C7"/>
  </w:style>
  <w:style w:type="character" w:styleId="citation-694" w:customStyle="1">
    <w:name w:val="citation-694"/>
    <w:basedOn w:val="Paragrafoarenletra-tipolehenetsia"/>
    <w:rsid w:val="00C742C7"/>
  </w:style>
  <w:style w:type="character" w:styleId="citation-693" w:customStyle="1">
    <w:name w:val="citation-693"/>
    <w:basedOn w:val="Paragrafoarenletra-tipolehenetsia"/>
    <w:rsid w:val="00C742C7"/>
  </w:style>
  <w:style w:type="character" w:styleId="citation-692" w:customStyle="1">
    <w:name w:val="citation-692"/>
    <w:basedOn w:val="Paragrafoarenletra-tipolehenetsia"/>
    <w:rsid w:val="00C742C7"/>
  </w:style>
  <w:style w:type="character" w:styleId="citation-691" w:customStyle="1">
    <w:name w:val="citation-691"/>
    <w:basedOn w:val="Paragrafoarenletra-tipolehenetsia"/>
    <w:rsid w:val="00C742C7"/>
  </w:style>
  <w:style w:type="character" w:styleId="TarterikezKar" w:customStyle="1">
    <w:name w:val="Tarterik ez Kar"/>
    <w:basedOn w:val="Paragrafoarenletra-tipolehenetsia"/>
    <w:link w:val="Tarterikez"/>
    <w:uiPriority w:val="1"/>
    <w:rsid w:val="005E4B8F"/>
  </w:style>
  <w:style w:type="paragraph" w:styleId="EA2">
    <w:name w:val="toc 2"/>
    <w:basedOn w:val="Normala"/>
    <w:next w:val="Normala"/>
    <w:autoRedefine/>
    <w:uiPriority w:val="39"/>
    <w:unhideWhenUsed/>
    <w:rsid w:val="00721D1A"/>
    <w:pPr>
      <w:spacing w:after="100" w:line="259" w:lineRule="auto"/>
      <w:ind w:left="220"/>
    </w:pPr>
    <w:rPr>
      <w:rFonts w:cs="Times New Roman"/>
      <w:lang w:val="eu-ES" w:eastAsia="eu-ES"/>
    </w:rPr>
  </w:style>
  <w:style w:type="paragraph" w:styleId="EA1">
    <w:name w:val="toc 1"/>
    <w:basedOn w:val="Normala"/>
    <w:next w:val="Normala"/>
    <w:autoRedefine/>
    <w:uiPriority w:val="39"/>
    <w:unhideWhenUsed/>
    <w:rsid w:val="00721D1A"/>
    <w:pPr>
      <w:spacing w:after="100" w:line="259" w:lineRule="auto"/>
    </w:pPr>
    <w:rPr>
      <w:rFonts w:cs="Times New Roman"/>
      <w:lang w:val="eu-ES" w:eastAsia="eu-ES"/>
    </w:rPr>
  </w:style>
  <w:style w:type="paragraph" w:styleId="EA3">
    <w:name w:val="toc 3"/>
    <w:basedOn w:val="Normala"/>
    <w:next w:val="Normala"/>
    <w:autoRedefine/>
    <w:uiPriority w:val="39"/>
    <w:unhideWhenUsed/>
    <w:rsid w:val="00721D1A"/>
    <w:pPr>
      <w:spacing w:after="100" w:line="259" w:lineRule="auto"/>
      <w:ind w:left="440"/>
    </w:pPr>
    <w:rPr>
      <w:rFonts w:cs="Times New Roman"/>
      <w:lang w:val="eu-ES" w:eastAsia="eu-ES"/>
    </w:rPr>
  </w:style>
  <w:style w:type="table" w:styleId="5sareta-taulailuna-1enfasia">
    <w:name w:val="Grid Table 5 Dark Accent 1"/>
    <w:basedOn w:val="Taulanormala"/>
    <w:uiPriority w:val="50"/>
    <w:rsid w:val="00D3238E"/>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4sareta-taula-1enfasia">
    <w:name w:val="Grid Table 4 Accent 1"/>
    <w:basedOn w:val="Taulanormala"/>
    <w:uiPriority w:val="49"/>
    <w:rsid w:val="00D3238E"/>
    <w:pPr>
      <w:spacing w:after="0" w:line="240" w:lineRule="auto"/>
    </w:p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367989">
      <w:bodyDiv w:val="1"/>
      <w:marLeft w:val="0"/>
      <w:marRight w:val="0"/>
      <w:marTop w:val="0"/>
      <w:marBottom w:val="0"/>
      <w:divBdr>
        <w:top w:val="none" w:sz="0" w:space="0" w:color="auto"/>
        <w:left w:val="none" w:sz="0" w:space="0" w:color="auto"/>
        <w:bottom w:val="none" w:sz="0" w:space="0" w:color="auto"/>
        <w:right w:val="none" w:sz="0" w:space="0" w:color="auto"/>
      </w:divBdr>
    </w:div>
    <w:div w:id="201094383">
      <w:bodyDiv w:val="1"/>
      <w:marLeft w:val="0"/>
      <w:marRight w:val="0"/>
      <w:marTop w:val="0"/>
      <w:marBottom w:val="0"/>
      <w:divBdr>
        <w:top w:val="none" w:sz="0" w:space="0" w:color="auto"/>
        <w:left w:val="none" w:sz="0" w:space="0" w:color="auto"/>
        <w:bottom w:val="none" w:sz="0" w:space="0" w:color="auto"/>
        <w:right w:val="none" w:sz="0" w:space="0" w:color="auto"/>
      </w:divBdr>
    </w:div>
    <w:div w:id="458963040">
      <w:bodyDiv w:val="1"/>
      <w:marLeft w:val="0"/>
      <w:marRight w:val="0"/>
      <w:marTop w:val="0"/>
      <w:marBottom w:val="0"/>
      <w:divBdr>
        <w:top w:val="none" w:sz="0" w:space="0" w:color="auto"/>
        <w:left w:val="none" w:sz="0" w:space="0" w:color="auto"/>
        <w:bottom w:val="none" w:sz="0" w:space="0" w:color="auto"/>
        <w:right w:val="none" w:sz="0" w:space="0" w:color="auto"/>
      </w:divBdr>
    </w:div>
    <w:div w:id="583875285">
      <w:bodyDiv w:val="1"/>
      <w:marLeft w:val="0"/>
      <w:marRight w:val="0"/>
      <w:marTop w:val="0"/>
      <w:marBottom w:val="0"/>
      <w:divBdr>
        <w:top w:val="none" w:sz="0" w:space="0" w:color="auto"/>
        <w:left w:val="none" w:sz="0" w:space="0" w:color="auto"/>
        <w:bottom w:val="none" w:sz="0" w:space="0" w:color="auto"/>
        <w:right w:val="none" w:sz="0" w:space="0" w:color="auto"/>
      </w:divBdr>
    </w:div>
    <w:div w:id="880703258">
      <w:bodyDiv w:val="1"/>
      <w:marLeft w:val="0"/>
      <w:marRight w:val="0"/>
      <w:marTop w:val="0"/>
      <w:marBottom w:val="0"/>
      <w:divBdr>
        <w:top w:val="none" w:sz="0" w:space="0" w:color="auto"/>
        <w:left w:val="none" w:sz="0" w:space="0" w:color="auto"/>
        <w:bottom w:val="none" w:sz="0" w:space="0" w:color="auto"/>
        <w:right w:val="none" w:sz="0" w:space="0" w:color="auto"/>
      </w:divBdr>
    </w:div>
    <w:div w:id="932204760">
      <w:bodyDiv w:val="1"/>
      <w:marLeft w:val="0"/>
      <w:marRight w:val="0"/>
      <w:marTop w:val="0"/>
      <w:marBottom w:val="0"/>
      <w:divBdr>
        <w:top w:val="none" w:sz="0" w:space="0" w:color="auto"/>
        <w:left w:val="none" w:sz="0" w:space="0" w:color="auto"/>
        <w:bottom w:val="none" w:sz="0" w:space="0" w:color="auto"/>
        <w:right w:val="none" w:sz="0" w:space="0" w:color="auto"/>
      </w:divBdr>
    </w:div>
    <w:div w:id="1115979062">
      <w:bodyDiv w:val="1"/>
      <w:marLeft w:val="0"/>
      <w:marRight w:val="0"/>
      <w:marTop w:val="0"/>
      <w:marBottom w:val="0"/>
      <w:divBdr>
        <w:top w:val="none" w:sz="0" w:space="0" w:color="auto"/>
        <w:left w:val="none" w:sz="0" w:space="0" w:color="auto"/>
        <w:bottom w:val="none" w:sz="0" w:space="0" w:color="auto"/>
        <w:right w:val="none" w:sz="0" w:space="0" w:color="auto"/>
      </w:divBdr>
    </w:div>
    <w:div w:id="1141656200">
      <w:bodyDiv w:val="1"/>
      <w:marLeft w:val="0"/>
      <w:marRight w:val="0"/>
      <w:marTop w:val="0"/>
      <w:marBottom w:val="0"/>
      <w:divBdr>
        <w:top w:val="none" w:sz="0" w:space="0" w:color="auto"/>
        <w:left w:val="none" w:sz="0" w:space="0" w:color="auto"/>
        <w:bottom w:val="none" w:sz="0" w:space="0" w:color="auto"/>
        <w:right w:val="none" w:sz="0" w:space="0" w:color="auto"/>
      </w:divBdr>
    </w:div>
    <w:div w:id="1339652988">
      <w:bodyDiv w:val="1"/>
      <w:marLeft w:val="0"/>
      <w:marRight w:val="0"/>
      <w:marTop w:val="0"/>
      <w:marBottom w:val="0"/>
      <w:divBdr>
        <w:top w:val="none" w:sz="0" w:space="0" w:color="auto"/>
        <w:left w:val="none" w:sz="0" w:space="0" w:color="auto"/>
        <w:bottom w:val="none" w:sz="0" w:space="0" w:color="auto"/>
        <w:right w:val="none" w:sz="0" w:space="0" w:color="auto"/>
      </w:divBdr>
    </w:div>
    <w:div w:id="1497839747">
      <w:bodyDiv w:val="1"/>
      <w:marLeft w:val="0"/>
      <w:marRight w:val="0"/>
      <w:marTop w:val="0"/>
      <w:marBottom w:val="0"/>
      <w:divBdr>
        <w:top w:val="none" w:sz="0" w:space="0" w:color="auto"/>
        <w:left w:val="none" w:sz="0" w:space="0" w:color="auto"/>
        <w:bottom w:val="none" w:sz="0" w:space="0" w:color="auto"/>
        <w:right w:val="none" w:sz="0" w:space="0" w:color="auto"/>
      </w:divBdr>
    </w:div>
    <w:div w:id="2042782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file:///C:/Users/aalbisua/Documents/MIGUEL%20ALTUNA%202024-2025/MIGUEL%20ALTUNA%2024-25/LCAMP/IKASTAROA/UR_MIR_FESTO/EU/0_0_Irakaslearen%20gida.docx"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Urratsez-urratseko motorren funtzionamendua, driverren erregulazioa eta DC-DC erregulatzaileen parametrizazioa nola egin behar den aztertzeaz gain, estainatze-teknika praktikoekin osatu</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eate a new document." ma:contentTypeScope="" ma:versionID="9749a2b4cca231bc632c3989b365264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ce32c62b3fb0868ee579d14af5c7af3f"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5FB5C1-D7FA-42E2-9BD8-43C600DA6FFD}"/>
</file>

<file path=customXml/itemProps3.xml><?xml version="1.0" encoding="utf-8"?>
<ds:datastoreItem xmlns:ds="http://schemas.openxmlformats.org/officeDocument/2006/customXml" ds:itemID="{1F5BBACA-C442-4ED8-85FB-680A99FEABFC}">
  <ds:schemaRefs>
    <ds:schemaRef ds:uri="http://schemas.microsoft.com/sharepoint/v3/contenttype/forms"/>
  </ds:schemaRefs>
</ds:datastoreItem>
</file>

<file path=customXml/itemProps4.xml><?xml version="1.0" encoding="utf-8"?>
<ds:datastoreItem xmlns:ds="http://schemas.openxmlformats.org/officeDocument/2006/customXml" ds:itemID="{66E66221-0E29-4D90-90E4-E90D51F99993}">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5.xml><?xml version="1.0" encoding="utf-8"?>
<ds:datastoreItem xmlns:ds="http://schemas.openxmlformats.org/officeDocument/2006/customXml" ds:itemID="{EBB73EC1-CDC2-4C2B-811E-888D11E389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Component welding, driver motor regulation and DC-DC converters</dc:subject>
  <dc:creator>Ane Albisua – Miguel Altuna LHII</dc:creator>
  <cp:keywords/>
  <dc:description>generated by python-docx</dc:description>
  <cp:lastModifiedBy>lerrasti</cp:lastModifiedBy>
  <cp:revision>7</cp:revision>
  <dcterms:created xsi:type="dcterms:W3CDTF">2025-07-04T06:37:00Z</dcterms:created>
  <dcterms:modified xsi:type="dcterms:W3CDTF">2025-11-13T12:12:46Z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ies>
</file>