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669683428"/>
        <w:docPartObj>
          <w:docPartGallery w:val="Cover Pages"/>
          <w:docPartUnique/>
        </w:docPartObj>
      </w:sdtPr>
      <w:sdtEndPr>
        <w:rPr>
          <w:rFonts w:ascii="Arial" w:eastAsia="Times New Roman" w:hAnsi="Arial" w:cs="Arial"/>
          <w:b/>
          <w:bCs/>
          <w:sz w:val="24"/>
          <w:szCs w:val="24"/>
          <w:lang w:val="eu-ES" w:eastAsia="eu-ES"/>
        </w:rPr>
      </w:sdtEndPr>
      <w:sdtContent>
        <w:p w:rsidR="005E4B8F" w:rsidRPr="005E4B8F" w:rsidRDefault="005E4B8F">
          <w:pPr>
            <w:rPr>
              <w:lang w:val="es-ES"/>
            </w:rPr>
          </w:pPr>
          <w:r>
            <w:rPr>
              <w:noProof/>
              <w:lang w:val="eu-ES" w:eastAsia="eu-ES"/>
            </w:rPr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-851535</wp:posOffset>
                </wp:positionH>
                <wp:positionV relativeFrom="paragraph">
                  <wp:posOffset>-882015</wp:posOffset>
                </wp:positionV>
                <wp:extent cx="2056569" cy="1196340"/>
                <wp:effectExtent l="0" t="0" r="1270" b="3810"/>
                <wp:wrapNone/>
                <wp:docPr id="2" name="Irudia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riginala sloganarekin.jpg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8143" cy="11972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val="eu-ES" w:eastAsia="eu-ES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149. taldea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51. laukizuzena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151. laukizuzena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3DF18A76" id="149. taldea" o:spid="_x0000_s1026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">
                    <v:shape id="51. laukizuzena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" path="m,l7312660,r,1129665l3619500,733425,,1091565,,xe" fillcolor="#4f81bd [3204]" stroked="f" strokeweight="2pt">
                      <v:path arrowok="t" o:connecttype="custom" o:connectlocs="0,0;7315200,0;7315200,1130373;3620757,733885;0,1092249;0,0" o:connectangles="0,0,0,0,0,0"/>
                    </v:shape>
                    <v:rect id="151. laukizuzena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" stroked="f" strokeweight="2pt">
                      <v:fill r:id="rId14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val="eu-ES" w:eastAsia="eu-E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8227695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152. testu-koadroa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es-ES"/>
                                  </w:rPr>
                                  <w:alias w:val="Egilea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5E4B8F" w:rsidRPr="005E4B8F" w:rsidRDefault="005E4B8F">
                                    <w:pPr>
                                      <w:pStyle w:val="Tarterikez"/>
                                      <w:jc w:val="right"/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  <w:lang w:val="es-ES"/>
                                      </w:rPr>
                                    </w:pPr>
                                    <w:r w:rsidRPr="005E4B8F"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  <w:lang w:val="es-ES"/>
                                      </w:rPr>
                                      <w:t xml:space="preserve">Ane Albisua – Miguel </w:t>
                                    </w:r>
                                    <w:proofErr w:type="spellStart"/>
                                    <w:r w:rsidRPr="005E4B8F"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  <w:lang w:val="es-ES"/>
                                      </w:rPr>
                                      <w:t>Al</w:t>
                                    </w:r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  <w:lang w:val="es-ES"/>
                                      </w:rPr>
                                      <w:t>tuna</w:t>
                                    </w:r>
                                    <w:proofErr w:type="spellEnd"/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  <w:lang w:val="es-ES"/>
                                      </w:rPr>
                                      <w:t xml:space="preserve"> LHII</w:t>
                                    </w:r>
                                  </w:p>
                                </w:sdtContent>
                              </w:sdt>
                              <w:p w:rsidR="005E4B8F" w:rsidRPr="005E4B8F" w:rsidRDefault="00F60200">
                                <w:pPr>
                                  <w:pStyle w:val="Tarterikez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  <w:lang w:val="es-ES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Helbide elektronikoa"/>
                                    <w:tag w:val="Helbide elektronikoa"/>
                                    <w:id w:val="942260680"/>
                                    <w:showingPlcHdr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5E4B8F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152. testu-koadroa" o:spid="_x0000_s1026" type="#_x0000_t202" style="position:absolute;margin-left:0;margin-top:0;width:8in;height:1in;z-index:25166028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8"/>
                              <w:szCs w:val="28"/>
                              <w:lang w:val="es-ES"/>
                            </w:rPr>
                            <w:alias w:val="Egilea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:rsidR="005E4B8F" w:rsidRPr="005E4B8F" w:rsidRDefault="005E4B8F">
                              <w:pPr>
                                <w:pStyle w:val="Tarterikez"/>
                                <w:jc w:val="right"/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 w:rsidRPr="005E4B8F"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  <w:lang w:val="es-ES"/>
                                </w:rPr>
                                <w:t xml:space="preserve">Ane Albisua – Miguel </w:t>
                              </w:r>
                              <w:proofErr w:type="spellStart"/>
                              <w:r w:rsidRPr="005E4B8F"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  <w:lang w:val="es-ES"/>
                                </w:rPr>
                                <w:t>Al</w:t>
                              </w:r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  <w:lang w:val="es-ES"/>
                                </w:rPr>
                                <w:t>tuna</w:t>
                              </w:r>
                              <w:proofErr w:type="spellEnd"/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  <w:lang w:val="es-ES"/>
                                </w:rPr>
                                <w:t xml:space="preserve"> LHII</w:t>
                              </w:r>
                            </w:p>
                          </w:sdtContent>
                        </w:sdt>
                        <w:p w:rsidR="005E4B8F" w:rsidRPr="005E4B8F" w:rsidRDefault="00F60200">
                          <w:pPr>
                            <w:pStyle w:val="Tarterikez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  <w:lang w:val="es-ES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Helbide elektronikoa"/>
                              <w:tag w:val="Helbide elektronikoa"/>
                              <w:id w:val="942260680"/>
                              <w:showingPlcHdr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r w:rsidR="005E4B8F"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val="eu-ES" w:eastAsia="eu-E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7040880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153. testu-koadroa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E4B8F" w:rsidRPr="005E4B8F" w:rsidRDefault="00721D1A">
                                <w:pPr>
                                  <w:pStyle w:val="Tarterikez"/>
                                  <w:jc w:val="right"/>
                                  <w:rPr>
                                    <w:color w:val="4F81BD" w:themeColor="accent1"/>
                                    <w:sz w:val="28"/>
                                    <w:szCs w:val="28"/>
                                    <w:lang w:val="es-ES"/>
                                  </w:rPr>
                                </w:pPr>
                                <w:r>
                                  <w:rPr>
                                    <w:color w:val="4F81BD" w:themeColor="accent1"/>
                                    <w:sz w:val="28"/>
                                    <w:szCs w:val="28"/>
                                    <w:lang w:val="eu-ES"/>
                                  </w:rPr>
                                  <w:t>Irakaslearen gida</w:t>
                                </w:r>
                              </w:p>
                              <w:p w:rsidR="005E4B8F" w:rsidRPr="005E4B8F" w:rsidRDefault="005E4B8F">
                                <w:pPr>
                                  <w:pStyle w:val="Tarterikez"/>
                                  <w:jc w:val="right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id="153. testu-koadroa" o:spid="_x0000_s1027" type="#_x0000_t202" style="position:absolute;margin-left:0;margin-top:0;width:8in;height:79.5pt;z-index:251661312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" filled="f" stroked="f" strokeweight=".5pt">
                    <v:textbox style="mso-fit-shape-to-text:t" inset="126pt,0,54pt,0">
                      <w:txbxContent>
                        <w:p w:rsidR="005E4B8F" w:rsidRPr="005E4B8F" w:rsidRDefault="00721D1A">
                          <w:pPr>
                            <w:pStyle w:val="Tarterikez"/>
                            <w:jc w:val="right"/>
                            <w:rPr>
                              <w:color w:val="4F81BD" w:themeColor="accent1"/>
                              <w:sz w:val="28"/>
                              <w:szCs w:val="28"/>
                              <w:lang w:val="es-ES"/>
                            </w:rPr>
                          </w:pPr>
                          <w:r>
                            <w:rPr>
                              <w:color w:val="4F81BD" w:themeColor="accent1"/>
                              <w:sz w:val="28"/>
                              <w:szCs w:val="28"/>
                              <w:lang w:val="eu-ES"/>
                            </w:rPr>
                            <w:t>Irakaslearen gida</w:t>
                          </w:r>
                        </w:p>
                        <w:p w:rsidR="005E4B8F" w:rsidRPr="005E4B8F" w:rsidRDefault="005E4B8F">
                          <w:pPr>
                            <w:pStyle w:val="Tarterikez"/>
                            <w:jc w:val="right"/>
                            <w:rPr>
                              <w:color w:val="595959" w:themeColor="text1" w:themeTint="A6"/>
                              <w:sz w:val="20"/>
                              <w:szCs w:val="20"/>
                              <w:lang w:val="es-ES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val="eu-ES" w:eastAsia="eu-E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3017520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154. testu-koadroa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E4B8F" w:rsidRPr="005E4B8F" w:rsidRDefault="00077FB0">
                                <w:pPr>
                                  <w:jc w:val="right"/>
                                  <w:rPr>
                                    <w:smallCaps/>
                                    <w:color w:val="404040" w:themeColor="text1" w:themeTint="BF"/>
                                    <w:sz w:val="36"/>
                                    <w:szCs w:val="36"/>
                                    <w:lang w:val="es-ES"/>
                                  </w:rPr>
                                </w:pPr>
                                <w:sdt>
                                  <w:sdtPr>
                                    <w:rPr>
                                      <w:rFonts w:ascii="Arial" w:eastAsiaTheme="majorEastAsia" w:hAnsi="Arial" w:cs="Arial"/>
                                      <w:color w:val="548DD4" w:themeColor="text2" w:themeTint="99"/>
                                      <w:sz w:val="36"/>
                                      <w:szCs w:val="36"/>
                                      <w:lang w:val="eu-ES"/>
                                    </w:rPr>
                                    <w:alias w:val="Titulua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Content>
                                    <w:r w:rsidRPr="00077FB0">
                                      <w:rPr>
                                        <w:rFonts w:ascii="Arial" w:hAnsi="Arial" w:cs="Arial"/>
                                        <w:color w:val="548DD4" w:themeColor="text2" w:themeTint="99"/>
                                        <w:sz w:val="36"/>
                                        <w:szCs w:val="36"/>
                                        <w:lang w:val="eu-ES"/>
                                      </w:rPr>
                                      <w:t>LM2596 DC-DC Bihurgailua eztainuztatu eta Konfiguratzea</w:t>
                                    </w:r>
                                    <w:r w:rsidRPr="00077FB0">
                                      <w:rPr>
                                        <w:rFonts w:ascii="Arial" w:hAnsi="Arial" w:cs="Arial"/>
                                        <w:color w:val="548DD4" w:themeColor="text2" w:themeTint="99"/>
                                        <w:sz w:val="36"/>
                                        <w:szCs w:val="36"/>
                                        <w:lang w:val="eu-ES"/>
                                      </w:rPr>
                                      <w:br/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id="154. testu-koadroa" o:spid="_x0000_s1028" type="#_x0000_t202" style="position:absolute;margin-left:0;margin-top:0;width:8in;height:286.5pt;z-index:251659264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" filled="f" stroked="f" strokeweight=".5pt">
                    <v:textbox inset="126pt,0,54pt,0">
                      <w:txbxContent>
                        <w:p w:rsidR="005E4B8F" w:rsidRPr="005E4B8F" w:rsidRDefault="00077FB0">
                          <w:pPr>
                            <w:jc w:val="right"/>
                            <w:rPr>
                              <w:smallCaps/>
                              <w:color w:val="404040" w:themeColor="text1" w:themeTint="BF"/>
                              <w:sz w:val="36"/>
                              <w:szCs w:val="36"/>
                              <w:lang w:val="es-ES"/>
                            </w:rPr>
                          </w:pPr>
                          <w:sdt>
                            <w:sdtPr>
                              <w:rPr>
                                <w:rFonts w:ascii="Arial" w:eastAsiaTheme="majorEastAsia" w:hAnsi="Arial" w:cs="Arial"/>
                                <w:color w:val="548DD4" w:themeColor="text2" w:themeTint="99"/>
                                <w:sz w:val="36"/>
                                <w:szCs w:val="36"/>
                                <w:lang w:val="eu-ES"/>
                              </w:rPr>
                              <w:alias w:val="Titulua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r w:rsidRPr="00077FB0">
                                <w:rPr>
                                  <w:rFonts w:ascii="Arial" w:hAnsi="Arial" w:cs="Arial"/>
                                  <w:color w:val="548DD4" w:themeColor="text2" w:themeTint="99"/>
                                  <w:sz w:val="36"/>
                                  <w:szCs w:val="36"/>
                                  <w:lang w:val="eu-ES"/>
                                </w:rPr>
                                <w:t>LM2596 DC-DC Bihurgailua eztainuztatu eta Konfiguratzea</w:t>
                              </w:r>
                              <w:r w:rsidRPr="00077FB0">
                                <w:rPr>
                                  <w:rFonts w:ascii="Arial" w:hAnsi="Arial" w:cs="Arial"/>
                                  <w:color w:val="548DD4" w:themeColor="text2" w:themeTint="99"/>
                                  <w:sz w:val="36"/>
                                  <w:szCs w:val="36"/>
                                  <w:lang w:val="eu-ES"/>
                                </w:rPr>
                                <w:br/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5E4B8F" w:rsidRDefault="005E4B8F">
          <w:pPr>
            <w:rPr>
              <w:rFonts w:ascii="Arial" w:eastAsia="Times New Roman" w:hAnsi="Arial" w:cs="Arial"/>
              <w:sz w:val="24"/>
              <w:szCs w:val="24"/>
              <w:lang w:val="eu-ES" w:eastAsia="eu-ES"/>
            </w:rPr>
          </w:pPr>
          <w:r>
            <w:rPr>
              <w:noProof/>
              <w:lang w:val="eu-ES" w:eastAsia="eu-ES"/>
            </w:rPr>
            <w:drawing>
              <wp:anchor distT="114300" distB="114300" distL="114300" distR="114300" simplePos="0" relativeHeight="251664384" behindDoc="0" locked="0" layoutInCell="1" hidden="0" allowOverlap="1" wp14:anchorId="01FF331A" wp14:editId="365826D1">
                <wp:simplePos x="0" y="0"/>
                <wp:positionH relativeFrom="column">
                  <wp:posOffset>1325880</wp:posOffset>
                </wp:positionH>
                <wp:positionV relativeFrom="paragraph">
                  <wp:posOffset>1269365</wp:posOffset>
                </wp:positionV>
                <wp:extent cx="3246120" cy="1478280"/>
                <wp:effectExtent l="0" t="0" r="0" b="7620"/>
                <wp:wrapNone/>
                <wp:docPr id="1" name="image2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46120" cy="14782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eastAsia="Times New Roman" w:hAnsi="Arial" w:cs="Arial"/>
              <w:b/>
              <w:bCs/>
              <w:sz w:val="24"/>
              <w:szCs w:val="24"/>
              <w:lang w:val="eu-ES" w:eastAsia="eu-ES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eu-ES"/>
        </w:rPr>
        <w:id w:val="-46612841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C21BB1" w:rsidRPr="00C21BB1" w:rsidRDefault="00C21BB1">
          <w:pPr>
            <w:pStyle w:val="TOCizenburua"/>
            <w:rPr>
              <w:rFonts w:ascii="Arial" w:hAnsi="Arial" w:cs="Arial"/>
              <w:sz w:val="32"/>
              <w:szCs w:val="32"/>
              <w:lang w:val="eu-ES"/>
            </w:rPr>
          </w:pPr>
          <w:r w:rsidRPr="00C21BB1">
            <w:rPr>
              <w:rFonts w:ascii="Arial" w:hAnsi="Arial" w:cs="Arial"/>
              <w:sz w:val="32"/>
              <w:szCs w:val="32"/>
              <w:lang w:val="eu-ES"/>
            </w:rPr>
            <w:t>Edukia</w:t>
          </w:r>
        </w:p>
        <w:p w:rsidR="00C21BB1" w:rsidRPr="00C21BB1" w:rsidRDefault="00C21BB1" w:rsidP="00C21BB1">
          <w:pPr>
            <w:jc w:val="right"/>
            <w:rPr>
              <w:lang w:val="eu-ES"/>
            </w:rPr>
          </w:pPr>
        </w:p>
        <w:p w:rsidR="00077FB0" w:rsidRDefault="00C21BB1">
          <w:pPr>
            <w:pStyle w:val="EA1"/>
            <w:tabs>
              <w:tab w:val="left" w:pos="440"/>
              <w:tab w:val="right" w:leader="dot" w:pos="9111"/>
            </w:tabs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2430838" w:history="1">
            <w:r w:rsidR="00077FB0" w:rsidRPr="00772689">
              <w:rPr>
                <w:rStyle w:val="Hiperesteka"/>
                <w:rFonts w:ascii="Arial" w:hAnsi="Arial" w:cs="Arial"/>
                <w:noProof/>
              </w:rPr>
              <w:t>1.</w:t>
            </w:r>
            <w:r w:rsidR="00077FB0">
              <w:rPr>
                <w:rFonts w:cstheme="minorBidi"/>
                <w:noProof/>
              </w:rPr>
              <w:tab/>
            </w:r>
            <w:r w:rsidR="00077FB0" w:rsidRPr="00772689">
              <w:rPr>
                <w:rStyle w:val="Hiperesteka"/>
                <w:rFonts w:ascii="Arial" w:hAnsi="Arial" w:cs="Arial"/>
                <w:noProof/>
              </w:rPr>
              <w:t>LM2596 DC-DC Bihurgailua eztainuztatu eta Konfiguratzea</w:t>
            </w:r>
            <w:r w:rsidR="00077FB0">
              <w:rPr>
                <w:noProof/>
                <w:webHidden/>
              </w:rPr>
              <w:tab/>
            </w:r>
            <w:r w:rsidR="00077FB0">
              <w:rPr>
                <w:noProof/>
                <w:webHidden/>
              </w:rPr>
              <w:fldChar w:fldCharType="begin"/>
            </w:r>
            <w:r w:rsidR="00077FB0">
              <w:rPr>
                <w:noProof/>
                <w:webHidden/>
              </w:rPr>
              <w:instrText xml:space="preserve"> PAGEREF _Toc202430838 \h </w:instrText>
            </w:r>
            <w:r w:rsidR="00077FB0">
              <w:rPr>
                <w:noProof/>
                <w:webHidden/>
              </w:rPr>
            </w:r>
            <w:r w:rsidR="00077FB0">
              <w:rPr>
                <w:noProof/>
                <w:webHidden/>
              </w:rPr>
              <w:fldChar w:fldCharType="separate"/>
            </w:r>
            <w:r w:rsidR="00077FB0">
              <w:rPr>
                <w:noProof/>
                <w:webHidden/>
              </w:rPr>
              <w:t>2</w:t>
            </w:r>
            <w:r w:rsidR="00077FB0">
              <w:rPr>
                <w:noProof/>
                <w:webHidden/>
              </w:rPr>
              <w:fldChar w:fldCharType="end"/>
            </w:r>
          </w:hyperlink>
        </w:p>
        <w:p w:rsidR="00077FB0" w:rsidRDefault="00077FB0">
          <w:pPr>
            <w:pStyle w:val="EA1"/>
            <w:tabs>
              <w:tab w:val="left" w:pos="440"/>
              <w:tab w:val="right" w:leader="dot" w:pos="9111"/>
            </w:tabs>
            <w:rPr>
              <w:rFonts w:cstheme="minorBidi"/>
              <w:noProof/>
            </w:rPr>
          </w:pPr>
          <w:hyperlink w:anchor="_Toc202430839" w:history="1">
            <w:r w:rsidRPr="00772689">
              <w:rPr>
                <w:rStyle w:val="Hiperesteka"/>
                <w:rFonts w:ascii="Arial" w:hAnsi="Arial" w:cs="Arial"/>
                <w:noProof/>
              </w:rPr>
              <w:t>2.</w:t>
            </w:r>
            <w:r>
              <w:rPr>
                <w:rFonts w:cstheme="minorBidi"/>
                <w:noProof/>
              </w:rPr>
              <w:tab/>
            </w:r>
            <w:r w:rsidRPr="00772689">
              <w:rPr>
                <w:rStyle w:val="Hiperesteka"/>
                <w:rFonts w:ascii="Arial" w:hAnsi="Arial" w:cs="Arial"/>
                <w:noProof/>
              </w:rPr>
              <w:t>Ikasleen helburu espezifikoak: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_Toc202430839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77FB0" w:rsidRDefault="00077FB0">
          <w:pPr>
            <w:pStyle w:val="EA1"/>
            <w:tabs>
              <w:tab w:val="left" w:pos="440"/>
              <w:tab w:val="right" w:leader="dot" w:pos="9111"/>
            </w:tabs>
            <w:rPr>
              <w:rFonts w:cstheme="minorBidi"/>
              <w:noProof/>
            </w:rPr>
          </w:pPr>
          <w:hyperlink w:anchor="_Toc202430840" w:history="1">
            <w:r w:rsidRPr="00772689">
              <w:rPr>
                <w:rStyle w:val="Hiperesteka"/>
                <w:rFonts w:ascii="Arial" w:hAnsi="Arial" w:cs="Arial"/>
                <w:noProof/>
              </w:rPr>
              <w:t>3.</w:t>
            </w:r>
            <w:r>
              <w:rPr>
                <w:rFonts w:cstheme="minorBidi"/>
                <w:noProof/>
              </w:rPr>
              <w:tab/>
            </w:r>
            <w:r w:rsidRPr="00772689">
              <w:rPr>
                <w:rStyle w:val="Hiperesteka"/>
                <w:rFonts w:ascii="Arial" w:hAnsi="Arial" w:cs="Arial"/>
                <w:noProof/>
              </w:rPr>
              <w:t>Materiala eta baliabide teknikoak: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_Toc202430840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77FB0" w:rsidRDefault="00077FB0">
          <w:pPr>
            <w:pStyle w:val="EA1"/>
            <w:tabs>
              <w:tab w:val="left" w:pos="440"/>
              <w:tab w:val="right" w:leader="dot" w:pos="9111"/>
            </w:tabs>
            <w:rPr>
              <w:rFonts w:cstheme="minorBidi"/>
              <w:noProof/>
            </w:rPr>
          </w:pPr>
          <w:hyperlink w:anchor="_Toc202430841" w:history="1">
            <w:r w:rsidRPr="00772689">
              <w:rPr>
                <w:rStyle w:val="Hiperesteka"/>
                <w:rFonts w:ascii="Arial" w:hAnsi="Arial" w:cs="Arial"/>
                <w:noProof/>
              </w:rPr>
              <w:t>4.</w:t>
            </w:r>
            <w:r>
              <w:rPr>
                <w:rFonts w:cstheme="minorBidi"/>
                <w:noProof/>
              </w:rPr>
              <w:tab/>
            </w:r>
            <w:r w:rsidRPr="00772689">
              <w:rPr>
                <w:rStyle w:val="Hiperesteka"/>
                <w:rFonts w:ascii="Arial" w:hAnsi="Arial" w:cs="Arial"/>
                <w:noProof/>
              </w:rPr>
              <w:t>Jardueraren garapena: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_Toc202430841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77FB0" w:rsidRDefault="00077FB0">
          <w:pPr>
            <w:pStyle w:val="EA1"/>
            <w:tabs>
              <w:tab w:val="left" w:pos="440"/>
              <w:tab w:val="right" w:leader="dot" w:pos="9111"/>
            </w:tabs>
            <w:rPr>
              <w:rFonts w:cstheme="minorBidi"/>
              <w:noProof/>
            </w:rPr>
          </w:pPr>
          <w:hyperlink w:anchor="_Toc202430842" w:history="1">
            <w:r w:rsidRPr="00772689">
              <w:rPr>
                <w:rStyle w:val="Hiperesteka"/>
                <w:rFonts w:ascii="Arial" w:hAnsi="Arial" w:cs="Arial"/>
                <w:noProof/>
              </w:rPr>
              <w:t>5.</w:t>
            </w:r>
            <w:r>
              <w:rPr>
                <w:rFonts w:cstheme="minorBidi"/>
                <w:noProof/>
              </w:rPr>
              <w:tab/>
            </w:r>
            <w:r w:rsidRPr="00772689">
              <w:rPr>
                <w:rStyle w:val="Hiperesteka"/>
                <w:rFonts w:ascii="Arial" w:hAnsi="Arial" w:cs="Arial"/>
                <w:noProof/>
              </w:rPr>
              <w:t>Konfiguratzea edo erregulatzea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_Toc202430842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77FB0" w:rsidRDefault="00077FB0">
          <w:pPr>
            <w:pStyle w:val="EA1"/>
            <w:tabs>
              <w:tab w:val="left" w:pos="440"/>
              <w:tab w:val="right" w:leader="dot" w:pos="9111"/>
            </w:tabs>
            <w:rPr>
              <w:rFonts w:cstheme="minorBidi"/>
              <w:noProof/>
            </w:rPr>
          </w:pPr>
          <w:hyperlink w:anchor="_Toc202430843" w:history="1">
            <w:r w:rsidRPr="00772689">
              <w:rPr>
                <w:rStyle w:val="Hiperesteka"/>
                <w:rFonts w:ascii="Arial" w:hAnsi="Arial" w:cs="Arial"/>
                <w:noProof/>
              </w:rPr>
              <w:t>6.</w:t>
            </w:r>
            <w:r>
              <w:rPr>
                <w:rFonts w:cstheme="minorBidi"/>
                <w:noProof/>
              </w:rPr>
              <w:tab/>
            </w:r>
            <w:r w:rsidRPr="00772689">
              <w:rPr>
                <w:rStyle w:val="Hiperesteka"/>
                <w:rFonts w:ascii="Arial" w:hAnsi="Arial" w:cs="Arial"/>
                <w:noProof/>
              </w:rPr>
              <w:t>Ebaluazioa: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_Toc202430843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77FB0" w:rsidRDefault="00077FB0">
          <w:pPr>
            <w:pStyle w:val="EA1"/>
            <w:tabs>
              <w:tab w:val="left" w:pos="440"/>
              <w:tab w:val="right" w:leader="dot" w:pos="9111"/>
            </w:tabs>
            <w:rPr>
              <w:rFonts w:cstheme="minorBidi"/>
              <w:noProof/>
            </w:rPr>
          </w:pPr>
          <w:hyperlink w:anchor="_Toc202430844" w:history="1">
            <w:r w:rsidRPr="00772689">
              <w:rPr>
                <w:rStyle w:val="Hiperesteka"/>
                <w:rFonts w:ascii="Arial" w:hAnsi="Arial" w:cs="Arial"/>
                <w:noProof/>
              </w:rPr>
              <w:t>7.</w:t>
            </w:r>
            <w:r>
              <w:rPr>
                <w:rFonts w:cstheme="minorBidi"/>
                <w:noProof/>
              </w:rPr>
              <w:tab/>
            </w:r>
            <w:r w:rsidRPr="00772689">
              <w:rPr>
                <w:rStyle w:val="Hiperesteka"/>
                <w:rFonts w:ascii="Arial" w:hAnsi="Arial" w:cs="Arial"/>
                <w:noProof/>
              </w:rPr>
              <w:t>Oharrak: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_Toc202430844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77FB0" w:rsidRDefault="00077FB0">
          <w:pPr>
            <w:pStyle w:val="EA3"/>
            <w:tabs>
              <w:tab w:val="right" w:leader="dot" w:pos="9111"/>
            </w:tabs>
            <w:rPr>
              <w:rFonts w:cstheme="minorBidi"/>
              <w:noProof/>
            </w:rPr>
          </w:pPr>
          <w:hyperlink w:anchor="_Toc202430845" w:history="1">
            <w:r w:rsidRPr="00772689">
              <w:rPr>
                <w:rStyle w:val="Hiperesteka"/>
                <w:rFonts w:ascii="Arial" w:hAnsi="Arial" w:cs="Arial"/>
                <w:noProof/>
              </w:rPr>
              <w:t>Arazoak saihesteko aholkuak: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_Toc202430845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1BB1" w:rsidRDefault="00C21BB1">
          <w:r>
            <w:rPr>
              <w:b/>
              <w:bCs/>
            </w:rPr>
            <w:fldChar w:fldCharType="end"/>
          </w:r>
        </w:p>
      </w:sdtContent>
    </w:sdt>
    <w:p w:rsidR="00C21BB1" w:rsidRDefault="00C21BB1">
      <w:pPr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  <w:lang w:val="eu-ES"/>
        </w:rPr>
      </w:pPr>
      <w:r>
        <w:rPr>
          <w:rFonts w:ascii="Arial" w:hAnsi="Arial" w:cs="Arial"/>
          <w:sz w:val="24"/>
          <w:szCs w:val="24"/>
          <w:lang w:val="eu-ES"/>
        </w:rPr>
        <w:br w:type="page"/>
      </w:r>
    </w:p>
    <w:p w:rsidR="00077FB0" w:rsidRPr="007757AC" w:rsidRDefault="00077FB0" w:rsidP="00F60200">
      <w:pPr>
        <w:pStyle w:val="1izenburua"/>
        <w:numPr>
          <w:ilvl w:val="0"/>
          <w:numId w:val="7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bookmarkStart w:id="1" w:name="_Toc202430838"/>
      <w:r w:rsidRPr="007757AC">
        <w:rPr>
          <w:rFonts w:ascii="Arial" w:hAnsi="Arial" w:cs="Arial"/>
          <w:sz w:val="24"/>
          <w:szCs w:val="24"/>
          <w:lang w:val="eu-ES"/>
        </w:rPr>
        <w:lastRenderedPageBreak/>
        <w:t>LM2596 DC-DC Bihurgailua eztainuztatu eta Konfiguratzea</w:t>
      </w:r>
      <w:bookmarkEnd w:id="1"/>
    </w:p>
    <w:p w:rsidR="00077FB0" w:rsidRPr="007757AC" w:rsidRDefault="00077FB0" w:rsidP="00077FB0">
      <w:pPr>
        <w:spacing w:after="120" w:line="360" w:lineRule="auto"/>
        <w:rPr>
          <w:rFonts w:ascii="Arial" w:hAnsi="Arial" w:cs="Arial"/>
          <w:sz w:val="24"/>
          <w:szCs w:val="24"/>
          <w:lang w:val="eu-ES"/>
        </w:rPr>
      </w:pPr>
    </w:p>
    <w:p w:rsidR="00077FB0" w:rsidRPr="007757AC" w:rsidRDefault="00077FB0" w:rsidP="00077FB0">
      <w:pPr>
        <w:spacing w:after="120" w:line="360" w:lineRule="auto"/>
        <w:rPr>
          <w:rFonts w:ascii="Arial" w:hAnsi="Arial" w:cs="Arial"/>
          <w:sz w:val="24"/>
          <w:szCs w:val="24"/>
          <w:lang w:val="eu-ES"/>
        </w:rPr>
      </w:pPr>
      <w:r w:rsidRPr="007757AC">
        <w:rPr>
          <w:rFonts w:ascii="Arial" w:hAnsi="Arial" w:cs="Arial"/>
          <w:sz w:val="24"/>
          <w:szCs w:val="24"/>
          <w:lang w:val="eu-ES"/>
        </w:rPr>
        <w:t>LM2596 DC-DC bihurgailua erabiliz eztainuztatzen eta konfiguratzen ikasiko dugu, segurtasun neurriak errespetatuz eta kalitatezko konexioak lortuz.</w:t>
      </w:r>
    </w:p>
    <w:p w:rsidR="00077FB0" w:rsidRPr="007757AC" w:rsidRDefault="00077FB0" w:rsidP="00F60200">
      <w:pPr>
        <w:pStyle w:val="1izenburua"/>
        <w:numPr>
          <w:ilvl w:val="0"/>
          <w:numId w:val="7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bookmarkStart w:id="2" w:name="_Toc202430839"/>
      <w:r w:rsidRPr="007757AC">
        <w:rPr>
          <w:rFonts w:ascii="Arial" w:hAnsi="Arial" w:cs="Arial"/>
          <w:sz w:val="24"/>
          <w:szCs w:val="24"/>
          <w:lang w:val="eu-ES"/>
        </w:rPr>
        <w:t>Ikasleen helburu espezifikoak:</w:t>
      </w:r>
      <w:bookmarkEnd w:id="2"/>
    </w:p>
    <w:p w:rsidR="00077FB0" w:rsidRPr="007757AC" w:rsidRDefault="00077FB0" w:rsidP="00077FB0">
      <w:pPr>
        <w:spacing w:line="360" w:lineRule="auto"/>
        <w:rPr>
          <w:rFonts w:ascii="Arial" w:hAnsi="Arial" w:cs="Arial"/>
          <w:sz w:val="24"/>
          <w:szCs w:val="24"/>
          <w:lang w:val="eu-ES"/>
        </w:rPr>
      </w:pPr>
    </w:p>
    <w:p w:rsidR="00077FB0" w:rsidRPr="007757AC" w:rsidRDefault="00077FB0" w:rsidP="00F60200">
      <w:pPr>
        <w:pStyle w:val="Zerrenda-paragrafoa"/>
        <w:numPr>
          <w:ilvl w:val="0"/>
          <w:numId w:val="8"/>
        </w:numPr>
        <w:spacing w:after="120" w:line="360" w:lineRule="auto"/>
        <w:rPr>
          <w:rFonts w:ascii="Arial" w:hAnsi="Arial" w:cs="Arial"/>
          <w:sz w:val="24"/>
          <w:szCs w:val="24"/>
          <w:lang w:val="eu-ES"/>
        </w:rPr>
      </w:pPr>
      <w:r w:rsidRPr="007757AC">
        <w:rPr>
          <w:rFonts w:ascii="Arial" w:hAnsi="Arial" w:cs="Arial"/>
          <w:sz w:val="24"/>
          <w:szCs w:val="24"/>
          <w:lang w:val="eu-ES"/>
        </w:rPr>
        <w:t>Kable eroaleak prestatu eta eztainuztatu.</w:t>
      </w:r>
    </w:p>
    <w:p w:rsidR="00077FB0" w:rsidRPr="007757AC" w:rsidRDefault="00077FB0" w:rsidP="00F60200">
      <w:pPr>
        <w:pStyle w:val="Zerrenda-paragrafoa"/>
        <w:numPr>
          <w:ilvl w:val="0"/>
          <w:numId w:val="8"/>
        </w:numPr>
        <w:spacing w:after="120" w:line="360" w:lineRule="auto"/>
        <w:rPr>
          <w:rFonts w:ascii="Arial" w:hAnsi="Arial" w:cs="Arial"/>
          <w:sz w:val="24"/>
          <w:szCs w:val="24"/>
          <w:lang w:val="eu-ES"/>
        </w:rPr>
      </w:pPr>
      <w:r w:rsidRPr="007757AC">
        <w:rPr>
          <w:rFonts w:ascii="Arial" w:hAnsi="Arial" w:cs="Arial"/>
          <w:sz w:val="24"/>
          <w:szCs w:val="24"/>
          <w:lang w:val="eu-ES"/>
        </w:rPr>
        <w:t>LM2596 moduluaren pinak prestatu eta garbitu.</w:t>
      </w:r>
    </w:p>
    <w:p w:rsidR="00077FB0" w:rsidRPr="007757AC" w:rsidRDefault="00077FB0" w:rsidP="00F60200">
      <w:pPr>
        <w:pStyle w:val="Zerrenda-paragrafoa"/>
        <w:numPr>
          <w:ilvl w:val="0"/>
          <w:numId w:val="8"/>
        </w:numPr>
        <w:spacing w:after="120" w:line="360" w:lineRule="auto"/>
        <w:rPr>
          <w:rFonts w:ascii="Arial" w:hAnsi="Arial" w:cs="Arial"/>
          <w:sz w:val="24"/>
          <w:szCs w:val="24"/>
          <w:lang w:val="eu-ES"/>
        </w:rPr>
      </w:pPr>
      <w:r w:rsidRPr="007757AC">
        <w:rPr>
          <w:rFonts w:ascii="Arial" w:hAnsi="Arial" w:cs="Arial"/>
          <w:sz w:val="24"/>
          <w:szCs w:val="24"/>
          <w:lang w:val="eu-ES"/>
        </w:rPr>
        <w:t>Soldadura seguru eta egokia egin.</w:t>
      </w:r>
    </w:p>
    <w:p w:rsidR="00077FB0" w:rsidRPr="007757AC" w:rsidRDefault="00077FB0" w:rsidP="00F60200">
      <w:pPr>
        <w:pStyle w:val="Zerrenda-paragrafoa"/>
        <w:numPr>
          <w:ilvl w:val="0"/>
          <w:numId w:val="8"/>
        </w:numPr>
        <w:spacing w:after="120" w:line="360" w:lineRule="auto"/>
        <w:rPr>
          <w:rFonts w:ascii="Arial" w:hAnsi="Arial" w:cs="Arial"/>
          <w:sz w:val="24"/>
          <w:szCs w:val="24"/>
          <w:lang w:val="eu-ES"/>
        </w:rPr>
      </w:pPr>
      <w:r w:rsidRPr="007757AC">
        <w:rPr>
          <w:rFonts w:ascii="Arial" w:hAnsi="Arial" w:cs="Arial"/>
          <w:sz w:val="24"/>
          <w:szCs w:val="24"/>
          <w:lang w:val="eu-ES"/>
        </w:rPr>
        <w:t>Konexioak egiaztatu eta babestu.</w:t>
      </w:r>
    </w:p>
    <w:p w:rsidR="00077FB0" w:rsidRPr="007757AC" w:rsidRDefault="00077FB0" w:rsidP="00F60200">
      <w:pPr>
        <w:pStyle w:val="Zerrenda-paragrafoa"/>
        <w:numPr>
          <w:ilvl w:val="0"/>
          <w:numId w:val="8"/>
        </w:numPr>
        <w:spacing w:after="120" w:line="360" w:lineRule="auto"/>
        <w:rPr>
          <w:rFonts w:ascii="Arial" w:hAnsi="Arial" w:cs="Arial"/>
          <w:sz w:val="24"/>
          <w:szCs w:val="24"/>
          <w:lang w:val="eu-ES"/>
        </w:rPr>
      </w:pPr>
      <w:proofErr w:type="spellStart"/>
      <w:r w:rsidRPr="007757AC">
        <w:rPr>
          <w:rFonts w:ascii="Arial" w:hAnsi="Arial" w:cs="Arial"/>
          <w:sz w:val="24"/>
          <w:szCs w:val="24"/>
          <w:lang w:val="eu-ES"/>
        </w:rPr>
        <w:t>Stepper</w:t>
      </w:r>
      <w:proofErr w:type="spellEnd"/>
      <w:r w:rsidRPr="007757AC">
        <w:rPr>
          <w:rFonts w:ascii="Arial" w:hAnsi="Arial" w:cs="Arial"/>
          <w:sz w:val="24"/>
          <w:szCs w:val="24"/>
          <w:lang w:val="eu-ES"/>
        </w:rPr>
        <w:t xml:space="preserve"> motoreen DRV8825/A4988 driver-ak konfiguratu.</w:t>
      </w:r>
    </w:p>
    <w:p w:rsidR="00077FB0" w:rsidRPr="007757AC" w:rsidRDefault="00077FB0" w:rsidP="00F60200">
      <w:pPr>
        <w:pStyle w:val="1izenburua"/>
        <w:numPr>
          <w:ilvl w:val="0"/>
          <w:numId w:val="7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bookmarkStart w:id="3" w:name="_Toc202430840"/>
      <w:r w:rsidRPr="007757AC">
        <w:rPr>
          <w:rFonts w:ascii="Arial" w:hAnsi="Arial" w:cs="Arial"/>
          <w:sz w:val="24"/>
          <w:szCs w:val="24"/>
          <w:lang w:val="eu-ES"/>
        </w:rPr>
        <w:t>Materiala eta baliabide teknikoak:</w:t>
      </w:r>
      <w:bookmarkEnd w:id="3"/>
    </w:p>
    <w:p w:rsidR="00077FB0" w:rsidRPr="007757AC" w:rsidRDefault="00077FB0" w:rsidP="00077FB0">
      <w:pPr>
        <w:spacing w:line="360" w:lineRule="auto"/>
        <w:rPr>
          <w:rFonts w:ascii="Arial" w:hAnsi="Arial" w:cs="Arial"/>
          <w:sz w:val="24"/>
          <w:szCs w:val="24"/>
          <w:lang w:val="eu-ES"/>
        </w:rPr>
      </w:pPr>
    </w:p>
    <w:p w:rsidR="00077FB0" w:rsidRPr="007757AC" w:rsidRDefault="00077FB0" w:rsidP="00F60200">
      <w:pPr>
        <w:pStyle w:val="Zerrenda-paragrafoa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r w:rsidRPr="007757AC">
        <w:rPr>
          <w:rFonts w:ascii="Arial" w:hAnsi="Arial" w:cs="Arial"/>
          <w:sz w:val="24"/>
          <w:szCs w:val="24"/>
          <w:lang w:val="eu-ES"/>
        </w:rPr>
        <w:t>LM2596 DC-DC moduluak</w:t>
      </w:r>
    </w:p>
    <w:p w:rsidR="00077FB0" w:rsidRPr="007757AC" w:rsidRDefault="00077FB0" w:rsidP="00F60200">
      <w:pPr>
        <w:pStyle w:val="Zerrenda-paragrafoa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r w:rsidRPr="007757AC">
        <w:rPr>
          <w:rFonts w:ascii="Arial" w:hAnsi="Arial" w:cs="Arial"/>
          <w:sz w:val="24"/>
          <w:szCs w:val="24"/>
          <w:lang w:val="eu-ES"/>
        </w:rPr>
        <w:t>Kable eroaleak</w:t>
      </w:r>
    </w:p>
    <w:p w:rsidR="00077FB0" w:rsidRPr="007757AC" w:rsidRDefault="00077FB0" w:rsidP="00F60200">
      <w:pPr>
        <w:pStyle w:val="Zerrenda-paragrafoa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r w:rsidRPr="007757AC">
        <w:rPr>
          <w:rFonts w:ascii="Arial" w:hAnsi="Arial" w:cs="Arial"/>
          <w:sz w:val="24"/>
          <w:szCs w:val="24"/>
          <w:lang w:val="eu-ES"/>
        </w:rPr>
        <w:t>Estainua eta soldagailua</w:t>
      </w:r>
    </w:p>
    <w:p w:rsidR="00077FB0" w:rsidRPr="007757AC" w:rsidRDefault="00077FB0" w:rsidP="00F60200">
      <w:pPr>
        <w:pStyle w:val="Zerrenda-paragrafoa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r w:rsidRPr="007757AC">
        <w:rPr>
          <w:rFonts w:ascii="Arial" w:hAnsi="Arial" w:cs="Arial"/>
          <w:sz w:val="24"/>
          <w:szCs w:val="24"/>
          <w:lang w:val="eu-ES"/>
        </w:rPr>
        <w:t>Pintzak edo euskarri egonkorra</w:t>
      </w:r>
    </w:p>
    <w:p w:rsidR="00077FB0" w:rsidRPr="007757AC" w:rsidRDefault="00077FB0" w:rsidP="00F60200">
      <w:pPr>
        <w:pStyle w:val="Zerrenda-paragrafoa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proofErr w:type="spellStart"/>
      <w:r w:rsidRPr="007757AC">
        <w:rPr>
          <w:rFonts w:ascii="Arial" w:hAnsi="Arial" w:cs="Arial"/>
          <w:sz w:val="24"/>
          <w:szCs w:val="24"/>
          <w:lang w:val="eu-ES"/>
        </w:rPr>
        <w:t>Desoxidadorea</w:t>
      </w:r>
      <w:proofErr w:type="spellEnd"/>
      <w:r w:rsidRPr="007757AC">
        <w:rPr>
          <w:rFonts w:ascii="Arial" w:hAnsi="Arial" w:cs="Arial"/>
          <w:sz w:val="24"/>
          <w:szCs w:val="24"/>
          <w:lang w:val="eu-ES"/>
        </w:rPr>
        <w:t xml:space="preserve"> / </w:t>
      </w:r>
      <w:proofErr w:type="spellStart"/>
      <w:r w:rsidRPr="007757AC">
        <w:rPr>
          <w:rFonts w:ascii="Arial" w:hAnsi="Arial" w:cs="Arial"/>
          <w:sz w:val="24"/>
          <w:szCs w:val="24"/>
          <w:lang w:val="eu-ES"/>
        </w:rPr>
        <w:t>Isopropilikoa</w:t>
      </w:r>
      <w:proofErr w:type="spellEnd"/>
    </w:p>
    <w:p w:rsidR="00077FB0" w:rsidRPr="007757AC" w:rsidRDefault="00077FB0" w:rsidP="00F60200">
      <w:pPr>
        <w:pStyle w:val="Zerrenda-paragrafoa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r w:rsidRPr="007757AC">
        <w:rPr>
          <w:rFonts w:ascii="Arial" w:hAnsi="Arial" w:cs="Arial"/>
          <w:sz w:val="24"/>
          <w:szCs w:val="24"/>
          <w:lang w:val="eu-ES"/>
        </w:rPr>
        <w:t>Zinta termo-</w:t>
      </w:r>
      <w:proofErr w:type="spellStart"/>
      <w:r w:rsidRPr="007757AC">
        <w:rPr>
          <w:rFonts w:ascii="Arial" w:hAnsi="Arial" w:cs="Arial"/>
          <w:sz w:val="24"/>
          <w:szCs w:val="24"/>
          <w:lang w:val="eu-ES"/>
        </w:rPr>
        <w:t>kontraktila</w:t>
      </w:r>
      <w:proofErr w:type="spellEnd"/>
    </w:p>
    <w:p w:rsidR="00077FB0" w:rsidRPr="007757AC" w:rsidRDefault="00077FB0" w:rsidP="00F60200">
      <w:pPr>
        <w:pStyle w:val="Zerrenda-paragrafoa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r w:rsidRPr="007757AC">
        <w:rPr>
          <w:rFonts w:ascii="Arial" w:hAnsi="Arial" w:cs="Arial"/>
          <w:sz w:val="24"/>
          <w:szCs w:val="24"/>
          <w:lang w:val="eu-ES"/>
        </w:rPr>
        <w:t>Multimetroa</w:t>
      </w:r>
    </w:p>
    <w:p w:rsidR="00077FB0" w:rsidRPr="007757AC" w:rsidRDefault="00077FB0" w:rsidP="00F60200">
      <w:pPr>
        <w:pStyle w:val="Zerrenda-paragrafoa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r w:rsidRPr="007757AC">
        <w:rPr>
          <w:rFonts w:ascii="Arial" w:hAnsi="Arial" w:cs="Arial"/>
          <w:sz w:val="24"/>
          <w:szCs w:val="24"/>
          <w:lang w:val="eu-ES"/>
        </w:rPr>
        <w:t>DRV8825/A4988 driver-ak (4)</w:t>
      </w:r>
    </w:p>
    <w:p w:rsidR="00077FB0" w:rsidRPr="007757AC" w:rsidRDefault="00077FB0" w:rsidP="00F60200">
      <w:pPr>
        <w:pStyle w:val="Zerrenda-paragrafoa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r w:rsidRPr="007757AC">
        <w:rPr>
          <w:rFonts w:ascii="Arial" w:hAnsi="Arial" w:cs="Arial"/>
          <w:sz w:val="24"/>
          <w:szCs w:val="24"/>
          <w:lang w:val="eu-ES"/>
        </w:rPr>
        <w:t>Erramintak (</w:t>
      </w:r>
      <w:proofErr w:type="spellStart"/>
      <w:r w:rsidRPr="007757AC">
        <w:rPr>
          <w:rFonts w:ascii="Arial" w:hAnsi="Arial" w:cs="Arial"/>
          <w:sz w:val="24"/>
          <w:szCs w:val="24"/>
          <w:lang w:val="eu-ES"/>
        </w:rPr>
        <w:t>guraizak</w:t>
      </w:r>
      <w:proofErr w:type="spellEnd"/>
      <w:r w:rsidRPr="007757AC">
        <w:rPr>
          <w:rFonts w:ascii="Arial" w:hAnsi="Arial" w:cs="Arial"/>
          <w:sz w:val="24"/>
          <w:szCs w:val="24"/>
          <w:lang w:val="eu-ES"/>
        </w:rPr>
        <w:t>, zehaztasuneko bihurkina</w:t>
      </w:r>
    </w:p>
    <w:p w:rsidR="00077FB0" w:rsidRPr="007757AC" w:rsidRDefault="00077FB0" w:rsidP="00077FB0">
      <w:pPr>
        <w:spacing w:line="360" w:lineRule="auto"/>
        <w:ind w:left="720"/>
        <w:rPr>
          <w:rFonts w:ascii="Arial" w:hAnsi="Arial" w:cs="Arial"/>
          <w:sz w:val="24"/>
          <w:szCs w:val="24"/>
          <w:lang w:val="eu-ES"/>
        </w:rPr>
      </w:pPr>
      <w:r w:rsidRPr="007757AC">
        <w:rPr>
          <w:rFonts w:ascii="Arial" w:hAnsi="Arial" w:cs="Arial"/>
          <w:sz w:val="24"/>
          <w:szCs w:val="24"/>
          <w:lang w:val="eu-ES"/>
        </w:rPr>
        <w:t>Bideo tutoretzak:</w:t>
      </w:r>
      <w:r w:rsidRPr="007757AC">
        <w:rPr>
          <w:rFonts w:ascii="Arial" w:hAnsi="Arial" w:cs="Arial"/>
          <w:sz w:val="24"/>
          <w:szCs w:val="24"/>
          <w:lang w:val="eu-ES"/>
        </w:rPr>
        <w:br/>
        <w:t xml:space="preserve">  - </w:t>
      </w:r>
      <w:hyperlink r:id="rId16" w:history="1">
        <w:r w:rsidRPr="007757AC">
          <w:rPr>
            <w:rStyle w:val="Hiperesteka"/>
            <w:rFonts w:ascii="Arial" w:hAnsi="Arial" w:cs="Arial"/>
            <w:sz w:val="24"/>
            <w:szCs w:val="24"/>
            <w:lang w:val="eu-ES"/>
          </w:rPr>
          <w:t>https://www.youtube.com/watch?v=1So5_WT1xWc</w:t>
        </w:r>
      </w:hyperlink>
      <w:r w:rsidRPr="007757AC">
        <w:rPr>
          <w:rFonts w:ascii="Arial" w:hAnsi="Arial" w:cs="Arial"/>
          <w:sz w:val="24"/>
          <w:szCs w:val="24"/>
          <w:lang w:val="eu-ES"/>
        </w:rPr>
        <w:br/>
        <w:t xml:space="preserve">  - </w:t>
      </w:r>
      <w:hyperlink r:id="rId17" w:history="1">
        <w:r w:rsidRPr="007757AC">
          <w:rPr>
            <w:rStyle w:val="Hiperesteka"/>
            <w:rFonts w:ascii="Arial" w:hAnsi="Arial" w:cs="Arial"/>
            <w:sz w:val="24"/>
            <w:szCs w:val="24"/>
            <w:lang w:val="eu-ES"/>
          </w:rPr>
          <w:t>https://www.youtube.com/watch?v=1yaM68W2x1w</w:t>
        </w:r>
      </w:hyperlink>
      <w:r w:rsidRPr="007757AC">
        <w:rPr>
          <w:rFonts w:ascii="Arial" w:hAnsi="Arial" w:cs="Arial"/>
          <w:sz w:val="24"/>
          <w:szCs w:val="24"/>
          <w:lang w:val="eu-ES"/>
        </w:rPr>
        <w:br/>
        <w:t xml:space="preserve">  - </w:t>
      </w:r>
      <w:hyperlink r:id="rId18" w:history="1">
        <w:r w:rsidRPr="007757AC">
          <w:rPr>
            <w:rStyle w:val="Hiperesteka"/>
            <w:rFonts w:ascii="Arial" w:hAnsi="Arial" w:cs="Arial"/>
            <w:sz w:val="24"/>
            <w:szCs w:val="24"/>
            <w:lang w:val="eu-ES"/>
          </w:rPr>
          <w:t>https://www.youtube.com/watch?v=699yHfXEo2o</w:t>
        </w:r>
      </w:hyperlink>
    </w:p>
    <w:p w:rsidR="00077FB0" w:rsidRDefault="00077FB0" w:rsidP="00F60200">
      <w:pPr>
        <w:pStyle w:val="1izenburua"/>
        <w:numPr>
          <w:ilvl w:val="0"/>
          <w:numId w:val="7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bookmarkStart w:id="4" w:name="_Toc202430841"/>
      <w:r w:rsidRPr="007757AC">
        <w:rPr>
          <w:rFonts w:ascii="Arial" w:hAnsi="Arial" w:cs="Arial"/>
          <w:sz w:val="24"/>
          <w:szCs w:val="24"/>
          <w:lang w:val="eu-ES"/>
        </w:rPr>
        <w:lastRenderedPageBreak/>
        <w:t>Jardueraren garapena:</w:t>
      </w:r>
      <w:bookmarkEnd w:id="4"/>
    </w:p>
    <w:p w:rsidR="00077FB0" w:rsidRDefault="00077FB0" w:rsidP="00077FB0">
      <w:pPr>
        <w:rPr>
          <w:lang w:val="eu-ES"/>
        </w:rPr>
      </w:pPr>
    </w:p>
    <w:p w:rsidR="00077FB0" w:rsidRPr="007757AC" w:rsidRDefault="00077FB0" w:rsidP="00077FB0">
      <w:pPr>
        <w:spacing w:after="120" w:line="360" w:lineRule="auto"/>
        <w:rPr>
          <w:rFonts w:ascii="Arial" w:hAnsi="Arial" w:cs="Arial"/>
          <w:sz w:val="24"/>
          <w:szCs w:val="24"/>
          <w:lang w:val="eu-ES"/>
        </w:rPr>
      </w:pPr>
      <w:r>
        <w:rPr>
          <w:rFonts w:ascii="Arial" w:hAnsi="Arial" w:cs="Arial"/>
          <w:sz w:val="24"/>
          <w:szCs w:val="24"/>
          <w:lang w:val="eu-ES"/>
        </w:rPr>
        <w:t xml:space="preserve">Helburua </w:t>
      </w:r>
      <w:r w:rsidRPr="007757AC">
        <w:rPr>
          <w:rFonts w:ascii="Arial" w:hAnsi="Arial" w:cs="Arial"/>
          <w:sz w:val="24"/>
          <w:szCs w:val="24"/>
          <w:lang w:val="eu-ES"/>
        </w:rPr>
        <w:t>LM2596 DC-DC bihurgailua</w:t>
      </w:r>
      <w:r>
        <w:rPr>
          <w:rFonts w:ascii="Arial" w:hAnsi="Arial" w:cs="Arial"/>
          <w:sz w:val="24"/>
          <w:szCs w:val="24"/>
          <w:lang w:val="eu-ES"/>
        </w:rPr>
        <w:t>n eroaleak eztainuztatzea den arren, honekin hasi aurretik, beste elementu batzuekin praktikatzea gomendatzen da. Amaierako lana, LM2596 izanik.</w:t>
      </w:r>
    </w:p>
    <w:p w:rsidR="00077FB0" w:rsidRPr="007757AC" w:rsidRDefault="00077FB0" w:rsidP="00077FB0">
      <w:pPr>
        <w:spacing w:line="360" w:lineRule="auto"/>
        <w:rPr>
          <w:rFonts w:ascii="Arial" w:hAnsi="Arial" w:cs="Arial"/>
          <w:sz w:val="24"/>
          <w:szCs w:val="24"/>
          <w:lang w:val="eu-ES"/>
        </w:rPr>
      </w:pPr>
    </w:p>
    <w:p w:rsidR="00077FB0" w:rsidRPr="007757AC" w:rsidRDefault="00077FB0" w:rsidP="00F60200">
      <w:pPr>
        <w:pStyle w:val="Zerrenda-paragrafoa"/>
        <w:numPr>
          <w:ilvl w:val="0"/>
          <w:numId w:val="10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r w:rsidRPr="007757AC">
        <w:rPr>
          <w:rFonts w:ascii="Arial" w:hAnsi="Arial" w:cs="Arial"/>
          <w:b/>
          <w:sz w:val="24"/>
          <w:szCs w:val="24"/>
          <w:lang w:val="eu-ES"/>
        </w:rPr>
        <w:t>Fasea: Prestaketa</w:t>
      </w:r>
    </w:p>
    <w:p w:rsidR="00077FB0" w:rsidRPr="007757AC" w:rsidRDefault="00077FB0" w:rsidP="00F60200">
      <w:pPr>
        <w:pStyle w:val="Zerrenda-paragrafoa"/>
        <w:numPr>
          <w:ilvl w:val="0"/>
          <w:numId w:val="11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r w:rsidRPr="007757AC">
        <w:rPr>
          <w:rFonts w:ascii="Arial" w:hAnsi="Arial" w:cs="Arial"/>
          <w:sz w:val="24"/>
          <w:szCs w:val="24"/>
          <w:lang w:val="eu-ES"/>
        </w:rPr>
        <w:t>Material guztia prestatu (aurreko atalean zerrendatua dago).</w:t>
      </w:r>
    </w:p>
    <w:p w:rsidR="00077FB0" w:rsidRPr="007757AC" w:rsidRDefault="00077FB0" w:rsidP="00F60200">
      <w:pPr>
        <w:pStyle w:val="Zerrenda-paragrafoa"/>
        <w:numPr>
          <w:ilvl w:val="0"/>
          <w:numId w:val="11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r w:rsidRPr="007757AC">
        <w:rPr>
          <w:rFonts w:ascii="Arial" w:hAnsi="Arial" w:cs="Arial"/>
          <w:sz w:val="24"/>
          <w:szCs w:val="24"/>
          <w:lang w:val="eu-ES"/>
        </w:rPr>
        <w:t>Segurtasun neurriak azaldu (eztainuztatze prozesuan).</w:t>
      </w:r>
    </w:p>
    <w:p w:rsidR="00077FB0" w:rsidRPr="007757AC" w:rsidRDefault="00077FB0" w:rsidP="00077FB0">
      <w:pPr>
        <w:pStyle w:val="Zerrenda-paragrafoa"/>
        <w:spacing w:line="360" w:lineRule="auto"/>
        <w:rPr>
          <w:rFonts w:ascii="Arial" w:hAnsi="Arial" w:cs="Arial"/>
          <w:sz w:val="24"/>
          <w:szCs w:val="24"/>
          <w:lang w:val="eu-ES"/>
        </w:rPr>
      </w:pPr>
    </w:p>
    <w:p w:rsidR="00077FB0" w:rsidRPr="007757AC" w:rsidRDefault="00077FB0" w:rsidP="00F60200">
      <w:pPr>
        <w:pStyle w:val="Zerrenda-paragrafoa"/>
        <w:numPr>
          <w:ilvl w:val="0"/>
          <w:numId w:val="13"/>
        </w:numPr>
        <w:spacing w:line="360" w:lineRule="auto"/>
        <w:rPr>
          <w:rStyle w:val="Lodia"/>
          <w:rFonts w:ascii="Arial" w:hAnsi="Arial" w:cs="Arial"/>
          <w:sz w:val="24"/>
          <w:szCs w:val="24"/>
          <w:lang w:val="eu-ES"/>
        </w:rPr>
      </w:pPr>
      <w:r w:rsidRPr="007757AC">
        <w:rPr>
          <w:rStyle w:val="Lodia"/>
          <w:rFonts w:ascii="Arial" w:hAnsi="Arial" w:cs="Arial"/>
          <w:sz w:val="24"/>
          <w:szCs w:val="24"/>
          <w:lang w:val="eu-ES"/>
        </w:rPr>
        <w:t>Tenperatura altuko tresneriarekin kontu handiz ibili</w:t>
      </w:r>
    </w:p>
    <w:p w:rsidR="00077FB0" w:rsidRPr="007757AC" w:rsidRDefault="00077FB0" w:rsidP="00077FB0">
      <w:pPr>
        <w:pStyle w:val="Zerrenda-paragrafoa"/>
        <w:spacing w:line="360" w:lineRule="auto"/>
        <w:ind w:left="1080"/>
        <w:rPr>
          <w:rStyle w:val="Lodia"/>
          <w:rFonts w:ascii="Arial" w:hAnsi="Arial" w:cs="Arial"/>
          <w:sz w:val="24"/>
          <w:szCs w:val="24"/>
          <w:lang w:val="eu-ES"/>
        </w:rPr>
      </w:pPr>
    </w:p>
    <w:p w:rsidR="00077FB0" w:rsidRPr="007757AC" w:rsidRDefault="00077FB0" w:rsidP="00F60200">
      <w:pPr>
        <w:pStyle w:val="Zerrenda-paragrafoa"/>
        <w:numPr>
          <w:ilvl w:val="1"/>
          <w:numId w:val="13"/>
        </w:numPr>
        <w:spacing w:line="360" w:lineRule="auto"/>
        <w:rPr>
          <w:rStyle w:val="Lodia"/>
          <w:rFonts w:ascii="Arial" w:hAnsi="Arial" w:cs="Arial"/>
          <w:sz w:val="24"/>
          <w:szCs w:val="24"/>
          <w:lang w:val="eu-ES"/>
        </w:rPr>
      </w:pPr>
      <w:r w:rsidRPr="007757AC">
        <w:rPr>
          <w:rStyle w:val="Lodia"/>
          <w:rFonts w:ascii="Arial" w:hAnsi="Arial" w:cs="Arial"/>
          <w:sz w:val="24"/>
          <w:szCs w:val="24"/>
          <w:lang w:val="eu-ES"/>
        </w:rPr>
        <w:t xml:space="preserve">Arriskua: </w:t>
      </w:r>
      <w:r w:rsidRPr="007757AC">
        <w:rPr>
          <w:rStyle w:val="Lodia"/>
          <w:rFonts w:ascii="Arial" w:hAnsi="Arial" w:cs="Arial"/>
          <w:b w:val="0"/>
          <w:sz w:val="24"/>
          <w:szCs w:val="24"/>
          <w:lang w:val="eu-ES"/>
        </w:rPr>
        <w:t>Soldagailuak 300–450 °C-ra iristen dira; erredurak sor daitezke.</w:t>
      </w:r>
    </w:p>
    <w:p w:rsidR="00077FB0" w:rsidRPr="007757AC" w:rsidRDefault="00077FB0" w:rsidP="00F60200">
      <w:pPr>
        <w:pStyle w:val="Zerrenda-paragrafoa"/>
        <w:numPr>
          <w:ilvl w:val="1"/>
          <w:numId w:val="13"/>
        </w:numPr>
        <w:spacing w:line="360" w:lineRule="auto"/>
        <w:rPr>
          <w:rStyle w:val="Lodia"/>
          <w:rFonts w:ascii="Arial" w:hAnsi="Arial" w:cs="Arial"/>
          <w:sz w:val="24"/>
          <w:szCs w:val="24"/>
          <w:lang w:val="eu-ES"/>
        </w:rPr>
      </w:pPr>
      <w:r w:rsidRPr="007757AC">
        <w:rPr>
          <w:rStyle w:val="Lodia"/>
          <w:rFonts w:ascii="Arial" w:hAnsi="Arial" w:cs="Arial"/>
          <w:sz w:val="24"/>
          <w:szCs w:val="24"/>
          <w:lang w:val="eu-ES"/>
        </w:rPr>
        <w:t>Neurriak:</w:t>
      </w:r>
    </w:p>
    <w:p w:rsidR="00077FB0" w:rsidRPr="007757AC" w:rsidRDefault="00077FB0" w:rsidP="00F60200">
      <w:pPr>
        <w:pStyle w:val="Zerrenda-paragrafoa"/>
        <w:numPr>
          <w:ilvl w:val="2"/>
          <w:numId w:val="13"/>
        </w:numPr>
        <w:spacing w:line="360" w:lineRule="auto"/>
        <w:rPr>
          <w:rStyle w:val="Lodia"/>
          <w:rFonts w:ascii="Arial" w:hAnsi="Arial" w:cs="Arial"/>
          <w:b w:val="0"/>
          <w:sz w:val="24"/>
          <w:szCs w:val="24"/>
          <w:lang w:val="eu-ES"/>
        </w:rPr>
      </w:pPr>
      <w:r w:rsidRPr="007757AC">
        <w:rPr>
          <w:rStyle w:val="Lodia"/>
          <w:rFonts w:ascii="Arial" w:hAnsi="Arial" w:cs="Arial"/>
          <w:b w:val="0"/>
          <w:sz w:val="24"/>
          <w:szCs w:val="24"/>
          <w:lang w:val="eu-ES"/>
        </w:rPr>
        <w:t>Ez ukitu soldagailuaren punta.</w:t>
      </w:r>
    </w:p>
    <w:p w:rsidR="00077FB0" w:rsidRPr="007757AC" w:rsidRDefault="00077FB0" w:rsidP="00F60200">
      <w:pPr>
        <w:pStyle w:val="Zerrenda-paragrafoa"/>
        <w:numPr>
          <w:ilvl w:val="2"/>
          <w:numId w:val="13"/>
        </w:numPr>
        <w:spacing w:line="360" w:lineRule="auto"/>
        <w:rPr>
          <w:rStyle w:val="Lodia"/>
          <w:rFonts w:ascii="Arial" w:hAnsi="Arial" w:cs="Arial"/>
          <w:b w:val="0"/>
          <w:sz w:val="24"/>
          <w:szCs w:val="24"/>
          <w:lang w:val="eu-ES"/>
        </w:rPr>
      </w:pPr>
      <w:r w:rsidRPr="007757AC">
        <w:rPr>
          <w:rStyle w:val="Lodia"/>
          <w:rFonts w:ascii="Arial" w:hAnsi="Arial" w:cs="Arial"/>
          <w:b w:val="0"/>
          <w:sz w:val="24"/>
          <w:szCs w:val="24"/>
          <w:lang w:val="eu-ES"/>
        </w:rPr>
        <w:t>Erabili soldagailu-euskarria eta ez utzi mahaian solte.</w:t>
      </w:r>
    </w:p>
    <w:p w:rsidR="00077FB0" w:rsidRPr="007757AC" w:rsidRDefault="00077FB0" w:rsidP="00F60200">
      <w:pPr>
        <w:pStyle w:val="Zerrenda-paragrafoa"/>
        <w:numPr>
          <w:ilvl w:val="2"/>
          <w:numId w:val="13"/>
        </w:numPr>
        <w:spacing w:line="360" w:lineRule="auto"/>
        <w:rPr>
          <w:rStyle w:val="Lodia"/>
          <w:rFonts w:ascii="Arial" w:hAnsi="Arial" w:cs="Arial"/>
          <w:b w:val="0"/>
          <w:sz w:val="24"/>
          <w:szCs w:val="24"/>
          <w:lang w:val="eu-ES"/>
        </w:rPr>
      </w:pPr>
      <w:r w:rsidRPr="007757AC">
        <w:rPr>
          <w:rStyle w:val="Lodia"/>
          <w:rFonts w:ascii="Arial" w:hAnsi="Arial" w:cs="Arial"/>
          <w:b w:val="0"/>
          <w:sz w:val="24"/>
          <w:szCs w:val="24"/>
          <w:lang w:val="eu-ES"/>
        </w:rPr>
        <w:t>Itzali tresna lana amaitzean.</w:t>
      </w:r>
    </w:p>
    <w:p w:rsidR="00077FB0" w:rsidRPr="007757AC" w:rsidRDefault="00077FB0" w:rsidP="00F60200">
      <w:pPr>
        <w:pStyle w:val="Zerrenda-paragrafoa"/>
        <w:numPr>
          <w:ilvl w:val="2"/>
          <w:numId w:val="13"/>
        </w:numPr>
        <w:spacing w:line="360" w:lineRule="auto"/>
        <w:rPr>
          <w:rStyle w:val="Lodia"/>
          <w:rFonts w:ascii="Arial" w:hAnsi="Arial" w:cs="Arial"/>
          <w:b w:val="0"/>
          <w:sz w:val="24"/>
          <w:szCs w:val="24"/>
          <w:lang w:val="eu-ES"/>
        </w:rPr>
      </w:pPr>
      <w:r w:rsidRPr="007757AC">
        <w:rPr>
          <w:rStyle w:val="Lodia"/>
          <w:rFonts w:ascii="Arial" w:hAnsi="Arial" w:cs="Arial"/>
          <w:b w:val="0"/>
          <w:sz w:val="24"/>
          <w:szCs w:val="24"/>
          <w:lang w:val="eu-ES"/>
        </w:rPr>
        <w:t>Urrundu material sukoietatik.</w:t>
      </w:r>
    </w:p>
    <w:p w:rsidR="00077FB0" w:rsidRPr="007757AC" w:rsidRDefault="00077FB0" w:rsidP="00077FB0">
      <w:pPr>
        <w:rPr>
          <w:lang w:val="eu-ES"/>
        </w:rPr>
      </w:pPr>
    </w:p>
    <w:p w:rsidR="00077FB0" w:rsidRPr="007757AC" w:rsidRDefault="00077FB0" w:rsidP="00F60200">
      <w:pPr>
        <w:pStyle w:val="Zerrenda-paragrafoa"/>
        <w:numPr>
          <w:ilvl w:val="0"/>
          <w:numId w:val="13"/>
        </w:numPr>
        <w:spacing w:line="360" w:lineRule="auto"/>
        <w:rPr>
          <w:rStyle w:val="Lodia"/>
          <w:rFonts w:ascii="Arial" w:hAnsi="Arial" w:cs="Arial"/>
          <w:sz w:val="24"/>
          <w:szCs w:val="24"/>
          <w:lang w:val="eu-ES"/>
        </w:rPr>
      </w:pPr>
      <w:r w:rsidRPr="007757AC">
        <w:rPr>
          <w:rStyle w:val="Lodia"/>
          <w:rFonts w:ascii="Arial" w:hAnsi="Arial" w:cs="Arial"/>
          <w:sz w:val="24"/>
          <w:szCs w:val="24"/>
          <w:lang w:val="eu-ES"/>
        </w:rPr>
        <w:t>Kearen eta gas toxikoen aurkako prebentzioa</w:t>
      </w:r>
    </w:p>
    <w:p w:rsidR="00077FB0" w:rsidRPr="007757AC" w:rsidRDefault="00077FB0" w:rsidP="00077FB0">
      <w:pPr>
        <w:pStyle w:val="Zerrenda-paragrafoa"/>
        <w:spacing w:line="360" w:lineRule="auto"/>
        <w:ind w:left="1080"/>
        <w:rPr>
          <w:rStyle w:val="Lodia"/>
          <w:rFonts w:ascii="Arial" w:hAnsi="Arial" w:cs="Arial"/>
          <w:sz w:val="24"/>
          <w:szCs w:val="24"/>
          <w:lang w:val="eu-ES"/>
        </w:rPr>
      </w:pPr>
    </w:p>
    <w:p w:rsidR="00077FB0" w:rsidRPr="007757AC" w:rsidRDefault="00077FB0" w:rsidP="00F60200">
      <w:pPr>
        <w:pStyle w:val="Zerrenda-paragrafoa"/>
        <w:numPr>
          <w:ilvl w:val="1"/>
          <w:numId w:val="13"/>
        </w:numPr>
        <w:spacing w:line="360" w:lineRule="auto"/>
        <w:rPr>
          <w:rStyle w:val="Lodia"/>
          <w:rFonts w:ascii="Arial" w:hAnsi="Arial" w:cs="Arial"/>
          <w:b w:val="0"/>
          <w:sz w:val="24"/>
          <w:szCs w:val="24"/>
          <w:lang w:val="eu-ES"/>
        </w:rPr>
      </w:pPr>
      <w:r w:rsidRPr="007757AC">
        <w:rPr>
          <w:rStyle w:val="Lodia"/>
          <w:rFonts w:ascii="Arial" w:hAnsi="Arial" w:cs="Arial"/>
          <w:sz w:val="24"/>
          <w:szCs w:val="24"/>
          <w:lang w:val="eu-ES"/>
        </w:rPr>
        <w:t xml:space="preserve">Arriskua: </w:t>
      </w:r>
      <w:r w:rsidRPr="007757AC">
        <w:rPr>
          <w:rStyle w:val="Lodia"/>
          <w:rFonts w:ascii="Arial" w:hAnsi="Arial" w:cs="Arial"/>
          <w:b w:val="0"/>
          <w:sz w:val="24"/>
          <w:szCs w:val="24"/>
          <w:lang w:val="eu-ES"/>
        </w:rPr>
        <w:t>Soldatzeko fluxuek eta eztainuak kea eta gas toxikoak askatzen dituzte.</w:t>
      </w:r>
    </w:p>
    <w:p w:rsidR="00077FB0" w:rsidRPr="007757AC" w:rsidRDefault="00077FB0" w:rsidP="00F60200">
      <w:pPr>
        <w:pStyle w:val="Zerrenda-paragrafoa"/>
        <w:numPr>
          <w:ilvl w:val="1"/>
          <w:numId w:val="13"/>
        </w:numPr>
        <w:spacing w:line="360" w:lineRule="auto"/>
        <w:rPr>
          <w:rStyle w:val="Lodia"/>
          <w:rFonts w:ascii="Arial" w:hAnsi="Arial" w:cs="Arial"/>
          <w:sz w:val="24"/>
          <w:szCs w:val="24"/>
          <w:lang w:val="eu-ES"/>
        </w:rPr>
      </w:pPr>
      <w:r w:rsidRPr="007757AC">
        <w:rPr>
          <w:rStyle w:val="Lodia"/>
          <w:rFonts w:ascii="Arial" w:hAnsi="Arial" w:cs="Arial"/>
          <w:sz w:val="24"/>
          <w:szCs w:val="24"/>
          <w:lang w:val="eu-ES"/>
        </w:rPr>
        <w:t>Neurriak:</w:t>
      </w:r>
    </w:p>
    <w:p w:rsidR="00077FB0" w:rsidRPr="007757AC" w:rsidRDefault="00077FB0" w:rsidP="00F60200">
      <w:pPr>
        <w:pStyle w:val="Zerrenda-paragrafoa"/>
        <w:numPr>
          <w:ilvl w:val="2"/>
          <w:numId w:val="13"/>
        </w:numPr>
        <w:spacing w:line="360" w:lineRule="auto"/>
        <w:rPr>
          <w:rStyle w:val="Lodia"/>
          <w:rFonts w:ascii="Arial" w:hAnsi="Arial" w:cs="Arial"/>
          <w:b w:val="0"/>
          <w:sz w:val="24"/>
          <w:szCs w:val="24"/>
          <w:lang w:val="eu-ES"/>
        </w:rPr>
      </w:pPr>
      <w:r w:rsidRPr="007757AC">
        <w:rPr>
          <w:rStyle w:val="Lodia"/>
          <w:rFonts w:ascii="Arial" w:hAnsi="Arial" w:cs="Arial"/>
          <w:b w:val="0"/>
          <w:sz w:val="24"/>
          <w:szCs w:val="24"/>
          <w:lang w:val="eu-ES"/>
        </w:rPr>
        <w:t>Lan egin aireztapen oneko espazioan.</w:t>
      </w:r>
    </w:p>
    <w:p w:rsidR="00077FB0" w:rsidRPr="007757AC" w:rsidRDefault="00077FB0" w:rsidP="00F60200">
      <w:pPr>
        <w:pStyle w:val="Zerrenda-paragrafoa"/>
        <w:numPr>
          <w:ilvl w:val="2"/>
          <w:numId w:val="13"/>
        </w:numPr>
        <w:spacing w:line="360" w:lineRule="auto"/>
        <w:rPr>
          <w:rStyle w:val="Lodia"/>
          <w:rFonts w:ascii="Arial" w:hAnsi="Arial" w:cs="Arial"/>
          <w:b w:val="0"/>
          <w:sz w:val="24"/>
          <w:szCs w:val="24"/>
          <w:lang w:val="eu-ES"/>
        </w:rPr>
      </w:pPr>
      <w:r w:rsidRPr="007757AC">
        <w:rPr>
          <w:rStyle w:val="Lodia"/>
          <w:rFonts w:ascii="Arial" w:hAnsi="Arial" w:cs="Arial"/>
          <w:b w:val="0"/>
          <w:sz w:val="24"/>
          <w:szCs w:val="24"/>
          <w:lang w:val="eu-ES"/>
        </w:rPr>
        <w:t>Ahal izan ezkero erabili kea xurgatzeko sistema edo haizagailua kanpora begira.</w:t>
      </w:r>
    </w:p>
    <w:p w:rsidR="00077FB0" w:rsidRPr="007757AC" w:rsidRDefault="00077FB0" w:rsidP="00F60200">
      <w:pPr>
        <w:pStyle w:val="Zerrenda-paragrafoa"/>
        <w:numPr>
          <w:ilvl w:val="2"/>
          <w:numId w:val="13"/>
        </w:numPr>
        <w:spacing w:line="360" w:lineRule="auto"/>
        <w:rPr>
          <w:rStyle w:val="Lodia"/>
          <w:rFonts w:ascii="Arial" w:hAnsi="Arial" w:cs="Arial"/>
          <w:b w:val="0"/>
          <w:sz w:val="24"/>
          <w:szCs w:val="24"/>
          <w:lang w:val="eu-ES"/>
        </w:rPr>
      </w:pPr>
      <w:r w:rsidRPr="007757AC">
        <w:rPr>
          <w:rStyle w:val="Lodia"/>
          <w:rFonts w:ascii="Arial" w:hAnsi="Arial" w:cs="Arial"/>
          <w:b w:val="0"/>
          <w:sz w:val="24"/>
          <w:szCs w:val="24"/>
          <w:lang w:val="eu-ES"/>
        </w:rPr>
        <w:t>Ez jarri burua zuzenean soldadura gainetik.</w:t>
      </w:r>
    </w:p>
    <w:p w:rsidR="00077FB0" w:rsidRPr="007757AC" w:rsidRDefault="00077FB0" w:rsidP="00F60200">
      <w:pPr>
        <w:pStyle w:val="Zerrenda-paragrafoa"/>
        <w:numPr>
          <w:ilvl w:val="0"/>
          <w:numId w:val="13"/>
        </w:numPr>
        <w:spacing w:line="360" w:lineRule="auto"/>
        <w:rPr>
          <w:rStyle w:val="Lodia"/>
          <w:rFonts w:ascii="Arial" w:hAnsi="Arial" w:cs="Arial"/>
          <w:sz w:val="24"/>
          <w:szCs w:val="24"/>
          <w:lang w:val="eu-ES"/>
        </w:rPr>
      </w:pPr>
      <w:r w:rsidRPr="007757AC">
        <w:rPr>
          <w:rStyle w:val="Lodia"/>
          <w:rFonts w:ascii="Arial" w:hAnsi="Arial" w:cs="Arial"/>
          <w:sz w:val="24"/>
          <w:szCs w:val="24"/>
          <w:lang w:val="eu-ES"/>
        </w:rPr>
        <w:lastRenderedPageBreak/>
        <w:t>Material toxikoekin kontuz ibili</w:t>
      </w:r>
    </w:p>
    <w:p w:rsidR="00077FB0" w:rsidRPr="007757AC" w:rsidRDefault="00077FB0" w:rsidP="00077FB0">
      <w:pPr>
        <w:pStyle w:val="Zerrenda-paragrafoa"/>
        <w:spacing w:line="360" w:lineRule="auto"/>
        <w:ind w:left="1080"/>
        <w:rPr>
          <w:rStyle w:val="Lodia"/>
          <w:rFonts w:ascii="Arial" w:hAnsi="Arial" w:cs="Arial"/>
          <w:sz w:val="24"/>
          <w:szCs w:val="24"/>
          <w:lang w:val="eu-ES"/>
        </w:rPr>
      </w:pPr>
    </w:p>
    <w:p w:rsidR="00077FB0" w:rsidRPr="007757AC" w:rsidRDefault="00077FB0" w:rsidP="00F60200">
      <w:pPr>
        <w:pStyle w:val="Zerrenda-paragrafoa"/>
        <w:numPr>
          <w:ilvl w:val="1"/>
          <w:numId w:val="13"/>
        </w:numPr>
        <w:spacing w:line="360" w:lineRule="auto"/>
        <w:rPr>
          <w:rStyle w:val="Lodia"/>
          <w:rFonts w:ascii="Arial" w:hAnsi="Arial" w:cs="Arial"/>
          <w:b w:val="0"/>
          <w:sz w:val="24"/>
          <w:szCs w:val="24"/>
          <w:lang w:val="eu-ES"/>
        </w:rPr>
      </w:pPr>
      <w:r w:rsidRPr="007757AC">
        <w:rPr>
          <w:rStyle w:val="Lodia"/>
          <w:rFonts w:ascii="Arial" w:hAnsi="Arial" w:cs="Arial"/>
          <w:sz w:val="24"/>
          <w:szCs w:val="24"/>
          <w:lang w:val="eu-ES"/>
        </w:rPr>
        <w:t xml:space="preserve">Arriskua: </w:t>
      </w:r>
      <w:r w:rsidRPr="007757AC">
        <w:rPr>
          <w:rStyle w:val="Lodia"/>
          <w:rFonts w:ascii="Arial" w:hAnsi="Arial" w:cs="Arial"/>
          <w:b w:val="0"/>
          <w:sz w:val="24"/>
          <w:szCs w:val="24"/>
          <w:lang w:val="eu-ES"/>
        </w:rPr>
        <w:t>Beruna duten soldadurak toxikoak dira kontaktuan edo arnastean.</w:t>
      </w:r>
    </w:p>
    <w:p w:rsidR="00077FB0" w:rsidRPr="007757AC" w:rsidRDefault="00077FB0" w:rsidP="00F60200">
      <w:pPr>
        <w:pStyle w:val="Zerrenda-paragrafoa"/>
        <w:numPr>
          <w:ilvl w:val="1"/>
          <w:numId w:val="13"/>
        </w:numPr>
        <w:spacing w:line="360" w:lineRule="auto"/>
        <w:rPr>
          <w:rStyle w:val="Lodia"/>
          <w:rFonts w:ascii="Arial" w:hAnsi="Arial" w:cs="Arial"/>
          <w:sz w:val="24"/>
          <w:szCs w:val="24"/>
          <w:lang w:val="eu-ES"/>
        </w:rPr>
      </w:pPr>
      <w:r w:rsidRPr="007757AC">
        <w:rPr>
          <w:rStyle w:val="Lodia"/>
          <w:rFonts w:ascii="Arial" w:hAnsi="Arial" w:cs="Arial"/>
          <w:sz w:val="24"/>
          <w:szCs w:val="24"/>
          <w:lang w:val="eu-ES"/>
        </w:rPr>
        <w:t>Neurriak:</w:t>
      </w:r>
    </w:p>
    <w:p w:rsidR="00077FB0" w:rsidRPr="007757AC" w:rsidRDefault="00077FB0" w:rsidP="00F60200">
      <w:pPr>
        <w:pStyle w:val="Zerrenda-paragrafoa"/>
        <w:numPr>
          <w:ilvl w:val="2"/>
          <w:numId w:val="13"/>
        </w:numPr>
        <w:spacing w:line="360" w:lineRule="auto"/>
        <w:rPr>
          <w:rStyle w:val="Lodia"/>
          <w:rFonts w:ascii="Arial" w:hAnsi="Arial" w:cs="Arial"/>
          <w:b w:val="0"/>
          <w:sz w:val="24"/>
          <w:szCs w:val="24"/>
          <w:lang w:val="eu-ES"/>
        </w:rPr>
      </w:pPr>
      <w:r w:rsidRPr="007757AC">
        <w:rPr>
          <w:rStyle w:val="Lodia"/>
          <w:rFonts w:ascii="Arial" w:hAnsi="Arial" w:cs="Arial"/>
          <w:b w:val="0"/>
          <w:sz w:val="24"/>
          <w:szCs w:val="24"/>
          <w:lang w:val="eu-ES"/>
        </w:rPr>
        <w:t>Erabili berunik gabeko eztainua (</w:t>
      </w:r>
      <w:proofErr w:type="spellStart"/>
      <w:r w:rsidRPr="007757AC">
        <w:rPr>
          <w:rStyle w:val="Lodia"/>
          <w:rFonts w:ascii="Arial" w:hAnsi="Arial" w:cs="Arial"/>
          <w:b w:val="0"/>
          <w:sz w:val="24"/>
          <w:szCs w:val="24"/>
          <w:lang w:val="eu-ES"/>
        </w:rPr>
        <w:t>SnAgCu</w:t>
      </w:r>
      <w:proofErr w:type="spellEnd"/>
      <w:r w:rsidRPr="007757AC">
        <w:rPr>
          <w:rStyle w:val="Lodia"/>
          <w:rFonts w:ascii="Arial" w:hAnsi="Arial" w:cs="Arial"/>
          <w:b w:val="0"/>
          <w:sz w:val="24"/>
          <w:szCs w:val="24"/>
          <w:lang w:val="eu-ES"/>
        </w:rPr>
        <w:t xml:space="preserve">, </w:t>
      </w:r>
      <w:proofErr w:type="spellStart"/>
      <w:r w:rsidRPr="007757AC">
        <w:rPr>
          <w:rStyle w:val="Lodia"/>
          <w:rFonts w:ascii="Arial" w:hAnsi="Arial" w:cs="Arial"/>
          <w:b w:val="0"/>
          <w:sz w:val="24"/>
          <w:szCs w:val="24"/>
          <w:lang w:val="eu-ES"/>
        </w:rPr>
        <w:t>RoHS</w:t>
      </w:r>
      <w:proofErr w:type="spellEnd"/>
      <w:r w:rsidRPr="007757AC">
        <w:rPr>
          <w:rStyle w:val="Lodia"/>
          <w:rFonts w:ascii="Arial" w:hAnsi="Arial" w:cs="Arial"/>
          <w:b w:val="0"/>
          <w:sz w:val="24"/>
          <w:szCs w:val="24"/>
          <w:lang w:val="eu-ES"/>
        </w:rPr>
        <w:t xml:space="preserve"> arauarekin bat datorrena).</w:t>
      </w:r>
    </w:p>
    <w:p w:rsidR="00077FB0" w:rsidRPr="007757AC" w:rsidRDefault="00077FB0" w:rsidP="00F60200">
      <w:pPr>
        <w:pStyle w:val="Zerrenda-paragrafoa"/>
        <w:numPr>
          <w:ilvl w:val="2"/>
          <w:numId w:val="13"/>
        </w:numPr>
        <w:spacing w:line="360" w:lineRule="auto"/>
        <w:rPr>
          <w:rStyle w:val="Lodia"/>
          <w:rFonts w:ascii="Arial" w:hAnsi="Arial" w:cs="Arial"/>
          <w:b w:val="0"/>
          <w:sz w:val="24"/>
          <w:szCs w:val="24"/>
          <w:lang w:val="eu-ES"/>
        </w:rPr>
      </w:pPr>
      <w:r w:rsidRPr="007757AC">
        <w:rPr>
          <w:rStyle w:val="Lodia"/>
          <w:rFonts w:ascii="Arial" w:hAnsi="Arial" w:cs="Arial"/>
          <w:b w:val="0"/>
          <w:sz w:val="24"/>
          <w:szCs w:val="24"/>
          <w:lang w:val="eu-ES"/>
        </w:rPr>
        <w:t xml:space="preserve">Erabili eskularru </w:t>
      </w:r>
      <w:proofErr w:type="spellStart"/>
      <w:r w:rsidRPr="007757AC">
        <w:rPr>
          <w:rStyle w:val="Lodia"/>
          <w:rFonts w:ascii="Arial" w:hAnsi="Arial" w:cs="Arial"/>
          <w:b w:val="0"/>
          <w:sz w:val="24"/>
          <w:szCs w:val="24"/>
          <w:lang w:val="eu-ES"/>
        </w:rPr>
        <w:t>nitrilikoak</w:t>
      </w:r>
      <w:proofErr w:type="spellEnd"/>
      <w:r w:rsidRPr="007757AC">
        <w:rPr>
          <w:rStyle w:val="Lodia"/>
          <w:rFonts w:ascii="Arial" w:hAnsi="Arial" w:cs="Arial"/>
          <w:b w:val="0"/>
          <w:sz w:val="24"/>
          <w:szCs w:val="24"/>
          <w:lang w:val="eu-ES"/>
        </w:rPr>
        <w:t xml:space="preserve"> soldatzean eta ondorengo garbiketan.</w:t>
      </w:r>
    </w:p>
    <w:p w:rsidR="00077FB0" w:rsidRPr="007757AC" w:rsidRDefault="00077FB0" w:rsidP="00F60200">
      <w:pPr>
        <w:pStyle w:val="Zerrenda-paragrafoa"/>
        <w:numPr>
          <w:ilvl w:val="2"/>
          <w:numId w:val="13"/>
        </w:numPr>
        <w:spacing w:line="360" w:lineRule="auto"/>
        <w:rPr>
          <w:rStyle w:val="Lodia"/>
          <w:rFonts w:ascii="Arial" w:hAnsi="Arial" w:cs="Arial"/>
          <w:b w:val="0"/>
          <w:sz w:val="24"/>
          <w:szCs w:val="24"/>
          <w:lang w:val="eu-ES"/>
        </w:rPr>
      </w:pPr>
      <w:r w:rsidRPr="007757AC">
        <w:rPr>
          <w:rStyle w:val="Lodia"/>
          <w:rFonts w:ascii="Arial" w:hAnsi="Arial" w:cs="Arial"/>
          <w:b w:val="0"/>
          <w:sz w:val="24"/>
          <w:szCs w:val="24"/>
          <w:lang w:val="eu-ES"/>
        </w:rPr>
        <w:t>Ez ukitu aurpegia eta ez jan-edan lan-gunean.</w:t>
      </w:r>
    </w:p>
    <w:p w:rsidR="00077FB0" w:rsidRPr="007757AC" w:rsidRDefault="00077FB0" w:rsidP="00F60200">
      <w:pPr>
        <w:pStyle w:val="Zerrenda-paragrafoa"/>
        <w:numPr>
          <w:ilvl w:val="2"/>
          <w:numId w:val="13"/>
        </w:numPr>
        <w:spacing w:line="360" w:lineRule="auto"/>
        <w:rPr>
          <w:rStyle w:val="Lodia"/>
          <w:rFonts w:ascii="Arial" w:hAnsi="Arial" w:cs="Arial"/>
          <w:b w:val="0"/>
          <w:sz w:val="24"/>
          <w:szCs w:val="24"/>
          <w:lang w:val="eu-ES"/>
        </w:rPr>
      </w:pPr>
      <w:r w:rsidRPr="007757AC">
        <w:rPr>
          <w:rStyle w:val="Lodia"/>
          <w:rFonts w:ascii="Arial" w:hAnsi="Arial" w:cs="Arial"/>
          <w:b w:val="0"/>
          <w:sz w:val="24"/>
          <w:szCs w:val="24"/>
          <w:lang w:val="eu-ES"/>
        </w:rPr>
        <w:t>Soldatze-lanak bukatzean, garbitu ondo eskuak.</w:t>
      </w:r>
    </w:p>
    <w:p w:rsidR="00077FB0" w:rsidRPr="007757AC" w:rsidRDefault="00077FB0" w:rsidP="00077FB0">
      <w:pPr>
        <w:rPr>
          <w:lang w:val="eu-ES"/>
        </w:rPr>
      </w:pPr>
    </w:p>
    <w:p w:rsidR="00077FB0" w:rsidRPr="007757AC" w:rsidRDefault="00077FB0" w:rsidP="00F60200">
      <w:pPr>
        <w:pStyle w:val="Zerrenda-paragrafoa"/>
        <w:numPr>
          <w:ilvl w:val="0"/>
          <w:numId w:val="13"/>
        </w:numPr>
        <w:spacing w:line="360" w:lineRule="auto"/>
        <w:rPr>
          <w:rStyle w:val="Lodia"/>
          <w:rFonts w:ascii="Arial" w:hAnsi="Arial" w:cs="Arial"/>
          <w:sz w:val="24"/>
          <w:szCs w:val="24"/>
          <w:lang w:val="eu-ES"/>
        </w:rPr>
      </w:pPr>
      <w:r w:rsidRPr="007757AC">
        <w:rPr>
          <w:rStyle w:val="Lodia"/>
          <w:rFonts w:ascii="Arial" w:hAnsi="Arial" w:cs="Arial"/>
          <w:sz w:val="24"/>
          <w:szCs w:val="24"/>
          <w:lang w:val="eu-ES"/>
        </w:rPr>
        <w:t>Begien babesa</w:t>
      </w:r>
    </w:p>
    <w:p w:rsidR="00077FB0" w:rsidRPr="007757AC" w:rsidRDefault="00077FB0" w:rsidP="00077FB0">
      <w:pPr>
        <w:pStyle w:val="Zerrenda-paragrafoa"/>
        <w:spacing w:line="360" w:lineRule="auto"/>
        <w:ind w:left="1080"/>
        <w:rPr>
          <w:rStyle w:val="Lodia"/>
          <w:rFonts w:ascii="Arial" w:hAnsi="Arial" w:cs="Arial"/>
          <w:sz w:val="24"/>
          <w:szCs w:val="24"/>
          <w:lang w:val="eu-ES"/>
        </w:rPr>
      </w:pPr>
    </w:p>
    <w:p w:rsidR="00077FB0" w:rsidRPr="007757AC" w:rsidRDefault="00077FB0" w:rsidP="00F60200">
      <w:pPr>
        <w:pStyle w:val="Zerrenda-paragrafoa"/>
        <w:numPr>
          <w:ilvl w:val="1"/>
          <w:numId w:val="13"/>
        </w:numPr>
        <w:spacing w:line="360" w:lineRule="auto"/>
        <w:rPr>
          <w:rStyle w:val="Lodia"/>
          <w:rFonts w:ascii="Arial" w:hAnsi="Arial" w:cs="Arial"/>
          <w:sz w:val="24"/>
          <w:szCs w:val="24"/>
          <w:lang w:val="eu-ES"/>
        </w:rPr>
      </w:pPr>
      <w:r w:rsidRPr="007757AC">
        <w:rPr>
          <w:rStyle w:val="Lodia"/>
          <w:rFonts w:ascii="Arial" w:hAnsi="Arial" w:cs="Arial"/>
          <w:sz w:val="24"/>
          <w:szCs w:val="24"/>
          <w:lang w:val="eu-ES"/>
        </w:rPr>
        <w:t xml:space="preserve">Arriskua: </w:t>
      </w:r>
      <w:r w:rsidRPr="007757AC">
        <w:rPr>
          <w:rStyle w:val="Lodia"/>
          <w:rFonts w:ascii="Arial" w:hAnsi="Arial" w:cs="Arial"/>
          <w:b w:val="0"/>
          <w:sz w:val="24"/>
          <w:szCs w:val="24"/>
          <w:lang w:val="eu-ES"/>
        </w:rPr>
        <w:t>Eztainua zipriztindu daiteke.</w:t>
      </w:r>
    </w:p>
    <w:p w:rsidR="00077FB0" w:rsidRPr="007757AC" w:rsidRDefault="00077FB0" w:rsidP="00F60200">
      <w:pPr>
        <w:pStyle w:val="Zerrenda-paragrafoa"/>
        <w:numPr>
          <w:ilvl w:val="1"/>
          <w:numId w:val="13"/>
        </w:numPr>
        <w:spacing w:line="360" w:lineRule="auto"/>
        <w:rPr>
          <w:rStyle w:val="Lodia"/>
          <w:rFonts w:ascii="Arial" w:hAnsi="Arial" w:cs="Arial"/>
          <w:sz w:val="24"/>
          <w:szCs w:val="24"/>
          <w:lang w:val="eu-ES"/>
        </w:rPr>
      </w:pPr>
      <w:r w:rsidRPr="007757AC">
        <w:rPr>
          <w:rStyle w:val="Lodia"/>
          <w:rFonts w:ascii="Arial" w:hAnsi="Arial" w:cs="Arial"/>
          <w:sz w:val="24"/>
          <w:szCs w:val="24"/>
          <w:lang w:val="eu-ES"/>
        </w:rPr>
        <w:t>Neurriak:</w:t>
      </w:r>
    </w:p>
    <w:p w:rsidR="00077FB0" w:rsidRPr="007757AC" w:rsidRDefault="00077FB0" w:rsidP="00F60200">
      <w:pPr>
        <w:pStyle w:val="Zerrenda-paragrafoa"/>
        <w:numPr>
          <w:ilvl w:val="2"/>
          <w:numId w:val="13"/>
        </w:numPr>
        <w:spacing w:line="360" w:lineRule="auto"/>
        <w:rPr>
          <w:rStyle w:val="Lodia"/>
          <w:rFonts w:ascii="Arial" w:hAnsi="Arial" w:cs="Arial"/>
          <w:b w:val="0"/>
          <w:sz w:val="24"/>
          <w:szCs w:val="24"/>
          <w:lang w:val="eu-ES"/>
        </w:rPr>
      </w:pPr>
      <w:r w:rsidRPr="007757AC">
        <w:rPr>
          <w:rStyle w:val="Lodia"/>
          <w:rFonts w:ascii="Arial" w:hAnsi="Arial" w:cs="Arial"/>
          <w:b w:val="0"/>
          <w:sz w:val="24"/>
          <w:szCs w:val="24"/>
          <w:lang w:val="eu-ES"/>
        </w:rPr>
        <w:t>Erabili babes-betaurreko gardenak edo laneko betaurreko egokiak.</w:t>
      </w:r>
    </w:p>
    <w:p w:rsidR="00077FB0" w:rsidRPr="007757AC" w:rsidRDefault="00077FB0" w:rsidP="00077FB0">
      <w:pPr>
        <w:rPr>
          <w:lang w:val="eu-ES"/>
        </w:rPr>
      </w:pPr>
    </w:p>
    <w:p w:rsidR="00077FB0" w:rsidRPr="007757AC" w:rsidRDefault="00077FB0" w:rsidP="00F60200">
      <w:pPr>
        <w:pStyle w:val="Zerrenda-paragrafoa"/>
        <w:numPr>
          <w:ilvl w:val="0"/>
          <w:numId w:val="13"/>
        </w:numPr>
        <w:spacing w:line="360" w:lineRule="auto"/>
        <w:rPr>
          <w:rStyle w:val="Lodia"/>
          <w:rFonts w:ascii="Arial" w:hAnsi="Arial" w:cs="Arial"/>
          <w:sz w:val="24"/>
          <w:szCs w:val="24"/>
          <w:lang w:val="eu-ES"/>
        </w:rPr>
      </w:pPr>
      <w:r w:rsidRPr="007757AC">
        <w:rPr>
          <w:rStyle w:val="Lodia"/>
          <w:rFonts w:ascii="Arial" w:hAnsi="Arial" w:cs="Arial"/>
          <w:sz w:val="24"/>
          <w:szCs w:val="24"/>
          <w:lang w:val="eu-ES"/>
        </w:rPr>
        <w:t>Segurtasun elektrikoa</w:t>
      </w:r>
    </w:p>
    <w:p w:rsidR="00077FB0" w:rsidRPr="007757AC" w:rsidRDefault="00077FB0" w:rsidP="00077FB0">
      <w:pPr>
        <w:pStyle w:val="Zerrenda-paragrafoa"/>
        <w:spacing w:line="360" w:lineRule="auto"/>
        <w:ind w:left="1080"/>
        <w:rPr>
          <w:rStyle w:val="Lodia"/>
          <w:rFonts w:ascii="Arial" w:hAnsi="Arial" w:cs="Arial"/>
          <w:sz w:val="24"/>
          <w:szCs w:val="24"/>
          <w:lang w:val="eu-ES"/>
        </w:rPr>
      </w:pPr>
    </w:p>
    <w:p w:rsidR="00077FB0" w:rsidRPr="007757AC" w:rsidRDefault="00077FB0" w:rsidP="00F60200">
      <w:pPr>
        <w:pStyle w:val="Zerrenda-paragrafoa"/>
        <w:numPr>
          <w:ilvl w:val="1"/>
          <w:numId w:val="13"/>
        </w:numPr>
        <w:spacing w:line="360" w:lineRule="auto"/>
        <w:rPr>
          <w:rStyle w:val="Lodia"/>
          <w:rFonts w:ascii="Arial" w:hAnsi="Arial" w:cs="Arial"/>
          <w:sz w:val="24"/>
          <w:szCs w:val="24"/>
          <w:lang w:val="eu-ES"/>
        </w:rPr>
      </w:pPr>
      <w:r w:rsidRPr="007757AC">
        <w:rPr>
          <w:rStyle w:val="Lodia"/>
          <w:rFonts w:ascii="Arial" w:hAnsi="Arial" w:cs="Arial"/>
          <w:sz w:val="24"/>
          <w:szCs w:val="24"/>
          <w:lang w:val="eu-ES"/>
        </w:rPr>
        <w:t xml:space="preserve">Arriskua: </w:t>
      </w:r>
      <w:r w:rsidRPr="007757AC">
        <w:rPr>
          <w:rStyle w:val="Lodia"/>
          <w:rFonts w:ascii="Arial" w:hAnsi="Arial" w:cs="Arial"/>
          <w:b w:val="0"/>
          <w:sz w:val="24"/>
          <w:szCs w:val="24"/>
          <w:lang w:val="eu-ES"/>
        </w:rPr>
        <w:t>Korrontearekin lan egitea.</w:t>
      </w:r>
    </w:p>
    <w:p w:rsidR="00077FB0" w:rsidRPr="007757AC" w:rsidRDefault="00077FB0" w:rsidP="00F60200">
      <w:pPr>
        <w:pStyle w:val="Zerrenda-paragrafoa"/>
        <w:numPr>
          <w:ilvl w:val="1"/>
          <w:numId w:val="13"/>
        </w:numPr>
        <w:spacing w:line="360" w:lineRule="auto"/>
        <w:rPr>
          <w:rStyle w:val="Lodia"/>
          <w:rFonts w:ascii="Arial" w:hAnsi="Arial" w:cs="Arial"/>
          <w:sz w:val="24"/>
          <w:szCs w:val="24"/>
          <w:lang w:val="eu-ES"/>
        </w:rPr>
      </w:pPr>
      <w:r w:rsidRPr="007757AC">
        <w:rPr>
          <w:rStyle w:val="Lodia"/>
          <w:rFonts w:ascii="Arial" w:hAnsi="Arial" w:cs="Arial"/>
          <w:sz w:val="24"/>
          <w:szCs w:val="24"/>
          <w:lang w:val="eu-ES"/>
        </w:rPr>
        <w:t>Neurriak:</w:t>
      </w:r>
    </w:p>
    <w:p w:rsidR="00077FB0" w:rsidRPr="007757AC" w:rsidRDefault="00077FB0" w:rsidP="00F60200">
      <w:pPr>
        <w:pStyle w:val="Zerrenda-paragrafoa"/>
        <w:numPr>
          <w:ilvl w:val="2"/>
          <w:numId w:val="13"/>
        </w:numPr>
        <w:spacing w:line="360" w:lineRule="auto"/>
        <w:rPr>
          <w:rStyle w:val="Lodia"/>
          <w:rFonts w:ascii="Arial" w:hAnsi="Arial" w:cs="Arial"/>
          <w:b w:val="0"/>
          <w:sz w:val="24"/>
          <w:szCs w:val="24"/>
          <w:lang w:val="eu-ES"/>
        </w:rPr>
      </w:pPr>
      <w:r w:rsidRPr="007757AC">
        <w:rPr>
          <w:rStyle w:val="Lodia"/>
          <w:rFonts w:ascii="Arial" w:hAnsi="Arial" w:cs="Arial"/>
          <w:b w:val="0"/>
          <w:sz w:val="24"/>
          <w:szCs w:val="24"/>
          <w:lang w:val="eu-ES"/>
        </w:rPr>
        <w:t>Deskonektatu zirkuituak soldatu aurretik.</w:t>
      </w:r>
    </w:p>
    <w:p w:rsidR="00077FB0" w:rsidRPr="007757AC" w:rsidRDefault="00077FB0" w:rsidP="00F60200">
      <w:pPr>
        <w:pStyle w:val="Zerrenda-paragrafoa"/>
        <w:numPr>
          <w:ilvl w:val="2"/>
          <w:numId w:val="13"/>
        </w:numPr>
        <w:spacing w:line="360" w:lineRule="auto"/>
        <w:rPr>
          <w:rStyle w:val="Lodia"/>
          <w:rFonts w:ascii="Arial" w:hAnsi="Arial" w:cs="Arial"/>
          <w:b w:val="0"/>
          <w:sz w:val="24"/>
          <w:szCs w:val="24"/>
          <w:lang w:val="eu-ES"/>
        </w:rPr>
      </w:pPr>
      <w:r w:rsidRPr="007757AC">
        <w:rPr>
          <w:rStyle w:val="Lodia"/>
          <w:rFonts w:ascii="Arial" w:hAnsi="Arial" w:cs="Arial"/>
          <w:b w:val="0"/>
          <w:sz w:val="24"/>
          <w:szCs w:val="24"/>
          <w:lang w:val="eu-ES"/>
        </w:rPr>
        <w:t>Ez lan egin instalazio elektrikoetan zuzenean konektatuta daudenean.</w:t>
      </w:r>
    </w:p>
    <w:p w:rsidR="00077FB0" w:rsidRPr="007757AC" w:rsidRDefault="00077FB0" w:rsidP="00077FB0">
      <w:pPr>
        <w:spacing w:line="360" w:lineRule="auto"/>
        <w:rPr>
          <w:rStyle w:val="Lodia"/>
          <w:rFonts w:ascii="Arial" w:hAnsi="Arial" w:cs="Arial"/>
          <w:b w:val="0"/>
          <w:sz w:val="24"/>
          <w:szCs w:val="24"/>
          <w:lang w:val="eu-ES"/>
        </w:rPr>
      </w:pPr>
    </w:p>
    <w:p w:rsidR="00077FB0" w:rsidRPr="007757AC" w:rsidRDefault="00077FB0" w:rsidP="00077FB0">
      <w:pPr>
        <w:spacing w:line="360" w:lineRule="auto"/>
        <w:rPr>
          <w:rStyle w:val="Lodia"/>
          <w:rFonts w:ascii="Arial" w:hAnsi="Arial" w:cs="Arial"/>
          <w:b w:val="0"/>
          <w:sz w:val="24"/>
          <w:szCs w:val="24"/>
          <w:lang w:val="eu-ES"/>
        </w:rPr>
      </w:pPr>
    </w:p>
    <w:p w:rsidR="00077FB0" w:rsidRPr="007757AC" w:rsidRDefault="00077FB0" w:rsidP="00F60200">
      <w:pPr>
        <w:pStyle w:val="Zerrenda-paragrafoa"/>
        <w:numPr>
          <w:ilvl w:val="0"/>
          <w:numId w:val="13"/>
        </w:numPr>
        <w:spacing w:line="360" w:lineRule="auto"/>
        <w:rPr>
          <w:rStyle w:val="Lodia"/>
          <w:rFonts w:ascii="Arial" w:hAnsi="Arial" w:cs="Arial"/>
          <w:sz w:val="24"/>
          <w:szCs w:val="24"/>
          <w:lang w:val="eu-ES"/>
        </w:rPr>
      </w:pPr>
      <w:r w:rsidRPr="007757AC">
        <w:rPr>
          <w:rStyle w:val="Lodia"/>
          <w:rFonts w:ascii="Arial" w:hAnsi="Arial" w:cs="Arial"/>
          <w:sz w:val="24"/>
          <w:szCs w:val="24"/>
          <w:lang w:val="eu-ES"/>
        </w:rPr>
        <w:lastRenderedPageBreak/>
        <w:t>Sute-arriskuen prebentzioa</w:t>
      </w:r>
    </w:p>
    <w:p w:rsidR="00077FB0" w:rsidRPr="007757AC" w:rsidRDefault="00077FB0" w:rsidP="00077FB0">
      <w:pPr>
        <w:pStyle w:val="Zerrenda-paragrafoa"/>
        <w:spacing w:line="360" w:lineRule="auto"/>
        <w:ind w:left="1080"/>
        <w:rPr>
          <w:rStyle w:val="Lodia"/>
          <w:rFonts w:ascii="Arial" w:hAnsi="Arial" w:cs="Arial"/>
          <w:sz w:val="24"/>
          <w:szCs w:val="24"/>
          <w:lang w:val="eu-ES"/>
        </w:rPr>
      </w:pPr>
    </w:p>
    <w:p w:rsidR="00077FB0" w:rsidRPr="007757AC" w:rsidRDefault="00077FB0" w:rsidP="00F60200">
      <w:pPr>
        <w:pStyle w:val="Zerrenda-paragrafoa"/>
        <w:numPr>
          <w:ilvl w:val="1"/>
          <w:numId w:val="13"/>
        </w:numPr>
        <w:spacing w:line="360" w:lineRule="auto"/>
        <w:rPr>
          <w:rStyle w:val="Lodia"/>
          <w:rFonts w:ascii="Arial" w:hAnsi="Arial" w:cs="Arial"/>
          <w:b w:val="0"/>
          <w:sz w:val="24"/>
          <w:szCs w:val="24"/>
          <w:lang w:val="eu-ES"/>
        </w:rPr>
      </w:pPr>
      <w:r w:rsidRPr="007757AC">
        <w:rPr>
          <w:rStyle w:val="Lodia"/>
          <w:rFonts w:ascii="Arial" w:hAnsi="Arial" w:cs="Arial"/>
          <w:sz w:val="24"/>
          <w:szCs w:val="24"/>
          <w:lang w:val="eu-ES"/>
        </w:rPr>
        <w:t xml:space="preserve">Arriskua: </w:t>
      </w:r>
      <w:r w:rsidRPr="007757AC">
        <w:rPr>
          <w:rStyle w:val="Lodia"/>
          <w:rFonts w:ascii="Arial" w:hAnsi="Arial" w:cs="Arial"/>
          <w:b w:val="0"/>
          <w:sz w:val="24"/>
          <w:szCs w:val="24"/>
          <w:lang w:val="eu-ES"/>
        </w:rPr>
        <w:t>Paperak, plastikoak edo material sukoiek su har dezakete.</w:t>
      </w:r>
    </w:p>
    <w:p w:rsidR="00077FB0" w:rsidRPr="007757AC" w:rsidRDefault="00077FB0" w:rsidP="00F60200">
      <w:pPr>
        <w:pStyle w:val="Zerrenda-paragrafoa"/>
        <w:numPr>
          <w:ilvl w:val="1"/>
          <w:numId w:val="13"/>
        </w:numPr>
        <w:spacing w:line="360" w:lineRule="auto"/>
        <w:rPr>
          <w:rStyle w:val="Lodia"/>
          <w:rFonts w:ascii="Arial" w:hAnsi="Arial" w:cs="Arial"/>
          <w:sz w:val="24"/>
          <w:szCs w:val="24"/>
          <w:lang w:val="eu-ES"/>
        </w:rPr>
      </w:pPr>
      <w:r w:rsidRPr="007757AC">
        <w:rPr>
          <w:rStyle w:val="Lodia"/>
          <w:rFonts w:ascii="Arial" w:hAnsi="Arial" w:cs="Arial"/>
          <w:sz w:val="24"/>
          <w:szCs w:val="24"/>
          <w:lang w:val="eu-ES"/>
        </w:rPr>
        <w:t>Neurriak:</w:t>
      </w:r>
    </w:p>
    <w:p w:rsidR="00077FB0" w:rsidRPr="007757AC" w:rsidRDefault="00077FB0" w:rsidP="00F60200">
      <w:pPr>
        <w:pStyle w:val="Zerrenda-paragrafoa"/>
        <w:numPr>
          <w:ilvl w:val="2"/>
          <w:numId w:val="13"/>
        </w:numPr>
        <w:spacing w:line="360" w:lineRule="auto"/>
        <w:rPr>
          <w:rStyle w:val="Lodia"/>
          <w:rFonts w:ascii="Arial" w:hAnsi="Arial" w:cs="Arial"/>
          <w:b w:val="0"/>
          <w:sz w:val="24"/>
          <w:szCs w:val="24"/>
          <w:lang w:val="eu-ES"/>
        </w:rPr>
      </w:pPr>
      <w:r w:rsidRPr="007757AC">
        <w:rPr>
          <w:rStyle w:val="Lodia"/>
          <w:rFonts w:ascii="Arial" w:hAnsi="Arial" w:cs="Arial"/>
          <w:b w:val="0"/>
          <w:sz w:val="24"/>
          <w:szCs w:val="24"/>
          <w:lang w:val="eu-ES"/>
        </w:rPr>
        <w:t>Erabili material sukoietatik libre dagoen mahaia.</w:t>
      </w:r>
    </w:p>
    <w:p w:rsidR="00077FB0" w:rsidRPr="007757AC" w:rsidRDefault="00077FB0" w:rsidP="00F60200">
      <w:pPr>
        <w:pStyle w:val="Zerrenda-paragrafoa"/>
        <w:numPr>
          <w:ilvl w:val="2"/>
          <w:numId w:val="13"/>
        </w:numPr>
        <w:spacing w:line="360" w:lineRule="auto"/>
        <w:rPr>
          <w:rStyle w:val="Lodia"/>
          <w:rFonts w:ascii="Arial" w:hAnsi="Arial" w:cs="Arial"/>
          <w:b w:val="0"/>
          <w:sz w:val="24"/>
          <w:szCs w:val="24"/>
          <w:lang w:val="eu-ES"/>
        </w:rPr>
      </w:pPr>
      <w:r w:rsidRPr="007757AC">
        <w:rPr>
          <w:rStyle w:val="Lodia"/>
          <w:rFonts w:ascii="Arial" w:hAnsi="Arial" w:cs="Arial"/>
          <w:b w:val="0"/>
          <w:sz w:val="24"/>
          <w:szCs w:val="24"/>
          <w:lang w:val="eu-ES"/>
        </w:rPr>
        <w:t>Eduki sute-</w:t>
      </w:r>
      <w:proofErr w:type="spellStart"/>
      <w:r w:rsidRPr="007757AC">
        <w:rPr>
          <w:rStyle w:val="Lodia"/>
          <w:rFonts w:ascii="Arial" w:hAnsi="Arial" w:cs="Arial"/>
          <w:b w:val="0"/>
          <w:sz w:val="24"/>
          <w:szCs w:val="24"/>
          <w:lang w:val="eu-ES"/>
        </w:rPr>
        <w:t>iturgailu</w:t>
      </w:r>
      <w:proofErr w:type="spellEnd"/>
      <w:r w:rsidRPr="007757AC">
        <w:rPr>
          <w:rStyle w:val="Lodia"/>
          <w:rFonts w:ascii="Arial" w:hAnsi="Arial" w:cs="Arial"/>
          <w:b w:val="0"/>
          <w:sz w:val="24"/>
          <w:szCs w:val="24"/>
          <w:lang w:val="eu-ES"/>
        </w:rPr>
        <w:t xml:space="preserve"> txiki bat eskura (adib. su-itzalgailu aerosol motakoa).</w:t>
      </w:r>
    </w:p>
    <w:p w:rsidR="00077FB0" w:rsidRPr="007757AC" w:rsidRDefault="00077FB0" w:rsidP="00077FB0">
      <w:pPr>
        <w:rPr>
          <w:lang w:val="eu-ES"/>
        </w:rPr>
      </w:pPr>
    </w:p>
    <w:p w:rsidR="00077FB0" w:rsidRPr="007757AC" w:rsidRDefault="00077FB0" w:rsidP="00F60200">
      <w:pPr>
        <w:pStyle w:val="Zerrenda-paragrafoa"/>
        <w:numPr>
          <w:ilvl w:val="0"/>
          <w:numId w:val="13"/>
        </w:numPr>
        <w:spacing w:line="360" w:lineRule="auto"/>
        <w:rPr>
          <w:rStyle w:val="Lodia"/>
          <w:rFonts w:ascii="Arial" w:hAnsi="Arial" w:cs="Arial"/>
          <w:sz w:val="24"/>
          <w:szCs w:val="24"/>
          <w:lang w:val="eu-ES"/>
        </w:rPr>
      </w:pPr>
      <w:r w:rsidRPr="007757AC">
        <w:rPr>
          <w:rStyle w:val="Lodia"/>
          <w:rFonts w:ascii="Arial" w:hAnsi="Arial" w:cs="Arial"/>
          <w:sz w:val="24"/>
          <w:szCs w:val="24"/>
          <w:lang w:val="eu-ES"/>
        </w:rPr>
        <w:t>Lan ingurunea txukun eta antolatuta mantendu</w:t>
      </w:r>
    </w:p>
    <w:p w:rsidR="00077FB0" w:rsidRPr="007757AC" w:rsidRDefault="00077FB0" w:rsidP="00077FB0">
      <w:pPr>
        <w:pStyle w:val="Zerrenda-paragrafoa"/>
        <w:spacing w:line="360" w:lineRule="auto"/>
        <w:ind w:left="1080"/>
        <w:rPr>
          <w:rStyle w:val="Lodia"/>
          <w:rFonts w:ascii="Arial" w:hAnsi="Arial" w:cs="Arial"/>
          <w:sz w:val="24"/>
          <w:szCs w:val="24"/>
          <w:lang w:val="eu-ES"/>
        </w:rPr>
      </w:pPr>
    </w:p>
    <w:p w:rsidR="00077FB0" w:rsidRPr="007757AC" w:rsidRDefault="00077FB0" w:rsidP="00F60200">
      <w:pPr>
        <w:pStyle w:val="Zerrenda-paragrafoa"/>
        <w:numPr>
          <w:ilvl w:val="1"/>
          <w:numId w:val="13"/>
        </w:numPr>
        <w:spacing w:line="360" w:lineRule="auto"/>
        <w:rPr>
          <w:rStyle w:val="Lodia"/>
          <w:rFonts w:ascii="Arial" w:hAnsi="Arial" w:cs="Arial"/>
          <w:b w:val="0"/>
          <w:sz w:val="24"/>
          <w:szCs w:val="24"/>
          <w:lang w:val="eu-ES"/>
        </w:rPr>
      </w:pPr>
      <w:r w:rsidRPr="007757AC">
        <w:rPr>
          <w:rStyle w:val="Lodia"/>
          <w:rFonts w:ascii="Arial" w:hAnsi="Arial" w:cs="Arial"/>
          <w:b w:val="0"/>
          <w:sz w:val="24"/>
          <w:szCs w:val="24"/>
          <w:lang w:val="eu-ES"/>
        </w:rPr>
        <w:t>Mahaia txukuna izatea garrantzitsua da, tresnak eta materialak kontrolpean izateko eta istripuak saihesteko.</w:t>
      </w:r>
    </w:p>
    <w:p w:rsidR="00077FB0" w:rsidRPr="007757AC" w:rsidRDefault="00077FB0" w:rsidP="00F60200">
      <w:pPr>
        <w:pStyle w:val="Zerrenda-paragrafoa"/>
        <w:numPr>
          <w:ilvl w:val="1"/>
          <w:numId w:val="13"/>
        </w:numPr>
        <w:spacing w:line="360" w:lineRule="auto"/>
        <w:rPr>
          <w:rStyle w:val="Lodia"/>
          <w:rFonts w:ascii="Arial" w:hAnsi="Arial" w:cs="Arial"/>
          <w:b w:val="0"/>
          <w:sz w:val="24"/>
          <w:szCs w:val="24"/>
          <w:lang w:val="eu-ES"/>
        </w:rPr>
      </w:pPr>
      <w:r w:rsidRPr="007757AC">
        <w:rPr>
          <w:rStyle w:val="Lodia"/>
          <w:rFonts w:ascii="Arial" w:hAnsi="Arial" w:cs="Arial"/>
          <w:b w:val="0"/>
          <w:sz w:val="24"/>
          <w:szCs w:val="24"/>
          <w:lang w:val="eu-ES"/>
        </w:rPr>
        <w:t>Hondakin toxikoak (fluxu hondarrak, eztainu soberakinak) modu egokian jaso eta bota.</w:t>
      </w:r>
    </w:p>
    <w:p w:rsidR="00077FB0" w:rsidRPr="007757AC" w:rsidRDefault="00077FB0" w:rsidP="00077FB0">
      <w:pPr>
        <w:pStyle w:val="Zerrenda-paragrafoa"/>
        <w:spacing w:line="360" w:lineRule="auto"/>
        <w:rPr>
          <w:rFonts w:ascii="Arial" w:hAnsi="Arial" w:cs="Arial"/>
          <w:sz w:val="24"/>
          <w:szCs w:val="24"/>
          <w:lang w:val="eu-ES"/>
        </w:rPr>
      </w:pPr>
    </w:p>
    <w:p w:rsidR="00077FB0" w:rsidRPr="007757AC" w:rsidRDefault="00077FB0" w:rsidP="00F60200">
      <w:pPr>
        <w:pStyle w:val="Zerrenda-paragrafoa"/>
        <w:numPr>
          <w:ilvl w:val="0"/>
          <w:numId w:val="10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r w:rsidRPr="007757AC">
        <w:rPr>
          <w:rFonts w:ascii="Arial" w:hAnsi="Arial" w:cs="Arial"/>
          <w:b/>
          <w:sz w:val="24"/>
          <w:szCs w:val="24"/>
          <w:lang w:val="eu-ES"/>
        </w:rPr>
        <w:t>Fasea: Kableen prestaketa eta eztainuztatzea</w:t>
      </w:r>
    </w:p>
    <w:p w:rsidR="00077FB0" w:rsidRPr="007757AC" w:rsidRDefault="00077FB0" w:rsidP="00F60200">
      <w:pPr>
        <w:pStyle w:val="Zerrenda-paragrafoa"/>
        <w:numPr>
          <w:ilvl w:val="0"/>
          <w:numId w:val="11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r w:rsidRPr="007757AC">
        <w:rPr>
          <w:rFonts w:ascii="Arial" w:hAnsi="Arial" w:cs="Arial"/>
          <w:sz w:val="24"/>
          <w:szCs w:val="24"/>
          <w:lang w:val="eu-ES"/>
        </w:rPr>
        <w:t>Isolamendua kendu eta kablea txirikordatu.</w:t>
      </w:r>
    </w:p>
    <w:p w:rsidR="00077FB0" w:rsidRPr="007757AC" w:rsidRDefault="00077FB0" w:rsidP="00F60200">
      <w:pPr>
        <w:pStyle w:val="Zerrenda-paragrafoa"/>
        <w:numPr>
          <w:ilvl w:val="0"/>
          <w:numId w:val="11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r w:rsidRPr="007757AC">
        <w:rPr>
          <w:rFonts w:ascii="Arial" w:hAnsi="Arial" w:cs="Arial"/>
          <w:sz w:val="24"/>
          <w:szCs w:val="24"/>
          <w:lang w:val="eu-ES"/>
        </w:rPr>
        <w:t>Soldagailua berotu eta kableak eztainuztatu.</w:t>
      </w:r>
    </w:p>
    <w:p w:rsidR="00077FB0" w:rsidRPr="007757AC" w:rsidRDefault="00077FB0" w:rsidP="00077FB0">
      <w:pPr>
        <w:pStyle w:val="Zerrenda-paragrafoa"/>
        <w:spacing w:line="360" w:lineRule="auto"/>
        <w:rPr>
          <w:rFonts w:ascii="Arial" w:hAnsi="Arial" w:cs="Arial"/>
          <w:sz w:val="24"/>
          <w:szCs w:val="24"/>
          <w:lang w:val="eu-ES"/>
        </w:rPr>
      </w:pPr>
    </w:p>
    <w:p w:rsidR="00077FB0" w:rsidRPr="007757AC" w:rsidRDefault="00077FB0" w:rsidP="00F60200">
      <w:pPr>
        <w:pStyle w:val="Zerrenda-paragrafoa"/>
        <w:numPr>
          <w:ilvl w:val="0"/>
          <w:numId w:val="10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r w:rsidRPr="007757AC">
        <w:rPr>
          <w:rFonts w:ascii="Arial" w:hAnsi="Arial" w:cs="Arial"/>
          <w:b/>
          <w:sz w:val="24"/>
          <w:szCs w:val="24"/>
          <w:lang w:val="eu-ES"/>
        </w:rPr>
        <w:t>Fasea: Modulua prestatu</w:t>
      </w:r>
    </w:p>
    <w:p w:rsidR="00077FB0" w:rsidRPr="007757AC" w:rsidRDefault="00077FB0" w:rsidP="00F60200">
      <w:pPr>
        <w:pStyle w:val="Zerrenda-paragrafoa"/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r w:rsidRPr="007757AC">
        <w:rPr>
          <w:rFonts w:ascii="Arial" w:hAnsi="Arial" w:cs="Arial"/>
          <w:sz w:val="24"/>
          <w:szCs w:val="24"/>
          <w:lang w:val="eu-ES"/>
        </w:rPr>
        <w:t>Pinak garbitu eta, beharrezkoa bada, eztainuztatu.</w:t>
      </w:r>
    </w:p>
    <w:p w:rsidR="00077FB0" w:rsidRPr="007757AC" w:rsidRDefault="00077FB0" w:rsidP="00077FB0">
      <w:pPr>
        <w:pStyle w:val="Zerrenda-paragrafoa"/>
        <w:spacing w:line="360" w:lineRule="auto"/>
        <w:rPr>
          <w:rFonts w:ascii="Arial" w:hAnsi="Arial" w:cs="Arial"/>
          <w:sz w:val="24"/>
          <w:szCs w:val="24"/>
          <w:lang w:val="eu-ES"/>
        </w:rPr>
      </w:pPr>
    </w:p>
    <w:p w:rsidR="00077FB0" w:rsidRPr="007757AC" w:rsidRDefault="00077FB0" w:rsidP="00F60200">
      <w:pPr>
        <w:pStyle w:val="Zerrenda-paragrafoa"/>
        <w:numPr>
          <w:ilvl w:val="0"/>
          <w:numId w:val="10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r w:rsidRPr="007757AC">
        <w:rPr>
          <w:rFonts w:ascii="Arial" w:hAnsi="Arial" w:cs="Arial"/>
          <w:b/>
          <w:sz w:val="24"/>
          <w:szCs w:val="24"/>
          <w:lang w:val="eu-ES"/>
        </w:rPr>
        <w:t>Fasea: Eztainuztatzea</w:t>
      </w:r>
    </w:p>
    <w:p w:rsidR="00077FB0" w:rsidRPr="007757AC" w:rsidRDefault="00077FB0" w:rsidP="00F60200">
      <w:pPr>
        <w:pStyle w:val="Zerrenda-paragrafoa"/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r w:rsidRPr="007757AC">
        <w:rPr>
          <w:rFonts w:ascii="Arial" w:hAnsi="Arial" w:cs="Arial"/>
          <w:sz w:val="24"/>
          <w:szCs w:val="24"/>
          <w:lang w:val="eu-ES"/>
        </w:rPr>
        <w:t>Kablea dagokion pinen gainean eztainuztatu.</w:t>
      </w:r>
    </w:p>
    <w:p w:rsidR="00077FB0" w:rsidRPr="007757AC" w:rsidRDefault="00077FB0" w:rsidP="00F60200">
      <w:pPr>
        <w:pStyle w:val="Zerrenda-paragrafoa"/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r w:rsidRPr="007757AC">
        <w:rPr>
          <w:rFonts w:ascii="Arial" w:hAnsi="Arial" w:cs="Arial"/>
          <w:sz w:val="24"/>
          <w:szCs w:val="24"/>
          <w:lang w:val="eu-ES"/>
        </w:rPr>
        <w:t>Kalitatezko konexio bat erakutsi adibide praktiko batekin.</w:t>
      </w:r>
    </w:p>
    <w:p w:rsidR="00077FB0" w:rsidRPr="007757AC" w:rsidRDefault="00077FB0" w:rsidP="00077FB0">
      <w:pPr>
        <w:pStyle w:val="Zerrenda-paragrafoa"/>
        <w:spacing w:line="360" w:lineRule="auto"/>
        <w:rPr>
          <w:rFonts w:ascii="Arial" w:hAnsi="Arial" w:cs="Arial"/>
          <w:sz w:val="24"/>
          <w:szCs w:val="24"/>
          <w:lang w:val="eu-ES"/>
        </w:rPr>
      </w:pPr>
    </w:p>
    <w:p w:rsidR="00077FB0" w:rsidRPr="007757AC" w:rsidRDefault="00077FB0" w:rsidP="00F60200">
      <w:pPr>
        <w:pStyle w:val="Zerrenda-paragrafoa"/>
        <w:numPr>
          <w:ilvl w:val="0"/>
          <w:numId w:val="10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r w:rsidRPr="007757AC">
        <w:rPr>
          <w:rFonts w:ascii="Arial" w:hAnsi="Arial" w:cs="Arial"/>
          <w:b/>
          <w:sz w:val="24"/>
          <w:szCs w:val="24"/>
          <w:lang w:val="eu-ES"/>
        </w:rPr>
        <w:t>Fasea: Konexioaren egiaztapena</w:t>
      </w:r>
    </w:p>
    <w:p w:rsidR="00077FB0" w:rsidRPr="007757AC" w:rsidRDefault="00077FB0" w:rsidP="00F60200">
      <w:pPr>
        <w:pStyle w:val="Zerrenda-paragrafoa"/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r w:rsidRPr="007757AC">
        <w:rPr>
          <w:rFonts w:ascii="Arial" w:hAnsi="Arial" w:cs="Arial"/>
          <w:sz w:val="24"/>
          <w:szCs w:val="24"/>
          <w:lang w:val="eu-ES"/>
        </w:rPr>
        <w:t>Ikasle bakoitzak bere lanaren kalitatea egiaztatu multimetroarekin.</w:t>
      </w:r>
    </w:p>
    <w:p w:rsidR="00077FB0" w:rsidRPr="007757AC" w:rsidRDefault="00077FB0" w:rsidP="00077FB0">
      <w:pPr>
        <w:pStyle w:val="Zerrenda-paragrafoa"/>
        <w:spacing w:line="360" w:lineRule="auto"/>
        <w:rPr>
          <w:rFonts w:ascii="Arial" w:hAnsi="Arial" w:cs="Arial"/>
          <w:sz w:val="24"/>
          <w:szCs w:val="24"/>
          <w:lang w:val="eu-ES"/>
        </w:rPr>
      </w:pPr>
    </w:p>
    <w:p w:rsidR="00077FB0" w:rsidRPr="007757AC" w:rsidRDefault="00077FB0" w:rsidP="00F60200">
      <w:pPr>
        <w:pStyle w:val="Zerrenda-paragrafoa"/>
        <w:numPr>
          <w:ilvl w:val="0"/>
          <w:numId w:val="10"/>
        </w:numPr>
        <w:spacing w:line="360" w:lineRule="auto"/>
        <w:rPr>
          <w:rFonts w:ascii="Arial" w:hAnsi="Arial" w:cs="Arial"/>
          <w:b/>
          <w:sz w:val="24"/>
          <w:szCs w:val="24"/>
          <w:lang w:val="eu-ES"/>
        </w:rPr>
      </w:pPr>
      <w:r w:rsidRPr="007757AC">
        <w:rPr>
          <w:rFonts w:ascii="Arial" w:hAnsi="Arial" w:cs="Arial"/>
          <w:b/>
          <w:sz w:val="24"/>
          <w:szCs w:val="24"/>
          <w:lang w:val="eu-ES"/>
        </w:rPr>
        <w:lastRenderedPageBreak/>
        <w:t>Fasea: Babesa</w:t>
      </w:r>
    </w:p>
    <w:p w:rsidR="00077FB0" w:rsidRPr="007757AC" w:rsidRDefault="00077FB0" w:rsidP="00F60200">
      <w:pPr>
        <w:pStyle w:val="Zerrenda-paragrafoa"/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r w:rsidRPr="007757AC">
        <w:rPr>
          <w:rFonts w:ascii="Arial" w:hAnsi="Arial" w:cs="Arial"/>
          <w:sz w:val="24"/>
          <w:szCs w:val="24"/>
          <w:lang w:val="eu-ES"/>
        </w:rPr>
        <w:t xml:space="preserve">Konexioak zorro </w:t>
      </w:r>
      <w:proofErr w:type="spellStart"/>
      <w:r w:rsidRPr="007757AC">
        <w:rPr>
          <w:rFonts w:ascii="Arial" w:hAnsi="Arial" w:cs="Arial"/>
          <w:sz w:val="24"/>
          <w:szCs w:val="24"/>
          <w:lang w:val="eu-ES"/>
        </w:rPr>
        <w:t>termoretrazilaz</w:t>
      </w:r>
      <w:proofErr w:type="spellEnd"/>
      <w:r w:rsidRPr="007757AC">
        <w:rPr>
          <w:rFonts w:ascii="Arial" w:hAnsi="Arial" w:cs="Arial"/>
          <w:sz w:val="24"/>
          <w:szCs w:val="24"/>
          <w:lang w:val="eu-ES"/>
        </w:rPr>
        <w:t xml:space="preserve"> edo bestelako metodo batekin babestu.</w:t>
      </w:r>
    </w:p>
    <w:p w:rsidR="00077FB0" w:rsidRPr="007757AC" w:rsidRDefault="00077FB0" w:rsidP="00F60200">
      <w:pPr>
        <w:pStyle w:val="1izenburua"/>
        <w:numPr>
          <w:ilvl w:val="0"/>
          <w:numId w:val="7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bookmarkStart w:id="5" w:name="_Toc202430842"/>
      <w:r w:rsidRPr="007757AC">
        <w:rPr>
          <w:rFonts w:ascii="Arial" w:hAnsi="Arial" w:cs="Arial"/>
          <w:sz w:val="24"/>
          <w:szCs w:val="24"/>
          <w:lang w:val="eu-ES"/>
        </w:rPr>
        <w:t>Konfiguratzea edo erregulatzea</w:t>
      </w:r>
      <w:bookmarkEnd w:id="5"/>
    </w:p>
    <w:p w:rsidR="00077FB0" w:rsidRPr="007757AC" w:rsidRDefault="00077FB0" w:rsidP="00077FB0">
      <w:pPr>
        <w:rPr>
          <w:lang w:val="eu-ES"/>
        </w:rPr>
      </w:pPr>
    </w:p>
    <w:p w:rsidR="00077FB0" w:rsidRPr="007757AC" w:rsidRDefault="00077FB0" w:rsidP="00077FB0">
      <w:pPr>
        <w:spacing w:line="360" w:lineRule="auto"/>
        <w:rPr>
          <w:rFonts w:ascii="Arial" w:hAnsi="Arial" w:cs="Arial"/>
          <w:sz w:val="24"/>
          <w:szCs w:val="24"/>
          <w:lang w:val="eu-ES"/>
        </w:rPr>
      </w:pPr>
      <w:r w:rsidRPr="007757AC">
        <w:rPr>
          <w:rFonts w:ascii="Arial" w:hAnsi="Arial" w:cs="Arial"/>
          <w:noProof/>
          <w:sz w:val="24"/>
          <w:szCs w:val="24"/>
          <w:lang w:val="eu-ES" w:eastAsia="eu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060C0D" wp14:editId="44092ACF">
                <wp:simplePos x="0" y="0"/>
                <wp:positionH relativeFrom="column">
                  <wp:posOffset>2948940</wp:posOffset>
                </wp:positionH>
                <wp:positionV relativeFrom="paragraph">
                  <wp:posOffset>1132840</wp:posOffset>
                </wp:positionV>
                <wp:extent cx="274320" cy="289560"/>
                <wp:effectExtent l="57150" t="38100" r="68580" b="91440"/>
                <wp:wrapNone/>
                <wp:docPr id="3" name="Laukizuzen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895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FFD68" id="Laukizuzena 3" o:spid="_x0000_s1026" style="position:absolute;margin-left:232.2pt;margin-top:89.2pt;width:21.6pt;height:2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 w:rsidRPr="007757AC">
        <w:rPr>
          <w:rFonts w:ascii="Arial" w:hAnsi="Arial" w:cs="Arial"/>
          <w:noProof/>
          <w:sz w:val="24"/>
          <w:szCs w:val="24"/>
          <w:lang w:val="eu-ES" w:eastAsia="eu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BC2A1B" wp14:editId="03A81EA9">
                <wp:simplePos x="0" y="0"/>
                <wp:positionH relativeFrom="column">
                  <wp:posOffset>3558540</wp:posOffset>
                </wp:positionH>
                <wp:positionV relativeFrom="paragraph">
                  <wp:posOffset>1071880</wp:posOffset>
                </wp:positionV>
                <wp:extent cx="533400" cy="1463040"/>
                <wp:effectExtent l="57150" t="38100" r="76200" b="99060"/>
                <wp:wrapNone/>
                <wp:docPr id="7" name="Laukizuzen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463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4362B2" id="Laukizuzena 7" o:spid="_x0000_s1026" style="position:absolute;margin-left:280.2pt;margin-top:84.4pt;width:42pt;height:115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 w:rsidRPr="007757AC">
        <w:rPr>
          <w:rFonts w:ascii="Arial" w:hAnsi="Arial" w:cs="Arial"/>
          <w:noProof/>
          <w:sz w:val="24"/>
          <w:szCs w:val="24"/>
          <w:lang w:val="eu-ES" w:eastAsia="eu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ACEC7E" wp14:editId="7BF99954">
                <wp:simplePos x="0" y="0"/>
                <wp:positionH relativeFrom="column">
                  <wp:posOffset>1318260</wp:posOffset>
                </wp:positionH>
                <wp:positionV relativeFrom="paragraph">
                  <wp:posOffset>1049020</wp:posOffset>
                </wp:positionV>
                <wp:extent cx="533400" cy="1463040"/>
                <wp:effectExtent l="57150" t="38100" r="76200" b="99060"/>
                <wp:wrapNone/>
                <wp:docPr id="6" name="Laukizuzen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463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257EC8" id="Laukizuzena 6" o:spid="_x0000_s1026" style="position:absolute;margin-left:103.8pt;margin-top:82.6pt;width:42pt;height:115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 w:rsidRPr="007757AC">
        <w:rPr>
          <w:rFonts w:ascii="Arial" w:hAnsi="Arial" w:cs="Arial"/>
          <w:sz w:val="24"/>
          <w:szCs w:val="24"/>
          <w:lang w:val="eu-ES"/>
        </w:rPr>
        <w:t>Behin LM2596 moduluan sarrera/irteerako eroaleak eztainuztatuta ditugula, LM2596-a erregulatu behar dugu. Horretarako, elikatze iturri bat beharko dugu, gure kasuan, LCAMP-</w:t>
      </w:r>
      <w:proofErr w:type="spellStart"/>
      <w:r w:rsidRPr="007757AC">
        <w:rPr>
          <w:rFonts w:ascii="Arial" w:hAnsi="Arial" w:cs="Arial"/>
          <w:sz w:val="24"/>
          <w:szCs w:val="24"/>
          <w:lang w:val="eu-ES"/>
        </w:rPr>
        <w:t>eko</w:t>
      </w:r>
      <w:proofErr w:type="spellEnd"/>
      <w:r w:rsidRPr="007757AC">
        <w:rPr>
          <w:rFonts w:ascii="Arial" w:hAnsi="Arial" w:cs="Arial"/>
          <w:sz w:val="24"/>
          <w:szCs w:val="24"/>
          <w:lang w:val="eu-ES"/>
        </w:rPr>
        <w:t xml:space="preserve"> proiektuko bateria (3S </w:t>
      </w:r>
      <w:proofErr w:type="spellStart"/>
      <w:r w:rsidRPr="007757AC">
        <w:rPr>
          <w:rFonts w:ascii="Arial" w:hAnsi="Arial" w:cs="Arial"/>
          <w:sz w:val="24"/>
          <w:szCs w:val="24"/>
          <w:lang w:val="eu-ES"/>
        </w:rPr>
        <w:t>Lipo</w:t>
      </w:r>
      <w:proofErr w:type="spellEnd"/>
      <w:r w:rsidRPr="007757AC">
        <w:rPr>
          <w:rFonts w:ascii="Arial" w:hAnsi="Arial" w:cs="Arial"/>
          <w:sz w:val="24"/>
          <w:szCs w:val="24"/>
          <w:lang w:val="eu-ES"/>
        </w:rPr>
        <w:t xml:space="preserve"> 11.1V - 5200mAh (E0001-V01)).</w:t>
      </w:r>
    </w:p>
    <w:p w:rsidR="00077FB0" w:rsidRPr="007757AC" w:rsidRDefault="00077FB0" w:rsidP="00077FB0">
      <w:pPr>
        <w:tabs>
          <w:tab w:val="center" w:pos="4320"/>
        </w:tabs>
        <w:spacing w:line="360" w:lineRule="auto"/>
        <w:rPr>
          <w:rFonts w:ascii="Arial" w:hAnsi="Arial" w:cs="Arial"/>
          <w:sz w:val="24"/>
          <w:szCs w:val="24"/>
          <w:lang w:val="eu-ES"/>
        </w:rPr>
      </w:pPr>
      <w:r w:rsidRPr="007757AC">
        <w:rPr>
          <w:rFonts w:ascii="Arial" w:hAnsi="Arial" w:cs="Arial"/>
          <w:noProof/>
          <w:sz w:val="24"/>
          <w:szCs w:val="24"/>
          <w:lang w:val="eu-ES" w:eastAsia="eu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7C1983" wp14:editId="00EB82F2">
                <wp:simplePos x="0" y="0"/>
                <wp:positionH relativeFrom="column">
                  <wp:posOffset>3063240</wp:posOffset>
                </wp:positionH>
                <wp:positionV relativeFrom="paragraph">
                  <wp:posOffset>289560</wp:posOffset>
                </wp:positionV>
                <wp:extent cx="45719" cy="1188720"/>
                <wp:effectExtent l="76200" t="38100" r="69215" b="68580"/>
                <wp:wrapNone/>
                <wp:docPr id="13" name="Gezidun lotura-marra zuzen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11887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DE63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zidun lotura-marra zuzena 13" o:spid="_x0000_s1026" type="#_x0000_t32" style="position:absolute;margin-left:241.2pt;margin-top:22.8pt;width:3.6pt;height:93.6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" strokecolor="red" strokeweight="2.25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7757AC">
        <w:rPr>
          <w:rFonts w:ascii="Arial" w:hAnsi="Arial" w:cs="Arial"/>
          <w:noProof/>
          <w:sz w:val="24"/>
          <w:szCs w:val="24"/>
          <w:lang w:val="eu-ES" w:eastAsia="eu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0B34E9" wp14:editId="56F9B4EC">
                <wp:simplePos x="0" y="0"/>
                <wp:positionH relativeFrom="column">
                  <wp:posOffset>4076700</wp:posOffset>
                </wp:positionH>
                <wp:positionV relativeFrom="paragraph">
                  <wp:posOffset>556260</wp:posOffset>
                </wp:positionV>
                <wp:extent cx="342900" cy="45719"/>
                <wp:effectExtent l="57150" t="76200" r="0" b="126365"/>
                <wp:wrapNone/>
                <wp:docPr id="4" name="Gezidun lotura-marra zuzen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D2FC1" id="Gezidun lotura-marra zuzena 4" o:spid="_x0000_s1026" type="#_x0000_t32" style="position:absolute;margin-left:321pt;margin-top:43.8pt;width:27pt;height:3.6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" strokecolor="red" strokeweight="2.25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7757AC">
        <w:rPr>
          <w:rFonts w:ascii="Arial" w:hAnsi="Arial" w:cs="Arial"/>
          <w:noProof/>
          <w:sz w:val="24"/>
          <w:szCs w:val="24"/>
          <w:lang w:val="eu-ES" w:eastAsia="eu-E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49EA4B7" wp14:editId="1521D84D">
                <wp:simplePos x="0" y="0"/>
                <wp:positionH relativeFrom="column">
                  <wp:posOffset>4419600</wp:posOffset>
                </wp:positionH>
                <wp:positionV relativeFrom="paragraph">
                  <wp:posOffset>91440</wp:posOffset>
                </wp:positionV>
                <wp:extent cx="1676400" cy="1404620"/>
                <wp:effectExtent l="0" t="0" r="19050" b="12700"/>
                <wp:wrapSquare wrapText="bothSides"/>
                <wp:docPr id="9" name="Testu-koadro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FB0" w:rsidRPr="00E26D75" w:rsidRDefault="00077FB0" w:rsidP="00077FB0">
                            <w:pPr>
                              <w:rPr>
                                <w:rFonts w:ascii="Arial" w:hAnsi="Arial" w:cs="Arial"/>
                                <w:lang w:val="eu-ES"/>
                              </w:rPr>
                            </w:pPr>
                            <w:r w:rsidRPr="00E26D75">
                              <w:rPr>
                                <w:rFonts w:ascii="Arial" w:hAnsi="Arial" w:cs="Arial"/>
                                <w:lang w:val="eu-ES"/>
                              </w:rPr>
                              <w:t xml:space="preserve">Hemen egongo diren eroaleetan multimetroa konektatu behar dugu eta potentziometroa mugitu </w:t>
                            </w:r>
                            <w:r w:rsidRPr="00E26D75">
                              <w:rPr>
                                <w:rFonts w:ascii="Arial" w:hAnsi="Arial" w:cs="Arial"/>
                                <w:b/>
                                <w:lang w:val="eu-ES"/>
                              </w:rPr>
                              <w:t>5V</w:t>
                            </w:r>
                            <w:r w:rsidRPr="00E26D75">
                              <w:rPr>
                                <w:rFonts w:ascii="Arial" w:hAnsi="Arial" w:cs="Arial"/>
                                <w:lang w:val="eu-ES"/>
                              </w:rPr>
                              <w:t xml:space="preserve"> daudela ziurtatu arte.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9EA4B7" id="Testu-koadroa 2" o:spid="_x0000_s1029" type="#_x0000_t202" style="position:absolute;margin-left:348pt;margin-top:7.2pt;width:132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" strokecolor="red" strokeweight="2pt">
                <v:textbox style="mso-fit-shape-to-text:t">
                  <w:txbxContent>
                    <w:p w:rsidR="00077FB0" w:rsidRPr="00E26D75" w:rsidRDefault="00077FB0" w:rsidP="00077FB0">
                      <w:pPr>
                        <w:rPr>
                          <w:rFonts w:ascii="Arial" w:hAnsi="Arial" w:cs="Arial"/>
                          <w:lang w:val="eu-ES"/>
                        </w:rPr>
                      </w:pPr>
                      <w:r w:rsidRPr="00E26D75">
                        <w:rPr>
                          <w:rFonts w:ascii="Arial" w:hAnsi="Arial" w:cs="Arial"/>
                          <w:lang w:val="eu-ES"/>
                        </w:rPr>
                        <w:t xml:space="preserve">Hemen egongo diren eroaleetan multimetroa konektatu behar dugu eta potentziometroa mugitu </w:t>
                      </w:r>
                      <w:r w:rsidRPr="00E26D75">
                        <w:rPr>
                          <w:rFonts w:ascii="Arial" w:hAnsi="Arial" w:cs="Arial"/>
                          <w:b/>
                          <w:lang w:val="eu-ES"/>
                        </w:rPr>
                        <w:t>5V</w:t>
                      </w:r>
                      <w:r w:rsidRPr="00E26D75">
                        <w:rPr>
                          <w:rFonts w:ascii="Arial" w:hAnsi="Arial" w:cs="Arial"/>
                          <w:lang w:val="eu-ES"/>
                        </w:rPr>
                        <w:t xml:space="preserve"> daudela ziurtatu arte.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757AC">
        <w:rPr>
          <w:rFonts w:ascii="Arial" w:hAnsi="Arial" w:cs="Arial"/>
          <w:noProof/>
          <w:sz w:val="24"/>
          <w:szCs w:val="24"/>
          <w:lang w:val="eu-ES" w:eastAsia="eu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73B0F4" wp14:editId="47585635">
                <wp:simplePos x="0" y="0"/>
                <wp:positionH relativeFrom="column">
                  <wp:posOffset>1082040</wp:posOffset>
                </wp:positionH>
                <wp:positionV relativeFrom="paragraph">
                  <wp:posOffset>426085</wp:posOffset>
                </wp:positionV>
                <wp:extent cx="259080" cy="45719"/>
                <wp:effectExtent l="57150" t="76200" r="7620" b="107315"/>
                <wp:wrapNone/>
                <wp:docPr id="8" name="Gezidun lotura-marra zuzen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908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5A950" id="Gezidun lotura-marra zuzena 8" o:spid="_x0000_s1026" type="#_x0000_t32" style="position:absolute;margin-left:85.2pt;margin-top:33.55pt;width:20.4pt;height:3.6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" strokecolor="red" strokeweight="2.25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7757AC">
        <w:rPr>
          <w:rFonts w:ascii="Arial" w:hAnsi="Arial" w:cs="Arial"/>
          <w:noProof/>
          <w:sz w:val="24"/>
          <w:szCs w:val="24"/>
          <w:lang w:val="eu-ES" w:eastAsia="eu-E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2F019BB" wp14:editId="7017D2AD">
                <wp:simplePos x="0" y="0"/>
                <wp:positionH relativeFrom="column">
                  <wp:posOffset>-594360</wp:posOffset>
                </wp:positionH>
                <wp:positionV relativeFrom="paragraph">
                  <wp:posOffset>68580</wp:posOffset>
                </wp:positionV>
                <wp:extent cx="1676400" cy="1404620"/>
                <wp:effectExtent l="0" t="0" r="19050" b="12700"/>
                <wp:wrapSquare wrapText="bothSides"/>
                <wp:docPr id="217" name="Testu-koadro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FB0" w:rsidRPr="00E26D75" w:rsidRDefault="00077FB0" w:rsidP="00077FB0">
                            <w:pPr>
                              <w:rPr>
                                <w:rFonts w:ascii="Arial" w:hAnsi="Arial" w:cs="Arial"/>
                                <w:lang w:val="eu-ES"/>
                              </w:rPr>
                            </w:pPr>
                            <w:r w:rsidRPr="00E26D75">
                              <w:rPr>
                                <w:rFonts w:ascii="Arial" w:hAnsi="Arial" w:cs="Arial"/>
                                <w:lang w:val="eu-ES"/>
                              </w:rPr>
                              <w:t>Bateria hemen konektatu behar dugu eztainuztatutako eroaleetan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F019BB" id="_x0000_s1030" type="#_x0000_t202" style="position:absolute;margin-left:-46.8pt;margin-top:5.4pt;width:132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" strokecolor="red" strokeweight="2pt">
                <v:textbox style="mso-fit-shape-to-text:t">
                  <w:txbxContent>
                    <w:p w:rsidR="00077FB0" w:rsidRPr="00E26D75" w:rsidRDefault="00077FB0" w:rsidP="00077FB0">
                      <w:pPr>
                        <w:rPr>
                          <w:rFonts w:ascii="Arial" w:hAnsi="Arial" w:cs="Arial"/>
                          <w:lang w:val="eu-ES"/>
                        </w:rPr>
                      </w:pPr>
                      <w:r w:rsidRPr="00E26D75">
                        <w:rPr>
                          <w:rFonts w:ascii="Arial" w:hAnsi="Arial" w:cs="Arial"/>
                          <w:lang w:val="eu-ES"/>
                        </w:rPr>
                        <w:t>Bateria hemen konektatu behar dugu eztainuztatutako eroaleetan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757AC">
        <w:rPr>
          <w:rFonts w:ascii="Arial" w:hAnsi="Arial" w:cs="Arial"/>
          <w:sz w:val="24"/>
          <w:szCs w:val="24"/>
          <w:lang w:val="eu-ES"/>
        </w:rPr>
        <w:tab/>
      </w:r>
      <w:r w:rsidRPr="007757AC">
        <w:rPr>
          <w:rFonts w:ascii="Arial" w:hAnsi="Arial" w:cs="Arial"/>
          <w:noProof/>
          <w:sz w:val="24"/>
          <w:szCs w:val="24"/>
          <w:lang w:val="eu-ES" w:eastAsia="eu-ES"/>
        </w:rPr>
        <w:drawing>
          <wp:inline distT="0" distB="0" distL="0" distR="0" wp14:anchorId="5CFA3C72" wp14:editId="06EDB629">
            <wp:extent cx="2560955" cy="1208450"/>
            <wp:effectExtent l="0" t="0" r="0" b="0"/>
            <wp:docPr id="14" name="Irudi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21056" cy="123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FB0" w:rsidRPr="007757AC" w:rsidRDefault="00077FB0" w:rsidP="00077FB0">
      <w:pPr>
        <w:spacing w:line="360" w:lineRule="auto"/>
        <w:jc w:val="center"/>
        <w:rPr>
          <w:rFonts w:ascii="Arial" w:hAnsi="Arial" w:cs="Arial"/>
          <w:sz w:val="24"/>
          <w:szCs w:val="24"/>
          <w:lang w:val="eu-ES"/>
        </w:rPr>
      </w:pPr>
      <w:r w:rsidRPr="007757AC">
        <w:rPr>
          <w:rFonts w:ascii="Arial" w:hAnsi="Arial" w:cs="Arial"/>
          <w:noProof/>
          <w:sz w:val="24"/>
          <w:szCs w:val="24"/>
          <w:lang w:val="eu-ES" w:eastAsia="eu-E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8720714" wp14:editId="79866F57">
                <wp:simplePos x="0" y="0"/>
                <wp:positionH relativeFrom="column">
                  <wp:posOffset>2247900</wp:posOffset>
                </wp:positionH>
                <wp:positionV relativeFrom="paragraph">
                  <wp:posOffset>36195</wp:posOffset>
                </wp:positionV>
                <wp:extent cx="1638300" cy="1404620"/>
                <wp:effectExtent l="0" t="0" r="19050" b="15240"/>
                <wp:wrapSquare wrapText="bothSides"/>
                <wp:docPr id="12" name="Testu-koadro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FB0" w:rsidRPr="00E26D75" w:rsidRDefault="00077FB0" w:rsidP="00077FB0">
                            <w:pPr>
                              <w:rPr>
                                <w:rFonts w:ascii="Arial" w:hAnsi="Arial" w:cs="Arial"/>
                                <w:lang w:val="eu-E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u-ES"/>
                              </w:rPr>
                              <w:t>Zehaztasun-</w:t>
                            </w:r>
                            <w:r w:rsidRPr="00E26D75">
                              <w:rPr>
                                <w:rFonts w:ascii="Arial" w:hAnsi="Arial" w:cs="Arial"/>
                                <w:lang w:val="eu-ES"/>
                              </w:rPr>
                              <w:t>bihurkina</w:t>
                            </w:r>
                            <w:r>
                              <w:rPr>
                                <w:rFonts w:ascii="Arial" w:hAnsi="Arial" w:cs="Arial"/>
                                <w:lang w:val="eu-ES"/>
                              </w:rPr>
                              <w:t xml:space="preserve"> erabili birarazteko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720714" id="_x0000_s1031" type="#_x0000_t202" style="position:absolute;left:0;text-align:left;margin-left:177pt;margin-top:2.85pt;width:129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" strokecolor="red" strokeweight="2pt">
                <v:textbox style="mso-fit-shape-to-text:t">
                  <w:txbxContent>
                    <w:p w:rsidR="00077FB0" w:rsidRPr="00E26D75" w:rsidRDefault="00077FB0" w:rsidP="00077FB0">
                      <w:pPr>
                        <w:rPr>
                          <w:rFonts w:ascii="Arial" w:hAnsi="Arial" w:cs="Arial"/>
                          <w:lang w:val="eu-ES"/>
                        </w:rPr>
                      </w:pPr>
                      <w:r>
                        <w:rPr>
                          <w:rFonts w:ascii="Arial" w:hAnsi="Arial" w:cs="Arial"/>
                          <w:lang w:val="eu-ES"/>
                        </w:rPr>
                        <w:t>Zehaztasun-</w:t>
                      </w:r>
                      <w:r w:rsidRPr="00E26D75">
                        <w:rPr>
                          <w:rFonts w:ascii="Arial" w:hAnsi="Arial" w:cs="Arial"/>
                          <w:lang w:val="eu-ES"/>
                        </w:rPr>
                        <w:t>bihurkina</w:t>
                      </w:r>
                      <w:r>
                        <w:rPr>
                          <w:rFonts w:ascii="Arial" w:hAnsi="Arial" w:cs="Arial"/>
                          <w:lang w:val="eu-ES"/>
                        </w:rPr>
                        <w:t xml:space="preserve"> erabili birarazteko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77FB0" w:rsidRPr="007757AC" w:rsidRDefault="00077FB0" w:rsidP="00077FB0">
      <w:pPr>
        <w:spacing w:line="360" w:lineRule="auto"/>
        <w:rPr>
          <w:rFonts w:ascii="Arial" w:hAnsi="Arial" w:cs="Arial"/>
          <w:sz w:val="24"/>
          <w:szCs w:val="24"/>
          <w:lang w:val="eu-ES"/>
        </w:rPr>
      </w:pPr>
      <w:r w:rsidRPr="007757AC">
        <w:rPr>
          <w:noProof/>
          <w:lang w:val="eu-ES" w:eastAsia="eu-ES"/>
        </w:rPr>
        <mc:AlternateContent>
          <mc:Choice Requires="wps">
            <w:drawing>
              <wp:inline distT="0" distB="0" distL="0" distR="0" wp14:anchorId="356A5E15" wp14:editId="4CA820AC">
                <wp:extent cx="304800" cy="304800"/>
                <wp:effectExtent l="0" t="0" r="0" b="0"/>
                <wp:docPr id="5" name="Laukizuzena 5" descr="https://ae-pic-a1.aliexpress-media.com/kf/H2fc964314cd1477aa4100bb4dffbd4b3u.jpg_960x960q75.jpg_.av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91E534" id="Laukizuzena 5" o:spid="_x0000_s1026" alt="https://ae-pic-a1.aliexpress-media.com/kf/H2fc964314cd1477aa4100bb4dffbd4b3u.jpg_960x960q75.jpg_.avi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DGvLnBgMAACcGAAAOAAAAAAAAAAAAAAAAAC4CAABkcnMvZTJvRG9jLnhtbFBLAQIt&#10;ABQABgAIAAAAIQBMoOks2AAAAAMBAAAPAAAAAAAAAAAAAAAAAGA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</w:p>
    <w:p w:rsidR="00077FB0" w:rsidRPr="007757AC" w:rsidRDefault="00077FB0" w:rsidP="00077FB0">
      <w:pPr>
        <w:spacing w:line="360" w:lineRule="auto"/>
        <w:rPr>
          <w:rFonts w:ascii="Arial" w:hAnsi="Arial" w:cs="Arial"/>
          <w:sz w:val="24"/>
          <w:szCs w:val="24"/>
          <w:lang w:val="eu-ES"/>
        </w:rPr>
      </w:pPr>
    </w:p>
    <w:p w:rsidR="00077FB0" w:rsidRPr="007757AC" w:rsidRDefault="00077FB0" w:rsidP="00077FB0">
      <w:pPr>
        <w:spacing w:line="360" w:lineRule="auto"/>
        <w:rPr>
          <w:rFonts w:ascii="Arial" w:hAnsi="Arial" w:cs="Arial"/>
          <w:sz w:val="24"/>
          <w:szCs w:val="24"/>
          <w:lang w:val="eu-ES"/>
        </w:rPr>
      </w:pPr>
      <w:r w:rsidRPr="007757AC">
        <w:rPr>
          <w:rFonts w:ascii="Arial" w:hAnsi="Arial" w:cs="Arial"/>
          <w:sz w:val="24"/>
          <w:szCs w:val="24"/>
          <w:lang w:val="eu-ES"/>
        </w:rPr>
        <w:t>Sarreran eztainuztatutako eroaleetan bateria konektatuko dugu eta irteeran multimetroa. Bihurkina erabiliz potentziometroa doituko dugu multimetroak 5V markatu arte (gogoratu korronte zuzenarekin gabiltzala!).</w:t>
      </w:r>
    </w:p>
    <w:p w:rsidR="00077FB0" w:rsidRPr="007757AC" w:rsidRDefault="00077FB0" w:rsidP="00077FB0">
      <w:pPr>
        <w:spacing w:line="360" w:lineRule="auto"/>
        <w:rPr>
          <w:rFonts w:ascii="Arial" w:hAnsi="Arial" w:cs="Arial"/>
          <w:sz w:val="24"/>
          <w:szCs w:val="24"/>
          <w:lang w:val="eu-ES"/>
        </w:rPr>
      </w:pPr>
      <w:r w:rsidRPr="007757AC">
        <w:rPr>
          <w:rFonts w:ascii="Arial" w:hAnsi="Arial" w:cs="Arial"/>
          <w:sz w:val="24"/>
          <w:szCs w:val="24"/>
          <w:lang w:val="eu-ES"/>
        </w:rPr>
        <w:t xml:space="preserve">Hau egin eta gero, LM2596-a robotean jartzeko prest izango dugu. </w:t>
      </w:r>
    </w:p>
    <w:p w:rsidR="00077FB0" w:rsidRPr="007757AC" w:rsidRDefault="00077FB0" w:rsidP="00F60200">
      <w:pPr>
        <w:pStyle w:val="1izenburua"/>
        <w:numPr>
          <w:ilvl w:val="0"/>
          <w:numId w:val="7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bookmarkStart w:id="6" w:name="_Toc202430843"/>
      <w:r w:rsidRPr="007757AC">
        <w:rPr>
          <w:rFonts w:ascii="Arial" w:hAnsi="Arial" w:cs="Arial"/>
          <w:sz w:val="24"/>
          <w:szCs w:val="24"/>
          <w:lang w:val="eu-ES"/>
        </w:rPr>
        <w:t>Ebaluazioa:</w:t>
      </w:r>
      <w:bookmarkEnd w:id="6"/>
    </w:p>
    <w:p w:rsidR="00077FB0" w:rsidRPr="007757AC" w:rsidRDefault="00077FB0" w:rsidP="00077FB0">
      <w:pPr>
        <w:rPr>
          <w:lang w:val="eu-ES"/>
        </w:rPr>
      </w:pPr>
    </w:p>
    <w:p w:rsidR="00077FB0" w:rsidRPr="007757AC" w:rsidRDefault="00077FB0" w:rsidP="00F60200">
      <w:pPr>
        <w:pStyle w:val="Zerrenda-paragrafoa"/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r w:rsidRPr="007757AC">
        <w:rPr>
          <w:rFonts w:ascii="Arial" w:hAnsi="Arial" w:cs="Arial"/>
          <w:sz w:val="24"/>
          <w:szCs w:val="24"/>
          <w:lang w:val="eu-ES"/>
        </w:rPr>
        <w:t>Praktika-txostena: Ikasleak egindako lanaren argazkiak eta pauso bakoitzaren azalpena.</w:t>
      </w:r>
    </w:p>
    <w:p w:rsidR="00077FB0" w:rsidRPr="007757AC" w:rsidRDefault="00077FB0" w:rsidP="00F60200">
      <w:pPr>
        <w:pStyle w:val="Zerrenda-paragrafoa"/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r w:rsidRPr="007757AC">
        <w:rPr>
          <w:rFonts w:ascii="Arial" w:hAnsi="Arial" w:cs="Arial"/>
          <w:sz w:val="24"/>
          <w:szCs w:val="24"/>
          <w:lang w:val="eu-ES"/>
        </w:rPr>
        <w:t>Konexioaren kalitatea eta funtzionaltasuna.</w:t>
      </w:r>
    </w:p>
    <w:p w:rsidR="00077FB0" w:rsidRPr="007757AC" w:rsidRDefault="00077FB0" w:rsidP="00F60200">
      <w:pPr>
        <w:pStyle w:val="Zerrenda-paragrafoa"/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r w:rsidRPr="007757AC">
        <w:rPr>
          <w:rFonts w:ascii="Arial" w:hAnsi="Arial" w:cs="Arial"/>
          <w:sz w:val="24"/>
          <w:szCs w:val="24"/>
          <w:lang w:val="eu-ES"/>
        </w:rPr>
        <w:t>Jarreraren ebaluazioa: segurtasuna, arreta, ordena.</w:t>
      </w:r>
    </w:p>
    <w:p w:rsidR="00077FB0" w:rsidRPr="007757AC" w:rsidRDefault="00077FB0" w:rsidP="00F60200">
      <w:pPr>
        <w:pStyle w:val="1izenburua"/>
        <w:numPr>
          <w:ilvl w:val="0"/>
          <w:numId w:val="7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bookmarkStart w:id="7" w:name="_Toc202430844"/>
      <w:r w:rsidRPr="007757AC">
        <w:rPr>
          <w:rFonts w:ascii="Arial" w:hAnsi="Arial" w:cs="Arial"/>
          <w:sz w:val="24"/>
          <w:szCs w:val="24"/>
          <w:lang w:val="eu-ES"/>
        </w:rPr>
        <w:lastRenderedPageBreak/>
        <w:t>Oharrak:</w:t>
      </w:r>
      <w:bookmarkEnd w:id="7"/>
    </w:p>
    <w:p w:rsidR="00077FB0" w:rsidRPr="007757AC" w:rsidRDefault="00077FB0" w:rsidP="00077FB0">
      <w:pPr>
        <w:rPr>
          <w:lang w:val="eu-ES"/>
        </w:rPr>
      </w:pPr>
    </w:p>
    <w:p w:rsidR="00077FB0" w:rsidRPr="007757AC" w:rsidRDefault="00077FB0" w:rsidP="00F60200">
      <w:pPr>
        <w:pStyle w:val="Zerrenda-paragrafoa"/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r w:rsidRPr="007757AC">
        <w:rPr>
          <w:rFonts w:ascii="Arial" w:hAnsi="Arial" w:cs="Arial"/>
          <w:sz w:val="24"/>
          <w:szCs w:val="24"/>
          <w:lang w:val="eu-ES"/>
        </w:rPr>
        <w:t>Irakasleak gainbegiratu beharko du soldadura prozesua, batez ere hasiberrientzat.</w:t>
      </w:r>
    </w:p>
    <w:p w:rsidR="00077FB0" w:rsidRPr="007757AC" w:rsidRDefault="00077FB0" w:rsidP="00F60200">
      <w:pPr>
        <w:pStyle w:val="Zerrenda-paragrafoa"/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r w:rsidRPr="007757AC">
        <w:rPr>
          <w:rFonts w:ascii="Arial" w:hAnsi="Arial" w:cs="Arial"/>
          <w:sz w:val="24"/>
          <w:szCs w:val="24"/>
          <w:lang w:val="eu-ES"/>
        </w:rPr>
        <w:t>Egon daitezkeen ohiko arazoak</w:t>
      </w:r>
    </w:p>
    <w:p w:rsidR="00077FB0" w:rsidRPr="007757AC" w:rsidRDefault="00077FB0" w:rsidP="00077FB0">
      <w:pPr>
        <w:pStyle w:val="Zerrenda-paragrafoa"/>
        <w:spacing w:line="360" w:lineRule="auto"/>
        <w:rPr>
          <w:rFonts w:ascii="Arial" w:hAnsi="Arial" w:cs="Arial"/>
          <w:sz w:val="24"/>
          <w:szCs w:val="24"/>
          <w:lang w:val="eu-ES"/>
        </w:rPr>
      </w:pPr>
    </w:p>
    <w:p w:rsidR="00077FB0" w:rsidRPr="007757AC" w:rsidRDefault="00077FB0" w:rsidP="00F60200">
      <w:pPr>
        <w:pStyle w:val="Zerrenda-paragrafoa"/>
        <w:numPr>
          <w:ilvl w:val="0"/>
          <w:numId w:val="13"/>
        </w:numPr>
        <w:spacing w:line="360" w:lineRule="auto"/>
        <w:rPr>
          <w:rFonts w:ascii="Arial" w:hAnsi="Arial" w:cs="Arial"/>
          <w:sz w:val="24"/>
          <w:szCs w:val="24"/>
          <w:lang w:val="eu-ES"/>
        </w:rPr>
      </w:pPr>
      <w:r w:rsidRPr="007757AC">
        <w:rPr>
          <w:rStyle w:val="Lodia"/>
          <w:rFonts w:ascii="Arial" w:hAnsi="Arial" w:cs="Arial"/>
          <w:sz w:val="24"/>
          <w:szCs w:val="24"/>
          <w:lang w:val="eu-ES"/>
        </w:rPr>
        <w:t>Soldadura Koldarra ("</w:t>
      </w:r>
      <w:proofErr w:type="spellStart"/>
      <w:r w:rsidRPr="007757AC">
        <w:rPr>
          <w:rStyle w:val="Lodia"/>
          <w:rFonts w:ascii="Arial" w:hAnsi="Arial" w:cs="Arial"/>
          <w:sz w:val="24"/>
          <w:szCs w:val="24"/>
          <w:lang w:val="eu-ES"/>
        </w:rPr>
        <w:t>Cold</w:t>
      </w:r>
      <w:proofErr w:type="spellEnd"/>
      <w:r w:rsidRPr="007757AC">
        <w:rPr>
          <w:rStyle w:val="Lodia"/>
          <w:rFonts w:ascii="Arial" w:hAnsi="Arial" w:cs="Arial"/>
          <w:sz w:val="24"/>
          <w:szCs w:val="24"/>
          <w:lang w:val="eu-ES"/>
        </w:rPr>
        <w:t xml:space="preserve"> </w:t>
      </w:r>
      <w:proofErr w:type="spellStart"/>
      <w:r w:rsidRPr="007757AC">
        <w:rPr>
          <w:rStyle w:val="Lodia"/>
          <w:rFonts w:ascii="Arial" w:hAnsi="Arial" w:cs="Arial"/>
          <w:sz w:val="24"/>
          <w:szCs w:val="24"/>
          <w:lang w:val="eu-ES"/>
        </w:rPr>
        <w:t>Joint</w:t>
      </w:r>
      <w:proofErr w:type="spellEnd"/>
      <w:r w:rsidRPr="007757AC">
        <w:rPr>
          <w:rStyle w:val="Lodia"/>
          <w:rFonts w:ascii="Arial" w:hAnsi="Arial" w:cs="Arial"/>
          <w:sz w:val="24"/>
          <w:szCs w:val="24"/>
          <w:lang w:val="eu-ES"/>
        </w:rPr>
        <w:t>")</w:t>
      </w:r>
    </w:p>
    <w:p w:rsidR="00077FB0" w:rsidRPr="007757AC" w:rsidRDefault="00077FB0" w:rsidP="00F60200">
      <w:pPr>
        <w:pStyle w:val="Normalaweb"/>
        <w:numPr>
          <w:ilvl w:val="1"/>
          <w:numId w:val="13"/>
        </w:numPr>
        <w:spacing w:line="360" w:lineRule="auto"/>
        <w:rPr>
          <w:rFonts w:ascii="Arial" w:hAnsi="Arial" w:cs="Arial"/>
        </w:rPr>
      </w:pPr>
      <w:r w:rsidRPr="007757AC">
        <w:rPr>
          <w:rStyle w:val="Lodia"/>
          <w:rFonts w:ascii="Arial" w:hAnsi="Arial" w:cs="Arial"/>
        </w:rPr>
        <w:t>Zer da?</w:t>
      </w:r>
      <w:r w:rsidRPr="007757AC">
        <w:rPr>
          <w:rFonts w:ascii="Arial" w:hAnsi="Arial" w:cs="Arial"/>
        </w:rPr>
        <w:t xml:space="preserve"> Bi pieza ez dira tenperatura egokira iristen, eta ez dira behar bezala batzen.</w:t>
      </w:r>
    </w:p>
    <w:p w:rsidR="00077FB0" w:rsidRPr="007757AC" w:rsidRDefault="00077FB0" w:rsidP="00F60200">
      <w:pPr>
        <w:pStyle w:val="Normalaweb"/>
        <w:numPr>
          <w:ilvl w:val="1"/>
          <w:numId w:val="13"/>
        </w:numPr>
        <w:spacing w:line="360" w:lineRule="auto"/>
        <w:rPr>
          <w:rFonts w:ascii="Arial" w:hAnsi="Arial" w:cs="Arial"/>
        </w:rPr>
      </w:pPr>
      <w:r w:rsidRPr="007757AC">
        <w:rPr>
          <w:rStyle w:val="Lodia"/>
          <w:rFonts w:ascii="Arial" w:hAnsi="Arial" w:cs="Arial"/>
        </w:rPr>
        <w:t>Sintomak:</w:t>
      </w:r>
      <w:r w:rsidRPr="007757AC">
        <w:rPr>
          <w:rFonts w:ascii="Arial" w:hAnsi="Arial" w:cs="Arial"/>
        </w:rPr>
        <w:t xml:space="preserve"> Akabera opakua da, ez da distiratsua eta ez dago itsatsita.</w:t>
      </w:r>
    </w:p>
    <w:p w:rsidR="00077FB0" w:rsidRPr="007757AC" w:rsidRDefault="00077FB0" w:rsidP="00F60200">
      <w:pPr>
        <w:pStyle w:val="Normalaweb"/>
        <w:numPr>
          <w:ilvl w:val="1"/>
          <w:numId w:val="13"/>
        </w:numPr>
        <w:spacing w:line="360" w:lineRule="auto"/>
        <w:rPr>
          <w:rFonts w:ascii="Arial" w:hAnsi="Arial" w:cs="Arial"/>
        </w:rPr>
      </w:pPr>
      <w:r w:rsidRPr="007757AC">
        <w:rPr>
          <w:rStyle w:val="Lodia"/>
          <w:rFonts w:ascii="Arial" w:hAnsi="Arial" w:cs="Arial"/>
        </w:rPr>
        <w:t>Arrazoiak:</w:t>
      </w:r>
      <w:r w:rsidRPr="007757AC">
        <w:rPr>
          <w:rFonts w:ascii="Arial" w:hAnsi="Arial" w:cs="Arial"/>
        </w:rPr>
        <w:t xml:space="preserve"> Soldadorearen tenperatura baxua, pieza ez-berotuak, edo mugimendua soldatzean zehar.</w:t>
      </w:r>
    </w:p>
    <w:p w:rsidR="00077FB0" w:rsidRPr="007757AC" w:rsidRDefault="00077FB0" w:rsidP="00077FB0">
      <w:pPr>
        <w:pStyle w:val="Normalaweb"/>
        <w:spacing w:line="360" w:lineRule="auto"/>
        <w:ind w:left="1800"/>
        <w:rPr>
          <w:rFonts w:ascii="Arial" w:hAnsi="Arial" w:cs="Arial"/>
        </w:rPr>
      </w:pPr>
    </w:p>
    <w:p w:rsidR="00077FB0" w:rsidRPr="007757AC" w:rsidRDefault="00077FB0" w:rsidP="00F60200">
      <w:pPr>
        <w:pStyle w:val="Zerrenda-paragrafoa"/>
        <w:numPr>
          <w:ilvl w:val="0"/>
          <w:numId w:val="13"/>
        </w:numPr>
        <w:spacing w:line="360" w:lineRule="auto"/>
        <w:rPr>
          <w:rStyle w:val="Lodia"/>
          <w:rFonts w:ascii="Arial" w:hAnsi="Arial" w:cs="Arial"/>
          <w:sz w:val="24"/>
          <w:szCs w:val="24"/>
          <w:lang w:val="eu-ES"/>
        </w:rPr>
      </w:pPr>
      <w:r w:rsidRPr="007757AC">
        <w:rPr>
          <w:rStyle w:val="Lodia"/>
          <w:rFonts w:ascii="Arial" w:hAnsi="Arial" w:cs="Arial"/>
          <w:sz w:val="24"/>
          <w:szCs w:val="24"/>
          <w:lang w:val="eu-ES"/>
        </w:rPr>
        <w:t>Oxidazio edo zikinkeria</w:t>
      </w:r>
    </w:p>
    <w:p w:rsidR="00077FB0" w:rsidRPr="007757AC" w:rsidRDefault="00077FB0" w:rsidP="00F60200">
      <w:pPr>
        <w:pStyle w:val="Normalaweb"/>
        <w:numPr>
          <w:ilvl w:val="1"/>
          <w:numId w:val="13"/>
        </w:numPr>
        <w:spacing w:line="360" w:lineRule="auto"/>
        <w:rPr>
          <w:rFonts w:ascii="Arial" w:hAnsi="Arial" w:cs="Arial"/>
          <w:bCs/>
        </w:rPr>
      </w:pPr>
      <w:r w:rsidRPr="007757AC">
        <w:rPr>
          <w:rStyle w:val="Lodia"/>
          <w:rFonts w:ascii="Arial" w:hAnsi="Arial" w:cs="Arial"/>
        </w:rPr>
        <w:t>Zer da?</w:t>
      </w:r>
      <w:r w:rsidRPr="007757AC">
        <w:rPr>
          <w:rStyle w:val="Lodia"/>
        </w:rPr>
        <w:t xml:space="preserve"> </w:t>
      </w:r>
      <w:r w:rsidRPr="007757AC">
        <w:rPr>
          <w:rFonts w:ascii="Arial" w:hAnsi="Arial" w:cs="Arial"/>
          <w:bCs/>
        </w:rPr>
        <w:t>Piezen gainazala oxidatuta edo zikinduta badago, ez du soldadura onartzen.</w:t>
      </w:r>
    </w:p>
    <w:p w:rsidR="00077FB0" w:rsidRPr="007757AC" w:rsidRDefault="00077FB0" w:rsidP="00F60200">
      <w:pPr>
        <w:pStyle w:val="Normalaweb"/>
        <w:numPr>
          <w:ilvl w:val="1"/>
          <w:numId w:val="13"/>
        </w:numPr>
        <w:spacing w:line="360" w:lineRule="auto"/>
        <w:rPr>
          <w:rStyle w:val="Lodia"/>
        </w:rPr>
      </w:pPr>
      <w:r w:rsidRPr="007757AC">
        <w:rPr>
          <w:rStyle w:val="Lodia"/>
          <w:rFonts w:ascii="Arial" w:hAnsi="Arial" w:cs="Arial"/>
        </w:rPr>
        <w:t>Sintomak:</w:t>
      </w:r>
      <w:r w:rsidRPr="007757AC">
        <w:rPr>
          <w:rStyle w:val="Lodia"/>
        </w:rPr>
        <w:t xml:space="preserve"> </w:t>
      </w:r>
      <w:r w:rsidRPr="007757AC">
        <w:rPr>
          <w:rFonts w:ascii="Arial" w:hAnsi="Arial" w:cs="Arial"/>
        </w:rPr>
        <w:t xml:space="preserve">Eztainua ez da </w:t>
      </w:r>
      <w:proofErr w:type="spellStart"/>
      <w:r w:rsidRPr="007757AC">
        <w:rPr>
          <w:rFonts w:ascii="Arial" w:hAnsi="Arial" w:cs="Arial"/>
        </w:rPr>
        <w:t>uniformeki</w:t>
      </w:r>
      <w:proofErr w:type="spellEnd"/>
      <w:r w:rsidRPr="007757AC">
        <w:rPr>
          <w:rFonts w:ascii="Arial" w:hAnsi="Arial" w:cs="Arial"/>
        </w:rPr>
        <w:t xml:space="preserve"> zabaltzen, ez du itsasten.</w:t>
      </w:r>
    </w:p>
    <w:p w:rsidR="00077FB0" w:rsidRPr="007757AC" w:rsidRDefault="00077FB0" w:rsidP="00F60200">
      <w:pPr>
        <w:pStyle w:val="Normalaweb"/>
        <w:numPr>
          <w:ilvl w:val="1"/>
          <w:numId w:val="13"/>
        </w:numPr>
        <w:spacing w:line="360" w:lineRule="auto"/>
        <w:rPr>
          <w:rStyle w:val="Lodia"/>
        </w:rPr>
      </w:pPr>
      <w:r w:rsidRPr="007757AC">
        <w:rPr>
          <w:rStyle w:val="Lodia"/>
          <w:rFonts w:ascii="Arial" w:hAnsi="Arial" w:cs="Arial"/>
        </w:rPr>
        <w:t>Arrazoiak:</w:t>
      </w:r>
      <w:r w:rsidRPr="007757AC">
        <w:rPr>
          <w:rStyle w:val="Lodia"/>
          <w:rFonts w:ascii="Arial" w:hAnsi="Arial" w:cs="Arial"/>
          <w:b w:val="0"/>
        </w:rPr>
        <w:t xml:space="preserve"> Pieza garbitu gabe egotea, </w:t>
      </w:r>
      <w:proofErr w:type="spellStart"/>
      <w:r w:rsidRPr="007757AC">
        <w:rPr>
          <w:rStyle w:val="Lodia"/>
          <w:rFonts w:ascii="Arial" w:hAnsi="Arial" w:cs="Arial"/>
          <w:b w:val="0"/>
        </w:rPr>
        <w:t>fluxarik</w:t>
      </w:r>
      <w:proofErr w:type="spellEnd"/>
      <w:r w:rsidRPr="007757AC">
        <w:rPr>
          <w:rStyle w:val="Lodia"/>
          <w:rFonts w:ascii="Arial" w:hAnsi="Arial" w:cs="Arial"/>
          <w:b w:val="0"/>
        </w:rPr>
        <w:t xml:space="preserve"> ez erabiltzea edo ez egokia izatea.</w:t>
      </w:r>
    </w:p>
    <w:p w:rsidR="00077FB0" w:rsidRPr="007757AC" w:rsidRDefault="00077FB0" w:rsidP="00077FB0">
      <w:pPr>
        <w:pStyle w:val="Normalaweb"/>
        <w:spacing w:line="360" w:lineRule="auto"/>
        <w:ind w:left="1800"/>
        <w:rPr>
          <w:rStyle w:val="Lodia"/>
        </w:rPr>
      </w:pPr>
    </w:p>
    <w:p w:rsidR="00077FB0" w:rsidRPr="007757AC" w:rsidRDefault="00077FB0" w:rsidP="00F60200">
      <w:pPr>
        <w:pStyle w:val="Zerrenda-paragrafoa"/>
        <w:numPr>
          <w:ilvl w:val="0"/>
          <w:numId w:val="13"/>
        </w:numPr>
        <w:spacing w:line="360" w:lineRule="auto"/>
        <w:rPr>
          <w:rStyle w:val="Lodia"/>
          <w:lang w:val="eu-ES"/>
        </w:rPr>
      </w:pPr>
      <w:r w:rsidRPr="007757AC">
        <w:rPr>
          <w:rStyle w:val="Lodia"/>
          <w:rFonts w:ascii="Arial" w:hAnsi="Arial" w:cs="Arial"/>
          <w:sz w:val="24"/>
          <w:szCs w:val="24"/>
          <w:lang w:val="eu-ES"/>
        </w:rPr>
        <w:t>Fluxu gabezia edo erabilera desegokia</w:t>
      </w:r>
    </w:p>
    <w:p w:rsidR="00077FB0" w:rsidRPr="007757AC" w:rsidRDefault="00077FB0" w:rsidP="00F60200">
      <w:pPr>
        <w:pStyle w:val="Normalaweb"/>
        <w:numPr>
          <w:ilvl w:val="1"/>
          <w:numId w:val="13"/>
        </w:numPr>
        <w:spacing w:line="360" w:lineRule="auto"/>
        <w:rPr>
          <w:rStyle w:val="Lodia"/>
          <w:rFonts w:ascii="Arial" w:hAnsi="Arial" w:cs="Arial"/>
        </w:rPr>
      </w:pPr>
      <w:r w:rsidRPr="007757AC">
        <w:rPr>
          <w:rStyle w:val="Lodia"/>
          <w:rFonts w:ascii="Arial" w:hAnsi="Arial" w:cs="Arial"/>
        </w:rPr>
        <w:t xml:space="preserve">Zer da? </w:t>
      </w:r>
      <w:r w:rsidRPr="007757AC">
        <w:rPr>
          <w:rStyle w:val="Lodia"/>
          <w:rFonts w:ascii="Arial" w:hAnsi="Arial" w:cs="Arial"/>
          <w:b w:val="0"/>
        </w:rPr>
        <w:t xml:space="preserve">Fluxua metala garbitzeko eta eztainua </w:t>
      </w:r>
      <w:proofErr w:type="spellStart"/>
      <w:r w:rsidRPr="007757AC">
        <w:rPr>
          <w:rStyle w:val="Lodia"/>
          <w:rFonts w:ascii="Arial" w:hAnsi="Arial" w:cs="Arial"/>
          <w:b w:val="0"/>
        </w:rPr>
        <w:t>uniformeki</w:t>
      </w:r>
      <w:proofErr w:type="spellEnd"/>
      <w:r w:rsidRPr="007757AC">
        <w:rPr>
          <w:rStyle w:val="Lodia"/>
          <w:rFonts w:ascii="Arial" w:hAnsi="Arial" w:cs="Arial"/>
          <w:b w:val="0"/>
        </w:rPr>
        <w:t xml:space="preserve"> zabaltzeko erabiltzen da.</w:t>
      </w:r>
    </w:p>
    <w:p w:rsidR="00077FB0" w:rsidRPr="007757AC" w:rsidRDefault="00077FB0" w:rsidP="00F60200">
      <w:pPr>
        <w:pStyle w:val="Normalaweb"/>
        <w:numPr>
          <w:ilvl w:val="1"/>
          <w:numId w:val="13"/>
        </w:numPr>
        <w:spacing w:line="360" w:lineRule="auto"/>
        <w:rPr>
          <w:rStyle w:val="Lodia"/>
          <w:rFonts w:ascii="Arial" w:hAnsi="Arial" w:cs="Arial"/>
          <w:b w:val="0"/>
        </w:rPr>
      </w:pPr>
      <w:r w:rsidRPr="007757AC">
        <w:rPr>
          <w:rStyle w:val="Lodia"/>
          <w:rFonts w:ascii="Arial" w:hAnsi="Arial" w:cs="Arial"/>
        </w:rPr>
        <w:t xml:space="preserve">Sintomak: </w:t>
      </w:r>
      <w:r w:rsidRPr="007757AC">
        <w:rPr>
          <w:rStyle w:val="Lodia"/>
          <w:rFonts w:ascii="Arial" w:hAnsi="Arial" w:cs="Arial"/>
          <w:b w:val="0"/>
        </w:rPr>
        <w:t>Soldadura irregularra, burbuilatsu edo itsaskor ez dena.</w:t>
      </w:r>
    </w:p>
    <w:p w:rsidR="00077FB0" w:rsidRPr="007757AC" w:rsidRDefault="00077FB0" w:rsidP="00F60200">
      <w:pPr>
        <w:pStyle w:val="Normalaweb"/>
        <w:numPr>
          <w:ilvl w:val="1"/>
          <w:numId w:val="13"/>
        </w:numPr>
        <w:spacing w:line="360" w:lineRule="auto"/>
        <w:rPr>
          <w:rStyle w:val="Lodia"/>
          <w:rFonts w:ascii="Arial" w:hAnsi="Arial" w:cs="Arial"/>
          <w:b w:val="0"/>
        </w:rPr>
      </w:pPr>
      <w:r w:rsidRPr="007757AC">
        <w:rPr>
          <w:rStyle w:val="Lodia"/>
          <w:rFonts w:ascii="Arial" w:hAnsi="Arial" w:cs="Arial"/>
        </w:rPr>
        <w:lastRenderedPageBreak/>
        <w:t xml:space="preserve">Arrazoiak: </w:t>
      </w:r>
      <w:r w:rsidRPr="007757AC">
        <w:rPr>
          <w:rStyle w:val="Lodia"/>
          <w:rFonts w:ascii="Arial" w:hAnsi="Arial" w:cs="Arial"/>
          <w:b w:val="0"/>
        </w:rPr>
        <w:t>Fluxurik ez aplikatzea edo gehiegi erabiltzea (ondoren ez garbitzea korrosioa ekar dezake).</w:t>
      </w:r>
    </w:p>
    <w:p w:rsidR="00077FB0" w:rsidRPr="007757AC" w:rsidRDefault="00077FB0" w:rsidP="00077FB0">
      <w:pPr>
        <w:pStyle w:val="Normalaweb"/>
        <w:spacing w:line="360" w:lineRule="auto"/>
        <w:ind w:left="1800"/>
        <w:rPr>
          <w:rStyle w:val="Lodia"/>
          <w:rFonts w:ascii="Arial" w:hAnsi="Arial" w:cs="Arial"/>
          <w:b w:val="0"/>
        </w:rPr>
      </w:pPr>
    </w:p>
    <w:p w:rsidR="00077FB0" w:rsidRPr="007757AC" w:rsidRDefault="00077FB0" w:rsidP="00F60200">
      <w:pPr>
        <w:pStyle w:val="Zerrenda-paragrafoa"/>
        <w:numPr>
          <w:ilvl w:val="0"/>
          <w:numId w:val="13"/>
        </w:numPr>
        <w:spacing w:line="360" w:lineRule="auto"/>
        <w:rPr>
          <w:rStyle w:val="Lodia"/>
          <w:lang w:val="eu-ES"/>
        </w:rPr>
      </w:pPr>
      <w:r w:rsidRPr="007757AC">
        <w:rPr>
          <w:rStyle w:val="Lodia"/>
          <w:rFonts w:ascii="Arial" w:hAnsi="Arial" w:cs="Arial"/>
          <w:sz w:val="24"/>
          <w:szCs w:val="24"/>
          <w:lang w:val="eu-ES"/>
        </w:rPr>
        <w:t>Tenperatura gehiegizkoa</w:t>
      </w:r>
    </w:p>
    <w:p w:rsidR="00077FB0" w:rsidRPr="007757AC" w:rsidRDefault="00077FB0" w:rsidP="00F60200">
      <w:pPr>
        <w:pStyle w:val="Normalaweb"/>
        <w:numPr>
          <w:ilvl w:val="1"/>
          <w:numId w:val="13"/>
        </w:numPr>
        <w:spacing w:line="360" w:lineRule="auto"/>
        <w:rPr>
          <w:rStyle w:val="Lodia"/>
          <w:rFonts w:ascii="Arial" w:hAnsi="Arial" w:cs="Arial"/>
          <w:b w:val="0"/>
        </w:rPr>
      </w:pPr>
      <w:r w:rsidRPr="007757AC">
        <w:rPr>
          <w:rStyle w:val="Lodia"/>
          <w:rFonts w:ascii="Arial" w:hAnsi="Arial" w:cs="Arial"/>
        </w:rPr>
        <w:t xml:space="preserve">Zer da? </w:t>
      </w:r>
      <w:r w:rsidRPr="007757AC">
        <w:rPr>
          <w:rStyle w:val="Lodia"/>
          <w:rFonts w:ascii="Arial" w:hAnsi="Arial" w:cs="Arial"/>
          <w:b w:val="0"/>
        </w:rPr>
        <w:t xml:space="preserve">Soldadorea gehiegi berotzen bada, osagaiak edo </w:t>
      </w:r>
      <w:proofErr w:type="spellStart"/>
      <w:r w:rsidRPr="007757AC">
        <w:rPr>
          <w:rStyle w:val="Lodia"/>
          <w:rFonts w:ascii="Arial" w:hAnsi="Arial" w:cs="Arial"/>
          <w:b w:val="0"/>
        </w:rPr>
        <w:t>PCBak</w:t>
      </w:r>
      <w:proofErr w:type="spellEnd"/>
      <w:r w:rsidRPr="007757AC">
        <w:rPr>
          <w:rStyle w:val="Lodia"/>
          <w:rFonts w:ascii="Arial" w:hAnsi="Arial" w:cs="Arial"/>
          <w:b w:val="0"/>
        </w:rPr>
        <w:t xml:space="preserve"> kaltetu ditzake.</w:t>
      </w:r>
    </w:p>
    <w:p w:rsidR="00077FB0" w:rsidRPr="007757AC" w:rsidRDefault="00077FB0" w:rsidP="00F60200">
      <w:pPr>
        <w:pStyle w:val="Normalaweb"/>
        <w:numPr>
          <w:ilvl w:val="1"/>
          <w:numId w:val="13"/>
        </w:numPr>
        <w:spacing w:line="360" w:lineRule="auto"/>
        <w:rPr>
          <w:rStyle w:val="Lodia"/>
          <w:rFonts w:ascii="Arial" w:hAnsi="Arial" w:cs="Arial"/>
          <w:b w:val="0"/>
        </w:rPr>
      </w:pPr>
      <w:r w:rsidRPr="007757AC">
        <w:rPr>
          <w:rStyle w:val="Lodia"/>
          <w:rFonts w:ascii="Arial" w:hAnsi="Arial" w:cs="Arial"/>
        </w:rPr>
        <w:t xml:space="preserve">Sintomak: </w:t>
      </w:r>
      <w:r w:rsidRPr="007757AC">
        <w:rPr>
          <w:rStyle w:val="Lodia"/>
          <w:rFonts w:ascii="Arial" w:hAnsi="Arial" w:cs="Arial"/>
          <w:b w:val="0"/>
        </w:rPr>
        <w:t>Pista edo osagaiak beltz bihurtzea, plastiko urtua, konexio ahulak.</w:t>
      </w:r>
    </w:p>
    <w:p w:rsidR="00077FB0" w:rsidRPr="007757AC" w:rsidRDefault="00077FB0" w:rsidP="00F60200">
      <w:pPr>
        <w:pStyle w:val="Normalaweb"/>
        <w:numPr>
          <w:ilvl w:val="1"/>
          <w:numId w:val="13"/>
        </w:numPr>
        <w:spacing w:line="360" w:lineRule="auto"/>
        <w:rPr>
          <w:rStyle w:val="Lodia"/>
          <w:rFonts w:ascii="Arial" w:hAnsi="Arial" w:cs="Arial"/>
          <w:b w:val="0"/>
        </w:rPr>
      </w:pPr>
      <w:r w:rsidRPr="007757AC">
        <w:rPr>
          <w:rStyle w:val="Lodia"/>
          <w:rFonts w:ascii="Arial" w:hAnsi="Arial" w:cs="Arial"/>
        </w:rPr>
        <w:t xml:space="preserve">Arrazoiak: </w:t>
      </w:r>
      <w:r w:rsidRPr="007757AC">
        <w:rPr>
          <w:rStyle w:val="Lodia"/>
          <w:rFonts w:ascii="Arial" w:hAnsi="Arial" w:cs="Arial"/>
          <w:b w:val="0"/>
        </w:rPr>
        <w:t xml:space="preserve">Denbora luzez berotzea, </w:t>
      </w:r>
      <w:proofErr w:type="spellStart"/>
      <w:r w:rsidRPr="007757AC">
        <w:rPr>
          <w:rStyle w:val="Lodia"/>
          <w:rFonts w:ascii="Arial" w:hAnsi="Arial" w:cs="Arial"/>
          <w:b w:val="0"/>
        </w:rPr>
        <w:t>wattaje</w:t>
      </w:r>
      <w:proofErr w:type="spellEnd"/>
      <w:r w:rsidRPr="007757AC">
        <w:rPr>
          <w:rStyle w:val="Lodia"/>
          <w:rFonts w:ascii="Arial" w:hAnsi="Arial" w:cs="Arial"/>
          <w:b w:val="0"/>
        </w:rPr>
        <w:t xml:space="preserve"> handiko soldadorea erabilita.</w:t>
      </w:r>
    </w:p>
    <w:p w:rsidR="00077FB0" w:rsidRPr="007757AC" w:rsidRDefault="00077FB0" w:rsidP="00077FB0">
      <w:pPr>
        <w:pStyle w:val="Normalaweb"/>
        <w:spacing w:line="360" w:lineRule="auto"/>
        <w:ind w:left="1800"/>
        <w:rPr>
          <w:rStyle w:val="Lodia"/>
          <w:rFonts w:ascii="Arial" w:hAnsi="Arial" w:cs="Arial"/>
          <w:b w:val="0"/>
        </w:rPr>
      </w:pPr>
    </w:p>
    <w:p w:rsidR="00077FB0" w:rsidRPr="007757AC" w:rsidRDefault="00077FB0" w:rsidP="00F60200">
      <w:pPr>
        <w:pStyle w:val="Zerrenda-paragrafoa"/>
        <w:numPr>
          <w:ilvl w:val="0"/>
          <w:numId w:val="13"/>
        </w:numPr>
        <w:spacing w:line="360" w:lineRule="auto"/>
        <w:rPr>
          <w:rStyle w:val="Lodia"/>
          <w:lang w:val="eu-ES"/>
        </w:rPr>
      </w:pPr>
      <w:r w:rsidRPr="007757AC">
        <w:rPr>
          <w:rStyle w:val="Lodia"/>
          <w:rFonts w:ascii="Arial" w:hAnsi="Arial" w:cs="Arial"/>
          <w:sz w:val="24"/>
          <w:szCs w:val="24"/>
          <w:lang w:val="eu-ES"/>
        </w:rPr>
        <w:t>Soldadura gehiegi edo gutxiegi</w:t>
      </w:r>
    </w:p>
    <w:p w:rsidR="00077FB0" w:rsidRPr="007757AC" w:rsidRDefault="00077FB0" w:rsidP="00F60200">
      <w:pPr>
        <w:pStyle w:val="Normalaweb"/>
        <w:numPr>
          <w:ilvl w:val="1"/>
          <w:numId w:val="13"/>
        </w:numPr>
        <w:spacing w:line="360" w:lineRule="auto"/>
        <w:rPr>
          <w:rStyle w:val="Lodia"/>
          <w:rFonts w:ascii="Arial" w:hAnsi="Arial" w:cs="Arial"/>
        </w:rPr>
      </w:pPr>
      <w:r w:rsidRPr="007757AC">
        <w:rPr>
          <w:rStyle w:val="Lodia"/>
          <w:rFonts w:ascii="Arial" w:hAnsi="Arial" w:cs="Arial"/>
        </w:rPr>
        <w:t xml:space="preserve">Zer da? </w:t>
      </w:r>
      <w:r w:rsidRPr="007757AC">
        <w:rPr>
          <w:rStyle w:val="Lodia"/>
          <w:rFonts w:ascii="Arial" w:hAnsi="Arial" w:cs="Arial"/>
          <w:b w:val="0"/>
        </w:rPr>
        <w:t>Eztainu kopuru desegokia erabiltzea.</w:t>
      </w:r>
    </w:p>
    <w:p w:rsidR="00077FB0" w:rsidRPr="007757AC" w:rsidRDefault="00077FB0" w:rsidP="00F60200">
      <w:pPr>
        <w:pStyle w:val="Normalaweb"/>
        <w:numPr>
          <w:ilvl w:val="1"/>
          <w:numId w:val="13"/>
        </w:numPr>
        <w:spacing w:line="360" w:lineRule="auto"/>
        <w:rPr>
          <w:rStyle w:val="Lodia"/>
          <w:rFonts w:ascii="Arial" w:hAnsi="Arial" w:cs="Arial"/>
        </w:rPr>
      </w:pPr>
      <w:r w:rsidRPr="007757AC">
        <w:rPr>
          <w:rStyle w:val="Lodia"/>
          <w:rFonts w:ascii="Arial" w:hAnsi="Arial" w:cs="Arial"/>
        </w:rPr>
        <w:t>Sintomak:</w:t>
      </w:r>
    </w:p>
    <w:p w:rsidR="00077FB0" w:rsidRPr="007757AC" w:rsidRDefault="00077FB0" w:rsidP="00F60200">
      <w:pPr>
        <w:pStyle w:val="Normalaweb"/>
        <w:numPr>
          <w:ilvl w:val="2"/>
          <w:numId w:val="13"/>
        </w:numPr>
        <w:spacing w:line="360" w:lineRule="auto"/>
        <w:rPr>
          <w:rStyle w:val="Lodia"/>
          <w:rFonts w:ascii="Arial" w:hAnsi="Arial" w:cs="Arial"/>
          <w:b w:val="0"/>
        </w:rPr>
      </w:pPr>
      <w:r w:rsidRPr="007757AC">
        <w:rPr>
          <w:rStyle w:val="Lodia"/>
          <w:rFonts w:ascii="Arial" w:hAnsi="Arial" w:cs="Arial"/>
        </w:rPr>
        <w:t xml:space="preserve">Gutxiegi: </w:t>
      </w:r>
      <w:r w:rsidRPr="007757AC">
        <w:rPr>
          <w:rStyle w:val="Lodia"/>
          <w:rFonts w:ascii="Arial" w:hAnsi="Arial" w:cs="Arial"/>
          <w:b w:val="0"/>
        </w:rPr>
        <w:t>Konexio elektriko ahulak edo intermitenteak.</w:t>
      </w:r>
    </w:p>
    <w:p w:rsidR="00077FB0" w:rsidRDefault="00077FB0" w:rsidP="00F60200">
      <w:pPr>
        <w:pStyle w:val="Normalaweb"/>
        <w:numPr>
          <w:ilvl w:val="2"/>
          <w:numId w:val="13"/>
        </w:numPr>
        <w:spacing w:line="360" w:lineRule="auto"/>
        <w:rPr>
          <w:rStyle w:val="Lodia"/>
          <w:rFonts w:ascii="Arial" w:hAnsi="Arial" w:cs="Arial"/>
          <w:b w:val="0"/>
        </w:rPr>
      </w:pPr>
      <w:r w:rsidRPr="007757AC">
        <w:rPr>
          <w:rStyle w:val="Lodia"/>
          <w:rFonts w:ascii="Arial" w:hAnsi="Arial" w:cs="Arial"/>
        </w:rPr>
        <w:t xml:space="preserve">Gehiegi: </w:t>
      </w:r>
      <w:r w:rsidRPr="007757AC">
        <w:rPr>
          <w:rStyle w:val="Lodia"/>
          <w:rFonts w:ascii="Arial" w:hAnsi="Arial" w:cs="Arial"/>
          <w:b w:val="0"/>
        </w:rPr>
        <w:t>Zirkuituak zirkuitu laburtzeko arriskua, eta itxura profesionalik gabea.</w:t>
      </w:r>
    </w:p>
    <w:p w:rsidR="00077FB0" w:rsidRPr="007757AC" w:rsidRDefault="00077FB0" w:rsidP="00F60200">
      <w:pPr>
        <w:pStyle w:val="Normalaweb"/>
        <w:numPr>
          <w:ilvl w:val="2"/>
          <w:numId w:val="13"/>
        </w:numPr>
        <w:spacing w:line="360" w:lineRule="auto"/>
        <w:rPr>
          <w:rStyle w:val="Lodia"/>
          <w:rFonts w:ascii="Arial" w:hAnsi="Arial" w:cs="Arial"/>
          <w:b w:val="0"/>
        </w:rPr>
      </w:pPr>
    </w:p>
    <w:p w:rsidR="00077FB0" w:rsidRPr="007757AC" w:rsidRDefault="00077FB0" w:rsidP="00F60200">
      <w:pPr>
        <w:pStyle w:val="Zerrenda-paragrafoa"/>
        <w:numPr>
          <w:ilvl w:val="0"/>
          <w:numId w:val="13"/>
        </w:numPr>
        <w:spacing w:line="360" w:lineRule="auto"/>
        <w:rPr>
          <w:rStyle w:val="Lodia"/>
          <w:lang w:val="eu-ES"/>
        </w:rPr>
      </w:pPr>
      <w:r>
        <w:rPr>
          <w:rStyle w:val="Lodia"/>
          <w:rFonts w:ascii="Arial" w:hAnsi="Arial" w:cs="Arial"/>
          <w:sz w:val="24"/>
          <w:szCs w:val="24"/>
          <w:lang w:val="eu-ES"/>
        </w:rPr>
        <w:t>Zirkuitu laburrak</w:t>
      </w:r>
      <w:r w:rsidRPr="007757AC">
        <w:rPr>
          <w:rStyle w:val="Lodia"/>
          <w:rFonts w:ascii="Arial" w:hAnsi="Arial" w:cs="Arial"/>
          <w:sz w:val="24"/>
          <w:szCs w:val="24"/>
          <w:lang w:val="eu-ES"/>
        </w:rPr>
        <w:t xml:space="preserve"> (Short </w:t>
      </w:r>
      <w:proofErr w:type="spellStart"/>
      <w:r w:rsidRPr="007757AC">
        <w:rPr>
          <w:rStyle w:val="Lodia"/>
          <w:rFonts w:ascii="Arial" w:hAnsi="Arial" w:cs="Arial"/>
          <w:sz w:val="24"/>
          <w:szCs w:val="24"/>
          <w:lang w:val="eu-ES"/>
        </w:rPr>
        <w:t>Circuits</w:t>
      </w:r>
      <w:proofErr w:type="spellEnd"/>
      <w:r w:rsidRPr="007757AC">
        <w:rPr>
          <w:rStyle w:val="Lodia"/>
          <w:rFonts w:ascii="Arial" w:hAnsi="Arial" w:cs="Arial"/>
          <w:sz w:val="24"/>
          <w:szCs w:val="24"/>
          <w:lang w:val="eu-ES"/>
        </w:rPr>
        <w:t>)</w:t>
      </w:r>
    </w:p>
    <w:p w:rsidR="00077FB0" w:rsidRPr="007757AC" w:rsidRDefault="00077FB0" w:rsidP="00F60200">
      <w:pPr>
        <w:pStyle w:val="Normalaweb"/>
        <w:numPr>
          <w:ilvl w:val="1"/>
          <w:numId w:val="13"/>
        </w:numPr>
        <w:spacing w:line="360" w:lineRule="auto"/>
        <w:rPr>
          <w:rStyle w:val="Lodia"/>
          <w:rFonts w:ascii="Arial" w:hAnsi="Arial" w:cs="Arial"/>
          <w:b w:val="0"/>
        </w:rPr>
      </w:pPr>
      <w:r w:rsidRPr="007757AC">
        <w:rPr>
          <w:rStyle w:val="Lodia"/>
          <w:rFonts w:ascii="Arial" w:hAnsi="Arial" w:cs="Arial"/>
        </w:rPr>
        <w:t xml:space="preserve">Zer da? </w:t>
      </w:r>
      <w:r w:rsidRPr="007757AC">
        <w:rPr>
          <w:rStyle w:val="Lodia"/>
          <w:rFonts w:ascii="Arial" w:hAnsi="Arial" w:cs="Arial"/>
          <w:b w:val="0"/>
        </w:rPr>
        <w:t>Eztainua zubi bat sortzen du bi pista edo terminal artean.</w:t>
      </w:r>
    </w:p>
    <w:p w:rsidR="00077FB0" w:rsidRPr="007757AC" w:rsidRDefault="00077FB0" w:rsidP="00F60200">
      <w:pPr>
        <w:pStyle w:val="Normalaweb"/>
        <w:numPr>
          <w:ilvl w:val="1"/>
          <w:numId w:val="13"/>
        </w:numPr>
        <w:spacing w:line="360" w:lineRule="auto"/>
        <w:rPr>
          <w:rStyle w:val="Lodia"/>
          <w:rFonts w:ascii="Arial" w:hAnsi="Arial" w:cs="Arial"/>
          <w:b w:val="0"/>
        </w:rPr>
      </w:pPr>
      <w:r w:rsidRPr="007757AC">
        <w:rPr>
          <w:rStyle w:val="Lodia"/>
          <w:rFonts w:ascii="Arial" w:hAnsi="Arial" w:cs="Arial"/>
        </w:rPr>
        <w:t xml:space="preserve">Arrazoiak: </w:t>
      </w:r>
      <w:r w:rsidRPr="007757AC">
        <w:rPr>
          <w:rStyle w:val="Lodia"/>
          <w:rFonts w:ascii="Arial" w:hAnsi="Arial" w:cs="Arial"/>
          <w:b w:val="0"/>
        </w:rPr>
        <w:t>Gehiegizko eztainua edo tresneria desegokia erabiltzea.</w:t>
      </w:r>
    </w:p>
    <w:p w:rsidR="00077FB0" w:rsidRPr="007757AC" w:rsidRDefault="00077FB0" w:rsidP="00077FB0">
      <w:pPr>
        <w:pStyle w:val="Normalaweb"/>
        <w:spacing w:line="360" w:lineRule="auto"/>
        <w:ind w:left="1800"/>
        <w:rPr>
          <w:rStyle w:val="Lodia"/>
          <w:rFonts w:ascii="Arial" w:hAnsi="Arial" w:cs="Arial"/>
          <w:b w:val="0"/>
        </w:rPr>
      </w:pPr>
    </w:p>
    <w:p w:rsidR="00077FB0" w:rsidRPr="007757AC" w:rsidRDefault="00077FB0" w:rsidP="00F60200">
      <w:pPr>
        <w:pStyle w:val="Zerrenda-paragrafoa"/>
        <w:numPr>
          <w:ilvl w:val="0"/>
          <w:numId w:val="13"/>
        </w:numPr>
        <w:spacing w:line="360" w:lineRule="auto"/>
        <w:rPr>
          <w:rStyle w:val="Lodia"/>
          <w:lang w:val="eu-ES"/>
        </w:rPr>
      </w:pPr>
      <w:r w:rsidRPr="007757AC">
        <w:rPr>
          <w:rStyle w:val="Lodia"/>
          <w:rFonts w:ascii="Arial" w:hAnsi="Arial" w:cs="Arial"/>
          <w:sz w:val="24"/>
          <w:szCs w:val="24"/>
          <w:lang w:val="eu-ES"/>
        </w:rPr>
        <w:t>Desadostasuna materialen artean</w:t>
      </w:r>
    </w:p>
    <w:p w:rsidR="00077FB0" w:rsidRPr="007757AC" w:rsidRDefault="00077FB0" w:rsidP="00F60200">
      <w:pPr>
        <w:pStyle w:val="Normalaweb"/>
        <w:numPr>
          <w:ilvl w:val="1"/>
          <w:numId w:val="13"/>
        </w:numPr>
        <w:spacing w:line="360" w:lineRule="auto"/>
        <w:rPr>
          <w:rStyle w:val="Lodia"/>
          <w:rFonts w:ascii="Arial" w:hAnsi="Arial" w:cs="Arial"/>
        </w:rPr>
      </w:pPr>
      <w:r w:rsidRPr="007757AC">
        <w:rPr>
          <w:rStyle w:val="Lodia"/>
          <w:rFonts w:ascii="Arial" w:hAnsi="Arial" w:cs="Arial"/>
        </w:rPr>
        <w:t xml:space="preserve">Zer da? </w:t>
      </w:r>
      <w:r w:rsidRPr="007757AC">
        <w:rPr>
          <w:rStyle w:val="Lodia"/>
          <w:rFonts w:ascii="Arial" w:hAnsi="Arial" w:cs="Arial"/>
          <w:b w:val="0"/>
        </w:rPr>
        <w:t>Metalen konpatibilitatea garrantzitsua da soldadura arrakastatsurako.</w:t>
      </w:r>
    </w:p>
    <w:p w:rsidR="00077FB0" w:rsidRPr="007757AC" w:rsidRDefault="00077FB0" w:rsidP="00F60200">
      <w:pPr>
        <w:pStyle w:val="Normalaweb"/>
        <w:numPr>
          <w:ilvl w:val="1"/>
          <w:numId w:val="13"/>
        </w:numPr>
        <w:spacing w:line="360" w:lineRule="auto"/>
        <w:rPr>
          <w:rStyle w:val="Lodia"/>
          <w:rFonts w:ascii="Arial" w:hAnsi="Arial" w:cs="Arial"/>
        </w:rPr>
      </w:pPr>
      <w:r w:rsidRPr="007757AC">
        <w:rPr>
          <w:rStyle w:val="Lodia"/>
          <w:rFonts w:ascii="Arial" w:hAnsi="Arial" w:cs="Arial"/>
        </w:rPr>
        <w:lastRenderedPageBreak/>
        <w:t xml:space="preserve">Adibidea: </w:t>
      </w:r>
      <w:r w:rsidRPr="007757AC">
        <w:rPr>
          <w:rStyle w:val="Lodia"/>
          <w:rFonts w:ascii="Arial" w:hAnsi="Arial" w:cs="Arial"/>
          <w:b w:val="0"/>
        </w:rPr>
        <w:t>Galbanizatutako piezak, aluminioa edo altzairu herdoilgaitza soldatzea eztainuz zaila da.</w:t>
      </w:r>
    </w:p>
    <w:p w:rsidR="00077FB0" w:rsidRPr="007757AC" w:rsidRDefault="00077FB0" w:rsidP="00077FB0">
      <w:pPr>
        <w:spacing w:line="360" w:lineRule="auto"/>
        <w:rPr>
          <w:rFonts w:ascii="Arial" w:hAnsi="Arial" w:cs="Arial"/>
          <w:sz w:val="24"/>
          <w:szCs w:val="24"/>
          <w:lang w:val="eu-ES"/>
        </w:rPr>
      </w:pPr>
    </w:p>
    <w:p w:rsidR="00077FB0" w:rsidRPr="007757AC" w:rsidRDefault="00077FB0" w:rsidP="00077FB0">
      <w:pPr>
        <w:pStyle w:val="3izenburua"/>
        <w:spacing w:line="360" w:lineRule="auto"/>
        <w:rPr>
          <w:rFonts w:ascii="Arial" w:hAnsi="Arial" w:cs="Arial"/>
          <w:color w:val="auto"/>
          <w:sz w:val="24"/>
          <w:szCs w:val="24"/>
          <w:lang w:val="eu-ES"/>
        </w:rPr>
      </w:pPr>
      <w:bookmarkStart w:id="8" w:name="_Toc202430845"/>
      <w:r w:rsidRPr="007757AC">
        <w:rPr>
          <w:rFonts w:ascii="Arial" w:hAnsi="Arial" w:cs="Arial"/>
          <w:color w:val="auto"/>
          <w:sz w:val="24"/>
          <w:szCs w:val="24"/>
          <w:lang w:val="eu-ES"/>
        </w:rPr>
        <w:t>Arazoak saihesteko aholkuak:</w:t>
      </w:r>
      <w:bookmarkEnd w:id="8"/>
    </w:p>
    <w:p w:rsidR="00077FB0" w:rsidRPr="007757AC" w:rsidRDefault="00077FB0" w:rsidP="00F60200">
      <w:pPr>
        <w:pStyle w:val="Normalaweb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 w:rsidRPr="007757AC">
        <w:rPr>
          <w:rFonts w:ascii="Arial" w:hAnsi="Arial" w:cs="Arial"/>
        </w:rPr>
        <w:t>Erabili fluxu egokia.</w:t>
      </w:r>
    </w:p>
    <w:p w:rsidR="00077FB0" w:rsidRPr="007757AC" w:rsidRDefault="00077FB0" w:rsidP="00F60200">
      <w:pPr>
        <w:pStyle w:val="Normalaweb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 w:rsidRPr="007757AC">
        <w:rPr>
          <w:rFonts w:ascii="Arial" w:hAnsi="Arial" w:cs="Arial"/>
        </w:rPr>
        <w:t>Ziurtatu piezak garbi eta lehor daudela.</w:t>
      </w:r>
    </w:p>
    <w:p w:rsidR="00077FB0" w:rsidRPr="007757AC" w:rsidRDefault="00077FB0" w:rsidP="00F60200">
      <w:pPr>
        <w:pStyle w:val="Normalaweb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 w:rsidRPr="007757AC">
        <w:rPr>
          <w:rFonts w:ascii="Arial" w:hAnsi="Arial" w:cs="Arial"/>
        </w:rPr>
        <w:t>Berotu pieza (ez eztainua zuzenean).</w:t>
      </w:r>
    </w:p>
    <w:p w:rsidR="00077FB0" w:rsidRPr="007757AC" w:rsidRDefault="00077FB0" w:rsidP="00F60200">
      <w:pPr>
        <w:pStyle w:val="Normalaweb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 w:rsidRPr="007757AC">
        <w:rPr>
          <w:rFonts w:ascii="Arial" w:hAnsi="Arial" w:cs="Arial"/>
        </w:rPr>
        <w:t>Praktikatu teknika egokia: ez gehiegi ez gutxiegi.</w:t>
      </w:r>
    </w:p>
    <w:p w:rsidR="00885DF0" w:rsidRPr="00077FB0" w:rsidRDefault="00885DF0" w:rsidP="00077FB0">
      <w:pPr>
        <w:pStyle w:val="3izenburua"/>
        <w:rPr>
          <w:rFonts w:ascii="Arial" w:hAnsi="Arial" w:cs="Arial"/>
          <w:lang w:val="es-ES"/>
        </w:rPr>
      </w:pPr>
    </w:p>
    <w:sectPr w:rsidR="00885DF0" w:rsidRPr="00077FB0" w:rsidSect="00093622">
      <w:headerReference w:type="default" r:id="rId20"/>
      <w:footerReference w:type="default" r:id="rId21"/>
      <w:pgSz w:w="12240" w:h="15840"/>
      <w:pgMar w:top="1701" w:right="1418" w:bottom="1418" w:left="1701" w:header="142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0200" w:rsidRDefault="00F60200" w:rsidP="00530AAA">
      <w:pPr>
        <w:spacing w:after="0" w:line="240" w:lineRule="auto"/>
      </w:pPr>
      <w:r>
        <w:separator/>
      </w:r>
    </w:p>
  </w:endnote>
  <w:endnote w:type="continuationSeparator" w:id="0">
    <w:p w:rsidR="00F60200" w:rsidRDefault="00F60200" w:rsidP="00530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60339317"/>
      <w:docPartObj>
        <w:docPartGallery w:val="Page Numbers (Bottom of Page)"/>
        <w:docPartUnique/>
      </w:docPartObj>
    </w:sdtPr>
    <w:sdtEndPr/>
    <w:sdtContent>
      <w:p w:rsidR="00093622" w:rsidRDefault="00093622">
        <w:pPr>
          <w:pStyle w:val="Orri-o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7FB0" w:rsidRPr="00077FB0">
          <w:rPr>
            <w:noProof/>
            <w:lang w:val="eu-ES"/>
          </w:rPr>
          <w:t>9</w:t>
        </w:r>
        <w:r>
          <w:fldChar w:fldCharType="end"/>
        </w:r>
      </w:p>
    </w:sdtContent>
  </w:sdt>
  <w:p w:rsidR="00093622" w:rsidRDefault="00093622">
    <w:pPr>
      <w:pStyle w:val="Orri-o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0200" w:rsidRDefault="00F60200" w:rsidP="00530AAA">
      <w:pPr>
        <w:spacing w:after="0" w:line="240" w:lineRule="auto"/>
      </w:pPr>
      <w:r>
        <w:separator/>
      </w:r>
    </w:p>
  </w:footnote>
  <w:footnote w:type="continuationSeparator" w:id="0">
    <w:p w:rsidR="00F60200" w:rsidRDefault="00F60200" w:rsidP="00530A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0AAA" w:rsidRDefault="00093622" w:rsidP="00530AAA">
    <w:pPr>
      <w:pStyle w:val="1izenburua"/>
      <w:spacing w:line="360" w:lineRule="auto"/>
      <w:jc w:val="right"/>
      <w:rPr>
        <w:rFonts w:ascii="Arial" w:hAnsi="Arial" w:cs="Arial"/>
        <w:lang w:val="eu-ES"/>
      </w:rPr>
    </w:pPr>
    <w:r>
      <w:rPr>
        <w:noProof/>
        <w:lang w:val="eu-ES" w:eastAsia="eu-ES"/>
      </w:rPr>
      <w:drawing>
        <wp:anchor distT="114300" distB="114300" distL="114300" distR="114300" simplePos="0" relativeHeight="251659264" behindDoc="0" locked="0" layoutInCell="1" hidden="0" allowOverlap="1" wp14:anchorId="0478F42E" wp14:editId="2F3C440E">
          <wp:simplePos x="0" y="0"/>
          <wp:positionH relativeFrom="margin">
            <wp:align>center</wp:align>
          </wp:positionH>
          <wp:positionV relativeFrom="paragraph">
            <wp:posOffset>60960</wp:posOffset>
          </wp:positionV>
          <wp:extent cx="1281113" cy="547384"/>
          <wp:effectExtent l="0" t="0" r="0" b="5080"/>
          <wp:wrapNone/>
          <wp:docPr id="10" name="image2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1113" cy="5473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u-ES" w:eastAsia="eu-ES"/>
      </w:rPr>
      <w:drawing>
        <wp:anchor distT="0" distB="0" distL="114300" distR="114300" simplePos="0" relativeHeight="251661312" behindDoc="0" locked="0" layoutInCell="1" allowOverlap="1" wp14:anchorId="292FB70F" wp14:editId="268E7DA9">
          <wp:simplePos x="0" y="0"/>
          <wp:positionH relativeFrom="margin">
            <wp:align>left</wp:align>
          </wp:positionH>
          <wp:positionV relativeFrom="paragraph">
            <wp:posOffset>83185</wp:posOffset>
          </wp:positionV>
          <wp:extent cx="1050475" cy="611079"/>
          <wp:effectExtent l="0" t="0" r="0" b="0"/>
          <wp:wrapNone/>
          <wp:docPr id="11" name="Irudia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riginala sloganareki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0475" cy="6110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0AAA" w:rsidRPr="00530AAA">
      <w:rPr>
        <w:rFonts w:ascii="Arial" w:hAnsi="Arial" w:cs="Arial"/>
        <w:lang w:val="eu-ES"/>
      </w:rPr>
      <w:t>Irakaslearen Gida</w:t>
    </w:r>
  </w:p>
  <w:p w:rsidR="00530AAA" w:rsidRDefault="00530AAA">
    <w:pPr>
      <w:pStyle w:val="Goiburu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FB12693A"/>
    <w:lvl w:ilvl="0">
      <w:start w:val="1"/>
      <w:numFmt w:val="decimal"/>
      <w:pStyle w:val="Zenbaki-zerren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38441652"/>
    <w:lvl w:ilvl="0">
      <w:start w:val="1"/>
      <w:numFmt w:val="decimal"/>
      <w:pStyle w:val="Zenbaki-zerren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2"/>
    <w:multiLevelType w:val="singleLevel"/>
    <w:tmpl w:val="F3EAFDEC"/>
    <w:lvl w:ilvl="0">
      <w:start w:val="1"/>
      <w:numFmt w:val="bullet"/>
      <w:pStyle w:val="Bulet-zerrend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D1EFFD4"/>
    <w:lvl w:ilvl="0">
      <w:start w:val="1"/>
      <w:numFmt w:val="bullet"/>
      <w:pStyle w:val="Bulet-zerrend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D0A62B40"/>
    <w:lvl w:ilvl="0">
      <w:start w:val="1"/>
      <w:numFmt w:val="decimal"/>
      <w:pStyle w:val="Zenbaki-zerren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29761A62"/>
    <w:lvl w:ilvl="0">
      <w:start w:val="1"/>
      <w:numFmt w:val="bullet"/>
      <w:pStyle w:val="Bulet-zerrend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FA020C9"/>
    <w:multiLevelType w:val="hybridMultilevel"/>
    <w:tmpl w:val="93E8D418"/>
    <w:lvl w:ilvl="0" w:tplc="042D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D0019" w:tentative="1">
      <w:start w:val="1"/>
      <w:numFmt w:val="lowerLetter"/>
      <w:lvlText w:val="%2."/>
      <w:lvlJc w:val="left"/>
      <w:pPr>
        <w:ind w:left="1080" w:hanging="360"/>
      </w:pPr>
    </w:lvl>
    <w:lvl w:ilvl="2" w:tplc="042D001B" w:tentative="1">
      <w:start w:val="1"/>
      <w:numFmt w:val="lowerRoman"/>
      <w:lvlText w:val="%3."/>
      <w:lvlJc w:val="right"/>
      <w:pPr>
        <w:ind w:left="1800" w:hanging="180"/>
      </w:pPr>
    </w:lvl>
    <w:lvl w:ilvl="3" w:tplc="042D000F" w:tentative="1">
      <w:start w:val="1"/>
      <w:numFmt w:val="decimal"/>
      <w:lvlText w:val="%4."/>
      <w:lvlJc w:val="left"/>
      <w:pPr>
        <w:ind w:left="2520" w:hanging="360"/>
      </w:pPr>
    </w:lvl>
    <w:lvl w:ilvl="4" w:tplc="042D0019" w:tentative="1">
      <w:start w:val="1"/>
      <w:numFmt w:val="lowerLetter"/>
      <w:lvlText w:val="%5."/>
      <w:lvlJc w:val="left"/>
      <w:pPr>
        <w:ind w:left="3240" w:hanging="360"/>
      </w:pPr>
    </w:lvl>
    <w:lvl w:ilvl="5" w:tplc="042D001B" w:tentative="1">
      <w:start w:val="1"/>
      <w:numFmt w:val="lowerRoman"/>
      <w:lvlText w:val="%6."/>
      <w:lvlJc w:val="right"/>
      <w:pPr>
        <w:ind w:left="3960" w:hanging="180"/>
      </w:pPr>
    </w:lvl>
    <w:lvl w:ilvl="6" w:tplc="042D000F" w:tentative="1">
      <w:start w:val="1"/>
      <w:numFmt w:val="decimal"/>
      <w:lvlText w:val="%7."/>
      <w:lvlJc w:val="left"/>
      <w:pPr>
        <w:ind w:left="4680" w:hanging="360"/>
      </w:pPr>
    </w:lvl>
    <w:lvl w:ilvl="7" w:tplc="042D0019" w:tentative="1">
      <w:start w:val="1"/>
      <w:numFmt w:val="lowerLetter"/>
      <w:lvlText w:val="%8."/>
      <w:lvlJc w:val="left"/>
      <w:pPr>
        <w:ind w:left="5400" w:hanging="360"/>
      </w:pPr>
    </w:lvl>
    <w:lvl w:ilvl="8" w:tplc="042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D6D6623"/>
    <w:multiLevelType w:val="multilevel"/>
    <w:tmpl w:val="23526A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F533D02"/>
    <w:multiLevelType w:val="hybridMultilevel"/>
    <w:tmpl w:val="8E888EFE"/>
    <w:lvl w:ilvl="0" w:tplc="8DA0BED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2D0019" w:tentative="1">
      <w:start w:val="1"/>
      <w:numFmt w:val="lowerLetter"/>
      <w:lvlText w:val="%2."/>
      <w:lvlJc w:val="left"/>
      <w:pPr>
        <w:ind w:left="1080" w:hanging="360"/>
      </w:pPr>
    </w:lvl>
    <w:lvl w:ilvl="2" w:tplc="042D001B" w:tentative="1">
      <w:start w:val="1"/>
      <w:numFmt w:val="lowerRoman"/>
      <w:lvlText w:val="%3."/>
      <w:lvlJc w:val="right"/>
      <w:pPr>
        <w:ind w:left="1800" w:hanging="180"/>
      </w:pPr>
    </w:lvl>
    <w:lvl w:ilvl="3" w:tplc="042D000F" w:tentative="1">
      <w:start w:val="1"/>
      <w:numFmt w:val="decimal"/>
      <w:lvlText w:val="%4."/>
      <w:lvlJc w:val="left"/>
      <w:pPr>
        <w:ind w:left="2520" w:hanging="360"/>
      </w:pPr>
    </w:lvl>
    <w:lvl w:ilvl="4" w:tplc="042D0019" w:tentative="1">
      <w:start w:val="1"/>
      <w:numFmt w:val="lowerLetter"/>
      <w:lvlText w:val="%5."/>
      <w:lvlJc w:val="left"/>
      <w:pPr>
        <w:ind w:left="3240" w:hanging="360"/>
      </w:pPr>
    </w:lvl>
    <w:lvl w:ilvl="5" w:tplc="042D001B" w:tentative="1">
      <w:start w:val="1"/>
      <w:numFmt w:val="lowerRoman"/>
      <w:lvlText w:val="%6."/>
      <w:lvlJc w:val="right"/>
      <w:pPr>
        <w:ind w:left="3960" w:hanging="180"/>
      </w:pPr>
    </w:lvl>
    <w:lvl w:ilvl="6" w:tplc="042D000F" w:tentative="1">
      <w:start w:val="1"/>
      <w:numFmt w:val="decimal"/>
      <w:lvlText w:val="%7."/>
      <w:lvlJc w:val="left"/>
      <w:pPr>
        <w:ind w:left="4680" w:hanging="360"/>
      </w:pPr>
    </w:lvl>
    <w:lvl w:ilvl="7" w:tplc="042D0019" w:tentative="1">
      <w:start w:val="1"/>
      <w:numFmt w:val="lowerLetter"/>
      <w:lvlText w:val="%8."/>
      <w:lvlJc w:val="left"/>
      <w:pPr>
        <w:ind w:left="5400" w:hanging="360"/>
      </w:pPr>
    </w:lvl>
    <w:lvl w:ilvl="8" w:tplc="042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08F7B74"/>
    <w:multiLevelType w:val="hybridMultilevel"/>
    <w:tmpl w:val="9522E5B6"/>
    <w:lvl w:ilvl="0" w:tplc="CD62B23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692287"/>
    <w:multiLevelType w:val="hybridMultilevel"/>
    <w:tmpl w:val="B880769C"/>
    <w:lvl w:ilvl="0" w:tplc="042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931165"/>
    <w:multiLevelType w:val="hybridMultilevel"/>
    <w:tmpl w:val="ECA0538E"/>
    <w:lvl w:ilvl="0" w:tplc="042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310AF2"/>
    <w:multiLevelType w:val="hybridMultilevel"/>
    <w:tmpl w:val="CB447E08"/>
    <w:lvl w:ilvl="0" w:tplc="CD62B23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2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026734"/>
    <w:multiLevelType w:val="multilevel"/>
    <w:tmpl w:val="23526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0"/>
  </w:num>
  <w:num w:numId="7">
    <w:abstractNumId w:val="6"/>
  </w:num>
  <w:num w:numId="8">
    <w:abstractNumId w:val="10"/>
  </w:num>
  <w:num w:numId="9">
    <w:abstractNumId w:val="11"/>
  </w:num>
  <w:num w:numId="10">
    <w:abstractNumId w:val="8"/>
  </w:num>
  <w:num w:numId="11">
    <w:abstractNumId w:val="9"/>
  </w:num>
  <w:num w:numId="12">
    <w:abstractNumId w:val="12"/>
  </w:num>
  <w:num w:numId="13">
    <w:abstractNumId w:val="7"/>
  </w:num>
  <w:num w:numId="14">
    <w:abstractNumId w:val="1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2452D"/>
    <w:rsid w:val="00034616"/>
    <w:rsid w:val="0006063C"/>
    <w:rsid w:val="00077FB0"/>
    <w:rsid w:val="00093622"/>
    <w:rsid w:val="000A2664"/>
    <w:rsid w:val="000B27C0"/>
    <w:rsid w:val="000C62C9"/>
    <w:rsid w:val="000F0F40"/>
    <w:rsid w:val="00130B8F"/>
    <w:rsid w:val="00132A65"/>
    <w:rsid w:val="001453EA"/>
    <w:rsid w:val="0015074B"/>
    <w:rsid w:val="00162BE6"/>
    <w:rsid w:val="001978FA"/>
    <w:rsid w:val="001C16F6"/>
    <w:rsid w:val="001D704D"/>
    <w:rsid w:val="0029639D"/>
    <w:rsid w:val="002B2B58"/>
    <w:rsid w:val="002F2DB3"/>
    <w:rsid w:val="0031604C"/>
    <w:rsid w:val="00326F90"/>
    <w:rsid w:val="003337E1"/>
    <w:rsid w:val="00350B03"/>
    <w:rsid w:val="003A4CB4"/>
    <w:rsid w:val="003C6E5F"/>
    <w:rsid w:val="003E6CD8"/>
    <w:rsid w:val="004356F1"/>
    <w:rsid w:val="00501802"/>
    <w:rsid w:val="00513386"/>
    <w:rsid w:val="00514E60"/>
    <w:rsid w:val="00527618"/>
    <w:rsid w:val="00530AAA"/>
    <w:rsid w:val="005E4B8F"/>
    <w:rsid w:val="00677CB4"/>
    <w:rsid w:val="00721D1A"/>
    <w:rsid w:val="00742573"/>
    <w:rsid w:val="007757AC"/>
    <w:rsid w:val="00792BAE"/>
    <w:rsid w:val="007A45AD"/>
    <w:rsid w:val="008651D1"/>
    <w:rsid w:val="00885DF0"/>
    <w:rsid w:val="008B4288"/>
    <w:rsid w:val="008D1705"/>
    <w:rsid w:val="00970E19"/>
    <w:rsid w:val="009872AA"/>
    <w:rsid w:val="009A3940"/>
    <w:rsid w:val="009E7014"/>
    <w:rsid w:val="00A15E57"/>
    <w:rsid w:val="00A43817"/>
    <w:rsid w:val="00A4560C"/>
    <w:rsid w:val="00A46CBB"/>
    <w:rsid w:val="00A91E8B"/>
    <w:rsid w:val="00AA1D8D"/>
    <w:rsid w:val="00AC61F8"/>
    <w:rsid w:val="00AD5564"/>
    <w:rsid w:val="00B47730"/>
    <w:rsid w:val="00BB4643"/>
    <w:rsid w:val="00C21BB1"/>
    <w:rsid w:val="00C742C7"/>
    <w:rsid w:val="00C847DF"/>
    <w:rsid w:val="00CB0664"/>
    <w:rsid w:val="00D226DF"/>
    <w:rsid w:val="00DF3B80"/>
    <w:rsid w:val="00E05DEB"/>
    <w:rsid w:val="00E26D75"/>
    <w:rsid w:val="00E447B9"/>
    <w:rsid w:val="00F411A0"/>
    <w:rsid w:val="00F60200"/>
    <w:rsid w:val="00F629F5"/>
    <w:rsid w:val="00F91A3C"/>
    <w:rsid w:val="00FA0B43"/>
    <w:rsid w:val="00FB5A8A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FA468A"/>
  <w14:defaultImageDpi w14:val="300"/>
  <w15:docId w15:val="{3649ADE8-F2E7-4064-A355-B1A61B416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a">
    <w:name w:val="Normal"/>
    <w:qFormat/>
    <w:rsid w:val="00FC693F"/>
  </w:style>
  <w:style w:type="paragraph" w:styleId="1izenburua">
    <w:name w:val="heading 1"/>
    <w:basedOn w:val="Normala"/>
    <w:next w:val="Normala"/>
    <w:link w:val="1izenburuaK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izenburua">
    <w:name w:val="heading 2"/>
    <w:basedOn w:val="Normala"/>
    <w:next w:val="Normala"/>
    <w:link w:val="2izenburuaK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izenburua">
    <w:name w:val="heading 3"/>
    <w:basedOn w:val="Normala"/>
    <w:next w:val="Normala"/>
    <w:link w:val="3izenburuaK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izenburua">
    <w:name w:val="heading 4"/>
    <w:basedOn w:val="Normala"/>
    <w:next w:val="Normala"/>
    <w:link w:val="4izenburuaK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izenburua">
    <w:name w:val="heading 5"/>
    <w:basedOn w:val="Normala"/>
    <w:next w:val="Normala"/>
    <w:link w:val="5izenburuaK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izenburua">
    <w:name w:val="heading 6"/>
    <w:basedOn w:val="Normala"/>
    <w:next w:val="Normala"/>
    <w:link w:val="6izenburuaK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izenburua">
    <w:name w:val="heading 7"/>
    <w:basedOn w:val="Normala"/>
    <w:next w:val="Normala"/>
    <w:link w:val="7izenburuaK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izenburua">
    <w:name w:val="heading 8"/>
    <w:basedOn w:val="Normala"/>
    <w:next w:val="Normala"/>
    <w:link w:val="8izenburuaK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izenburua">
    <w:name w:val="heading 9"/>
    <w:basedOn w:val="Normala"/>
    <w:next w:val="Normala"/>
    <w:link w:val="9izenburuaK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aragrafoarenletra-tipolehenetsia">
    <w:name w:val="Default Paragraph Font"/>
    <w:uiPriority w:val="1"/>
    <w:semiHidden/>
    <w:unhideWhenUsed/>
  </w:style>
  <w:style w:type="table" w:default="1" w:styleId="Taulanorma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Zerrendarikez">
    <w:name w:val="No List"/>
    <w:uiPriority w:val="99"/>
    <w:semiHidden/>
    <w:unhideWhenUsed/>
  </w:style>
  <w:style w:type="paragraph" w:styleId="Goiburua">
    <w:name w:val="header"/>
    <w:basedOn w:val="Normala"/>
    <w:link w:val="GoiburuaK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GoiburuaKar">
    <w:name w:val="Goiburua Kar"/>
    <w:basedOn w:val="Paragrafoarenletra-tipolehenetsia"/>
    <w:link w:val="Goiburua"/>
    <w:uiPriority w:val="99"/>
    <w:rsid w:val="00E618BF"/>
  </w:style>
  <w:style w:type="paragraph" w:styleId="Orri-oina">
    <w:name w:val="footer"/>
    <w:basedOn w:val="Normala"/>
    <w:link w:val="Orri-oinaK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Orri-oinaKar">
    <w:name w:val="Orri-oina Kar"/>
    <w:basedOn w:val="Paragrafoarenletra-tipolehenetsia"/>
    <w:link w:val="Orri-oina"/>
    <w:uiPriority w:val="99"/>
    <w:rsid w:val="00E618BF"/>
  </w:style>
  <w:style w:type="paragraph" w:styleId="Tarterikez">
    <w:name w:val="No Spacing"/>
    <w:link w:val="TarterikezKar"/>
    <w:uiPriority w:val="1"/>
    <w:qFormat/>
    <w:rsid w:val="00FC693F"/>
    <w:pPr>
      <w:spacing w:after="0" w:line="240" w:lineRule="auto"/>
    </w:pPr>
  </w:style>
  <w:style w:type="character" w:customStyle="1" w:styleId="1izenburuaKar">
    <w:name w:val="1. izenburua Kar"/>
    <w:basedOn w:val="Paragrafoarenletra-tipolehenetsia"/>
    <w:link w:val="1izenburua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izenburuaKar">
    <w:name w:val="2. izenburua Kar"/>
    <w:basedOn w:val="Paragrafoarenletra-tipolehenetsia"/>
    <w:link w:val="2izenburua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izenburuaKar">
    <w:name w:val="3. izenburua Kar"/>
    <w:basedOn w:val="Paragrafoarenletra-tipolehenetsia"/>
    <w:link w:val="3izenburua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ulua">
    <w:name w:val="Title"/>
    <w:basedOn w:val="Normala"/>
    <w:next w:val="Normala"/>
    <w:link w:val="TituluaK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uluaKar">
    <w:name w:val="Titulua Kar"/>
    <w:basedOn w:val="Paragrafoarenletra-tipolehenetsia"/>
    <w:link w:val="Titulu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zpititulua">
    <w:name w:val="Subtitle"/>
    <w:basedOn w:val="Normala"/>
    <w:next w:val="Normala"/>
    <w:link w:val="AzpitituluaK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zpitituluaKar">
    <w:name w:val="Azpititulua Kar"/>
    <w:basedOn w:val="Paragrafoarenletra-tipolehenetsia"/>
    <w:link w:val="Azpititulua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Zerrenda-paragrafoa">
    <w:name w:val="List Paragraph"/>
    <w:basedOn w:val="Normala"/>
    <w:uiPriority w:val="34"/>
    <w:qFormat/>
    <w:rsid w:val="00FC693F"/>
    <w:pPr>
      <w:ind w:left="720"/>
      <w:contextualSpacing/>
    </w:pPr>
  </w:style>
  <w:style w:type="paragraph" w:styleId="Gorputz-testua">
    <w:name w:val="Body Text"/>
    <w:basedOn w:val="Normala"/>
    <w:link w:val="Gorputz-testuaKar"/>
    <w:uiPriority w:val="99"/>
    <w:unhideWhenUsed/>
    <w:rsid w:val="00AA1D8D"/>
    <w:pPr>
      <w:spacing w:after="120"/>
    </w:pPr>
  </w:style>
  <w:style w:type="character" w:customStyle="1" w:styleId="Gorputz-testuaKar">
    <w:name w:val="Gorputz-testua Kar"/>
    <w:basedOn w:val="Paragrafoarenletra-tipolehenetsia"/>
    <w:link w:val="Gorputz-testua"/>
    <w:uiPriority w:val="99"/>
    <w:rsid w:val="00AA1D8D"/>
  </w:style>
  <w:style w:type="paragraph" w:styleId="Gorputz-testua2">
    <w:name w:val="Body Text 2"/>
    <w:basedOn w:val="Normala"/>
    <w:link w:val="Gorputz-testua2Kar"/>
    <w:uiPriority w:val="99"/>
    <w:unhideWhenUsed/>
    <w:rsid w:val="00AA1D8D"/>
    <w:pPr>
      <w:spacing w:after="120" w:line="480" w:lineRule="auto"/>
    </w:pPr>
  </w:style>
  <w:style w:type="character" w:customStyle="1" w:styleId="Gorputz-testua2Kar">
    <w:name w:val="Gorputz-testua 2 Kar"/>
    <w:basedOn w:val="Paragrafoarenletra-tipolehenetsia"/>
    <w:link w:val="Gorputz-testua2"/>
    <w:uiPriority w:val="99"/>
    <w:rsid w:val="00AA1D8D"/>
  </w:style>
  <w:style w:type="paragraph" w:styleId="Gorputz-testua3">
    <w:name w:val="Body Text 3"/>
    <w:basedOn w:val="Normala"/>
    <w:link w:val="Gorputz-testua3K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Gorputz-testua3Kar">
    <w:name w:val="Gorputz-testua 3 Kar"/>
    <w:basedOn w:val="Paragrafoarenletra-tipolehenetsia"/>
    <w:link w:val="Gorputz-testua3"/>
    <w:uiPriority w:val="99"/>
    <w:rsid w:val="00AA1D8D"/>
    <w:rPr>
      <w:sz w:val="16"/>
      <w:szCs w:val="16"/>
    </w:rPr>
  </w:style>
  <w:style w:type="paragraph" w:styleId="Zerrenda">
    <w:name w:val="List"/>
    <w:basedOn w:val="Normala"/>
    <w:uiPriority w:val="99"/>
    <w:unhideWhenUsed/>
    <w:rsid w:val="00AA1D8D"/>
    <w:pPr>
      <w:ind w:left="360" w:hanging="360"/>
      <w:contextualSpacing/>
    </w:pPr>
  </w:style>
  <w:style w:type="paragraph" w:styleId="Zerrenda2">
    <w:name w:val="List 2"/>
    <w:basedOn w:val="Normala"/>
    <w:uiPriority w:val="99"/>
    <w:unhideWhenUsed/>
    <w:rsid w:val="00326F90"/>
    <w:pPr>
      <w:ind w:left="720" w:hanging="360"/>
      <w:contextualSpacing/>
    </w:pPr>
  </w:style>
  <w:style w:type="paragraph" w:styleId="Zerrenda3">
    <w:name w:val="List 3"/>
    <w:basedOn w:val="Normala"/>
    <w:uiPriority w:val="99"/>
    <w:unhideWhenUsed/>
    <w:rsid w:val="00326F90"/>
    <w:pPr>
      <w:ind w:left="1080" w:hanging="360"/>
      <w:contextualSpacing/>
    </w:pPr>
  </w:style>
  <w:style w:type="paragraph" w:styleId="Bulet-zerrenda">
    <w:name w:val="List Bullet"/>
    <w:basedOn w:val="Normala"/>
    <w:uiPriority w:val="99"/>
    <w:unhideWhenUsed/>
    <w:rsid w:val="00326F90"/>
    <w:pPr>
      <w:numPr>
        <w:numId w:val="1"/>
      </w:numPr>
      <w:contextualSpacing/>
    </w:pPr>
  </w:style>
  <w:style w:type="paragraph" w:styleId="Bulet-zerrenda2">
    <w:name w:val="List Bullet 2"/>
    <w:basedOn w:val="Normala"/>
    <w:uiPriority w:val="99"/>
    <w:unhideWhenUsed/>
    <w:rsid w:val="00326F90"/>
    <w:pPr>
      <w:numPr>
        <w:numId w:val="2"/>
      </w:numPr>
      <w:contextualSpacing/>
    </w:pPr>
  </w:style>
  <w:style w:type="paragraph" w:styleId="Bulet-zerrenda3">
    <w:name w:val="List Bullet 3"/>
    <w:basedOn w:val="Normala"/>
    <w:uiPriority w:val="99"/>
    <w:unhideWhenUsed/>
    <w:rsid w:val="00326F90"/>
    <w:pPr>
      <w:numPr>
        <w:numId w:val="3"/>
      </w:numPr>
      <w:contextualSpacing/>
    </w:pPr>
  </w:style>
  <w:style w:type="paragraph" w:styleId="Zenbaki-zerrenda">
    <w:name w:val="List Number"/>
    <w:basedOn w:val="Normala"/>
    <w:uiPriority w:val="99"/>
    <w:unhideWhenUsed/>
    <w:rsid w:val="00326F90"/>
    <w:pPr>
      <w:numPr>
        <w:numId w:val="4"/>
      </w:numPr>
      <w:contextualSpacing/>
    </w:pPr>
  </w:style>
  <w:style w:type="paragraph" w:styleId="Zenbaki-zerrenda2">
    <w:name w:val="List Number 2"/>
    <w:basedOn w:val="Normala"/>
    <w:uiPriority w:val="99"/>
    <w:unhideWhenUsed/>
    <w:rsid w:val="0029639D"/>
    <w:pPr>
      <w:numPr>
        <w:numId w:val="5"/>
      </w:numPr>
      <w:contextualSpacing/>
    </w:pPr>
  </w:style>
  <w:style w:type="paragraph" w:styleId="Zenbaki-zerrenda3">
    <w:name w:val="List Number 3"/>
    <w:basedOn w:val="Normala"/>
    <w:uiPriority w:val="99"/>
    <w:unhideWhenUsed/>
    <w:rsid w:val="0029639D"/>
    <w:pPr>
      <w:numPr>
        <w:numId w:val="6"/>
      </w:numPr>
      <w:contextualSpacing/>
    </w:pPr>
  </w:style>
  <w:style w:type="paragraph" w:styleId="Zerrendajarraitua">
    <w:name w:val="List Continue"/>
    <w:basedOn w:val="Normala"/>
    <w:uiPriority w:val="99"/>
    <w:unhideWhenUsed/>
    <w:rsid w:val="0029639D"/>
    <w:pPr>
      <w:spacing w:after="120"/>
      <w:ind w:left="360"/>
      <w:contextualSpacing/>
    </w:pPr>
  </w:style>
  <w:style w:type="paragraph" w:styleId="Zerrendajarraitua2">
    <w:name w:val="List Continue 2"/>
    <w:basedOn w:val="Normala"/>
    <w:uiPriority w:val="99"/>
    <w:unhideWhenUsed/>
    <w:rsid w:val="0029639D"/>
    <w:pPr>
      <w:spacing w:after="120"/>
      <w:ind w:left="720"/>
      <w:contextualSpacing/>
    </w:pPr>
  </w:style>
  <w:style w:type="paragraph" w:styleId="Zerrendajarraitua3">
    <w:name w:val="List Continue 3"/>
    <w:basedOn w:val="Normala"/>
    <w:uiPriority w:val="99"/>
    <w:unhideWhenUsed/>
    <w:rsid w:val="0029639D"/>
    <w:pPr>
      <w:spacing w:after="120"/>
      <w:ind w:left="1080"/>
      <w:contextualSpacing/>
    </w:pPr>
  </w:style>
  <w:style w:type="paragraph" w:styleId="Makrokotestua">
    <w:name w:val="macro"/>
    <w:link w:val="MakrokotestuaK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kotestuaKar">
    <w:name w:val="Makroko testua Kar"/>
    <w:basedOn w:val="Paragrafoarenletra-tipolehenetsia"/>
    <w:link w:val="Makrokotestua"/>
    <w:uiPriority w:val="99"/>
    <w:rsid w:val="0029639D"/>
    <w:rPr>
      <w:rFonts w:ascii="Courier" w:hAnsi="Courier"/>
      <w:sz w:val="20"/>
      <w:szCs w:val="20"/>
    </w:rPr>
  </w:style>
  <w:style w:type="paragraph" w:styleId="Aipua">
    <w:name w:val="Quote"/>
    <w:basedOn w:val="Normala"/>
    <w:next w:val="Normala"/>
    <w:link w:val="AipuaKar"/>
    <w:uiPriority w:val="29"/>
    <w:qFormat/>
    <w:rsid w:val="00FC693F"/>
    <w:rPr>
      <w:i/>
      <w:iCs/>
      <w:color w:val="000000" w:themeColor="text1"/>
    </w:rPr>
  </w:style>
  <w:style w:type="character" w:customStyle="1" w:styleId="AipuaKar">
    <w:name w:val="Aipua Kar"/>
    <w:basedOn w:val="Paragrafoarenletra-tipolehenetsia"/>
    <w:link w:val="Aipua"/>
    <w:uiPriority w:val="29"/>
    <w:rsid w:val="00FC693F"/>
    <w:rPr>
      <w:i/>
      <w:iCs/>
      <w:color w:val="000000" w:themeColor="text1"/>
    </w:rPr>
  </w:style>
  <w:style w:type="character" w:customStyle="1" w:styleId="4izenburuaKar">
    <w:name w:val="4. izenburua Kar"/>
    <w:basedOn w:val="Paragrafoarenletra-tipolehenetsia"/>
    <w:link w:val="4izenburua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izenburuaKar">
    <w:name w:val="5. izenburua Kar"/>
    <w:basedOn w:val="Paragrafoarenletra-tipolehenetsia"/>
    <w:link w:val="5izenburua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izenburuaKar">
    <w:name w:val="6. izenburua Kar"/>
    <w:basedOn w:val="Paragrafoarenletra-tipolehenetsia"/>
    <w:link w:val="6izenburua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izenburuaKar">
    <w:name w:val="7. izenburua Kar"/>
    <w:basedOn w:val="Paragrafoarenletra-tipolehenetsia"/>
    <w:link w:val="7izenburua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izenburuaKar">
    <w:name w:val="8. izenburua Kar"/>
    <w:basedOn w:val="Paragrafoarenletra-tipolehenetsia"/>
    <w:link w:val="8izenburua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izenburuaKar">
    <w:name w:val="9. izenburua Kar"/>
    <w:basedOn w:val="Paragrafoarenletra-tipolehenetsia"/>
    <w:link w:val="9izenburua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Epigrafea">
    <w:name w:val="caption"/>
    <w:basedOn w:val="Normala"/>
    <w:next w:val="Normala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odia">
    <w:name w:val="Strong"/>
    <w:basedOn w:val="Paragrafoarenletra-tipolehenetsia"/>
    <w:uiPriority w:val="22"/>
    <w:qFormat/>
    <w:rsid w:val="00FC693F"/>
    <w:rPr>
      <w:b/>
      <w:bCs/>
    </w:rPr>
  </w:style>
  <w:style w:type="character" w:styleId="Enfasia">
    <w:name w:val="Emphasis"/>
    <w:basedOn w:val="Paragrafoarenletra-tipolehenetsia"/>
    <w:uiPriority w:val="20"/>
    <w:qFormat/>
    <w:rsid w:val="00FC693F"/>
    <w:rPr>
      <w:i/>
      <w:iCs/>
    </w:rPr>
  </w:style>
  <w:style w:type="paragraph" w:styleId="Aipamenhandia">
    <w:name w:val="Intense Quote"/>
    <w:basedOn w:val="Normala"/>
    <w:next w:val="Normala"/>
    <w:link w:val="AipamenhandiaK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ipamenhandiaKar">
    <w:name w:val="Aipamen handia Kar"/>
    <w:basedOn w:val="Paragrafoarenletra-tipolehenetsia"/>
    <w:link w:val="Aipamenhandia"/>
    <w:uiPriority w:val="30"/>
    <w:rsid w:val="00FC693F"/>
    <w:rPr>
      <w:b/>
      <w:bCs/>
      <w:i/>
      <w:iCs/>
      <w:color w:val="4F81BD" w:themeColor="accent1"/>
    </w:rPr>
  </w:style>
  <w:style w:type="character" w:styleId="Enfasileuna">
    <w:name w:val="Subtle Emphasis"/>
    <w:basedOn w:val="Paragrafoarenletra-tipolehenetsia"/>
    <w:uiPriority w:val="19"/>
    <w:qFormat/>
    <w:rsid w:val="00FC693F"/>
    <w:rPr>
      <w:i/>
      <w:iCs/>
      <w:color w:val="808080" w:themeColor="text1" w:themeTint="7F"/>
    </w:rPr>
  </w:style>
  <w:style w:type="character" w:styleId="Enfasibizia">
    <w:name w:val="Intense Emphasis"/>
    <w:basedOn w:val="Paragrafoarenletra-tipolehenetsia"/>
    <w:uiPriority w:val="21"/>
    <w:qFormat/>
    <w:rsid w:val="00FC693F"/>
    <w:rPr>
      <w:b/>
      <w:bCs/>
      <w:i/>
      <w:iCs/>
      <w:color w:val="4F81BD" w:themeColor="accent1"/>
    </w:rPr>
  </w:style>
  <w:style w:type="character" w:styleId="Erreferentzialeuna">
    <w:name w:val="Subtle Reference"/>
    <w:basedOn w:val="Paragrafoarenletra-tipolehenetsia"/>
    <w:uiPriority w:val="31"/>
    <w:qFormat/>
    <w:rsid w:val="00FC693F"/>
    <w:rPr>
      <w:smallCaps/>
      <w:color w:val="C0504D" w:themeColor="accent2"/>
      <w:u w:val="single"/>
    </w:rPr>
  </w:style>
  <w:style w:type="character" w:styleId="Erreferentziabizia">
    <w:name w:val="Intense Reference"/>
    <w:basedOn w:val="Paragrafoarenletra-tipolehenetsia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Liburuarentitulua">
    <w:name w:val="Book Title"/>
    <w:basedOn w:val="Paragrafoarenletra-tipolehenetsia"/>
    <w:uiPriority w:val="33"/>
    <w:qFormat/>
    <w:rsid w:val="00FC693F"/>
    <w:rPr>
      <w:b/>
      <w:bCs/>
      <w:smallCaps/>
      <w:spacing w:val="5"/>
    </w:rPr>
  </w:style>
  <w:style w:type="paragraph" w:styleId="TOCizenburua">
    <w:name w:val="TOC Heading"/>
    <w:basedOn w:val="1izenburua"/>
    <w:next w:val="Normala"/>
    <w:uiPriority w:val="39"/>
    <w:unhideWhenUsed/>
    <w:qFormat/>
    <w:rsid w:val="00FC693F"/>
    <w:pPr>
      <w:outlineLvl w:val="9"/>
    </w:pPr>
  </w:style>
  <w:style w:type="table" w:styleId="Saretaduntaula">
    <w:name w:val="Table Grid"/>
    <w:basedOn w:val="Taulanormal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Itzalduraargia">
    <w:name w:val="Light Shading"/>
    <w:basedOn w:val="Taulanormal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Itzalduraargia-1enfasia">
    <w:name w:val="Light Shading Accent 1"/>
    <w:basedOn w:val="Taulanormal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Itzalduraargia-2enfasia">
    <w:name w:val="Light Shading Accent 2"/>
    <w:basedOn w:val="Taulanormal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Itzalduraargia-3enfasia">
    <w:name w:val="Light Shading Accent 3"/>
    <w:basedOn w:val="Taulanormal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Itzalduraargia-4enfasia">
    <w:name w:val="Light Shading Accent 4"/>
    <w:basedOn w:val="Taulanormal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Itzalduraargia-5enfasia">
    <w:name w:val="Light Shading Accent 5"/>
    <w:basedOn w:val="Taulanormal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Itzalduraargia-6enfasia">
    <w:name w:val="Light Shading Accent 6"/>
    <w:basedOn w:val="Taulanormal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Zerrendaargia">
    <w:name w:val="Light List"/>
    <w:basedOn w:val="Taulanormal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Zerrendaargia-1enfasia">
    <w:name w:val="Light List Accent 1"/>
    <w:basedOn w:val="Taulanormal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Zerrendaargia-2enfasia">
    <w:name w:val="Light List Accent 2"/>
    <w:basedOn w:val="Taulanormal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Zerrendaargia-3enfasia">
    <w:name w:val="Light List Accent 3"/>
    <w:basedOn w:val="Taulanormal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Zerrendaargia-4enfasia">
    <w:name w:val="Light List Accent 4"/>
    <w:basedOn w:val="Taulanormal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Zerrendaargia-5enfasia">
    <w:name w:val="Light List Accent 5"/>
    <w:basedOn w:val="Taulanormal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Zerrendaargia-6enfasia">
    <w:name w:val="Light List Accent 6"/>
    <w:basedOn w:val="Taulanormal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aretaargia">
    <w:name w:val="Light Grid"/>
    <w:basedOn w:val="Taulanormal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aretaargia-1enfasia">
    <w:name w:val="Light Grid Accent 1"/>
    <w:basedOn w:val="Taulanormal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aretaargia-2enfasia">
    <w:name w:val="Light Grid Accent 2"/>
    <w:basedOn w:val="Taulanormal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aretaargia-3enfasia">
    <w:name w:val="Light Grid Accent 3"/>
    <w:basedOn w:val="Taulanormal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aretaargia-4enfasia">
    <w:name w:val="Light Grid Accent 4"/>
    <w:basedOn w:val="Taulanormal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aretaargia-5enfasia">
    <w:name w:val="Light Grid Accent 5"/>
    <w:basedOn w:val="Taulanormal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aretaargia-6enfasia">
    <w:name w:val="Light Grid Accent 6"/>
    <w:basedOn w:val="Taulanormal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itzalduraertaina">
    <w:name w:val="Medium Shading 1"/>
    <w:basedOn w:val="Taulanormal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itzalduraertaina-1enfasia">
    <w:name w:val="Medium Shading 1 Accent 1"/>
    <w:basedOn w:val="Taulanormal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itzalduraertaina-2enfasia">
    <w:name w:val="Medium Shading 1 Accent 2"/>
    <w:basedOn w:val="Taulanormal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itzalduraertaina-3enfasia">
    <w:name w:val="Medium Shading 1 Accent 3"/>
    <w:basedOn w:val="Taulanormal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itzalduraertaina-4enfasia">
    <w:name w:val="Medium Shading 1 Accent 4"/>
    <w:basedOn w:val="Taulanormal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itzalduraertaina-5enfasia">
    <w:name w:val="Medium Shading 1 Accent 5"/>
    <w:basedOn w:val="Taulanormal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itzalduraertaina-6enfasia">
    <w:name w:val="Medium Shading 1 Accent 6"/>
    <w:basedOn w:val="Taulanormal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itzalduraertaina">
    <w:name w:val="Medium Shading 2"/>
    <w:basedOn w:val="Taulanormal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itzalduraertaina-1enfasia">
    <w:name w:val="Medium Shading 2 Accent 1"/>
    <w:basedOn w:val="Taulanormal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itzalduraertaina-2enfasia">
    <w:name w:val="Medium Shading 2 Accent 2"/>
    <w:basedOn w:val="Taulanormal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itzalduraertaina-3enfasia">
    <w:name w:val="Medium Shading 2 Accent 3"/>
    <w:basedOn w:val="Taulanormal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itzalduraertaina-4enfasia">
    <w:name w:val="Medium Shading 2 Accent 4"/>
    <w:basedOn w:val="Taulanormal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itzalduraertaina-5enfasia">
    <w:name w:val="Medium Shading 2 Accent 5"/>
    <w:basedOn w:val="Taulanormal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itzalduraertaina-6enfasia">
    <w:name w:val="Medium Shading 2 Accent 6"/>
    <w:basedOn w:val="Taulanormal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zerrendaertaina">
    <w:name w:val="Medium List 1"/>
    <w:basedOn w:val="Taulanormal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zerrendaertaina-1enfasia">
    <w:name w:val="Medium List 1 Accent 1"/>
    <w:basedOn w:val="Taulanormal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zerrendaertaina-2enfasia">
    <w:name w:val="Medium List 1 Accent 2"/>
    <w:basedOn w:val="Taulanormal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zerrendaertaina-3enfasia">
    <w:name w:val="Medium List 1 Accent 3"/>
    <w:basedOn w:val="Taulanormal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zerrendaertaina-4enfasia">
    <w:name w:val="Medium List 1 Accent 4"/>
    <w:basedOn w:val="Taulanormal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zerrendaertaina-5enfasia">
    <w:name w:val="Medium List 1 Accent 5"/>
    <w:basedOn w:val="Taulanormal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zerrendaertaina-6enfasia">
    <w:name w:val="Medium List 1 Accent 6"/>
    <w:basedOn w:val="Taulanormal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zerrendaertaina">
    <w:name w:val="Medium List 2"/>
    <w:basedOn w:val="Taulanormal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zerrendaertaina-1enfasia">
    <w:name w:val="Medium List 2 Accent 1"/>
    <w:basedOn w:val="Taulanormal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zerrendaertaina-2enfasia">
    <w:name w:val="Medium List 2 Accent 2"/>
    <w:basedOn w:val="Taulanormal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zerrendaertaina-3enfasia">
    <w:name w:val="Medium List 2 Accent 3"/>
    <w:basedOn w:val="Taulanormal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zerrendaertaina-4enfasia">
    <w:name w:val="Medium List 2 Accent 4"/>
    <w:basedOn w:val="Taulanormal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zerrendaertaina-5enfasia">
    <w:name w:val="Medium List 2 Accent 5"/>
    <w:basedOn w:val="Taulanormal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zerrendaertaina-6enfasia">
    <w:name w:val="Medium List 2 Accent 6"/>
    <w:basedOn w:val="Taulanormal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saretaertaina">
    <w:name w:val="Medium Grid 1"/>
    <w:basedOn w:val="Taulanormal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saretaertaina-1enfasia">
    <w:name w:val="Medium Grid 1 Accent 1"/>
    <w:basedOn w:val="Taulanormal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saretaertaina-2enfasia">
    <w:name w:val="Medium Grid 1 Accent 2"/>
    <w:basedOn w:val="Taulanormal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saretaertaina-3enfasia">
    <w:name w:val="Medium Grid 1 Accent 3"/>
    <w:basedOn w:val="Taulanormal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saretaertaina-4enfasia">
    <w:name w:val="Medium Grid 1 Accent 4"/>
    <w:basedOn w:val="Taulanormal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saretaertaina-5enfasia">
    <w:name w:val="Medium Grid 1 Accent 5"/>
    <w:basedOn w:val="Taulanormal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saretaertaina-6enfasia">
    <w:name w:val="Medium Grid 1 Accent 6"/>
    <w:basedOn w:val="Taulanormal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saretaertaina">
    <w:name w:val="Medium Grid 2"/>
    <w:basedOn w:val="Taulanormal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saretaertaina-1enfasia">
    <w:name w:val="Medium Grid 2 Accent 1"/>
    <w:basedOn w:val="Taulanormal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saretaertaina-2enfasia">
    <w:name w:val="Medium Grid 2 Accent 2"/>
    <w:basedOn w:val="Taulanormal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saretaertaina-3enfasia">
    <w:name w:val="Medium Grid 2 Accent 3"/>
    <w:basedOn w:val="Taulanormal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saretaertaina-4enfasia">
    <w:name w:val="Medium Grid 2 Accent 4"/>
    <w:basedOn w:val="Taulanormal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saretaertaina-5enfasia">
    <w:name w:val="Medium Grid 2 Accent 5"/>
    <w:basedOn w:val="Taulanormal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saretaertaina-6enfasia">
    <w:name w:val="Medium Grid 2 Accent 6"/>
    <w:basedOn w:val="Taulanormal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saretaertaina">
    <w:name w:val="Medium Grid 3"/>
    <w:basedOn w:val="Taulanormal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saretaertaina-1enfasia">
    <w:name w:val="Medium Grid 3 Accent 1"/>
    <w:basedOn w:val="Taulanormal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saretaertaina-2enfasia">
    <w:name w:val="Medium Grid 3 Accent 2"/>
    <w:basedOn w:val="Taulanormal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saretaertaina-3enfasia">
    <w:name w:val="Medium Grid 3 Accent 3"/>
    <w:basedOn w:val="Taulanormal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saretaertaina-4enfasia">
    <w:name w:val="Medium Grid 3 Accent 4"/>
    <w:basedOn w:val="Taulanormal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saretaertaina-5enfasia">
    <w:name w:val="Medium Grid 3 Accent 5"/>
    <w:basedOn w:val="Taulanormal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saretaertaina-6enfasia">
    <w:name w:val="Medium Grid 3 Accent 6"/>
    <w:basedOn w:val="Taulanormal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Zerrendailuna">
    <w:name w:val="Dark List"/>
    <w:basedOn w:val="Taulanormal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Zerrendailuna-1enfasia">
    <w:name w:val="Dark List Accent 1"/>
    <w:basedOn w:val="Taulanormal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Zerrendailuna-2enfasia">
    <w:name w:val="Dark List Accent 2"/>
    <w:basedOn w:val="Taulanormal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Zerrendailuna-3enfasia">
    <w:name w:val="Dark List Accent 3"/>
    <w:basedOn w:val="Taulanormal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Zerrendailuna-4enfasia">
    <w:name w:val="Dark List Accent 4"/>
    <w:basedOn w:val="Taulanormal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Zerrendailuna-5enfasia">
    <w:name w:val="Dark List Accent 5"/>
    <w:basedOn w:val="Taulanormal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Zerrendailuna-6enfasia">
    <w:name w:val="Dark List Accent 6"/>
    <w:basedOn w:val="Taulanormal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oloretakoitzaldura">
    <w:name w:val="Colorful Shading"/>
    <w:basedOn w:val="Taulanormal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etakoitzaldura-1enfasia">
    <w:name w:val="Colorful Shading Accent 1"/>
    <w:basedOn w:val="Taulanormal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etakoitzaldura-2enfasia">
    <w:name w:val="Colorful Shading Accent 2"/>
    <w:basedOn w:val="Taulanormal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etakoitzaldura-3enfasia">
    <w:name w:val="Colorful Shading Accent 3"/>
    <w:basedOn w:val="Taulanormal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etakoitzaldura-4enfasia">
    <w:name w:val="Colorful Shading Accent 4"/>
    <w:basedOn w:val="Taulanormal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etakoitzaldura-5enfasia">
    <w:name w:val="Colorful Shading Accent 5"/>
    <w:basedOn w:val="Taulanormal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etakoitzaldura-6enfasia">
    <w:name w:val="Colorful Shading Accent 6"/>
    <w:basedOn w:val="Taulanormal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etakozerrenda">
    <w:name w:val="Colorful List"/>
    <w:basedOn w:val="Taulanormal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Zerrendakoloretsua-1enfasia">
    <w:name w:val="Colorful List Accent 1"/>
    <w:basedOn w:val="Taulanormal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Zerrendakoloretsua-2enfasia">
    <w:name w:val="Colorful List Accent 2"/>
    <w:basedOn w:val="Taulanormal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Zerrendakoloretsua-3enfasia">
    <w:name w:val="Colorful List Accent 3"/>
    <w:basedOn w:val="Taulanormal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Zerrendakoloretsua-4enfasia">
    <w:name w:val="Colorful List Accent 4"/>
    <w:basedOn w:val="Taulanormal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Zerrendakoloretsua-5enfasia">
    <w:name w:val="Colorful List Accent 5"/>
    <w:basedOn w:val="Taulanormal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Zerrendakoloretsua-6enfasia">
    <w:name w:val="Colorful List Accent 6"/>
    <w:basedOn w:val="Taulanormal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etakosareta">
    <w:name w:val="Colorful Grid"/>
    <w:basedOn w:val="Taulanormal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etakosareta-1enfasia">
    <w:name w:val="Colorful Grid Accent 1"/>
    <w:basedOn w:val="Taulanormal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etakosareta-2enfasia">
    <w:name w:val="Colorful Grid Accent 2"/>
    <w:basedOn w:val="Taulanormal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etakosareta-3enfasia">
    <w:name w:val="Colorful Grid Accent 3"/>
    <w:basedOn w:val="Taulanormal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etakosareta-4enfasia">
    <w:name w:val="Colorful Grid Accent 4"/>
    <w:basedOn w:val="Taulanormal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etakosareta-5enfasia">
    <w:name w:val="Colorful Grid Accent 5"/>
    <w:basedOn w:val="Taulanormal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etakosareta-6enfasia">
    <w:name w:val="Colorful Grid Accent 6"/>
    <w:basedOn w:val="Taulanormal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iperesteka">
    <w:name w:val="Hyperlink"/>
    <w:basedOn w:val="Paragrafoarenletra-tipolehenetsia"/>
    <w:uiPriority w:val="99"/>
    <w:unhideWhenUsed/>
    <w:rsid w:val="00A46CBB"/>
    <w:rPr>
      <w:color w:val="0000FF" w:themeColor="hyperlink"/>
      <w:u w:val="single"/>
    </w:rPr>
  </w:style>
  <w:style w:type="character" w:styleId="BisitatutakoHiperesteka">
    <w:name w:val="FollowedHyperlink"/>
    <w:basedOn w:val="Paragrafoarenletra-tipolehenetsia"/>
    <w:uiPriority w:val="99"/>
    <w:semiHidden/>
    <w:unhideWhenUsed/>
    <w:rsid w:val="00A46CBB"/>
    <w:rPr>
      <w:color w:val="800080" w:themeColor="followedHyperlink"/>
      <w:u w:val="single"/>
    </w:rPr>
  </w:style>
  <w:style w:type="paragraph" w:styleId="Normalaweb">
    <w:name w:val="Normal (Web)"/>
    <w:basedOn w:val="Normala"/>
    <w:uiPriority w:val="99"/>
    <w:unhideWhenUsed/>
    <w:rsid w:val="00E44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u-ES" w:eastAsia="eu-ES"/>
    </w:rPr>
  </w:style>
  <w:style w:type="character" w:customStyle="1" w:styleId="citation-299">
    <w:name w:val="citation-299"/>
    <w:basedOn w:val="Paragrafoarenletra-tipolehenetsia"/>
    <w:rsid w:val="000B27C0"/>
  </w:style>
  <w:style w:type="character" w:customStyle="1" w:styleId="citation-298">
    <w:name w:val="citation-298"/>
    <w:basedOn w:val="Paragrafoarenletra-tipolehenetsia"/>
    <w:rsid w:val="000B27C0"/>
  </w:style>
  <w:style w:type="character" w:customStyle="1" w:styleId="citation-297">
    <w:name w:val="citation-297"/>
    <w:basedOn w:val="Paragrafoarenletra-tipolehenetsia"/>
    <w:rsid w:val="000B27C0"/>
  </w:style>
  <w:style w:type="character" w:customStyle="1" w:styleId="citation-296">
    <w:name w:val="citation-296"/>
    <w:basedOn w:val="Paragrafoarenletra-tipolehenetsia"/>
    <w:rsid w:val="000B27C0"/>
  </w:style>
  <w:style w:type="character" w:customStyle="1" w:styleId="citation-295">
    <w:name w:val="citation-295"/>
    <w:basedOn w:val="Paragrafoarenletra-tipolehenetsia"/>
    <w:rsid w:val="000B27C0"/>
  </w:style>
  <w:style w:type="character" w:customStyle="1" w:styleId="citation-294">
    <w:name w:val="citation-294"/>
    <w:basedOn w:val="Paragrafoarenletra-tipolehenetsia"/>
    <w:rsid w:val="000B27C0"/>
  </w:style>
  <w:style w:type="character" w:customStyle="1" w:styleId="citation-293">
    <w:name w:val="citation-293"/>
    <w:basedOn w:val="Paragrafoarenletra-tipolehenetsia"/>
    <w:rsid w:val="000B27C0"/>
  </w:style>
  <w:style w:type="character" w:customStyle="1" w:styleId="citation-292">
    <w:name w:val="citation-292"/>
    <w:basedOn w:val="Paragrafoarenletra-tipolehenetsia"/>
    <w:rsid w:val="000B27C0"/>
  </w:style>
  <w:style w:type="character" w:customStyle="1" w:styleId="citation-291">
    <w:name w:val="citation-291"/>
    <w:basedOn w:val="Paragrafoarenletra-tipolehenetsia"/>
    <w:rsid w:val="000B27C0"/>
  </w:style>
  <w:style w:type="character" w:customStyle="1" w:styleId="citation-290">
    <w:name w:val="citation-290"/>
    <w:basedOn w:val="Paragrafoarenletra-tipolehenetsia"/>
    <w:rsid w:val="000B27C0"/>
  </w:style>
  <w:style w:type="character" w:customStyle="1" w:styleId="citation-289">
    <w:name w:val="citation-289"/>
    <w:basedOn w:val="Paragrafoarenletra-tipolehenetsia"/>
    <w:rsid w:val="000B27C0"/>
  </w:style>
  <w:style w:type="character" w:customStyle="1" w:styleId="citation-288">
    <w:name w:val="citation-288"/>
    <w:basedOn w:val="Paragrafoarenletra-tipolehenetsia"/>
    <w:rsid w:val="000B27C0"/>
  </w:style>
  <w:style w:type="character" w:customStyle="1" w:styleId="citation-287">
    <w:name w:val="citation-287"/>
    <w:basedOn w:val="Paragrafoarenletra-tipolehenetsia"/>
    <w:rsid w:val="000B27C0"/>
  </w:style>
  <w:style w:type="character" w:customStyle="1" w:styleId="citation-286">
    <w:name w:val="citation-286"/>
    <w:basedOn w:val="Paragrafoarenletra-tipolehenetsia"/>
    <w:rsid w:val="000B27C0"/>
  </w:style>
  <w:style w:type="character" w:customStyle="1" w:styleId="citation-285">
    <w:name w:val="citation-285"/>
    <w:basedOn w:val="Paragrafoarenletra-tipolehenetsia"/>
    <w:rsid w:val="000B27C0"/>
  </w:style>
  <w:style w:type="character" w:customStyle="1" w:styleId="citation-284">
    <w:name w:val="citation-284"/>
    <w:basedOn w:val="Paragrafoarenletra-tipolehenetsia"/>
    <w:rsid w:val="000B27C0"/>
  </w:style>
  <w:style w:type="character" w:customStyle="1" w:styleId="citation-283">
    <w:name w:val="citation-283"/>
    <w:basedOn w:val="Paragrafoarenletra-tipolehenetsia"/>
    <w:rsid w:val="000B27C0"/>
  </w:style>
  <w:style w:type="character" w:customStyle="1" w:styleId="citation-282">
    <w:name w:val="citation-282"/>
    <w:basedOn w:val="Paragrafoarenletra-tipolehenetsia"/>
    <w:rsid w:val="000B27C0"/>
  </w:style>
  <w:style w:type="character" w:customStyle="1" w:styleId="citation-281">
    <w:name w:val="citation-281"/>
    <w:basedOn w:val="Paragrafoarenletra-tipolehenetsia"/>
    <w:rsid w:val="000B27C0"/>
  </w:style>
  <w:style w:type="character" w:customStyle="1" w:styleId="citation-280">
    <w:name w:val="citation-280"/>
    <w:basedOn w:val="Paragrafoarenletra-tipolehenetsia"/>
    <w:rsid w:val="000B27C0"/>
  </w:style>
  <w:style w:type="character" w:customStyle="1" w:styleId="citation-279">
    <w:name w:val="citation-279"/>
    <w:basedOn w:val="Paragrafoarenletra-tipolehenetsia"/>
    <w:rsid w:val="000B27C0"/>
  </w:style>
  <w:style w:type="character" w:customStyle="1" w:styleId="citation-278">
    <w:name w:val="citation-278"/>
    <w:basedOn w:val="Paragrafoarenletra-tipolehenetsia"/>
    <w:rsid w:val="000B27C0"/>
  </w:style>
  <w:style w:type="character" w:customStyle="1" w:styleId="citation-277">
    <w:name w:val="citation-277"/>
    <w:basedOn w:val="Paragrafoarenletra-tipolehenetsia"/>
    <w:rsid w:val="000B27C0"/>
  </w:style>
  <w:style w:type="character" w:customStyle="1" w:styleId="citation-276">
    <w:name w:val="citation-276"/>
    <w:basedOn w:val="Paragrafoarenletra-tipolehenetsia"/>
    <w:rsid w:val="000B27C0"/>
  </w:style>
  <w:style w:type="character" w:customStyle="1" w:styleId="citation-275">
    <w:name w:val="citation-275"/>
    <w:basedOn w:val="Paragrafoarenletra-tipolehenetsia"/>
    <w:rsid w:val="000B27C0"/>
  </w:style>
  <w:style w:type="character" w:customStyle="1" w:styleId="citation-274">
    <w:name w:val="citation-274"/>
    <w:basedOn w:val="Paragrafoarenletra-tipolehenetsia"/>
    <w:rsid w:val="000B27C0"/>
  </w:style>
  <w:style w:type="character" w:customStyle="1" w:styleId="citation-273">
    <w:name w:val="citation-273"/>
    <w:basedOn w:val="Paragrafoarenletra-tipolehenetsia"/>
    <w:rsid w:val="000B27C0"/>
  </w:style>
  <w:style w:type="character" w:customStyle="1" w:styleId="citation-272">
    <w:name w:val="citation-272"/>
    <w:basedOn w:val="Paragrafoarenletra-tipolehenetsia"/>
    <w:rsid w:val="000B27C0"/>
  </w:style>
  <w:style w:type="character" w:customStyle="1" w:styleId="citation-271">
    <w:name w:val="citation-271"/>
    <w:basedOn w:val="Paragrafoarenletra-tipolehenetsia"/>
    <w:rsid w:val="000B27C0"/>
  </w:style>
  <w:style w:type="character" w:customStyle="1" w:styleId="citation-270">
    <w:name w:val="citation-270"/>
    <w:basedOn w:val="Paragrafoarenletra-tipolehenetsia"/>
    <w:rsid w:val="000B27C0"/>
  </w:style>
  <w:style w:type="character" w:customStyle="1" w:styleId="citation-269">
    <w:name w:val="citation-269"/>
    <w:basedOn w:val="Paragrafoarenletra-tipolehenetsia"/>
    <w:rsid w:val="000B27C0"/>
  </w:style>
  <w:style w:type="character" w:customStyle="1" w:styleId="citation-268">
    <w:name w:val="citation-268"/>
    <w:basedOn w:val="Paragrafoarenletra-tipolehenetsia"/>
    <w:rsid w:val="000B27C0"/>
  </w:style>
  <w:style w:type="character" w:customStyle="1" w:styleId="citation-267">
    <w:name w:val="citation-267"/>
    <w:basedOn w:val="Paragrafoarenletra-tipolehenetsia"/>
    <w:rsid w:val="000B27C0"/>
  </w:style>
  <w:style w:type="character" w:customStyle="1" w:styleId="citation-266">
    <w:name w:val="citation-266"/>
    <w:basedOn w:val="Paragrafoarenletra-tipolehenetsia"/>
    <w:rsid w:val="000B27C0"/>
  </w:style>
  <w:style w:type="character" w:customStyle="1" w:styleId="citation-265">
    <w:name w:val="citation-265"/>
    <w:basedOn w:val="Paragrafoarenletra-tipolehenetsia"/>
    <w:rsid w:val="000B27C0"/>
  </w:style>
  <w:style w:type="character" w:customStyle="1" w:styleId="citation-264">
    <w:name w:val="citation-264"/>
    <w:basedOn w:val="Paragrafoarenletra-tipolehenetsia"/>
    <w:rsid w:val="000B27C0"/>
  </w:style>
  <w:style w:type="character" w:customStyle="1" w:styleId="citation-263">
    <w:name w:val="citation-263"/>
    <w:basedOn w:val="Paragrafoarenletra-tipolehenetsia"/>
    <w:rsid w:val="000B27C0"/>
  </w:style>
  <w:style w:type="character" w:customStyle="1" w:styleId="citation-262">
    <w:name w:val="citation-262"/>
    <w:basedOn w:val="Paragrafoarenletra-tipolehenetsia"/>
    <w:rsid w:val="000B27C0"/>
  </w:style>
  <w:style w:type="character" w:customStyle="1" w:styleId="citation-261">
    <w:name w:val="citation-261"/>
    <w:basedOn w:val="Paragrafoarenletra-tipolehenetsia"/>
    <w:rsid w:val="000B27C0"/>
  </w:style>
  <w:style w:type="character" w:customStyle="1" w:styleId="citation-260">
    <w:name w:val="citation-260"/>
    <w:basedOn w:val="Paragrafoarenletra-tipolehenetsia"/>
    <w:rsid w:val="000B27C0"/>
  </w:style>
  <w:style w:type="character" w:customStyle="1" w:styleId="citation-259">
    <w:name w:val="citation-259"/>
    <w:basedOn w:val="Paragrafoarenletra-tipolehenetsia"/>
    <w:rsid w:val="000B27C0"/>
  </w:style>
  <w:style w:type="character" w:customStyle="1" w:styleId="citation-258">
    <w:name w:val="citation-258"/>
    <w:basedOn w:val="Paragrafoarenletra-tipolehenetsia"/>
    <w:rsid w:val="000B27C0"/>
  </w:style>
  <w:style w:type="character" w:customStyle="1" w:styleId="citation-257">
    <w:name w:val="citation-257"/>
    <w:basedOn w:val="Paragrafoarenletra-tipolehenetsia"/>
    <w:rsid w:val="000B27C0"/>
  </w:style>
  <w:style w:type="character" w:customStyle="1" w:styleId="citation-256">
    <w:name w:val="citation-256"/>
    <w:basedOn w:val="Paragrafoarenletra-tipolehenetsia"/>
    <w:rsid w:val="000B27C0"/>
  </w:style>
  <w:style w:type="character" w:customStyle="1" w:styleId="citation-255">
    <w:name w:val="citation-255"/>
    <w:basedOn w:val="Paragrafoarenletra-tipolehenetsia"/>
    <w:rsid w:val="000B27C0"/>
  </w:style>
  <w:style w:type="character" w:customStyle="1" w:styleId="citation-254">
    <w:name w:val="citation-254"/>
    <w:basedOn w:val="Paragrafoarenletra-tipolehenetsia"/>
    <w:rsid w:val="000B27C0"/>
  </w:style>
  <w:style w:type="character" w:customStyle="1" w:styleId="citation-253">
    <w:name w:val="citation-253"/>
    <w:basedOn w:val="Paragrafoarenletra-tipolehenetsia"/>
    <w:rsid w:val="000B27C0"/>
  </w:style>
  <w:style w:type="character" w:customStyle="1" w:styleId="citation-252">
    <w:name w:val="citation-252"/>
    <w:basedOn w:val="Paragrafoarenletra-tipolehenetsia"/>
    <w:rsid w:val="000B27C0"/>
  </w:style>
  <w:style w:type="character" w:customStyle="1" w:styleId="citation-251">
    <w:name w:val="citation-251"/>
    <w:basedOn w:val="Paragrafoarenletra-tipolehenetsia"/>
    <w:rsid w:val="000B27C0"/>
  </w:style>
  <w:style w:type="character" w:customStyle="1" w:styleId="citation-250">
    <w:name w:val="citation-250"/>
    <w:basedOn w:val="Paragrafoarenletra-tipolehenetsia"/>
    <w:rsid w:val="000B27C0"/>
  </w:style>
  <w:style w:type="character" w:customStyle="1" w:styleId="citation-249">
    <w:name w:val="citation-249"/>
    <w:basedOn w:val="Paragrafoarenletra-tipolehenetsia"/>
    <w:rsid w:val="000B27C0"/>
  </w:style>
  <w:style w:type="character" w:customStyle="1" w:styleId="citation-248">
    <w:name w:val="citation-248"/>
    <w:basedOn w:val="Paragrafoarenletra-tipolehenetsia"/>
    <w:rsid w:val="000B27C0"/>
  </w:style>
  <w:style w:type="character" w:customStyle="1" w:styleId="citation-247">
    <w:name w:val="citation-247"/>
    <w:basedOn w:val="Paragrafoarenletra-tipolehenetsia"/>
    <w:rsid w:val="000B27C0"/>
  </w:style>
  <w:style w:type="character" w:customStyle="1" w:styleId="citation-246">
    <w:name w:val="citation-246"/>
    <w:basedOn w:val="Paragrafoarenletra-tipolehenetsia"/>
    <w:rsid w:val="000B27C0"/>
  </w:style>
  <w:style w:type="character" w:customStyle="1" w:styleId="citation-245">
    <w:name w:val="citation-245"/>
    <w:basedOn w:val="Paragrafoarenletra-tipolehenetsia"/>
    <w:rsid w:val="000B27C0"/>
  </w:style>
  <w:style w:type="character" w:customStyle="1" w:styleId="citation-197">
    <w:name w:val="citation-197"/>
    <w:basedOn w:val="Paragrafoarenletra-tipolehenetsia"/>
    <w:rsid w:val="00C742C7"/>
  </w:style>
  <w:style w:type="character" w:customStyle="1" w:styleId="citation-196">
    <w:name w:val="citation-196"/>
    <w:basedOn w:val="Paragrafoarenletra-tipolehenetsia"/>
    <w:rsid w:val="00C742C7"/>
  </w:style>
  <w:style w:type="character" w:customStyle="1" w:styleId="citation-195">
    <w:name w:val="citation-195"/>
    <w:basedOn w:val="Paragrafoarenletra-tipolehenetsia"/>
    <w:rsid w:val="00C742C7"/>
  </w:style>
  <w:style w:type="character" w:customStyle="1" w:styleId="citation-194">
    <w:name w:val="citation-194"/>
    <w:basedOn w:val="Paragrafoarenletra-tipolehenetsia"/>
    <w:rsid w:val="00C742C7"/>
  </w:style>
  <w:style w:type="character" w:customStyle="1" w:styleId="citation-193">
    <w:name w:val="citation-193"/>
    <w:basedOn w:val="Paragrafoarenletra-tipolehenetsia"/>
    <w:rsid w:val="00C742C7"/>
  </w:style>
  <w:style w:type="character" w:customStyle="1" w:styleId="citation-192">
    <w:name w:val="citation-192"/>
    <w:basedOn w:val="Paragrafoarenletra-tipolehenetsia"/>
    <w:rsid w:val="00C742C7"/>
  </w:style>
  <w:style w:type="character" w:customStyle="1" w:styleId="citation-191">
    <w:name w:val="citation-191"/>
    <w:basedOn w:val="Paragrafoarenletra-tipolehenetsia"/>
    <w:rsid w:val="00C742C7"/>
  </w:style>
  <w:style w:type="character" w:customStyle="1" w:styleId="citation-190">
    <w:name w:val="citation-190"/>
    <w:basedOn w:val="Paragrafoarenletra-tipolehenetsia"/>
    <w:rsid w:val="00C742C7"/>
  </w:style>
  <w:style w:type="character" w:customStyle="1" w:styleId="citation-189">
    <w:name w:val="citation-189"/>
    <w:basedOn w:val="Paragrafoarenletra-tipolehenetsia"/>
    <w:rsid w:val="00C742C7"/>
  </w:style>
  <w:style w:type="character" w:customStyle="1" w:styleId="citation-188">
    <w:name w:val="citation-188"/>
    <w:basedOn w:val="Paragrafoarenletra-tipolehenetsia"/>
    <w:rsid w:val="00C742C7"/>
  </w:style>
  <w:style w:type="character" w:customStyle="1" w:styleId="citation-187">
    <w:name w:val="citation-187"/>
    <w:basedOn w:val="Paragrafoarenletra-tipolehenetsia"/>
    <w:rsid w:val="00C742C7"/>
  </w:style>
  <w:style w:type="character" w:customStyle="1" w:styleId="citation-186">
    <w:name w:val="citation-186"/>
    <w:basedOn w:val="Paragrafoarenletra-tipolehenetsia"/>
    <w:rsid w:val="00C742C7"/>
  </w:style>
  <w:style w:type="character" w:customStyle="1" w:styleId="citation-185">
    <w:name w:val="citation-185"/>
    <w:basedOn w:val="Paragrafoarenletra-tipolehenetsia"/>
    <w:rsid w:val="00C742C7"/>
  </w:style>
  <w:style w:type="character" w:customStyle="1" w:styleId="citation-184">
    <w:name w:val="citation-184"/>
    <w:basedOn w:val="Paragrafoarenletra-tipolehenetsia"/>
    <w:rsid w:val="00C742C7"/>
  </w:style>
  <w:style w:type="character" w:customStyle="1" w:styleId="citation-183">
    <w:name w:val="citation-183"/>
    <w:basedOn w:val="Paragrafoarenletra-tipolehenetsia"/>
    <w:rsid w:val="00C742C7"/>
  </w:style>
  <w:style w:type="character" w:customStyle="1" w:styleId="citation-182">
    <w:name w:val="citation-182"/>
    <w:basedOn w:val="Paragrafoarenletra-tipolehenetsia"/>
    <w:rsid w:val="00C742C7"/>
  </w:style>
  <w:style w:type="character" w:customStyle="1" w:styleId="citation-181">
    <w:name w:val="citation-181"/>
    <w:basedOn w:val="Paragrafoarenletra-tipolehenetsia"/>
    <w:rsid w:val="00C742C7"/>
  </w:style>
  <w:style w:type="character" w:customStyle="1" w:styleId="citation-180">
    <w:name w:val="citation-180"/>
    <w:basedOn w:val="Paragrafoarenletra-tipolehenetsia"/>
    <w:rsid w:val="00C742C7"/>
  </w:style>
  <w:style w:type="character" w:customStyle="1" w:styleId="citation-179">
    <w:name w:val="citation-179"/>
    <w:basedOn w:val="Paragrafoarenletra-tipolehenetsia"/>
    <w:rsid w:val="00C742C7"/>
  </w:style>
  <w:style w:type="character" w:customStyle="1" w:styleId="citation-178">
    <w:name w:val="citation-178"/>
    <w:basedOn w:val="Paragrafoarenletra-tipolehenetsia"/>
    <w:rsid w:val="00C742C7"/>
  </w:style>
  <w:style w:type="character" w:customStyle="1" w:styleId="citation-177">
    <w:name w:val="citation-177"/>
    <w:basedOn w:val="Paragrafoarenletra-tipolehenetsia"/>
    <w:rsid w:val="00C742C7"/>
  </w:style>
  <w:style w:type="character" w:customStyle="1" w:styleId="citation-176">
    <w:name w:val="citation-176"/>
    <w:basedOn w:val="Paragrafoarenletra-tipolehenetsia"/>
    <w:rsid w:val="00C742C7"/>
  </w:style>
  <w:style w:type="character" w:customStyle="1" w:styleId="citation-175">
    <w:name w:val="citation-175"/>
    <w:basedOn w:val="Paragrafoarenletra-tipolehenetsia"/>
    <w:rsid w:val="00C742C7"/>
  </w:style>
  <w:style w:type="character" w:customStyle="1" w:styleId="citation-174">
    <w:name w:val="citation-174"/>
    <w:basedOn w:val="Paragrafoarenletra-tipolehenetsia"/>
    <w:rsid w:val="00C742C7"/>
  </w:style>
  <w:style w:type="character" w:customStyle="1" w:styleId="citation-173">
    <w:name w:val="citation-173"/>
    <w:basedOn w:val="Paragrafoarenletra-tipolehenetsia"/>
    <w:rsid w:val="00C742C7"/>
  </w:style>
  <w:style w:type="character" w:customStyle="1" w:styleId="citation-172">
    <w:name w:val="citation-172"/>
    <w:basedOn w:val="Paragrafoarenletra-tipolehenetsia"/>
    <w:rsid w:val="00C742C7"/>
  </w:style>
  <w:style w:type="character" w:customStyle="1" w:styleId="citation-171">
    <w:name w:val="citation-171"/>
    <w:basedOn w:val="Paragrafoarenletra-tipolehenetsia"/>
    <w:rsid w:val="00C742C7"/>
  </w:style>
  <w:style w:type="character" w:customStyle="1" w:styleId="citation-170">
    <w:name w:val="citation-170"/>
    <w:basedOn w:val="Paragrafoarenletra-tipolehenetsia"/>
    <w:rsid w:val="00C742C7"/>
  </w:style>
  <w:style w:type="character" w:customStyle="1" w:styleId="citation-169">
    <w:name w:val="citation-169"/>
    <w:basedOn w:val="Paragrafoarenletra-tipolehenetsia"/>
    <w:rsid w:val="00C742C7"/>
  </w:style>
  <w:style w:type="character" w:customStyle="1" w:styleId="citation-168">
    <w:name w:val="citation-168"/>
    <w:basedOn w:val="Paragrafoarenletra-tipolehenetsia"/>
    <w:rsid w:val="00C742C7"/>
  </w:style>
  <w:style w:type="character" w:customStyle="1" w:styleId="citation-167">
    <w:name w:val="citation-167"/>
    <w:basedOn w:val="Paragrafoarenletra-tipolehenetsia"/>
    <w:rsid w:val="00C742C7"/>
  </w:style>
  <w:style w:type="character" w:customStyle="1" w:styleId="citation-166">
    <w:name w:val="citation-166"/>
    <w:basedOn w:val="Paragrafoarenletra-tipolehenetsia"/>
    <w:rsid w:val="00C742C7"/>
  </w:style>
  <w:style w:type="character" w:customStyle="1" w:styleId="citation-165">
    <w:name w:val="citation-165"/>
    <w:basedOn w:val="Paragrafoarenletra-tipolehenetsia"/>
    <w:rsid w:val="00C742C7"/>
  </w:style>
  <w:style w:type="character" w:customStyle="1" w:styleId="citation-164">
    <w:name w:val="citation-164"/>
    <w:basedOn w:val="Paragrafoarenletra-tipolehenetsia"/>
    <w:rsid w:val="00C742C7"/>
  </w:style>
  <w:style w:type="character" w:customStyle="1" w:styleId="citation-163">
    <w:name w:val="citation-163"/>
    <w:basedOn w:val="Paragrafoarenletra-tipolehenetsia"/>
    <w:rsid w:val="00C742C7"/>
  </w:style>
  <w:style w:type="character" w:customStyle="1" w:styleId="citation-162">
    <w:name w:val="citation-162"/>
    <w:basedOn w:val="Paragrafoarenletra-tipolehenetsia"/>
    <w:rsid w:val="00C742C7"/>
  </w:style>
  <w:style w:type="character" w:customStyle="1" w:styleId="citation-161">
    <w:name w:val="citation-161"/>
    <w:basedOn w:val="Paragrafoarenletra-tipolehenetsia"/>
    <w:rsid w:val="00C742C7"/>
  </w:style>
  <w:style w:type="character" w:customStyle="1" w:styleId="citation-160">
    <w:name w:val="citation-160"/>
    <w:basedOn w:val="Paragrafoarenletra-tipolehenetsia"/>
    <w:rsid w:val="00C742C7"/>
  </w:style>
  <w:style w:type="character" w:customStyle="1" w:styleId="citation-159">
    <w:name w:val="citation-159"/>
    <w:basedOn w:val="Paragrafoarenletra-tipolehenetsia"/>
    <w:rsid w:val="00C742C7"/>
  </w:style>
  <w:style w:type="character" w:customStyle="1" w:styleId="citation-158">
    <w:name w:val="citation-158"/>
    <w:basedOn w:val="Paragrafoarenletra-tipolehenetsia"/>
    <w:rsid w:val="00C742C7"/>
  </w:style>
  <w:style w:type="character" w:customStyle="1" w:styleId="citation-157">
    <w:name w:val="citation-157"/>
    <w:basedOn w:val="Paragrafoarenletra-tipolehenetsia"/>
    <w:rsid w:val="00C742C7"/>
  </w:style>
  <w:style w:type="character" w:customStyle="1" w:styleId="citation-156">
    <w:name w:val="citation-156"/>
    <w:basedOn w:val="Paragrafoarenletra-tipolehenetsia"/>
    <w:rsid w:val="00C742C7"/>
  </w:style>
  <w:style w:type="character" w:customStyle="1" w:styleId="citation-155">
    <w:name w:val="citation-155"/>
    <w:basedOn w:val="Paragrafoarenletra-tipolehenetsia"/>
    <w:rsid w:val="00C742C7"/>
  </w:style>
  <w:style w:type="character" w:customStyle="1" w:styleId="citation-154">
    <w:name w:val="citation-154"/>
    <w:basedOn w:val="Paragrafoarenletra-tipolehenetsia"/>
    <w:rsid w:val="00C742C7"/>
  </w:style>
  <w:style w:type="character" w:customStyle="1" w:styleId="citation-153">
    <w:name w:val="citation-153"/>
    <w:basedOn w:val="Paragrafoarenletra-tipolehenetsia"/>
    <w:rsid w:val="00C742C7"/>
  </w:style>
  <w:style w:type="character" w:customStyle="1" w:styleId="citation-152">
    <w:name w:val="citation-152"/>
    <w:basedOn w:val="Paragrafoarenletra-tipolehenetsia"/>
    <w:rsid w:val="00C742C7"/>
  </w:style>
  <w:style w:type="character" w:customStyle="1" w:styleId="citation-151">
    <w:name w:val="citation-151"/>
    <w:basedOn w:val="Paragrafoarenletra-tipolehenetsia"/>
    <w:rsid w:val="00C742C7"/>
  </w:style>
  <w:style w:type="character" w:customStyle="1" w:styleId="citation-150">
    <w:name w:val="citation-150"/>
    <w:basedOn w:val="Paragrafoarenletra-tipolehenetsia"/>
    <w:rsid w:val="00C742C7"/>
  </w:style>
  <w:style w:type="character" w:customStyle="1" w:styleId="citation-149">
    <w:name w:val="citation-149"/>
    <w:basedOn w:val="Paragrafoarenletra-tipolehenetsia"/>
    <w:rsid w:val="00C742C7"/>
  </w:style>
  <w:style w:type="character" w:customStyle="1" w:styleId="citation-148">
    <w:name w:val="citation-148"/>
    <w:basedOn w:val="Paragrafoarenletra-tipolehenetsia"/>
    <w:rsid w:val="00C742C7"/>
  </w:style>
  <w:style w:type="character" w:customStyle="1" w:styleId="citation-147">
    <w:name w:val="citation-147"/>
    <w:basedOn w:val="Paragrafoarenletra-tipolehenetsia"/>
    <w:rsid w:val="00C742C7"/>
  </w:style>
  <w:style w:type="character" w:customStyle="1" w:styleId="citation-146">
    <w:name w:val="citation-146"/>
    <w:basedOn w:val="Paragrafoarenletra-tipolehenetsia"/>
    <w:rsid w:val="00C742C7"/>
  </w:style>
  <w:style w:type="character" w:customStyle="1" w:styleId="citation-145">
    <w:name w:val="citation-145"/>
    <w:basedOn w:val="Paragrafoarenletra-tipolehenetsia"/>
    <w:rsid w:val="00C742C7"/>
  </w:style>
  <w:style w:type="character" w:customStyle="1" w:styleId="citation-144">
    <w:name w:val="citation-144"/>
    <w:basedOn w:val="Paragrafoarenletra-tipolehenetsia"/>
    <w:rsid w:val="00C742C7"/>
  </w:style>
  <w:style w:type="character" w:customStyle="1" w:styleId="citation-143">
    <w:name w:val="citation-143"/>
    <w:basedOn w:val="Paragrafoarenletra-tipolehenetsia"/>
    <w:rsid w:val="00C742C7"/>
  </w:style>
  <w:style w:type="character" w:customStyle="1" w:styleId="citation-142">
    <w:name w:val="citation-142"/>
    <w:basedOn w:val="Paragrafoarenletra-tipolehenetsia"/>
    <w:rsid w:val="00C742C7"/>
  </w:style>
  <w:style w:type="character" w:customStyle="1" w:styleId="citation-141">
    <w:name w:val="citation-141"/>
    <w:basedOn w:val="Paragrafoarenletra-tipolehenetsia"/>
    <w:rsid w:val="00C742C7"/>
  </w:style>
  <w:style w:type="character" w:customStyle="1" w:styleId="citation-140">
    <w:name w:val="citation-140"/>
    <w:basedOn w:val="Paragrafoarenletra-tipolehenetsia"/>
    <w:rsid w:val="00C742C7"/>
  </w:style>
  <w:style w:type="character" w:customStyle="1" w:styleId="citation-139">
    <w:name w:val="citation-139"/>
    <w:basedOn w:val="Paragrafoarenletra-tipolehenetsia"/>
    <w:rsid w:val="00C742C7"/>
  </w:style>
  <w:style w:type="character" w:customStyle="1" w:styleId="citation-138">
    <w:name w:val="citation-138"/>
    <w:basedOn w:val="Paragrafoarenletra-tipolehenetsia"/>
    <w:rsid w:val="00C742C7"/>
  </w:style>
  <w:style w:type="character" w:customStyle="1" w:styleId="citation-137">
    <w:name w:val="citation-137"/>
    <w:basedOn w:val="Paragrafoarenletra-tipolehenetsia"/>
    <w:rsid w:val="00C742C7"/>
  </w:style>
  <w:style w:type="character" w:customStyle="1" w:styleId="citation-136">
    <w:name w:val="citation-136"/>
    <w:basedOn w:val="Paragrafoarenletra-tipolehenetsia"/>
    <w:rsid w:val="00C742C7"/>
  </w:style>
  <w:style w:type="character" w:customStyle="1" w:styleId="citation-135">
    <w:name w:val="citation-135"/>
    <w:basedOn w:val="Paragrafoarenletra-tipolehenetsia"/>
    <w:rsid w:val="00C742C7"/>
  </w:style>
  <w:style w:type="character" w:customStyle="1" w:styleId="citation-134">
    <w:name w:val="citation-134"/>
    <w:basedOn w:val="Paragrafoarenletra-tipolehenetsia"/>
    <w:rsid w:val="00C742C7"/>
  </w:style>
  <w:style w:type="character" w:customStyle="1" w:styleId="citation-133">
    <w:name w:val="citation-133"/>
    <w:basedOn w:val="Paragrafoarenletra-tipolehenetsia"/>
    <w:rsid w:val="00C742C7"/>
  </w:style>
  <w:style w:type="character" w:customStyle="1" w:styleId="citation-132">
    <w:name w:val="citation-132"/>
    <w:basedOn w:val="Paragrafoarenletra-tipolehenetsia"/>
    <w:rsid w:val="00C742C7"/>
  </w:style>
  <w:style w:type="character" w:customStyle="1" w:styleId="citation-833">
    <w:name w:val="citation-833"/>
    <w:basedOn w:val="Paragrafoarenletra-tipolehenetsia"/>
    <w:rsid w:val="00C742C7"/>
  </w:style>
  <w:style w:type="character" w:customStyle="1" w:styleId="citation-832">
    <w:name w:val="citation-832"/>
    <w:basedOn w:val="Paragrafoarenletra-tipolehenetsia"/>
    <w:rsid w:val="00C742C7"/>
  </w:style>
  <w:style w:type="character" w:customStyle="1" w:styleId="citation-831">
    <w:name w:val="citation-831"/>
    <w:basedOn w:val="Paragrafoarenletra-tipolehenetsia"/>
    <w:rsid w:val="00C742C7"/>
  </w:style>
  <w:style w:type="character" w:customStyle="1" w:styleId="citation-830">
    <w:name w:val="citation-830"/>
    <w:basedOn w:val="Paragrafoarenletra-tipolehenetsia"/>
    <w:rsid w:val="00C742C7"/>
  </w:style>
  <w:style w:type="character" w:customStyle="1" w:styleId="citation-829">
    <w:name w:val="citation-829"/>
    <w:basedOn w:val="Paragrafoarenletra-tipolehenetsia"/>
    <w:rsid w:val="00C742C7"/>
  </w:style>
  <w:style w:type="character" w:customStyle="1" w:styleId="citation-828">
    <w:name w:val="citation-828"/>
    <w:basedOn w:val="Paragrafoarenletra-tipolehenetsia"/>
    <w:rsid w:val="00C742C7"/>
  </w:style>
  <w:style w:type="character" w:customStyle="1" w:styleId="citation-827">
    <w:name w:val="citation-827"/>
    <w:basedOn w:val="Paragrafoarenletra-tipolehenetsia"/>
    <w:rsid w:val="00C742C7"/>
  </w:style>
  <w:style w:type="character" w:customStyle="1" w:styleId="citation-826">
    <w:name w:val="citation-826"/>
    <w:basedOn w:val="Paragrafoarenletra-tipolehenetsia"/>
    <w:rsid w:val="00C742C7"/>
  </w:style>
  <w:style w:type="character" w:customStyle="1" w:styleId="citation-825">
    <w:name w:val="citation-825"/>
    <w:basedOn w:val="Paragrafoarenletra-tipolehenetsia"/>
    <w:rsid w:val="00C742C7"/>
  </w:style>
  <w:style w:type="character" w:customStyle="1" w:styleId="citation-824">
    <w:name w:val="citation-824"/>
    <w:basedOn w:val="Paragrafoarenletra-tipolehenetsia"/>
    <w:rsid w:val="00C742C7"/>
  </w:style>
  <w:style w:type="character" w:customStyle="1" w:styleId="citation-823">
    <w:name w:val="citation-823"/>
    <w:basedOn w:val="Paragrafoarenletra-tipolehenetsia"/>
    <w:rsid w:val="00C742C7"/>
  </w:style>
  <w:style w:type="character" w:customStyle="1" w:styleId="citation-822">
    <w:name w:val="citation-822"/>
    <w:basedOn w:val="Paragrafoarenletra-tipolehenetsia"/>
    <w:rsid w:val="00C742C7"/>
  </w:style>
  <w:style w:type="character" w:customStyle="1" w:styleId="citation-821">
    <w:name w:val="citation-821"/>
    <w:basedOn w:val="Paragrafoarenletra-tipolehenetsia"/>
    <w:rsid w:val="00C742C7"/>
  </w:style>
  <w:style w:type="character" w:customStyle="1" w:styleId="citation-820">
    <w:name w:val="citation-820"/>
    <w:basedOn w:val="Paragrafoarenletra-tipolehenetsia"/>
    <w:rsid w:val="00C742C7"/>
  </w:style>
  <w:style w:type="character" w:customStyle="1" w:styleId="citation-819">
    <w:name w:val="citation-819"/>
    <w:basedOn w:val="Paragrafoarenletra-tipolehenetsia"/>
    <w:rsid w:val="00C742C7"/>
  </w:style>
  <w:style w:type="character" w:customStyle="1" w:styleId="citation-818">
    <w:name w:val="citation-818"/>
    <w:basedOn w:val="Paragrafoarenletra-tipolehenetsia"/>
    <w:rsid w:val="00C742C7"/>
  </w:style>
  <w:style w:type="character" w:customStyle="1" w:styleId="citation-817">
    <w:name w:val="citation-817"/>
    <w:basedOn w:val="Paragrafoarenletra-tipolehenetsia"/>
    <w:rsid w:val="00C742C7"/>
  </w:style>
  <w:style w:type="character" w:customStyle="1" w:styleId="citation-816">
    <w:name w:val="citation-816"/>
    <w:basedOn w:val="Paragrafoarenletra-tipolehenetsia"/>
    <w:rsid w:val="00C742C7"/>
  </w:style>
  <w:style w:type="character" w:customStyle="1" w:styleId="citation-815">
    <w:name w:val="citation-815"/>
    <w:basedOn w:val="Paragrafoarenletra-tipolehenetsia"/>
    <w:rsid w:val="00C742C7"/>
  </w:style>
  <w:style w:type="character" w:customStyle="1" w:styleId="citation-814">
    <w:name w:val="citation-814"/>
    <w:basedOn w:val="Paragrafoarenletra-tipolehenetsia"/>
    <w:rsid w:val="00C742C7"/>
  </w:style>
  <w:style w:type="character" w:customStyle="1" w:styleId="citation-813">
    <w:name w:val="citation-813"/>
    <w:basedOn w:val="Paragrafoarenletra-tipolehenetsia"/>
    <w:rsid w:val="00C742C7"/>
  </w:style>
  <w:style w:type="character" w:customStyle="1" w:styleId="citation-812">
    <w:name w:val="citation-812"/>
    <w:basedOn w:val="Paragrafoarenletra-tipolehenetsia"/>
    <w:rsid w:val="00C742C7"/>
  </w:style>
  <w:style w:type="character" w:customStyle="1" w:styleId="citation-811">
    <w:name w:val="citation-811"/>
    <w:basedOn w:val="Paragrafoarenletra-tipolehenetsia"/>
    <w:rsid w:val="00C742C7"/>
  </w:style>
  <w:style w:type="character" w:customStyle="1" w:styleId="citation-810">
    <w:name w:val="citation-810"/>
    <w:basedOn w:val="Paragrafoarenletra-tipolehenetsia"/>
    <w:rsid w:val="00C742C7"/>
  </w:style>
  <w:style w:type="character" w:customStyle="1" w:styleId="citation-809">
    <w:name w:val="citation-809"/>
    <w:basedOn w:val="Paragrafoarenletra-tipolehenetsia"/>
    <w:rsid w:val="00C742C7"/>
  </w:style>
  <w:style w:type="character" w:customStyle="1" w:styleId="citation-808">
    <w:name w:val="citation-808"/>
    <w:basedOn w:val="Paragrafoarenletra-tipolehenetsia"/>
    <w:rsid w:val="00C742C7"/>
  </w:style>
  <w:style w:type="character" w:customStyle="1" w:styleId="citation-807">
    <w:name w:val="citation-807"/>
    <w:basedOn w:val="Paragrafoarenletra-tipolehenetsia"/>
    <w:rsid w:val="00C742C7"/>
  </w:style>
  <w:style w:type="character" w:customStyle="1" w:styleId="citation-806">
    <w:name w:val="citation-806"/>
    <w:basedOn w:val="Paragrafoarenletra-tipolehenetsia"/>
    <w:rsid w:val="00C742C7"/>
  </w:style>
  <w:style w:type="character" w:customStyle="1" w:styleId="citation-805">
    <w:name w:val="citation-805"/>
    <w:basedOn w:val="Paragrafoarenletra-tipolehenetsia"/>
    <w:rsid w:val="00C742C7"/>
  </w:style>
  <w:style w:type="character" w:customStyle="1" w:styleId="citation-804">
    <w:name w:val="citation-804"/>
    <w:basedOn w:val="Paragrafoarenletra-tipolehenetsia"/>
    <w:rsid w:val="00C742C7"/>
  </w:style>
  <w:style w:type="character" w:customStyle="1" w:styleId="citation-803">
    <w:name w:val="citation-803"/>
    <w:basedOn w:val="Paragrafoarenletra-tipolehenetsia"/>
    <w:rsid w:val="00C742C7"/>
  </w:style>
  <w:style w:type="character" w:customStyle="1" w:styleId="citation-802">
    <w:name w:val="citation-802"/>
    <w:basedOn w:val="Paragrafoarenletra-tipolehenetsia"/>
    <w:rsid w:val="00C742C7"/>
  </w:style>
  <w:style w:type="character" w:customStyle="1" w:styleId="citation-801">
    <w:name w:val="citation-801"/>
    <w:basedOn w:val="Paragrafoarenletra-tipolehenetsia"/>
    <w:rsid w:val="00C742C7"/>
  </w:style>
  <w:style w:type="character" w:customStyle="1" w:styleId="citation-800">
    <w:name w:val="citation-800"/>
    <w:basedOn w:val="Paragrafoarenletra-tipolehenetsia"/>
    <w:rsid w:val="00C742C7"/>
  </w:style>
  <w:style w:type="character" w:customStyle="1" w:styleId="citation-799">
    <w:name w:val="citation-799"/>
    <w:basedOn w:val="Paragrafoarenletra-tipolehenetsia"/>
    <w:rsid w:val="00C742C7"/>
  </w:style>
  <w:style w:type="character" w:customStyle="1" w:styleId="citation-798">
    <w:name w:val="citation-798"/>
    <w:basedOn w:val="Paragrafoarenletra-tipolehenetsia"/>
    <w:rsid w:val="00C742C7"/>
  </w:style>
  <w:style w:type="character" w:customStyle="1" w:styleId="citation-797">
    <w:name w:val="citation-797"/>
    <w:basedOn w:val="Paragrafoarenletra-tipolehenetsia"/>
    <w:rsid w:val="00C742C7"/>
  </w:style>
  <w:style w:type="character" w:customStyle="1" w:styleId="citation-796">
    <w:name w:val="citation-796"/>
    <w:basedOn w:val="Paragrafoarenletra-tipolehenetsia"/>
    <w:rsid w:val="00C742C7"/>
  </w:style>
  <w:style w:type="character" w:customStyle="1" w:styleId="citation-795">
    <w:name w:val="citation-795"/>
    <w:basedOn w:val="Paragrafoarenletra-tipolehenetsia"/>
    <w:rsid w:val="00C742C7"/>
  </w:style>
  <w:style w:type="character" w:customStyle="1" w:styleId="citation-794">
    <w:name w:val="citation-794"/>
    <w:basedOn w:val="Paragrafoarenletra-tipolehenetsia"/>
    <w:rsid w:val="00C742C7"/>
  </w:style>
  <w:style w:type="character" w:customStyle="1" w:styleId="citation-793">
    <w:name w:val="citation-793"/>
    <w:basedOn w:val="Paragrafoarenletra-tipolehenetsia"/>
    <w:rsid w:val="00C742C7"/>
  </w:style>
  <w:style w:type="character" w:customStyle="1" w:styleId="citation-792">
    <w:name w:val="citation-792"/>
    <w:basedOn w:val="Paragrafoarenletra-tipolehenetsia"/>
    <w:rsid w:val="00C742C7"/>
  </w:style>
  <w:style w:type="character" w:customStyle="1" w:styleId="citation-791">
    <w:name w:val="citation-791"/>
    <w:basedOn w:val="Paragrafoarenletra-tipolehenetsia"/>
    <w:rsid w:val="00C742C7"/>
  </w:style>
  <w:style w:type="character" w:customStyle="1" w:styleId="citation-790">
    <w:name w:val="citation-790"/>
    <w:basedOn w:val="Paragrafoarenletra-tipolehenetsia"/>
    <w:rsid w:val="00C742C7"/>
  </w:style>
  <w:style w:type="character" w:customStyle="1" w:styleId="citation-789">
    <w:name w:val="citation-789"/>
    <w:basedOn w:val="Paragrafoarenletra-tipolehenetsia"/>
    <w:rsid w:val="00C742C7"/>
  </w:style>
  <w:style w:type="character" w:customStyle="1" w:styleId="citation-788">
    <w:name w:val="citation-788"/>
    <w:basedOn w:val="Paragrafoarenletra-tipolehenetsia"/>
    <w:rsid w:val="00C742C7"/>
  </w:style>
  <w:style w:type="character" w:customStyle="1" w:styleId="citation-787">
    <w:name w:val="citation-787"/>
    <w:basedOn w:val="Paragrafoarenletra-tipolehenetsia"/>
    <w:rsid w:val="00C742C7"/>
  </w:style>
  <w:style w:type="character" w:customStyle="1" w:styleId="citation-786">
    <w:name w:val="citation-786"/>
    <w:basedOn w:val="Paragrafoarenletra-tipolehenetsia"/>
    <w:rsid w:val="00C742C7"/>
  </w:style>
  <w:style w:type="character" w:customStyle="1" w:styleId="citation-785">
    <w:name w:val="citation-785"/>
    <w:basedOn w:val="Paragrafoarenletra-tipolehenetsia"/>
    <w:rsid w:val="00C742C7"/>
  </w:style>
  <w:style w:type="character" w:customStyle="1" w:styleId="citation-784">
    <w:name w:val="citation-784"/>
    <w:basedOn w:val="Paragrafoarenletra-tipolehenetsia"/>
    <w:rsid w:val="00C742C7"/>
  </w:style>
  <w:style w:type="character" w:customStyle="1" w:styleId="citation-783">
    <w:name w:val="citation-783"/>
    <w:basedOn w:val="Paragrafoarenletra-tipolehenetsia"/>
    <w:rsid w:val="00C742C7"/>
  </w:style>
  <w:style w:type="character" w:customStyle="1" w:styleId="citation-782">
    <w:name w:val="citation-782"/>
    <w:basedOn w:val="Paragrafoarenletra-tipolehenetsia"/>
    <w:rsid w:val="00C742C7"/>
  </w:style>
  <w:style w:type="character" w:customStyle="1" w:styleId="citation-781">
    <w:name w:val="citation-781"/>
    <w:basedOn w:val="Paragrafoarenletra-tipolehenetsia"/>
    <w:rsid w:val="00C742C7"/>
  </w:style>
  <w:style w:type="character" w:customStyle="1" w:styleId="citation-780">
    <w:name w:val="citation-780"/>
    <w:basedOn w:val="Paragrafoarenletra-tipolehenetsia"/>
    <w:rsid w:val="00C742C7"/>
  </w:style>
  <w:style w:type="character" w:customStyle="1" w:styleId="citation-779">
    <w:name w:val="citation-779"/>
    <w:basedOn w:val="Paragrafoarenletra-tipolehenetsia"/>
    <w:rsid w:val="00C742C7"/>
  </w:style>
  <w:style w:type="character" w:customStyle="1" w:styleId="citation-778">
    <w:name w:val="citation-778"/>
    <w:basedOn w:val="Paragrafoarenletra-tipolehenetsia"/>
    <w:rsid w:val="00C742C7"/>
  </w:style>
  <w:style w:type="character" w:customStyle="1" w:styleId="citation-777">
    <w:name w:val="citation-777"/>
    <w:basedOn w:val="Paragrafoarenletra-tipolehenetsia"/>
    <w:rsid w:val="00C742C7"/>
  </w:style>
  <w:style w:type="character" w:customStyle="1" w:styleId="citation-776">
    <w:name w:val="citation-776"/>
    <w:basedOn w:val="Paragrafoarenletra-tipolehenetsia"/>
    <w:rsid w:val="00C742C7"/>
  </w:style>
  <w:style w:type="character" w:customStyle="1" w:styleId="citation-775">
    <w:name w:val="citation-775"/>
    <w:basedOn w:val="Paragrafoarenletra-tipolehenetsia"/>
    <w:rsid w:val="00C742C7"/>
  </w:style>
  <w:style w:type="character" w:customStyle="1" w:styleId="citation-774">
    <w:name w:val="citation-774"/>
    <w:basedOn w:val="Paragrafoarenletra-tipolehenetsia"/>
    <w:rsid w:val="00C742C7"/>
  </w:style>
  <w:style w:type="character" w:customStyle="1" w:styleId="citation-773">
    <w:name w:val="citation-773"/>
    <w:basedOn w:val="Paragrafoarenletra-tipolehenetsia"/>
    <w:rsid w:val="00C742C7"/>
  </w:style>
  <w:style w:type="character" w:customStyle="1" w:styleId="citation-772">
    <w:name w:val="citation-772"/>
    <w:basedOn w:val="Paragrafoarenletra-tipolehenetsia"/>
    <w:rsid w:val="00C742C7"/>
  </w:style>
  <w:style w:type="character" w:customStyle="1" w:styleId="citation-771">
    <w:name w:val="citation-771"/>
    <w:basedOn w:val="Paragrafoarenletra-tipolehenetsia"/>
    <w:rsid w:val="00C742C7"/>
  </w:style>
  <w:style w:type="character" w:customStyle="1" w:styleId="citation-770">
    <w:name w:val="citation-770"/>
    <w:basedOn w:val="Paragrafoarenletra-tipolehenetsia"/>
    <w:rsid w:val="00C742C7"/>
  </w:style>
  <w:style w:type="character" w:customStyle="1" w:styleId="citation-769">
    <w:name w:val="citation-769"/>
    <w:basedOn w:val="Paragrafoarenletra-tipolehenetsia"/>
    <w:rsid w:val="00C742C7"/>
  </w:style>
  <w:style w:type="character" w:customStyle="1" w:styleId="citation-768">
    <w:name w:val="citation-768"/>
    <w:basedOn w:val="Paragrafoarenletra-tipolehenetsia"/>
    <w:rsid w:val="00C742C7"/>
  </w:style>
  <w:style w:type="character" w:customStyle="1" w:styleId="citation-767">
    <w:name w:val="citation-767"/>
    <w:basedOn w:val="Paragrafoarenletra-tipolehenetsia"/>
    <w:rsid w:val="00C742C7"/>
  </w:style>
  <w:style w:type="character" w:customStyle="1" w:styleId="citation-766">
    <w:name w:val="citation-766"/>
    <w:basedOn w:val="Paragrafoarenletra-tipolehenetsia"/>
    <w:rsid w:val="00C742C7"/>
  </w:style>
  <w:style w:type="character" w:customStyle="1" w:styleId="citation-765">
    <w:name w:val="citation-765"/>
    <w:basedOn w:val="Paragrafoarenletra-tipolehenetsia"/>
    <w:rsid w:val="00C742C7"/>
  </w:style>
  <w:style w:type="character" w:customStyle="1" w:styleId="citation-764">
    <w:name w:val="citation-764"/>
    <w:basedOn w:val="Paragrafoarenletra-tipolehenetsia"/>
    <w:rsid w:val="00C742C7"/>
  </w:style>
  <w:style w:type="character" w:customStyle="1" w:styleId="citation-763">
    <w:name w:val="citation-763"/>
    <w:basedOn w:val="Paragrafoarenletra-tipolehenetsia"/>
    <w:rsid w:val="00C742C7"/>
  </w:style>
  <w:style w:type="character" w:customStyle="1" w:styleId="citation-762">
    <w:name w:val="citation-762"/>
    <w:basedOn w:val="Paragrafoarenletra-tipolehenetsia"/>
    <w:rsid w:val="00C742C7"/>
  </w:style>
  <w:style w:type="character" w:customStyle="1" w:styleId="citation-761">
    <w:name w:val="citation-761"/>
    <w:basedOn w:val="Paragrafoarenletra-tipolehenetsia"/>
    <w:rsid w:val="00C742C7"/>
  </w:style>
  <w:style w:type="character" w:customStyle="1" w:styleId="citation-760">
    <w:name w:val="citation-760"/>
    <w:basedOn w:val="Paragrafoarenletra-tipolehenetsia"/>
    <w:rsid w:val="00C742C7"/>
  </w:style>
  <w:style w:type="character" w:customStyle="1" w:styleId="citation-759">
    <w:name w:val="citation-759"/>
    <w:basedOn w:val="Paragrafoarenletra-tipolehenetsia"/>
    <w:rsid w:val="00C742C7"/>
  </w:style>
  <w:style w:type="character" w:customStyle="1" w:styleId="citation-758">
    <w:name w:val="citation-758"/>
    <w:basedOn w:val="Paragrafoarenletra-tipolehenetsia"/>
    <w:rsid w:val="00C742C7"/>
  </w:style>
  <w:style w:type="character" w:customStyle="1" w:styleId="citation-757">
    <w:name w:val="citation-757"/>
    <w:basedOn w:val="Paragrafoarenletra-tipolehenetsia"/>
    <w:rsid w:val="00C742C7"/>
  </w:style>
  <w:style w:type="character" w:customStyle="1" w:styleId="citation-756">
    <w:name w:val="citation-756"/>
    <w:basedOn w:val="Paragrafoarenletra-tipolehenetsia"/>
    <w:rsid w:val="00C742C7"/>
  </w:style>
  <w:style w:type="character" w:customStyle="1" w:styleId="citation-755">
    <w:name w:val="citation-755"/>
    <w:basedOn w:val="Paragrafoarenletra-tipolehenetsia"/>
    <w:rsid w:val="00C742C7"/>
  </w:style>
  <w:style w:type="character" w:customStyle="1" w:styleId="citation-754">
    <w:name w:val="citation-754"/>
    <w:basedOn w:val="Paragrafoarenletra-tipolehenetsia"/>
    <w:rsid w:val="00C742C7"/>
  </w:style>
  <w:style w:type="character" w:customStyle="1" w:styleId="citation-753">
    <w:name w:val="citation-753"/>
    <w:basedOn w:val="Paragrafoarenletra-tipolehenetsia"/>
    <w:rsid w:val="00C742C7"/>
  </w:style>
  <w:style w:type="character" w:customStyle="1" w:styleId="citation-752">
    <w:name w:val="citation-752"/>
    <w:basedOn w:val="Paragrafoarenletra-tipolehenetsia"/>
    <w:rsid w:val="00C742C7"/>
  </w:style>
  <w:style w:type="character" w:customStyle="1" w:styleId="citation-751">
    <w:name w:val="citation-751"/>
    <w:basedOn w:val="Paragrafoarenletra-tipolehenetsia"/>
    <w:rsid w:val="00C742C7"/>
  </w:style>
  <w:style w:type="character" w:customStyle="1" w:styleId="citation-750">
    <w:name w:val="citation-750"/>
    <w:basedOn w:val="Paragrafoarenletra-tipolehenetsia"/>
    <w:rsid w:val="00C742C7"/>
  </w:style>
  <w:style w:type="character" w:customStyle="1" w:styleId="citation-749">
    <w:name w:val="citation-749"/>
    <w:basedOn w:val="Paragrafoarenletra-tipolehenetsia"/>
    <w:rsid w:val="00C742C7"/>
  </w:style>
  <w:style w:type="character" w:customStyle="1" w:styleId="citation-748">
    <w:name w:val="citation-748"/>
    <w:basedOn w:val="Paragrafoarenletra-tipolehenetsia"/>
    <w:rsid w:val="00C742C7"/>
  </w:style>
  <w:style w:type="character" w:customStyle="1" w:styleId="citation-747">
    <w:name w:val="citation-747"/>
    <w:basedOn w:val="Paragrafoarenletra-tipolehenetsia"/>
    <w:rsid w:val="00C742C7"/>
  </w:style>
  <w:style w:type="character" w:customStyle="1" w:styleId="citation-746">
    <w:name w:val="citation-746"/>
    <w:basedOn w:val="Paragrafoarenletra-tipolehenetsia"/>
    <w:rsid w:val="00C742C7"/>
  </w:style>
  <w:style w:type="character" w:customStyle="1" w:styleId="citation-745">
    <w:name w:val="citation-745"/>
    <w:basedOn w:val="Paragrafoarenletra-tipolehenetsia"/>
    <w:rsid w:val="00C742C7"/>
  </w:style>
  <w:style w:type="character" w:customStyle="1" w:styleId="citation-744">
    <w:name w:val="citation-744"/>
    <w:basedOn w:val="Paragrafoarenletra-tipolehenetsia"/>
    <w:rsid w:val="00C742C7"/>
  </w:style>
  <w:style w:type="character" w:customStyle="1" w:styleId="citation-743">
    <w:name w:val="citation-743"/>
    <w:basedOn w:val="Paragrafoarenletra-tipolehenetsia"/>
    <w:rsid w:val="00C742C7"/>
  </w:style>
  <w:style w:type="character" w:customStyle="1" w:styleId="citation-742">
    <w:name w:val="citation-742"/>
    <w:basedOn w:val="Paragrafoarenletra-tipolehenetsia"/>
    <w:rsid w:val="00C742C7"/>
  </w:style>
  <w:style w:type="character" w:customStyle="1" w:styleId="citation-741">
    <w:name w:val="citation-741"/>
    <w:basedOn w:val="Paragrafoarenletra-tipolehenetsia"/>
    <w:rsid w:val="00C742C7"/>
  </w:style>
  <w:style w:type="character" w:customStyle="1" w:styleId="citation-740">
    <w:name w:val="citation-740"/>
    <w:basedOn w:val="Paragrafoarenletra-tipolehenetsia"/>
    <w:rsid w:val="00C742C7"/>
  </w:style>
  <w:style w:type="character" w:customStyle="1" w:styleId="citation-739">
    <w:name w:val="citation-739"/>
    <w:basedOn w:val="Paragrafoarenletra-tipolehenetsia"/>
    <w:rsid w:val="00C742C7"/>
  </w:style>
  <w:style w:type="character" w:customStyle="1" w:styleId="citation-738">
    <w:name w:val="citation-738"/>
    <w:basedOn w:val="Paragrafoarenletra-tipolehenetsia"/>
    <w:rsid w:val="00C742C7"/>
  </w:style>
  <w:style w:type="character" w:customStyle="1" w:styleId="citation-737">
    <w:name w:val="citation-737"/>
    <w:basedOn w:val="Paragrafoarenletra-tipolehenetsia"/>
    <w:rsid w:val="00C742C7"/>
  </w:style>
  <w:style w:type="character" w:customStyle="1" w:styleId="citation-736">
    <w:name w:val="citation-736"/>
    <w:basedOn w:val="Paragrafoarenletra-tipolehenetsia"/>
    <w:rsid w:val="00C742C7"/>
  </w:style>
  <w:style w:type="character" w:customStyle="1" w:styleId="citation-735">
    <w:name w:val="citation-735"/>
    <w:basedOn w:val="Paragrafoarenletra-tipolehenetsia"/>
    <w:rsid w:val="00C742C7"/>
  </w:style>
  <w:style w:type="character" w:customStyle="1" w:styleId="citation-734">
    <w:name w:val="citation-734"/>
    <w:basedOn w:val="Paragrafoarenletra-tipolehenetsia"/>
    <w:rsid w:val="00C742C7"/>
  </w:style>
  <w:style w:type="character" w:customStyle="1" w:styleId="citation-733">
    <w:name w:val="citation-733"/>
    <w:basedOn w:val="Paragrafoarenletra-tipolehenetsia"/>
    <w:rsid w:val="00C742C7"/>
  </w:style>
  <w:style w:type="character" w:customStyle="1" w:styleId="citation-732">
    <w:name w:val="citation-732"/>
    <w:basedOn w:val="Paragrafoarenletra-tipolehenetsia"/>
    <w:rsid w:val="00C742C7"/>
  </w:style>
  <w:style w:type="character" w:customStyle="1" w:styleId="citation-731">
    <w:name w:val="citation-731"/>
    <w:basedOn w:val="Paragrafoarenletra-tipolehenetsia"/>
    <w:rsid w:val="00C742C7"/>
  </w:style>
  <w:style w:type="character" w:customStyle="1" w:styleId="citation-730">
    <w:name w:val="citation-730"/>
    <w:basedOn w:val="Paragrafoarenletra-tipolehenetsia"/>
    <w:rsid w:val="00C742C7"/>
  </w:style>
  <w:style w:type="character" w:customStyle="1" w:styleId="citation-729">
    <w:name w:val="citation-729"/>
    <w:basedOn w:val="Paragrafoarenletra-tipolehenetsia"/>
    <w:rsid w:val="00C742C7"/>
  </w:style>
  <w:style w:type="character" w:customStyle="1" w:styleId="citation-728">
    <w:name w:val="citation-728"/>
    <w:basedOn w:val="Paragrafoarenletra-tipolehenetsia"/>
    <w:rsid w:val="00C742C7"/>
  </w:style>
  <w:style w:type="character" w:customStyle="1" w:styleId="citation-727">
    <w:name w:val="citation-727"/>
    <w:basedOn w:val="Paragrafoarenletra-tipolehenetsia"/>
    <w:rsid w:val="00C742C7"/>
  </w:style>
  <w:style w:type="character" w:customStyle="1" w:styleId="citation-726">
    <w:name w:val="citation-726"/>
    <w:basedOn w:val="Paragrafoarenletra-tipolehenetsia"/>
    <w:rsid w:val="00C742C7"/>
  </w:style>
  <w:style w:type="character" w:customStyle="1" w:styleId="citation-725">
    <w:name w:val="citation-725"/>
    <w:basedOn w:val="Paragrafoarenletra-tipolehenetsia"/>
    <w:rsid w:val="00C742C7"/>
  </w:style>
  <w:style w:type="character" w:customStyle="1" w:styleId="citation-724">
    <w:name w:val="citation-724"/>
    <w:basedOn w:val="Paragrafoarenletra-tipolehenetsia"/>
    <w:rsid w:val="00C742C7"/>
  </w:style>
  <w:style w:type="character" w:customStyle="1" w:styleId="citation-723">
    <w:name w:val="citation-723"/>
    <w:basedOn w:val="Paragrafoarenletra-tipolehenetsia"/>
    <w:rsid w:val="00C742C7"/>
  </w:style>
  <w:style w:type="character" w:customStyle="1" w:styleId="citation-722">
    <w:name w:val="citation-722"/>
    <w:basedOn w:val="Paragrafoarenletra-tipolehenetsia"/>
    <w:rsid w:val="00C742C7"/>
  </w:style>
  <w:style w:type="character" w:customStyle="1" w:styleId="citation-721">
    <w:name w:val="citation-721"/>
    <w:basedOn w:val="Paragrafoarenletra-tipolehenetsia"/>
    <w:rsid w:val="00C742C7"/>
  </w:style>
  <w:style w:type="character" w:customStyle="1" w:styleId="citation-720">
    <w:name w:val="citation-720"/>
    <w:basedOn w:val="Paragrafoarenletra-tipolehenetsia"/>
    <w:rsid w:val="00C742C7"/>
  </w:style>
  <w:style w:type="character" w:customStyle="1" w:styleId="citation-719">
    <w:name w:val="citation-719"/>
    <w:basedOn w:val="Paragrafoarenletra-tipolehenetsia"/>
    <w:rsid w:val="00C742C7"/>
  </w:style>
  <w:style w:type="character" w:customStyle="1" w:styleId="citation-718">
    <w:name w:val="citation-718"/>
    <w:basedOn w:val="Paragrafoarenletra-tipolehenetsia"/>
    <w:rsid w:val="00C742C7"/>
  </w:style>
  <w:style w:type="character" w:customStyle="1" w:styleId="citation-717">
    <w:name w:val="citation-717"/>
    <w:basedOn w:val="Paragrafoarenletra-tipolehenetsia"/>
    <w:rsid w:val="00C742C7"/>
  </w:style>
  <w:style w:type="character" w:customStyle="1" w:styleId="citation-716">
    <w:name w:val="citation-716"/>
    <w:basedOn w:val="Paragrafoarenletra-tipolehenetsia"/>
    <w:rsid w:val="00C742C7"/>
  </w:style>
  <w:style w:type="character" w:customStyle="1" w:styleId="citation-715">
    <w:name w:val="citation-715"/>
    <w:basedOn w:val="Paragrafoarenletra-tipolehenetsia"/>
    <w:rsid w:val="00C742C7"/>
  </w:style>
  <w:style w:type="character" w:customStyle="1" w:styleId="citation-714">
    <w:name w:val="citation-714"/>
    <w:basedOn w:val="Paragrafoarenletra-tipolehenetsia"/>
    <w:rsid w:val="00C742C7"/>
  </w:style>
  <w:style w:type="character" w:customStyle="1" w:styleId="citation-713">
    <w:name w:val="citation-713"/>
    <w:basedOn w:val="Paragrafoarenletra-tipolehenetsia"/>
    <w:rsid w:val="00C742C7"/>
  </w:style>
  <w:style w:type="character" w:customStyle="1" w:styleId="citation-712">
    <w:name w:val="citation-712"/>
    <w:basedOn w:val="Paragrafoarenletra-tipolehenetsia"/>
    <w:rsid w:val="00C742C7"/>
  </w:style>
  <w:style w:type="character" w:customStyle="1" w:styleId="citation-711">
    <w:name w:val="citation-711"/>
    <w:basedOn w:val="Paragrafoarenletra-tipolehenetsia"/>
    <w:rsid w:val="00C742C7"/>
  </w:style>
  <w:style w:type="character" w:customStyle="1" w:styleId="citation-710">
    <w:name w:val="citation-710"/>
    <w:basedOn w:val="Paragrafoarenletra-tipolehenetsia"/>
    <w:rsid w:val="00C742C7"/>
  </w:style>
  <w:style w:type="character" w:customStyle="1" w:styleId="citation-709">
    <w:name w:val="citation-709"/>
    <w:basedOn w:val="Paragrafoarenletra-tipolehenetsia"/>
    <w:rsid w:val="00C742C7"/>
  </w:style>
  <w:style w:type="character" w:customStyle="1" w:styleId="citation-708">
    <w:name w:val="citation-708"/>
    <w:basedOn w:val="Paragrafoarenletra-tipolehenetsia"/>
    <w:rsid w:val="00C742C7"/>
  </w:style>
  <w:style w:type="character" w:customStyle="1" w:styleId="citation-707">
    <w:name w:val="citation-707"/>
    <w:basedOn w:val="Paragrafoarenletra-tipolehenetsia"/>
    <w:rsid w:val="00C742C7"/>
  </w:style>
  <w:style w:type="character" w:customStyle="1" w:styleId="citation-706">
    <w:name w:val="citation-706"/>
    <w:basedOn w:val="Paragrafoarenletra-tipolehenetsia"/>
    <w:rsid w:val="00C742C7"/>
  </w:style>
  <w:style w:type="character" w:customStyle="1" w:styleId="citation-705">
    <w:name w:val="citation-705"/>
    <w:basedOn w:val="Paragrafoarenletra-tipolehenetsia"/>
    <w:rsid w:val="00C742C7"/>
  </w:style>
  <w:style w:type="character" w:customStyle="1" w:styleId="citation-704">
    <w:name w:val="citation-704"/>
    <w:basedOn w:val="Paragrafoarenletra-tipolehenetsia"/>
    <w:rsid w:val="00C742C7"/>
  </w:style>
  <w:style w:type="character" w:customStyle="1" w:styleId="citation-703">
    <w:name w:val="citation-703"/>
    <w:basedOn w:val="Paragrafoarenletra-tipolehenetsia"/>
    <w:rsid w:val="00C742C7"/>
  </w:style>
  <w:style w:type="character" w:customStyle="1" w:styleId="citation-702">
    <w:name w:val="citation-702"/>
    <w:basedOn w:val="Paragrafoarenletra-tipolehenetsia"/>
    <w:rsid w:val="00C742C7"/>
  </w:style>
  <w:style w:type="character" w:customStyle="1" w:styleId="citation-701">
    <w:name w:val="citation-701"/>
    <w:basedOn w:val="Paragrafoarenletra-tipolehenetsia"/>
    <w:rsid w:val="00C742C7"/>
  </w:style>
  <w:style w:type="character" w:customStyle="1" w:styleId="citation-700">
    <w:name w:val="citation-700"/>
    <w:basedOn w:val="Paragrafoarenletra-tipolehenetsia"/>
    <w:rsid w:val="00C742C7"/>
  </w:style>
  <w:style w:type="character" w:customStyle="1" w:styleId="citation-699">
    <w:name w:val="citation-699"/>
    <w:basedOn w:val="Paragrafoarenletra-tipolehenetsia"/>
    <w:rsid w:val="00C742C7"/>
  </w:style>
  <w:style w:type="character" w:customStyle="1" w:styleId="citation-698">
    <w:name w:val="citation-698"/>
    <w:basedOn w:val="Paragrafoarenletra-tipolehenetsia"/>
    <w:rsid w:val="00C742C7"/>
  </w:style>
  <w:style w:type="character" w:customStyle="1" w:styleId="citation-697">
    <w:name w:val="citation-697"/>
    <w:basedOn w:val="Paragrafoarenletra-tipolehenetsia"/>
    <w:rsid w:val="00C742C7"/>
  </w:style>
  <w:style w:type="character" w:customStyle="1" w:styleId="citation-696">
    <w:name w:val="citation-696"/>
    <w:basedOn w:val="Paragrafoarenletra-tipolehenetsia"/>
    <w:rsid w:val="00C742C7"/>
  </w:style>
  <w:style w:type="character" w:customStyle="1" w:styleId="citation-695">
    <w:name w:val="citation-695"/>
    <w:basedOn w:val="Paragrafoarenletra-tipolehenetsia"/>
    <w:rsid w:val="00C742C7"/>
  </w:style>
  <w:style w:type="character" w:customStyle="1" w:styleId="citation-694">
    <w:name w:val="citation-694"/>
    <w:basedOn w:val="Paragrafoarenletra-tipolehenetsia"/>
    <w:rsid w:val="00C742C7"/>
  </w:style>
  <w:style w:type="character" w:customStyle="1" w:styleId="citation-693">
    <w:name w:val="citation-693"/>
    <w:basedOn w:val="Paragrafoarenletra-tipolehenetsia"/>
    <w:rsid w:val="00C742C7"/>
  </w:style>
  <w:style w:type="character" w:customStyle="1" w:styleId="citation-692">
    <w:name w:val="citation-692"/>
    <w:basedOn w:val="Paragrafoarenletra-tipolehenetsia"/>
    <w:rsid w:val="00C742C7"/>
  </w:style>
  <w:style w:type="character" w:customStyle="1" w:styleId="citation-691">
    <w:name w:val="citation-691"/>
    <w:basedOn w:val="Paragrafoarenletra-tipolehenetsia"/>
    <w:rsid w:val="00C742C7"/>
  </w:style>
  <w:style w:type="character" w:customStyle="1" w:styleId="TarterikezKar">
    <w:name w:val="Tarterik ez Kar"/>
    <w:basedOn w:val="Paragrafoarenletra-tipolehenetsia"/>
    <w:link w:val="Tarterikez"/>
    <w:uiPriority w:val="1"/>
    <w:rsid w:val="005E4B8F"/>
  </w:style>
  <w:style w:type="paragraph" w:styleId="EA2">
    <w:name w:val="toc 2"/>
    <w:basedOn w:val="Normala"/>
    <w:next w:val="Normala"/>
    <w:autoRedefine/>
    <w:uiPriority w:val="39"/>
    <w:unhideWhenUsed/>
    <w:rsid w:val="00721D1A"/>
    <w:pPr>
      <w:spacing w:after="100" w:line="259" w:lineRule="auto"/>
      <w:ind w:left="220"/>
    </w:pPr>
    <w:rPr>
      <w:rFonts w:cs="Times New Roman"/>
      <w:lang w:val="eu-ES" w:eastAsia="eu-ES"/>
    </w:rPr>
  </w:style>
  <w:style w:type="paragraph" w:styleId="EA1">
    <w:name w:val="toc 1"/>
    <w:basedOn w:val="Normala"/>
    <w:next w:val="Normala"/>
    <w:autoRedefine/>
    <w:uiPriority w:val="39"/>
    <w:unhideWhenUsed/>
    <w:rsid w:val="00721D1A"/>
    <w:pPr>
      <w:spacing w:after="100" w:line="259" w:lineRule="auto"/>
    </w:pPr>
    <w:rPr>
      <w:rFonts w:cs="Times New Roman"/>
      <w:lang w:val="eu-ES" w:eastAsia="eu-ES"/>
    </w:rPr>
  </w:style>
  <w:style w:type="paragraph" w:styleId="EA3">
    <w:name w:val="toc 3"/>
    <w:basedOn w:val="Normala"/>
    <w:next w:val="Normala"/>
    <w:autoRedefine/>
    <w:uiPriority w:val="39"/>
    <w:unhideWhenUsed/>
    <w:rsid w:val="00721D1A"/>
    <w:pPr>
      <w:spacing w:after="100" w:line="259" w:lineRule="auto"/>
      <w:ind w:left="440"/>
    </w:pPr>
    <w:rPr>
      <w:rFonts w:cs="Times New Roman"/>
      <w:lang w:val="eu-ES" w:eastAsia="eu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0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www.youtube.com/watch?v=699yHfXEo2o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hyperlink" Target="https://www.youtube.com/watch?v=1yaM68W2x1w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1So5_WT1xWc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Urratsez-urratseko motorren funtzionamendua, driverren erregulazioa eta DC-DC erregulatzaileen parametrizazioa nola egin behar den aztertzeaz gain, estainatze-teknika praktikoekin osatu</Abstract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26C5034DEF31469D687DC74110F0C4" ma:contentTypeVersion="18" ma:contentTypeDescription="Create a new document." ma:contentTypeScope="" ma:versionID="9749a2b4cca231bc632c3989b365264d">
  <xsd:schema xmlns:xsd="http://www.w3.org/2001/XMLSchema" xmlns:xs="http://www.w3.org/2001/XMLSchema" xmlns:p="http://schemas.microsoft.com/office/2006/metadata/properties" xmlns:ns2="fab0e02d-7b70-4413-b572-d44f1292ffc6" xmlns:ns3="328b14d6-6e2c-4870-bd3d-20a4f0e49c9e" targetNamespace="http://schemas.microsoft.com/office/2006/metadata/properties" ma:root="true" ma:fieldsID="ce32c62b3fb0868ee579d14af5c7af3f" ns2:_="" ns3:_="">
    <xsd:import namespace="fab0e02d-7b70-4413-b572-d44f1292ffc6"/>
    <xsd:import namespace="328b14d6-6e2c-4870-bd3d-20a4f0e49c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b0e02d-7b70-4413-b572-d44f1292ff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8748ed3-a044-4069-afca-14a5a74919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b14d6-6e2c-4870-bd3d-20a4f0e49c9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484c96b-0302-40db-b824-a3a76ee72efe}" ma:internalName="TaxCatchAll" ma:showField="CatchAllData" ma:web="328b14d6-6e2c-4870-bd3d-20a4f0e49c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ab0e02d-7b70-4413-b572-d44f1292ffc6">
      <Terms xmlns="http://schemas.microsoft.com/office/infopath/2007/PartnerControls"/>
    </lcf76f155ced4ddcb4097134ff3c332f>
    <TaxCatchAll xmlns="328b14d6-6e2c-4870-bd3d-20a4f0e49c9e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05B99DD-5D20-4B2B-BBD2-1CCDC8032BC2}"/>
</file>

<file path=customXml/itemProps3.xml><?xml version="1.0" encoding="utf-8"?>
<ds:datastoreItem xmlns:ds="http://schemas.openxmlformats.org/officeDocument/2006/customXml" ds:itemID="{1F5BBACA-C442-4ED8-85FB-680A99FEABF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6E66221-0E29-4D90-90E4-E90D51F99993}">
  <ds:schemaRefs>
    <ds:schemaRef ds:uri="http://schemas.microsoft.com/office/2006/metadata/properties"/>
    <ds:schemaRef ds:uri="http://schemas.microsoft.com/office/infopath/2007/PartnerControls"/>
    <ds:schemaRef ds:uri="fab0e02d-7b70-4413-b572-d44f1292ffc6"/>
    <ds:schemaRef ds:uri="328b14d6-6e2c-4870-bd3d-20a4f0e49c9e"/>
  </ds:schemaRefs>
</ds:datastoreItem>
</file>

<file path=customXml/itemProps5.xml><?xml version="1.0" encoding="utf-8"?>
<ds:datastoreItem xmlns:ds="http://schemas.openxmlformats.org/officeDocument/2006/customXml" ds:itemID="{933DBA4B-B1FC-4673-8DC7-382B6FD5F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1076</Words>
  <Characters>6138</Characters>
  <Application>Microsoft Office Word</Application>
  <DocSecurity>0</DocSecurity>
  <Lines>51</Lines>
  <Paragraphs>14</Paragraphs>
  <ScaleCrop>false</ScaleCrop>
  <HeadingPairs>
    <vt:vector size="4" baseType="variant">
      <vt:variant>
        <vt:lpstr>Titulua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LCAMP robotaren muntaketa elektronikoa: Osagaien soldadura, motorren driver-en erregulazioa eta DC-DC bihurgailuak</vt:lpstr>
      <vt:lpstr/>
    </vt:vector>
  </TitlesOfParts>
  <Manager/>
  <Company/>
  <LinksUpToDate>false</LinksUpToDate>
  <CharactersWithSpaces>7200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LM2596 DC-DC Bihurgailua eztainuztatu eta Konfiguratzea</dc:title>
  <dc:subject>Osagaien soldadura, motorren driver-en erregulazioa eta DC-DC bihurgailuak</dc:subject>
  <dc:creator>Ane Albisua – Miguel Altuna LHII</dc:creator>
  <cp:keywords/>
  <dc:description>generated by python-docx</dc:description>
  <cp:lastModifiedBy>Ane Albisua</cp:lastModifiedBy>
  <cp:revision>3</cp:revision>
  <dcterms:created xsi:type="dcterms:W3CDTF">2025-07-03T08:25:00Z</dcterms:created>
  <dcterms:modified xsi:type="dcterms:W3CDTF">2025-07-03T08:28:00Z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0x010100B026C5034DEF31469D687DC74110F0C4</vt:lpwstr>
  </property>
  <property fmtid="{D5CDD505-2E9C-101B-9397-08002B2CF9AE}" pid="3" name="MediaServiceImageTags">
    <vt:lpwstr/>
  </property>
</Properties>
</file>