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sdt>
      <w:sdtPr>
        <w:id w:val="669683428"/>
        <w:docPartObj>
          <w:docPartGallery w:val="Cover Pages"/>
          <w:docPartUnique/>
        </w:docPartObj>
      </w:sdtPr>
      <w:sdtEndPr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</w:sdtEndPr>
      <w:sdtContent>
        <w:p xmlns:wp14="http://schemas.microsoft.com/office/word/2010/wordml" w:rsidRPr="005E4B8F" w:rsidR="005E4B8F" w:rsidRDefault="005E4B8F" w14:paraId="2B587F8B" wp14:textId="77777777">
          <w:pPr>
            <w:rPr>
              <w:lang w:val="es-ES"/>
            </w:rPr>
          </w:pPr>
          <w:r>
            <w:rPr>
              <w:noProof/>
              <w:lang w:val="eu-ES" w:eastAsia="eu-ES"/>
            </w:rPr>
            <w:drawing>
              <wp:anchor xmlns:wp14="http://schemas.microsoft.com/office/word/2010/wordprocessingDrawing" distT="0" distB="0" distL="114300" distR="114300" simplePos="0" relativeHeight="251665408" behindDoc="0" locked="0" layoutInCell="1" allowOverlap="1" wp14:anchorId="11F9372A" wp14:editId="7777777">
                <wp:simplePos x="0" y="0"/>
                <wp:positionH relativeFrom="column">
                  <wp:posOffset>-851535</wp:posOffset>
                </wp:positionH>
                <wp:positionV relativeFrom="paragraph">
                  <wp:posOffset>-882015</wp:posOffset>
                </wp:positionV>
                <wp:extent cx="2056569" cy="1196340"/>
                <wp:effectExtent l="0" t="0" r="1270" b="3810"/>
                <wp:wrapNone/>
                <wp:docPr id="2" name="Irudi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riginala sloganarekin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8143" cy="1197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u-ES" w:eastAsia="eu-ES"/>
            </w:rPr>
            <mc:AlternateContent>
              <mc:Choice Requires="wpg">
                <w:drawing>
                  <wp:anchor xmlns:wp14="http://schemas.microsoft.com/office/word/2010/wordprocessingDrawing" distT="0" distB="0" distL="114300" distR="114300" simplePos="0" relativeHeight="251662336" behindDoc="0" locked="0" layoutInCell="1" allowOverlap="1" wp14:anchorId="2DD27B2B" wp14:editId="777777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149. taldea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51. laukizuzena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151. laukizuzena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 w14:anchorId="52FF77EB">
                  <v:group id="149. taldea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size="73152,12161" coordorigin="" o:spid="_x0000_s1026" w14:anchorId="3DF18A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">
                    <v:shape id="51. laukizuzena" style="position:absolute;width:73152;height:11303;visibility:visible;mso-wrap-style:square;v-text-anchor:middle" coordsize="7312660,1129665" o:spid="_x0000_s1027" fillcolor="#4f81bd [3204]" stroked="f" strokeweight="2pt" path="m,l7312660,r,1129665l3619500,733425,,109156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>
                      <v:path arrowok="t" o:connecttype="custom" o:connectlocs="0,0;7315200,0;7315200,1130373;3620757,733885;0,1092249;0,0" o:connectangles="0,0,0,0,0,0"/>
                    </v:shape>
                    <v:rect id="151. laukizuzena" style="position:absolute;width:73152;height:12161;visibility:visible;mso-wrap-style:square;v-text-anchor:middle" o:spid="_x0000_s1028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>
                      <v:fill type="frame" o:title="" recolor="t" rotate="t" r:id="rId14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val="eu-ES" w:eastAsia="eu-ES"/>
            </w:rPr>
            <mc:AlternateContent>
              <mc:Choice Requires="wps">
                <w:drawing>
                  <wp:anchor xmlns:wp14="http://schemas.microsoft.com/office/word/2010/wordprocessingDrawing" distT="0" distB="0" distL="114300" distR="114300" simplePos="0" relativeHeight="251660288" behindDoc="0" locked="0" layoutInCell="1" allowOverlap="1" wp14:anchorId="48A57782" wp14:editId="777777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152. testu-koadroa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es-ES"/>
                                  </w:rPr>
                                  <w:alias w:val="Egilea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xmlns:wp14="http://schemas.microsoft.com/office/word/2010/wordml" w:rsidRPr="005E4B8F" w:rsidR="005E4B8F" w:rsidRDefault="005E4B8F" w14:paraId="6A952F05" wp14:textId="77777777">
                                    <w:pPr>
                                      <w:pStyle w:val="Tarterikez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 w:rsidRPr="005E4B8F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 xml:space="preserve">Ane Albisua – Miguel </w:t>
                                    </w:r>
                                    <w:proofErr w:type="spellStart"/>
                                    <w:r w:rsidRPr="005E4B8F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>Al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>tuna</w:t>
                                    </w:r>
                                    <w:proofErr w:type="spellEnd"/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 xml:space="preserve"> LHII</w:t>
                                    </w:r>
                                  </w:p>
                                </w:sdtContent>
                              </w:sdt>
                              <w:p xmlns:wp14="http://schemas.microsoft.com/office/word/2010/wordml" w:rsidRPr="005E4B8F" w:rsidR="005E4B8F" w:rsidRDefault="00405A0C" w14:paraId="207CCF61" wp14:textId="77777777">
                                <w:pPr>
                                  <w:pStyle w:val="Tarterikez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Helbide elektronikoa"/>
                                    <w:tag w:val="Helbide elektronikoa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E4B8F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 w14:anchorId="54E76577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152. testu-koadroa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">
                    <v:textbox inset="126pt,0,54pt,0">
                      <w:txbxContent>
                        <w:sdt>
                          <w:sdtPr>
                            <w:id w:val="1731621692"/>
                            <w:rPr>
                              <w:color w:val="595959" w:themeColor="text1" w:themeTint="A6"/>
                              <w:sz w:val="28"/>
                              <w:szCs w:val="28"/>
                              <w:lang w:val="es-ES"/>
                            </w:rPr>
                            <w:alias w:val="Egilea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Pr="005E4B8F" w:rsidR="005E4B8F" w:rsidRDefault="005E4B8F" w14:paraId="228C0ED4" wp14:textId="77777777">
                              <w:pPr>
                                <w:pStyle w:val="Tarterikez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5E4B8F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 xml:space="preserve">Ane Albisua – Miguel </w:t>
                              </w:r>
                              <w:proofErr w:type="spellStart"/>
                              <w:r w:rsidRPr="005E4B8F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>Al</w:t>
                              </w: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>tuna</w:t>
                              </w:r>
                              <w:proofErr w:type="spellEnd"/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 xml:space="preserve"> LHII</w:t>
                              </w:r>
                            </w:p>
                          </w:sdtContent>
                        </w:sdt>
                        <w:p w:rsidRPr="005E4B8F" w:rsidR="005E4B8F" w:rsidRDefault="00405A0C" w14:paraId="05C2A4D3" wp14:textId="77777777">
                          <w:pPr>
                            <w:pStyle w:val="Tarterikez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  <w:lang w:val="es-ES"/>
                            </w:rPr>
                          </w:pPr>
                          <w:sdt>
                            <w:sdtPr>
                              <w:id w:val="478699845"/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Helbide elektronikoa"/>
                              <w:tag w:val="Helbide elektronikoa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5E4B8F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eu-ES" w:eastAsia="eu-ES"/>
            </w:rPr>
            <mc:AlternateContent>
              <mc:Choice Requires="wps">
                <w:drawing>
                  <wp:anchor xmlns:wp14="http://schemas.microsoft.com/office/word/2010/wordprocessingDrawing" distT="0" distB="0" distL="114300" distR="114300" simplePos="0" relativeHeight="251661312" behindDoc="0" locked="0" layoutInCell="1" allowOverlap="1" wp14:anchorId="49B4F6BD" wp14:editId="777777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153. testu-koadroa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xmlns:wp14="http://schemas.microsoft.com/office/word/2010/wordml" w:rsidRPr="005E4B8F" w:rsidR="005E4B8F" w:rsidRDefault="00803541" w14:paraId="26AF7AA8" wp14:textId="77777777">
                                <w:pPr>
                                  <w:pStyle w:val="Tarterikez"/>
                                  <w:jc w:val="right"/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u-ES"/>
                                  </w:rPr>
                                  <w:t>I</w:t>
                                </w:r>
                                <w:r w:rsidR="00721D1A"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u-ES"/>
                                  </w:rPr>
                                  <w:t>kaslearen gida</w:t>
                                </w:r>
                              </w:p>
                              <w:p xmlns:wp14="http://schemas.microsoft.com/office/word/2010/wordml" w:rsidRPr="005E4B8F" w:rsidR="005E4B8F" w:rsidRDefault="005E4B8F" w14:paraId="672A6659" wp14:textId="77777777">
                                <w:pPr>
                                  <w:pStyle w:val="Tarterikez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 w14:anchorId="135BBB15">
                  <v:shape id="153. testu-koadroa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">
                    <v:textbox style="mso-fit-shape-to-text:t" inset="126pt,0,54pt,0">
                      <w:txbxContent>
                        <w:p w:rsidRPr="005E4B8F" w:rsidR="005E4B8F" w:rsidRDefault="00803541" w14:paraId="11C611EB" wp14:textId="77777777">
                          <w:pPr>
                            <w:pStyle w:val="Tarterikez"/>
                            <w:jc w:val="right"/>
                            <w:rPr>
                              <w:color w:val="4F81BD" w:themeColor="accent1"/>
                              <w:sz w:val="28"/>
                              <w:szCs w:val="28"/>
                              <w:lang w:val="es-ES"/>
                            </w:rPr>
                          </w:pPr>
                          <w:r>
                            <w:rPr>
                              <w:color w:val="4F81BD" w:themeColor="accent1"/>
                              <w:sz w:val="28"/>
                              <w:szCs w:val="28"/>
                              <w:lang w:val="eu-ES"/>
                            </w:rPr>
                            <w:t>I</w:t>
                          </w:r>
                          <w:r w:rsidR="00721D1A">
                            <w:rPr>
                              <w:color w:val="4F81BD" w:themeColor="accent1"/>
                              <w:sz w:val="28"/>
                              <w:szCs w:val="28"/>
                              <w:lang w:val="eu-ES"/>
                            </w:rPr>
                            <w:t>kaslearen gida</w:t>
                          </w:r>
                        </w:p>
                        <w:p w:rsidRPr="005E4B8F" w:rsidR="005E4B8F" w:rsidRDefault="005E4B8F" w14:paraId="0A37501D" wp14:textId="77777777">
                          <w:pPr>
                            <w:pStyle w:val="Tarterikez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eu-ES" w:eastAsia="eu-ES"/>
            </w:rPr>
            <mc:AlternateContent>
              <mc:Choice Requires="wps">
                <w:drawing>
                  <wp:anchor xmlns:wp14="http://schemas.microsoft.com/office/word/2010/wordprocessingDrawing" distT="0" distB="0" distL="114300" distR="114300" simplePos="0" relativeHeight="251659264" behindDoc="0" locked="0" layoutInCell="1" allowOverlap="1" wp14:anchorId="13985D4D" wp14:editId="777777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154. testu-koadroa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xmlns:wp14="http://schemas.microsoft.com/office/word/2010/wordml" w:rsidRPr="005E4B8F" w:rsidR="005E4B8F" w:rsidRDefault="00405A0C" w14:paraId="4A2007D7" wp14:textId="77777777">
                                <w:pPr>
                                  <w:jc w:val="right"/>
                                  <w:rPr>
                                    <w:color w:val="4F81BD" w:themeColor="accent1"/>
                                    <w:sz w:val="36"/>
                                    <w:szCs w:val="36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 w:eastAsiaTheme="majorEastAsia"/>
                                      <w:b/>
                                      <w:bCs/>
                                      <w:color w:val="365F91" w:themeColor="accent1" w:themeShade="BF"/>
                                      <w:sz w:val="36"/>
                                      <w:szCs w:val="36"/>
                                      <w:lang w:val="eu-ES"/>
                                    </w:rPr>
                                    <w:alias w:val="Titulua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537F7E">
                                      <w:rPr>
                                        <w:rFonts w:ascii="Arial" w:hAnsi="Arial" w:cs="Arial" w:eastAsiaTheme="majorEastAsia"/>
                                        <w:b/>
                                        <w:bCs/>
                                        <w:color w:val="365F91" w:themeColor="accent1" w:themeShade="BF"/>
                                        <w:sz w:val="36"/>
                                        <w:szCs w:val="36"/>
                                        <w:lang w:val="eu-ES"/>
                                      </w:rPr>
                                      <w:t>LCAMP robotaren muntaketa elektronikoa: Osagaien soldadura, motorren driver-</w:t>
                                    </w:r>
                                    <w:proofErr w:type="spellStart"/>
                                    <w:r w:rsidR="00537F7E">
                                      <w:rPr>
                                        <w:rFonts w:ascii="Arial" w:hAnsi="Arial" w:cs="Arial" w:eastAsiaTheme="majorEastAsia"/>
                                        <w:b/>
                                        <w:bCs/>
                                        <w:color w:val="365F91" w:themeColor="accent1" w:themeShade="BF"/>
                                        <w:sz w:val="36"/>
                                        <w:szCs w:val="36"/>
                                        <w:lang w:val="eu-ES"/>
                                      </w:rPr>
                                      <w:t>en</w:t>
                                    </w:r>
                                    <w:proofErr w:type="spellEnd"/>
                                    <w:r w:rsidR="00537F7E">
                                      <w:rPr>
                                        <w:rFonts w:ascii="Arial" w:hAnsi="Arial" w:cs="Arial" w:eastAsiaTheme="majorEastAsia"/>
                                        <w:b/>
                                        <w:bCs/>
                                        <w:color w:val="365F91" w:themeColor="accent1" w:themeShade="BF"/>
                                        <w:sz w:val="36"/>
                                        <w:szCs w:val="36"/>
                                        <w:lang w:val="eu-ES"/>
                                      </w:rPr>
                                      <w:t xml:space="preserve"> erregulazioa eta DC-DC bihurgailuak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Arial" w:hAnsi="Arial" w:cs="Arial" w:eastAsiaTheme="majorEastAsia"/>
                                    <w:b/>
                                    <w:bCs/>
                                    <w:color w:val="365F91" w:themeColor="accent1" w:themeShade="BF"/>
                                    <w:sz w:val="24"/>
                                    <w:szCs w:val="24"/>
                                    <w:lang w:val="eu-ES"/>
                                  </w:rPr>
                                  <w:alias w:val="Azpititulua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xmlns:wp14="http://schemas.microsoft.com/office/word/2010/wordml" w:rsidRPr="005E4B8F" w:rsidR="005E4B8F" w:rsidRDefault="005E4B8F" w14:paraId="597843CE" wp14:textId="77777777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  <w:lang w:val="es-ES"/>
                                      </w:rPr>
                                    </w:pPr>
                                    <w:r w:rsidRPr="005E4B8F">
                                      <w:rPr>
                                        <w:rFonts w:ascii="Arial" w:hAnsi="Arial" w:cs="Arial" w:eastAsiaTheme="majorEastAsia"/>
                                        <w:b/>
                                        <w:bCs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val="eu-ES"/>
                                      </w:rPr>
                                      <w:t>Osagaien soldadura, motorren driver-</w:t>
                                    </w:r>
                                    <w:proofErr w:type="spellStart"/>
                                    <w:r w:rsidRPr="005E4B8F">
                                      <w:rPr>
                                        <w:rFonts w:ascii="Arial" w:hAnsi="Arial" w:cs="Arial" w:eastAsiaTheme="majorEastAsia"/>
                                        <w:b/>
                                        <w:bCs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val="eu-ES"/>
                                      </w:rPr>
                                      <w:t>en</w:t>
                                    </w:r>
                                    <w:proofErr w:type="spellEnd"/>
                                    <w:r w:rsidRPr="005E4B8F">
                                      <w:rPr>
                                        <w:rFonts w:ascii="Arial" w:hAnsi="Arial" w:cs="Arial" w:eastAsiaTheme="majorEastAsia"/>
                                        <w:b/>
                                        <w:bCs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val="eu-ES"/>
                                      </w:rPr>
                                      <w:t xml:space="preserve"> erregulazioa eta DC-DC bihurgailuak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 w14:anchorId="121F2238">
                  <v:shape id="154. testu-koadroa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">
                    <v:textbox inset="126pt,0,54pt,0">
                      <w:txbxContent>
                        <w:p w:rsidRPr="005E4B8F" w:rsidR="005E4B8F" w:rsidRDefault="00405A0C" w14:paraId="787C02B8" wp14:textId="77777777">
                          <w:pPr>
                            <w:jc w:val="right"/>
                            <w:rPr>
                              <w:color w:val="4F81BD" w:themeColor="accent1"/>
                              <w:sz w:val="36"/>
                              <w:szCs w:val="36"/>
                              <w:lang w:val="es-ES"/>
                            </w:rPr>
                          </w:pPr>
                          <w:sdt>
                            <w:sdtPr>
                              <w:id w:val="400586768"/>
                              <w:rPr>
                                <w:rFonts w:ascii="Arial" w:hAnsi="Arial" w:cs="Arial" w:eastAsiaTheme="majorEastAsia"/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  <w:lang w:val="eu-ES"/>
                              </w:rPr>
                              <w:alias w:val="Titulua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537F7E">
                                <w:rPr>
                                  <w:rFonts w:ascii="Arial" w:hAnsi="Arial" w:cs="Arial" w:eastAsiaTheme="majorEastAsia"/>
                                  <w:b/>
                                  <w:bCs/>
                                  <w:color w:val="365F91" w:themeColor="accent1" w:themeShade="BF"/>
                                  <w:sz w:val="36"/>
                                  <w:szCs w:val="36"/>
                                  <w:lang w:val="eu-ES"/>
                                </w:rPr>
                                <w:t>LCAMP robotaren muntaketa elektronikoa: Osagaien soldadura, motorren driver-</w:t>
                              </w:r>
                              <w:proofErr w:type="spellStart"/>
                              <w:r w:rsidR="00537F7E">
                                <w:rPr>
                                  <w:rFonts w:ascii="Arial" w:hAnsi="Arial" w:cs="Arial" w:eastAsiaTheme="majorEastAsia"/>
                                  <w:b/>
                                  <w:bCs/>
                                  <w:color w:val="365F91" w:themeColor="accent1" w:themeShade="BF"/>
                                  <w:sz w:val="36"/>
                                  <w:szCs w:val="36"/>
                                  <w:lang w:val="eu-ES"/>
                                </w:rPr>
                                <w:t>en</w:t>
                              </w:r>
                              <w:proofErr w:type="spellEnd"/>
                              <w:r w:rsidR="00537F7E">
                                <w:rPr>
                                  <w:rFonts w:ascii="Arial" w:hAnsi="Arial" w:cs="Arial" w:eastAsiaTheme="majorEastAsia"/>
                                  <w:b/>
                                  <w:bCs/>
                                  <w:color w:val="365F91" w:themeColor="accent1" w:themeShade="BF"/>
                                  <w:sz w:val="36"/>
                                  <w:szCs w:val="36"/>
                                  <w:lang w:val="eu-ES"/>
                                </w:rPr>
                                <w:t xml:space="preserve"> erregulazioa eta DC-DC bihurgailuak</w:t>
                              </w:r>
                            </w:sdtContent>
                          </w:sdt>
                        </w:p>
                        <w:sdt>
                          <w:sdtPr>
                            <w:id w:val="215505339"/>
                            <w:rPr>
                              <w:rFonts w:ascii="Arial" w:hAnsi="Arial" w:cs="Arial" w:eastAsiaTheme="majorEastAsia"/>
                              <w:b/>
                              <w:bCs/>
                              <w:color w:val="365F91" w:themeColor="accent1" w:themeShade="BF"/>
                              <w:sz w:val="24"/>
                              <w:szCs w:val="24"/>
                              <w:lang w:val="eu-ES"/>
                            </w:rPr>
                            <w:alias w:val="Azpititulua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Pr="005E4B8F" w:rsidR="005E4B8F" w:rsidRDefault="005E4B8F" w14:paraId="199D9874" wp14:textId="77777777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  <w:lang w:val="es-ES"/>
                                </w:rPr>
                              </w:pPr>
                              <w:r w:rsidRPr="005E4B8F">
                                <w:rPr>
                                  <w:rFonts w:ascii="Arial" w:hAnsi="Arial" w:cs="Arial" w:eastAsiaTheme="majorEastAsia"/>
                                  <w:b/>
                                  <w:bCs/>
                                  <w:color w:val="365F91" w:themeColor="accent1" w:themeShade="BF"/>
                                  <w:sz w:val="24"/>
                                  <w:szCs w:val="24"/>
                                  <w:lang w:val="eu-ES"/>
                                </w:rPr>
                                <w:t>Osagaien soldadura, motorren driver-</w:t>
                              </w:r>
                              <w:proofErr w:type="spellStart"/>
                              <w:r w:rsidRPr="005E4B8F">
                                <w:rPr>
                                  <w:rFonts w:ascii="Arial" w:hAnsi="Arial" w:cs="Arial" w:eastAsiaTheme="majorEastAsia"/>
                                  <w:b/>
                                  <w:bCs/>
                                  <w:color w:val="365F91" w:themeColor="accent1" w:themeShade="BF"/>
                                  <w:sz w:val="24"/>
                                  <w:szCs w:val="24"/>
                                  <w:lang w:val="eu-ES"/>
                                </w:rPr>
                                <w:t>en</w:t>
                              </w:r>
                              <w:proofErr w:type="spellEnd"/>
                              <w:r w:rsidRPr="005E4B8F">
                                <w:rPr>
                                  <w:rFonts w:ascii="Arial" w:hAnsi="Arial" w:cs="Arial" w:eastAsiaTheme="majorEastAsia"/>
                                  <w:b/>
                                  <w:bCs/>
                                  <w:color w:val="365F91" w:themeColor="accent1" w:themeShade="BF"/>
                                  <w:sz w:val="24"/>
                                  <w:szCs w:val="24"/>
                                  <w:lang w:val="eu-ES"/>
                                </w:rPr>
                                <w:t xml:space="preserve"> erregulazioa eta DC-DC bihurgailuak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xmlns:wp14="http://schemas.microsoft.com/office/word/2010/wordml" w:rsidR="005E4B8F" w:rsidRDefault="005E4B8F" w14:paraId="11953010" wp14:textId="77777777">
          <w:pPr>
            <w:rPr>
              <w:rFonts w:ascii="Arial" w:hAnsi="Arial" w:eastAsia="Times New Roman" w:cs="Arial"/>
              <w:sz w:val="24"/>
              <w:szCs w:val="24"/>
              <w:lang w:val="eu-ES" w:eastAsia="eu-ES"/>
            </w:rPr>
          </w:pPr>
          <w:r>
            <w:rPr>
              <w:noProof/>
              <w:lang w:val="eu-ES" w:eastAsia="eu-ES"/>
            </w:rPr>
            <w:drawing>
              <wp:anchor xmlns:wp14="http://schemas.microsoft.com/office/word/2010/wordprocessingDrawing" distT="114300" distB="114300" distL="114300" distR="114300" simplePos="0" relativeHeight="251664384" behindDoc="0" locked="0" layoutInCell="1" hidden="0" allowOverlap="1" wp14:anchorId="01FF331A" wp14:editId="365826D1">
                <wp:simplePos x="0" y="0"/>
                <wp:positionH relativeFrom="column">
                  <wp:posOffset>1325880</wp:posOffset>
                </wp:positionH>
                <wp:positionV relativeFrom="paragraph">
                  <wp:posOffset>1269365</wp:posOffset>
                </wp:positionV>
                <wp:extent cx="3246120" cy="1478280"/>
                <wp:effectExtent l="0" t="0" r="0" b="7620"/>
                <wp:wrapNone/>
                <wp:docPr id="1" name="image2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6120" cy="14782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eastAsia="Times New Roman" w:cs="Arial"/>
              <w:b/>
              <w:bCs/>
              <w:sz w:val="24"/>
              <w:szCs w:val="24"/>
              <w:lang w:val="eu-ES" w:eastAsia="eu-ES"/>
            </w:rPr>
            <w:br w:type="page"/>
          </w:r>
        </w:p>
      </w:sdtContent>
    </w:sdt>
    <w:sdt>
      <w:sdtPr>
        <w:id w:val="-46612841"/>
        <w:docPartObj>
          <w:docPartGallery w:val="Table of Contents"/>
          <w:docPartUnique/>
        </w:docPartObj>
        <w:rPr>
          <w:rFonts w:ascii="Cambria" w:hAnsi="Cambria" w:eastAsia="ＭＳ 明朝" w:cs="" w:asciiTheme="minorAscii" w:hAnsiTheme="minorAscii" w:eastAsiaTheme="minorEastAsia" w:cstheme="minorBidi"/>
          <w:b w:val="0"/>
          <w:bCs w:val="0"/>
          <w:color w:val="auto"/>
          <w:sz w:val="22"/>
          <w:szCs w:val="22"/>
          <w:lang w:val="eu-ES"/>
        </w:rPr>
      </w:sdtPr>
      <w:sdtEndPr>
        <w:rPr>
          <w:rFonts w:ascii="Cambria" w:hAnsi="Cambria" w:eastAsia="ＭＳ 明朝" w:cs="" w:asciiTheme="minorAscii" w:hAnsiTheme="minorAscii" w:eastAsiaTheme="minorEastAsia" w:cstheme="minorBidi"/>
          <w:b w:val="0"/>
          <w:bCs w:val="0"/>
          <w:color w:val="auto"/>
          <w:sz w:val="22"/>
          <w:szCs w:val="22"/>
          <w:lang w:val="en-US"/>
        </w:rPr>
      </w:sdtEndPr>
      <w:sdtContent>
        <w:p xmlns:wp14="http://schemas.microsoft.com/office/word/2010/wordml" w:rsidRPr="00C21BB1" w:rsidR="00C21BB1" w:rsidP="00803541" w:rsidRDefault="00C21BB1" w14:paraId="6B3CFC2F" wp14:textId="77777777">
          <w:pPr>
            <w:pStyle w:val="TOCizenburua"/>
            <w:spacing w:line="360" w:lineRule="auto"/>
            <w:rPr>
              <w:rFonts w:ascii="Arial" w:hAnsi="Arial" w:cs="Arial"/>
              <w:sz w:val="32"/>
              <w:szCs w:val="32"/>
              <w:lang w:val="eu-ES"/>
            </w:rPr>
          </w:pPr>
          <w:r w:rsidRPr="00C21BB1">
            <w:rPr>
              <w:rFonts w:ascii="Arial" w:hAnsi="Arial" w:cs="Arial"/>
              <w:sz w:val="32"/>
              <w:szCs w:val="32"/>
              <w:lang w:val="eu-ES"/>
            </w:rPr>
            <w:t>Edukia</w:t>
          </w:r>
        </w:p>
        <w:p xmlns:wp14="http://schemas.microsoft.com/office/word/2010/wordml" w:rsidRPr="00C21BB1" w:rsidR="00C21BB1" w:rsidP="00803541" w:rsidRDefault="00C21BB1" w14:paraId="5DAB6C7B" wp14:textId="77777777">
          <w:pPr>
            <w:spacing w:line="360" w:lineRule="auto"/>
            <w:jc w:val="right"/>
            <w:rPr>
              <w:lang w:val="eu-ES"/>
            </w:rPr>
          </w:pPr>
        </w:p>
        <w:p xmlns:wp14="http://schemas.microsoft.com/office/word/2010/wordml" w:rsidR="00803541" w:rsidP="00803541" w:rsidRDefault="00C21BB1" w14:paraId="6FBC1088" wp14:textId="77777777">
          <w:pPr>
            <w:pStyle w:val="EA1"/>
            <w:tabs>
              <w:tab w:val="left" w:pos="440"/>
              <w:tab w:val="right" w:leader="dot" w:pos="9111"/>
            </w:tabs>
            <w:spacing w:line="360" w:lineRule="auto"/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202430587">
            <w:r w:rsidRPr="00235986" w:rsidR="00803541">
              <w:rPr>
                <w:rStyle w:val="Hiperesteka"/>
                <w:rFonts w:ascii="Arial" w:hAnsi="Arial" w:cs="Arial"/>
                <w:noProof/>
              </w:rPr>
              <w:t>1.</w:t>
            </w:r>
            <w:r w:rsidR="00803541">
              <w:rPr>
                <w:rFonts w:cstheme="minorBidi"/>
                <w:noProof/>
              </w:rPr>
              <w:tab/>
            </w:r>
            <w:r w:rsidRPr="00235986" w:rsidR="00803541">
              <w:rPr>
                <w:rStyle w:val="Hiperesteka"/>
                <w:rFonts w:ascii="Arial" w:hAnsi="Arial" w:cs="Arial"/>
                <w:noProof/>
              </w:rPr>
              <w:t>LCAMP robotaren muntaketa elektronikoa: Osagaien soldadura, motorren driver-en erregulazioa eta DC-DC bihurgailuak</w:t>
            </w:r>
            <w:r w:rsidR="00803541">
              <w:rPr>
                <w:noProof/>
                <w:webHidden/>
              </w:rPr>
              <w:tab/>
            </w:r>
            <w:r w:rsidR="00803541">
              <w:rPr>
                <w:noProof/>
                <w:webHidden/>
              </w:rPr>
              <w:fldChar w:fldCharType="begin"/>
            </w:r>
            <w:r w:rsidR="00803541">
              <w:rPr>
                <w:noProof/>
                <w:webHidden/>
              </w:rPr>
              <w:instrText xml:space="preserve"> PAGEREF _Toc202430587 \h </w:instrText>
            </w:r>
            <w:r w:rsidR="00803541">
              <w:rPr>
                <w:noProof/>
                <w:webHidden/>
              </w:rPr>
            </w:r>
            <w:r w:rsidR="00803541">
              <w:rPr>
                <w:noProof/>
                <w:webHidden/>
              </w:rPr>
              <w:fldChar w:fldCharType="separate"/>
            </w:r>
            <w:r w:rsidR="00803541">
              <w:rPr>
                <w:noProof/>
                <w:webHidden/>
              </w:rPr>
              <w:t>2</w:t>
            </w:r>
            <w:r w:rsidR="00803541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803541" w:rsidP="00803541" w:rsidRDefault="00803541" w14:paraId="389E3045" wp14:textId="77777777">
          <w:pPr>
            <w:pStyle w:val="EA1"/>
            <w:tabs>
              <w:tab w:val="left" w:pos="440"/>
              <w:tab w:val="right" w:leader="dot" w:pos="9111"/>
            </w:tabs>
            <w:spacing w:line="360" w:lineRule="auto"/>
            <w:rPr>
              <w:rFonts w:cstheme="minorBidi"/>
              <w:noProof/>
            </w:rPr>
          </w:pPr>
          <w:hyperlink w:history="1" w:anchor="_Toc202430588">
            <w:r w:rsidRPr="00235986">
              <w:rPr>
                <w:rStyle w:val="Hiperesteka"/>
                <w:rFonts w:ascii="Arial" w:hAnsi="Arial" w:cs="Arial"/>
                <w:noProof/>
              </w:rPr>
              <w:t>2.</w:t>
            </w:r>
            <w:r>
              <w:rPr>
                <w:rFonts w:cstheme="minorBidi"/>
                <w:noProof/>
              </w:rPr>
              <w:tab/>
            </w:r>
            <w:r w:rsidRPr="00235986">
              <w:rPr>
                <w:rStyle w:val="Hiperesteka"/>
                <w:rFonts w:ascii="Arial" w:hAnsi="Arial" w:cs="Arial"/>
                <w:noProof/>
              </w:rPr>
              <w:t>Helburuak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_Toc202430588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803541" w:rsidP="00803541" w:rsidRDefault="00803541" w14:paraId="5F3915E6" wp14:textId="77777777">
          <w:pPr>
            <w:pStyle w:val="EA1"/>
            <w:tabs>
              <w:tab w:val="left" w:pos="440"/>
              <w:tab w:val="right" w:leader="dot" w:pos="9111"/>
            </w:tabs>
            <w:spacing w:line="360" w:lineRule="auto"/>
            <w:rPr>
              <w:rFonts w:cstheme="minorBidi"/>
              <w:noProof/>
            </w:rPr>
          </w:pPr>
          <w:hyperlink w:history="1" w:anchor="_Toc202430589">
            <w:r w:rsidRPr="00235986">
              <w:rPr>
                <w:rStyle w:val="Hiperesteka"/>
                <w:rFonts w:ascii="Arial" w:hAnsi="Arial" w:cs="Arial"/>
                <w:noProof/>
              </w:rPr>
              <w:t>3.</w:t>
            </w:r>
            <w:r>
              <w:rPr>
                <w:rFonts w:cstheme="minorBidi"/>
                <w:noProof/>
              </w:rPr>
              <w:tab/>
            </w:r>
            <w:r w:rsidRPr="00235986">
              <w:rPr>
                <w:rStyle w:val="Hiperesteka"/>
                <w:rFonts w:ascii="Arial" w:hAnsi="Arial" w:cs="Arial"/>
                <w:noProof/>
              </w:rPr>
              <w:t>Egin beharreko jarduerak (unitateak)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_Toc202430589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803541" w:rsidP="00803541" w:rsidRDefault="00803541" w14:paraId="2A3FDCA4" wp14:textId="77777777">
          <w:pPr>
            <w:pStyle w:val="EA1"/>
            <w:tabs>
              <w:tab w:val="left" w:pos="440"/>
              <w:tab w:val="right" w:leader="dot" w:pos="9111"/>
            </w:tabs>
            <w:spacing w:line="360" w:lineRule="auto"/>
            <w:rPr>
              <w:rFonts w:cstheme="minorBidi"/>
              <w:noProof/>
            </w:rPr>
          </w:pPr>
          <w:hyperlink w:history="1" w:anchor="_Toc202430590">
            <w:r w:rsidRPr="00235986">
              <w:rPr>
                <w:rStyle w:val="Hiperesteka"/>
                <w:rFonts w:ascii="Arial" w:hAnsi="Arial" w:cs="Arial"/>
                <w:noProof/>
              </w:rPr>
              <w:t>4.</w:t>
            </w:r>
            <w:r>
              <w:rPr>
                <w:rFonts w:cstheme="minorBidi"/>
                <w:noProof/>
              </w:rPr>
              <w:tab/>
            </w:r>
            <w:r w:rsidRPr="00235986">
              <w:rPr>
                <w:rStyle w:val="Hiperesteka"/>
                <w:rFonts w:ascii="Arial" w:hAnsi="Arial" w:cs="Arial"/>
                <w:noProof/>
              </w:rPr>
              <w:t>Ebaluazioa: Zer baloratuko da?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_Toc202430590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803541" w:rsidP="00803541" w:rsidRDefault="00803541" w14:paraId="447FED9B" wp14:textId="77777777">
          <w:pPr>
            <w:pStyle w:val="EA1"/>
            <w:tabs>
              <w:tab w:val="left" w:pos="440"/>
              <w:tab w:val="right" w:leader="dot" w:pos="9111"/>
            </w:tabs>
            <w:spacing w:line="360" w:lineRule="auto"/>
            <w:rPr>
              <w:rFonts w:cstheme="minorBidi"/>
              <w:noProof/>
            </w:rPr>
          </w:pPr>
          <w:hyperlink w:history="1" w:anchor="_Toc202430591">
            <w:r w:rsidRPr="00235986">
              <w:rPr>
                <w:rStyle w:val="Hiperesteka"/>
                <w:rFonts w:ascii="Arial" w:hAnsi="Arial" w:cs="Arial"/>
                <w:noProof/>
              </w:rPr>
              <w:t>5.</w:t>
            </w:r>
            <w:r>
              <w:rPr>
                <w:rFonts w:cstheme="minorBidi"/>
                <w:noProof/>
              </w:rPr>
              <w:tab/>
            </w:r>
            <w:r w:rsidRPr="00235986">
              <w:rPr>
                <w:rStyle w:val="Hiperesteka"/>
                <w:rFonts w:ascii="Arial" w:hAnsi="Arial" w:cs="Arial"/>
                <w:noProof/>
              </w:rPr>
              <w:t>Beharrezko Materiala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_Toc202430591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803541" w:rsidP="00803541" w:rsidRDefault="00803541" w14:paraId="1399D5AB" wp14:textId="77777777">
          <w:pPr>
            <w:pStyle w:val="EA1"/>
            <w:tabs>
              <w:tab w:val="left" w:pos="440"/>
              <w:tab w:val="right" w:leader="dot" w:pos="9111"/>
            </w:tabs>
            <w:spacing w:line="360" w:lineRule="auto"/>
            <w:rPr>
              <w:rFonts w:cstheme="minorBidi"/>
              <w:noProof/>
            </w:rPr>
          </w:pPr>
          <w:hyperlink w:history="1" w:anchor="_Toc202430592">
            <w:r w:rsidRPr="00235986">
              <w:rPr>
                <w:rStyle w:val="Hiperesteka"/>
                <w:rFonts w:ascii="Arial" w:hAnsi="Arial" w:cs="Arial"/>
                <w:noProof/>
              </w:rPr>
              <w:t>6.</w:t>
            </w:r>
            <w:r>
              <w:rPr>
                <w:rFonts w:cstheme="minorBidi"/>
                <w:noProof/>
              </w:rPr>
              <w:tab/>
            </w:r>
            <w:r w:rsidRPr="00235986">
              <w:rPr>
                <w:rStyle w:val="Hiperesteka"/>
                <w:rFonts w:ascii="Arial" w:hAnsi="Arial" w:cs="Arial"/>
                <w:noProof/>
              </w:rPr>
              <w:t>Segurtasun Neurriak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_Toc202430592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803541" w:rsidP="00803541" w:rsidRDefault="00803541" w14:paraId="30FEC3CA" wp14:textId="77777777">
          <w:pPr>
            <w:pStyle w:val="EA1"/>
            <w:tabs>
              <w:tab w:val="left" w:pos="440"/>
              <w:tab w:val="right" w:leader="dot" w:pos="9111"/>
            </w:tabs>
            <w:spacing w:line="360" w:lineRule="auto"/>
            <w:rPr>
              <w:rFonts w:cstheme="minorBidi"/>
              <w:noProof/>
            </w:rPr>
          </w:pPr>
          <w:hyperlink w:history="1" w:anchor="_Toc202430593">
            <w:r w:rsidRPr="00235986">
              <w:rPr>
                <w:rStyle w:val="Hiperesteka"/>
                <w:rFonts w:ascii="Arial" w:hAnsi="Arial" w:cs="Arial"/>
                <w:noProof/>
              </w:rPr>
              <w:t>7.</w:t>
            </w:r>
            <w:r>
              <w:rPr>
                <w:rFonts w:cstheme="minorBidi"/>
                <w:noProof/>
              </w:rPr>
              <w:tab/>
            </w:r>
            <w:r w:rsidRPr="00235986">
              <w:rPr>
                <w:rStyle w:val="Hiperesteka"/>
                <w:rFonts w:ascii="Arial" w:hAnsi="Arial" w:cs="Arial"/>
                <w:noProof/>
              </w:rPr>
              <w:t>Laguntza eta Material Osagarria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_Toc202430593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803541" w:rsidP="00803541" w:rsidRDefault="00803541" w14:paraId="757A89ED" wp14:textId="77777777">
          <w:pPr>
            <w:pStyle w:val="EA1"/>
            <w:tabs>
              <w:tab w:val="left" w:pos="440"/>
              <w:tab w:val="right" w:leader="dot" w:pos="9111"/>
            </w:tabs>
            <w:spacing w:line="360" w:lineRule="auto"/>
            <w:rPr>
              <w:rFonts w:cstheme="minorBidi"/>
              <w:noProof/>
            </w:rPr>
          </w:pPr>
          <w:hyperlink w:history="1" w:anchor="_Toc202430594">
            <w:r w:rsidRPr="00235986">
              <w:rPr>
                <w:rStyle w:val="Hiperesteka"/>
                <w:rFonts w:ascii="Arial" w:hAnsi="Arial" w:cs="Arial"/>
                <w:noProof/>
              </w:rPr>
              <w:t>8.</w:t>
            </w:r>
            <w:r>
              <w:rPr>
                <w:rFonts w:cstheme="minorBidi"/>
                <w:noProof/>
              </w:rPr>
              <w:tab/>
            </w:r>
            <w:r w:rsidRPr="00235986">
              <w:rPr>
                <w:rStyle w:val="Hiperesteka"/>
                <w:rFonts w:ascii="Arial" w:hAnsi="Arial" w:cs="Arial"/>
                <w:noProof/>
              </w:rPr>
              <w:t>Egitekoa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_Toc202430594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C21BB1" w:rsidP="00803541" w:rsidRDefault="00C21BB1" w14:paraId="02EB378F" wp14:textId="77777777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xmlns:wp14="http://schemas.microsoft.com/office/word/2010/wordml" w:rsidR="00C21BB1" w:rsidRDefault="00C21BB1" w14:paraId="6A05A809" wp14:textId="77777777">
      <w:pPr>
        <w:rPr>
          <w:rFonts w:ascii="Arial" w:hAnsi="Arial" w:cs="Arial" w:eastAsiaTheme="majorEastAsia"/>
          <w:b/>
          <w:bCs/>
          <w:color w:val="365F91" w:themeColor="accent1" w:themeShade="BF"/>
          <w:sz w:val="24"/>
          <w:szCs w:val="24"/>
          <w:lang w:val="eu-ES"/>
        </w:rPr>
      </w:pPr>
      <w:r>
        <w:rPr>
          <w:rFonts w:ascii="Arial" w:hAnsi="Arial" w:cs="Arial"/>
          <w:sz w:val="24"/>
          <w:szCs w:val="24"/>
          <w:lang w:val="eu-ES"/>
        </w:rPr>
        <w:br w:type="page"/>
      </w:r>
    </w:p>
    <w:p xmlns:wp14="http://schemas.microsoft.com/office/word/2010/wordml" w:rsidRPr="00677CB4" w:rsidR="00803541" w:rsidP="00803541" w:rsidRDefault="00803541" w14:paraId="3BD1E80F" wp14:textId="77777777">
      <w:pPr>
        <w:pStyle w:val="1izenburua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bookmarkStart w:name="_Toc202430587" w:id="0"/>
      <w:r>
        <w:rPr>
          <w:rFonts w:ascii="Arial" w:hAnsi="Arial" w:cs="Arial"/>
          <w:sz w:val="24"/>
          <w:szCs w:val="24"/>
          <w:lang w:val="eu-ES"/>
        </w:rPr>
        <w:t>LCAMP robotaren muntaketa elektronikoa: Osagaien soldadura, motorren driver-</w:t>
      </w:r>
      <w:proofErr w:type="spellStart"/>
      <w:r>
        <w:rPr>
          <w:rFonts w:ascii="Arial" w:hAnsi="Arial" w:cs="Arial"/>
          <w:sz w:val="24"/>
          <w:szCs w:val="24"/>
          <w:lang w:val="eu-ES"/>
        </w:rPr>
        <w:t>en</w:t>
      </w:r>
      <w:proofErr w:type="spellEnd"/>
      <w:r>
        <w:rPr>
          <w:rFonts w:ascii="Arial" w:hAnsi="Arial" w:cs="Arial"/>
          <w:sz w:val="24"/>
          <w:szCs w:val="24"/>
          <w:lang w:val="eu-ES"/>
        </w:rPr>
        <w:t xml:space="preserve"> erregulazioa eta DC-DC bihurgailuak</w:t>
      </w:r>
      <w:bookmarkEnd w:id="0"/>
      <w:r>
        <w:rPr>
          <w:rFonts w:ascii="Arial" w:hAnsi="Arial" w:cs="Arial"/>
          <w:sz w:val="24"/>
          <w:szCs w:val="24"/>
          <w:lang w:val="eu-ES"/>
        </w:rPr>
        <w:t xml:space="preserve"> </w:t>
      </w:r>
    </w:p>
    <w:p xmlns:wp14="http://schemas.microsoft.com/office/word/2010/wordml" w:rsidRPr="00677CB4" w:rsidR="00803541" w:rsidP="00803541" w:rsidRDefault="00803541" w14:paraId="5A39BBE3" wp14:textId="77777777">
      <w:pPr>
        <w:rPr>
          <w:rFonts w:ascii="Arial" w:hAnsi="Arial" w:cs="Arial"/>
          <w:lang w:val="eu-ES"/>
        </w:rPr>
      </w:pPr>
    </w:p>
    <w:p xmlns:wp14="http://schemas.microsoft.com/office/word/2010/wordml" w:rsidR="00803541" w:rsidP="00803541" w:rsidRDefault="00803541" w14:paraId="73FACD2D" wp14:textId="77777777">
      <w:p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7A45AD">
        <w:rPr>
          <w:rFonts w:ascii="Arial" w:hAnsi="Arial" w:eastAsia="Times New Roman" w:cs="Arial"/>
          <w:sz w:val="24"/>
          <w:szCs w:val="24"/>
          <w:lang w:val="eu-ES" w:eastAsia="eu-ES"/>
        </w:rPr>
        <w:t xml:space="preserve">Ikastaro honek </w:t>
      </w:r>
      <w:r>
        <w:rPr>
          <w:rFonts w:ascii="Arial" w:hAnsi="Arial" w:eastAsia="Times New Roman" w:cs="Arial"/>
          <w:sz w:val="24"/>
          <w:szCs w:val="24"/>
          <w:lang w:val="eu-ES" w:eastAsia="eu-ES"/>
        </w:rPr>
        <w:t xml:space="preserve">urratsez-urratseko motorren </w:t>
      </w:r>
      <w:r w:rsidRPr="007A45AD">
        <w:rPr>
          <w:rFonts w:ascii="Arial" w:hAnsi="Arial" w:eastAsia="Times New Roman" w:cs="Arial"/>
          <w:sz w:val="24"/>
          <w:szCs w:val="24"/>
          <w:lang w:val="eu-ES" w:eastAsia="eu-ES"/>
        </w:rPr>
        <w:t>funtzionamenduaren, aplikazioen, gidarien erregulazioaren eta DC-DC erregulatzaileen parametroen ezagutzan sakontzen du, eta soldadura-teknika praktikoekin osatzen da. Kontzeptu hauek Automatizazio Industriala eta Robotika ikasketa-planarekin integratzen dira.</w:t>
      </w:r>
    </w:p>
    <w:p xmlns:wp14="http://schemas.microsoft.com/office/word/2010/wordml" w:rsidRPr="00677CB4" w:rsidR="00803541" w:rsidP="00803541" w:rsidRDefault="00803541" w14:paraId="5BC5F796" wp14:textId="77777777">
      <w:p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77CB4">
        <w:rPr>
          <w:rFonts w:ascii="Arial" w:hAnsi="Arial" w:eastAsia="Times New Roman" w:cs="Arial"/>
          <w:sz w:val="24"/>
          <w:szCs w:val="24"/>
          <w:lang w:val="eu-ES" w:eastAsia="eu-ES"/>
        </w:rPr>
        <w:t xml:space="preserve">Gida didaktiko hau </w:t>
      </w:r>
      <w:r>
        <w:rPr>
          <w:rFonts w:ascii="Arial" w:hAnsi="Arial" w:eastAsia="Times New Roman" w:cs="Arial"/>
          <w:sz w:val="24"/>
          <w:szCs w:val="24"/>
          <w:lang w:val="eu-ES" w:eastAsia="eu-ES"/>
        </w:rPr>
        <w:t>ikaskuntza prozesuan laguntzeko egin da</w:t>
      </w:r>
      <w:r w:rsidRPr="00677CB4">
        <w:rPr>
          <w:rFonts w:ascii="Arial" w:hAnsi="Arial" w:eastAsia="Times New Roman" w:cs="Arial"/>
          <w:sz w:val="24"/>
          <w:szCs w:val="24"/>
          <w:lang w:val="eu-ES" w:eastAsia="eu-ES"/>
        </w:rPr>
        <w:t xml:space="preserve">, </w:t>
      </w:r>
      <w:r w:rsidRPr="00681AC0">
        <w:rPr>
          <w:rFonts w:ascii="Arial" w:hAnsi="Arial" w:eastAsia="Times New Roman" w:cs="Arial"/>
          <w:sz w:val="24"/>
          <w:szCs w:val="24"/>
          <w:lang w:val="eu-ES" w:eastAsia="eu-ES"/>
        </w:rPr>
        <w:t>eta ikastaro honetan egingo dituzun jarduerak eta lortu beharreko helburuak azaltzen ditu.</w:t>
      </w:r>
      <w:r w:rsidRPr="00677CB4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Ikasgaiaren plangintza osoa jasotzen du, helburuak, edukiak, metodologia, jarduerak eta ebaluazio-irizpideak modu argi eta egituratuan aurkeztuz. Gainera, segurtasun-neurriei eta ohiko arazoei buruzko gomendio praktikoak eskaintzen dira.</w:t>
      </w:r>
    </w:p>
    <w:p xmlns:wp14="http://schemas.microsoft.com/office/word/2010/wordml" w:rsidRPr="00677CB4" w:rsidR="00803541" w:rsidP="00803541" w:rsidRDefault="00803541" w14:paraId="504D9033" wp14:textId="77777777">
      <w:pPr>
        <w:pStyle w:val="1izenburua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bookmarkStart w:name="_Toc202430588" w:id="1"/>
      <w:r w:rsidRPr="00677CB4">
        <w:rPr>
          <w:rFonts w:ascii="Arial" w:hAnsi="Arial" w:cs="Arial"/>
          <w:sz w:val="24"/>
          <w:szCs w:val="24"/>
          <w:lang w:val="eu-ES"/>
        </w:rPr>
        <w:t>Helburuak</w:t>
      </w:r>
      <w:bookmarkEnd w:id="1"/>
    </w:p>
    <w:p xmlns:wp14="http://schemas.microsoft.com/office/word/2010/wordml" w:rsidRPr="00677CB4" w:rsidR="00803541" w:rsidP="00803541" w:rsidRDefault="00803541" w14:paraId="0D0E4DE8" wp14:textId="77777777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77CB4">
        <w:rPr>
          <w:rFonts w:ascii="Arial" w:hAnsi="Arial" w:eastAsia="Times New Roman" w:cs="Arial"/>
          <w:sz w:val="24"/>
          <w:szCs w:val="24"/>
          <w:lang w:val="eu-ES" w:eastAsia="eu-ES"/>
        </w:rPr>
        <w:t>Urratsez urratseko motorren funtzionamendu-printzipioak eta automatizazio industrialean duten zeregina ulertzea.</w:t>
      </w:r>
    </w:p>
    <w:p xmlns:wp14="http://schemas.microsoft.com/office/word/2010/wordml" w:rsidRPr="00677CB4" w:rsidR="00803541" w:rsidP="00803541" w:rsidRDefault="00803541" w14:paraId="5FDB946B" wp14:textId="77777777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77CB4">
        <w:rPr>
          <w:rFonts w:ascii="Arial" w:hAnsi="Arial" w:eastAsia="Times New Roman" w:cs="Arial"/>
          <w:sz w:val="24"/>
          <w:szCs w:val="24"/>
          <w:lang w:val="eu-ES" w:eastAsia="eu-ES"/>
        </w:rPr>
        <w:t>Urratsez urratseko motor mota desberdinak eta haien aplikazioak identifikatzea.</w:t>
      </w:r>
    </w:p>
    <w:p xmlns:wp14="http://schemas.microsoft.com/office/word/2010/wordml" w:rsidRPr="00677CB4" w:rsidR="00803541" w:rsidP="00803541" w:rsidRDefault="00803541" w14:paraId="018C950D" wp14:textId="77777777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77CB4">
        <w:rPr>
          <w:rFonts w:ascii="Arial" w:hAnsi="Arial" w:eastAsia="Times New Roman" w:cs="Arial"/>
          <w:sz w:val="24"/>
          <w:szCs w:val="24"/>
          <w:lang w:val="eu-ES" w:eastAsia="eu-ES"/>
        </w:rPr>
        <w:t>Urratsez urratseko motor-kontrolatzaileak erregulatzen eta konfiguratzen ikastea, errendimendu optimoa lortzeko.</w:t>
      </w:r>
    </w:p>
    <w:p xmlns:wp14="http://schemas.microsoft.com/office/word/2010/wordml" w:rsidRPr="00677CB4" w:rsidR="00803541" w:rsidP="00803541" w:rsidRDefault="00803541" w14:paraId="4D691831" wp14:textId="77777777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77CB4">
        <w:rPr>
          <w:rFonts w:ascii="Arial" w:hAnsi="Arial" w:eastAsia="Times New Roman" w:cs="Arial"/>
          <w:sz w:val="24"/>
          <w:szCs w:val="24"/>
          <w:lang w:val="eu-ES" w:eastAsia="eu-ES"/>
        </w:rPr>
        <w:t>DC-DC erregulatzaileen garrantzia eta haien parametrizazioa aztertzea.</w:t>
      </w:r>
    </w:p>
    <w:p xmlns:wp14="http://schemas.microsoft.com/office/word/2010/wordml" w:rsidRPr="00677CB4" w:rsidR="00803541" w:rsidP="00803541" w:rsidRDefault="00803541" w14:paraId="1B4E3B3A" wp14:textId="77777777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77CB4">
        <w:rPr>
          <w:rFonts w:ascii="Arial" w:hAnsi="Arial" w:eastAsia="Times New Roman" w:cs="Arial"/>
          <w:sz w:val="24"/>
          <w:szCs w:val="24"/>
          <w:lang w:val="eu-ES" w:eastAsia="eu-ES"/>
        </w:rPr>
        <w:t>Motor-kontrol zirkuituak muntatzeko eta konpontzeko soldadura-trebetasun praktikoak garatzea.</w:t>
      </w:r>
    </w:p>
    <w:p xmlns:wp14="http://schemas.microsoft.com/office/word/2010/wordml" w:rsidRPr="00677CB4" w:rsidR="00803541" w:rsidP="00803541" w:rsidRDefault="00803541" w14:paraId="7E09EEF9" wp14:textId="77777777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77CB4">
        <w:rPr>
          <w:rFonts w:ascii="Arial" w:hAnsi="Arial" w:eastAsia="Times New Roman" w:cs="Arial"/>
          <w:sz w:val="24"/>
          <w:szCs w:val="24"/>
          <w:lang w:val="eu-ES" w:eastAsia="eu-ES"/>
        </w:rPr>
        <w:t>Urratsez urratseko motor-aplikazioak automatizazio- eta robotika-sistemetan integratzea.</w:t>
      </w:r>
    </w:p>
    <w:p xmlns:wp14="http://schemas.microsoft.com/office/word/2010/wordml" w:rsidRPr="00677CB4" w:rsidR="00803541" w:rsidP="00803541" w:rsidRDefault="00803541" w14:paraId="41C8F396" wp14:textId="77777777">
      <w:pPr>
        <w:spacing w:before="100" w:beforeAutospacing="1" w:after="100" w:afterAutospacing="1" w:line="360" w:lineRule="auto"/>
        <w:ind w:left="360"/>
        <w:rPr>
          <w:rFonts w:ascii="Arial" w:hAnsi="Arial" w:eastAsia="Times New Roman" w:cs="Arial"/>
          <w:sz w:val="24"/>
          <w:szCs w:val="24"/>
          <w:lang w:val="eu-ES" w:eastAsia="eu-ES"/>
        </w:rPr>
      </w:pPr>
    </w:p>
    <w:p xmlns:wp14="http://schemas.microsoft.com/office/word/2010/wordml" w:rsidRPr="00677CB4" w:rsidR="00803541" w:rsidP="00803541" w:rsidRDefault="00803541" w14:paraId="6992F825" wp14:textId="77777777">
      <w:pPr>
        <w:pStyle w:val="1izenburua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bookmarkStart w:name="_Toc202430589" w:id="2"/>
      <w:r>
        <w:rPr>
          <w:rFonts w:ascii="Arial" w:hAnsi="Arial" w:cs="Arial"/>
          <w:sz w:val="24"/>
          <w:szCs w:val="24"/>
          <w:lang w:val="eu-ES"/>
        </w:rPr>
        <w:t>Egin beharreko jarduerak (unitateak)</w:t>
      </w:r>
      <w:bookmarkEnd w:id="2"/>
    </w:p>
    <w:p xmlns:wp14="http://schemas.microsoft.com/office/word/2010/wordml" w:rsidR="00803541" w:rsidP="00803541" w:rsidRDefault="00803541" w14:paraId="72A3D3EC" wp14:textId="77777777">
      <w:pPr>
        <w:rPr>
          <w:rFonts w:ascii="Arial" w:hAnsi="Arial" w:cs="Arial"/>
          <w:lang w:val="eu-ES"/>
        </w:rPr>
      </w:pPr>
    </w:p>
    <w:p xmlns:wp14="http://schemas.microsoft.com/office/word/2010/wordml" w:rsidRPr="00AA0F84" w:rsidR="00803541" w:rsidP="00803541" w:rsidRDefault="00803541" w14:paraId="7C818A45" wp14:textId="77777777">
      <w:pPr>
        <w:pStyle w:val="Zerrenda-paragrafoa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AA0F84">
        <w:rPr>
          <w:rFonts w:ascii="Arial" w:hAnsi="Arial" w:cs="Arial"/>
          <w:b/>
          <w:bCs/>
          <w:sz w:val="24"/>
          <w:szCs w:val="24"/>
          <w:lang w:val="eu-ES"/>
        </w:rPr>
        <w:t>Unitatea: Urratsez urratseko motorren oinarriak (2 ordu)</w:t>
      </w:r>
    </w:p>
    <w:p xmlns:wp14="http://schemas.microsoft.com/office/word/2010/wordml" w:rsidR="00803541" w:rsidP="00803541" w:rsidRDefault="00803541" w14:paraId="32260F44" wp14:textId="77777777">
      <w:pPr>
        <w:pStyle w:val="Zerrenda-paragrafoa"/>
        <w:numPr>
          <w:ilvl w:val="1"/>
          <w:numId w:val="45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AA0F84">
        <w:rPr>
          <w:rFonts w:ascii="Arial" w:hAnsi="Arial" w:cs="Arial"/>
          <w:sz w:val="24"/>
          <w:szCs w:val="24"/>
          <w:lang w:val="eu-ES"/>
        </w:rPr>
        <w:t>Zer dira, non erabiltzen diren, abantailak eta desabantailak.</w:t>
      </w:r>
    </w:p>
    <w:p xmlns:wp14="http://schemas.microsoft.com/office/word/2010/wordml" w:rsidRPr="00AA0F84" w:rsidR="00803541" w:rsidP="00803541" w:rsidRDefault="00803541" w14:paraId="0D0B940D" wp14:textId="77777777">
      <w:pPr>
        <w:pStyle w:val="Zerrenda-paragrafoa"/>
        <w:spacing w:line="360" w:lineRule="auto"/>
        <w:ind w:left="1440"/>
        <w:rPr>
          <w:rFonts w:ascii="Arial" w:hAnsi="Arial" w:cs="Arial"/>
          <w:sz w:val="24"/>
          <w:szCs w:val="24"/>
          <w:lang w:val="eu-ES"/>
        </w:rPr>
      </w:pPr>
    </w:p>
    <w:p xmlns:wp14="http://schemas.microsoft.com/office/word/2010/wordml" w:rsidRPr="00AA0F84" w:rsidR="00803541" w:rsidP="00803541" w:rsidRDefault="00803541" w14:paraId="191DE96C" wp14:textId="77777777">
      <w:pPr>
        <w:pStyle w:val="Zerrenda-paragrafoa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AA0F84">
        <w:rPr>
          <w:rFonts w:ascii="Arial" w:hAnsi="Arial" w:cs="Arial"/>
          <w:b/>
          <w:bCs/>
          <w:sz w:val="24"/>
          <w:szCs w:val="24"/>
          <w:lang w:val="eu-ES"/>
        </w:rPr>
        <w:t>Unitatea: DC-DC bihurgailuak eta soldadura teknikak (6 ordu)</w:t>
      </w:r>
    </w:p>
    <w:p xmlns:wp14="http://schemas.microsoft.com/office/word/2010/wordml" w:rsidR="00803541" w:rsidP="00803541" w:rsidRDefault="00803541" w14:paraId="24DAC84A" wp14:textId="77777777">
      <w:pPr>
        <w:pStyle w:val="Zerrenda-paragrafoa"/>
        <w:numPr>
          <w:ilvl w:val="1"/>
          <w:numId w:val="45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AA0F84">
        <w:rPr>
          <w:rFonts w:ascii="Arial" w:hAnsi="Arial" w:cs="Arial"/>
          <w:sz w:val="24"/>
          <w:szCs w:val="24"/>
          <w:lang w:val="eu-ES"/>
        </w:rPr>
        <w:t>LM2596 bihurgailua soldatzea eta 5V-ra konfiguratzea.</w:t>
      </w:r>
    </w:p>
    <w:p xmlns:wp14="http://schemas.microsoft.com/office/word/2010/wordml" w:rsidR="00803541" w:rsidP="00803541" w:rsidRDefault="00803541" w14:paraId="20621B0E" wp14:textId="77777777">
      <w:pPr>
        <w:pStyle w:val="Zerrenda-paragrafoa"/>
        <w:numPr>
          <w:ilvl w:val="1"/>
          <w:numId w:val="45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AA0F84">
        <w:rPr>
          <w:rFonts w:ascii="Arial" w:hAnsi="Arial" w:cs="Arial"/>
          <w:sz w:val="24"/>
          <w:szCs w:val="24"/>
          <w:lang w:val="eu-ES"/>
        </w:rPr>
        <w:t>Segurtasun neurriak.</w:t>
      </w:r>
    </w:p>
    <w:p xmlns:wp14="http://schemas.microsoft.com/office/word/2010/wordml" w:rsidRPr="00AA0F84" w:rsidR="00803541" w:rsidP="00803541" w:rsidRDefault="00803541" w14:paraId="0E27B00A" wp14:textId="77777777">
      <w:pPr>
        <w:pStyle w:val="Zerrenda-paragrafoa"/>
        <w:spacing w:line="360" w:lineRule="auto"/>
        <w:ind w:left="1440"/>
        <w:rPr>
          <w:rFonts w:ascii="Arial" w:hAnsi="Arial" w:cs="Arial"/>
          <w:sz w:val="24"/>
          <w:szCs w:val="24"/>
          <w:lang w:val="eu-ES"/>
        </w:rPr>
      </w:pPr>
    </w:p>
    <w:p xmlns:wp14="http://schemas.microsoft.com/office/word/2010/wordml" w:rsidRPr="00AA0F84" w:rsidR="00803541" w:rsidP="00803541" w:rsidRDefault="00803541" w14:paraId="4C3A12D2" wp14:textId="77777777">
      <w:pPr>
        <w:pStyle w:val="Zerrenda-paragrafoa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AA0F84">
        <w:rPr>
          <w:rFonts w:ascii="Arial" w:hAnsi="Arial" w:cs="Arial"/>
          <w:b/>
          <w:bCs/>
          <w:sz w:val="24"/>
          <w:szCs w:val="24"/>
          <w:lang w:val="eu-ES"/>
        </w:rPr>
        <w:t>Unitatea: Motor-kontrolatzaileen korronte-erregulazioa (5 ordu)</w:t>
      </w:r>
    </w:p>
    <w:p xmlns:wp14="http://schemas.microsoft.com/office/word/2010/wordml" w:rsidR="00803541" w:rsidP="00803541" w:rsidRDefault="00803541" w14:paraId="2B03E6D3" wp14:textId="77777777">
      <w:pPr>
        <w:pStyle w:val="Zerrenda-paragrafoa"/>
        <w:numPr>
          <w:ilvl w:val="1"/>
          <w:numId w:val="45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AA0F84">
        <w:rPr>
          <w:rFonts w:ascii="Arial" w:hAnsi="Arial" w:cs="Arial"/>
          <w:sz w:val="24"/>
          <w:szCs w:val="24"/>
          <w:lang w:val="eu-ES"/>
        </w:rPr>
        <w:t xml:space="preserve">A4988 eta DRV8825 driver-ak eta haien </w:t>
      </w:r>
      <w:proofErr w:type="spellStart"/>
      <w:r w:rsidRPr="00AA0F84">
        <w:rPr>
          <w:rFonts w:ascii="Arial" w:hAnsi="Arial" w:cs="Arial"/>
          <w:sz w:val="24"/>
          <w:szCs w:val="24"/>
          <w:lang w:val="eu-ES"/>
        </w:rPr>
        <w:t>Vref</w:t>
      </w:r>
      <w:proofErr w:type="spellEnd"/>
      <w:r w:rsidRPr="00AA0F84">
        <w:rPr>
          <w:rFonts w:ascii="Arial" w:hAnsi="Arial" w:cs="Arial"/>
          <w:sz w:val="24"/>
          <w:szCs w:val="24"/>
          <w:lang w:val="eu-ES"/>
        </w:rPr>
        <w:t xml:space="preserve"> erregulazioa.</w:t>
      </w:r>
    </w:p>
    <w:p xmlns:wp14="http://schemas.microsoft.com/office/word/2010/wordml" w:rsidRPr="00AA0F84" w:rsidR="00803541" w:rsidP="00803541" w:rsidRDefault="00803541" w14:paraId="60061E4C" wp14:textId="77777777">
      <w:pPr>
        <w:pStyle w:val="Zerrenda-paragrafoa"/>
        <w:spacing w:line="360" w:lineRule="auto"/>
        <w:ind w:left="1440"/>
        <w:rPr>
          <w:rFonts w:ascii="Arial" w:hAnsi="Arial" w:cs="Arial"/>
          <w:sz w:val="24"/>
          <w:szCs w:val="24"/>
          <w:lang w:val="eu-ES"/>
        </w:rPr>
      </w:pPr>
    </w:p>
    <w:p xmlns:wp14="http://schemas.microsoft.com/office/word/2010/wordml" w:rsidRPr="00AA0F84" w:rsidR="00803541" w:rsidP="00803541" w:rsidRDefault="00803541" w14:paraId="534AC097" wp14:textId="77777777">
      <w:pPr>
        <w:pStyle w:val="Zerrenda-paragrafoa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AA0F84">
        <w:rPr>
          <w:rFonts w:ascii="Arial" w:hAnsi="Arial" w:cs="Arial"/>
          <w:b/>
          <w:bCs/>
          <w:sz w:val="24"/>
          <w:szCs w:val="24"/>
          <w:lang w:val="eu-ES"/>
        </w:rPr>
        <w:t xml:space="preserve">Unitatea: </w:t>
      </w:r>
      <w:proofErr w:type="spellStart"/>
      <w:r w:rsidRPr="00AA0F84">
        <w:rPr>
          <w:rFonts w:ascii="Arial" w:hAnsi="Arial" w:cs="Arial"/>
          <w:b/>
          <w:bCs/>
          <w:sz w:val="24"/>
          <w:szCs w:val="24"/>
          <w:lang w:val="eu-ES"/>
        </w:rPr>
        <w:t>Arduino</w:t>
      </w:r>
      <w:proofErr w:type="spellEnd"/>
      <w:r w:rsidRPr="00AA0F84">
        <w:rPr>
          <w:rFonts w:ascii="Arial" w:hAnsi="Arial" w:cs="Arial"/>
          <w:b/>
          <w:bCs/>
          <w:sz w:val="24"/>
          <w:szCs w:val="24"/>
          <w:lang w:val="eu-ES"/>
        </w:rPr>
        <w:t xml:space="preserve"> eta proiektu sinplea (2 ordu)</w:t>
      </w:r>
    </w:p>
    <w:p xmlns:wp14="http://schemas.microsoft.com/office/word/2010/wordml" w:rsidRPr="00AA0F84" w:rsidR="00803541" w:rsidP="00803541" w:rsidRDefault="00803541" w14:paraId="35D718C4" wp14:textId="77777777">
      <w:pPr>
        <w:pStyle w:val="Zerrenda-paragrafoa"/>
        <w:numPr>
          <w:ilvl w:val="1"/>
          <w:numId w:val="45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AA0F84">
        <w:rPr>
          <w:rFonts w:ascii="Arial" w:hAnsi="Arial" w:cs="Arial"/>
          <w:sz w:val="24"/>
          <w:szCs w:val="24"/>
          <w:lang w:val="eu-ES"/>
        </w:rPr>
        <w:t xml:space="preserve">Motor bat </w:t>
      </w:r>
      <w:proofErr w:type="spellStart"/>
      <w:r w:rsidRPr="00AA0F84">
        <w:rPr>
          <w:rFonts w:ascii="Arial" w:hAnsi="Arial" w:cs="Arial"/>
          <w:sz w:val="24"/>
          <w:szCs w:val="24"/>
          <w:lang w:val="eu-ES"/>
        </w:rPr>
        <w:t>Arduino</w:t>
      </w:r>
      <w:proofErr w:type="spellEnd"/>
      <w:r w:rsidRPr="00AA0F84">
        <w:rPr>
          <w:rFonts w:ascii="Arial" w:hAnsi="Arial" w:cs="Arial"/>
          <w:sz w:val="24"/>
          <w:szCs w:val="24"/>
          <w:lang w:val="eu-ES"/>
        </w:rPr>
        <w:t xml:space="preserve"> bidez mugiarazteko oinarrizko tailerra.</w:t>
      </w:r>
    </w:p>
    <w:p xmlns:wp14="http://schemas.microsoft.com/office/word/2010/wordml" w:rsidR="00803541" w:rsidP="00803541" w:rsidRDefault="00803541" w14:paraId="1BD0EB0E" wp14:textId="77777777">
      <w:pPr>
        <w:pStyle w:val="1izenburua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bookmarkStart w:name="_Toc202430590" w:id="3"/>
      <w:r>
        <w:rPr>
          <w:rFonts w:ascii="Arial" w:hAnsi="Arial" w:cs="Arial"/>
          <w:sz w:val="24"/>
          <w:szCs w:val="24"/>
          <w:lang w:val="eu-ES"/>
        </w:rPr>
        <w:t>Ebaluazioa: Zer baloratuko da?</w:t>
      </w:r>
      <w:bookmarkEnd w:id="3"/>
    </w:p>
    <w:p xmlns:wp14="http://schemas.microsoft.com/office/word/2010/wordml" w:rsidRPr="00AA0F84" w:rsidR="00803541" w:rsidP="00803541" w:rsidRDefault="00803541" w14:paraId="44EAFD9C" wp14:textId="77777777">
      <w:pPr>
        <w:rPr>
          <w:lang w:val="eu-ES"/>
        </w:rPr>
      </w:pPr>
    </w:p>
    <w:p xmlns:wp14="http://schemas.microsoft.com/office/word/2010/wordml" w:rsidR="00803541" w:rsidP="00803541" w:rsidRDefault="00803541" w14:paraId="4B94D5A5" wp14:textId="77777777">
      <w:pPr>
        <w:pStyle w:val="3izenburua"/>
        <w:ind w:left="360"/>
      </w:pPr>
    </w:p>
    <w:tbl>
      <w:tblPr>
        <w:tblStyle w:val="5sareta-taulailuna-5enfasia"/>
        <w:tblW w:w="0" w:type="auto"/>
        <w:tblLook w:val="04A0" w:firstRow="1" w:lastRow="0" w:firstColumn="1" w:lastColumn="0" w:noHBand="0" w:noVBand="1"/>
      </w:tblPr>
      <w:tblGrid>
        <w:gridCol w:w="1855"/>
        <w:gridCol w:w="4391"/>
        <w:gridCol w:w="2865"/>
      </w:tblGrid>
      <w:tr xmlns:wp14="http://schemas.microsoft.com/office/word/2010/wordml" w:rsidR="00803541" w:rsidTr="00981AAA" w14:paraId="5B10B4D8" wp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Pr="00A81ACD" w:rsidR="00803541" w:rsidP="00981AAA" w:rsidRDefault="00803541" w14:paraId="0F510780" wp14:textId="77777777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proofErr w:type="spellStart"/>
            <w:r w:rsidRPr="00A81ACD">
              <w:rPr>
                <w:rFonts w:ascii="Arial" w:hAnsi="Arial" w:cs="Arial"/>
                <w:bCs w:val="0"/>
                <w:color w:val="auto"/>
                <w:sz w:val="24"/>
                <w:szCs w:val="24"/>
              </w:rPr>
              <w:t>Arloa</w:t>
            </w:r>
            <w:proofErr w:type="spellEnd"/>
          </w:p>
        </w:tc>
        <w:tc>
          <w:tcPr>
            <w:tcW w:w="0" w:type="auto"/>
            <w:hideMark/>
          </w:tcPr>
          <w:p w:rsidRPr="00A81ACD" w:rsidR="00803541" w:rsidP="00981AAA" w:rsidRDefault="00803541" w14:paraId="6E7FDD3F" wp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auto"/>
                <w:sz w:val="24"/>
                <w:szCs w:val="24"/>
              </w:rPr>
            </w:pPr>
            <w:proofErr w:type="spellStart"/>
            <w:r w:rsidRPr="00A81ACD">
              <w:rPr>
                <w:rFonts w:ascii="Arial" w:hAnsi="Arial" w:cs="Arial"/>
                <w:bCs w:val="0"/>
                <w:color w:val="auto"/>
                <w:sz w:val="24"/>
                <w:szCs w:val="24"/>
              </w:rPr>
              <w:t>Zer</w:t>
            </w:r>
            <w:proofErr w:type="spellEnd"/>
            <w:r w:rsidRPr="00A81ACD">
              <w:rPr>
                <w:rFonts w:ascii="Arial" w:hAnsi="Arial" w:cs="Arial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81ACD">
              <w:rPr>
                <w:rFonts w:ascii="Arial" w:hAnsi="Arial" w:cs="Arial"/>
                <w:bCs w:val="0"/>
                <w:color w:val="auto"/>
                <w:sz w:val="24"/>
                <w:szCs w:val="24"/>
              </w:rPr>
              <w:t>baloratuko</w:t>
            </w:r>
            <w:proofErr w:type="spellEnd"/>
            <w:r w:rsidRPr="00A81ACD">
              <w:rPr>
                <w:rFonts w:ascii="Arial" w:hAnsi="Arial" w:cs="Arial"/>
                <w:bCs w:val="0"/>
                <w:color w:val="auto"/>
                <w:sz w:val="24"/>
                <w:szCs w:val="24"/>
              </w:rPr>
              <w:t xml:space="preserve"> da</w:t>
            </w:r>
          </w:p>
        </w:tc>
        <w:tc>
          <w:tcPr>
            <w:tcW w:w="0" w:type="auto"/>
            <w:hideMark/>
          </w:tcPr>
          <w:p w:rsidRPr="00A81ACD" w:rsidR="00803541" w:rsidP="00981AAA" w:rsidRDefault="00803541" w14:paraId="63B6192A" wp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auto"/>
                <w:sz w:val="24"/>
                <w:szCs w:val="24"/>
              </w:rPr>
            </w:pPr>
            <w:r w:rsidRPr="00A81ACD">
              <w:rPr>
                <w:rFonts w:ascii="Arial" w:hAnsi="Arial" w:cs="Arial"/>
                <w:bCs w:val="0"/>
                <w:color w:val="auto"/>
                <w:sz w:val="24"/>
                <w:szCs w:val="24"/>
              </w:rPr>
              <w:t>Nola</w:t>
            </w:r>
          </w:p>
        </w:tc>
      </w:tr>
      <w:tr xmlns:wp14="http://schemas.microsoft.com/office/word/2010/wordml" w:rsidR="00803541" w:rsidTr="00981AAA" w14:paraId="36DC2045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Pr="00A81ACD" w:rsidR="00803541" w:rsidP="00981AAA" w:rsidRDefault="00803541" w14:paraId="5FE8FDA7" wp14:textId="7777777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A81ACD">
              <w:rPr>
                <w:rStyle w:val="Lodia"/>
                <w:rFonts w:ascii="Arial" w:hAnsi="Arial" w:cs="Arial"/>
                <w:b/>
                <w:color w:val="auto"/>
                <w:sz w:val="24"/>
                <w:szCs w:val="24"/>
              </w:rPr>
              <w:t>Txostena</w:t>
            </w:r>
            <w:proofErr w:type="spellEnd"/>
          </w:p>
        </w:tc>
        <w:tc>
          <w:tcPr>
            <w:tcW w:w="0" w:type="auto"/>
            <w:hideMark/>
          </w:tcPr>
          <w:p w:rsidRPr="0036744C" w:rsidR="00803541" w:rsidP="00981AAA" w:rsidRDefault="00803541" w14:paraId="47BC6ED1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36744C">
              <w:rPr>
                <w:rFonts w:ascii="Arial" w:hAnsi="Arial" w:cs="Arial"/>
                <w:sz w:val="24"/>
                <w:szCs w:val="24"/>
                <w:lang w:val="es-ES"/>
              </w:rPr>
              <w:t>Egin</w:t>
            </w:r>
            <w:proofErr w:type="spellEnd"/>
            <w:r w:rsidRPr="0036744C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6744C">
              <w:rPr>
                <w:rFonts w:ascii="Arial" w:hAnsi="Arial" w:cs="Arial"/>
                <w:sz w:val="24"/>
                <w:szCs w:val="24"/>
                <w:lang w:val="es-ES"/>
              </w:rPr>
              <w:t>dituzun</w:t>
            </w:r>
            <w:proofErr w:type="spellEnd"/>
            <w:r w:rsidRPr="0036744C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6744C">
              <w:rPr>
                <w:rFonts w:ascii="Arial" w:hAnsi="Arial" w:cs="Arial"/>
                <w:sz w:val="24"/>
                <w:szCs w:val="24"/>
                <w:lang w:val="es-ES"/>
              </w:rPr>
              <w:t>pausuen</w:t>
            </w:r>
            <w:proofErr w:type="spellEnd"/>
            <w:r w:rsidRPr="0036744C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6744C">
              <w:rPr>
                <w:rFonts w:ascii="Arial" w:hAnsi="Arial" w:cs="Arial"/>
                <w:sz w:val="24"/>
                <w:szCs w:val="24"/>
                <w:lang w:val="es-ES"/>
              </w:rPr>
              <w:t>azalpena</w:t>
            </w:r>
            <w:proofErr w:type="spellEnd"/>
            <w:r w:rsidRPr="0036744C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36744C">
              <w:rPr>
                <w:rFonts w:ascii="Arial" w:hAnsi="Arial" w:cs="Arial"/>
                <w:sz w:val="24"/>
                <w:szCs w:val="24"/>
                <w:lang w:val="es-ES"/>
              </w:rPr>
              <w:t>argazkiak</w:t>
            </w:r>
            <w:proofErr w:type="spellEnd"/>
          </w:p>
        </w:tc>
        <w:tc>
          <w:tcPr>
            <w:tcW w:w="0" w:type="auto"/>
            <w:hideMark/>
          </w:tcPr>
          <w:p w:rsidRPr="0036744C" w:rsidR="00803541" w:rsidP="00981AAA" w:rsidRDefault="00803541" w14:paraId="1C856272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Idatziz</w:t>
            </w:r>
            <w:proofErr w:type="spellEnd"/>
            <w:r w:rsidRPr="0036744C">
              <w:rPr>
                <w:rFonts w:ascii="Arial" w:hAnsi="Arial" w:cs="Arial"/>
                <w:sz w:val="24"/>
                <w:szCs w:val="24"/>
              </w:rPr>
              <w:t xml:space="preserve"> eta </w:t>
            </w: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ordenarekin</w:t>
            </w:r>
            <w:proofErr w:type="spellEnd"/>
          </w:p>
        </w:tc>
      </w:tr>
      <w:tr xmlns:wp14="http://schemas.microsoft.com/office/word/2010/wordml" w:rsidR="00803541" w:rsidTr="00981AAA" w14:paraId="551040FF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Pr="00A81ACD" w:rsidR="00803541" w:rsidP="00981AAA" w:rsidRDefault="00803541" w14:paraId="50DE2E18" wp14:textId="77777777">
            <w:pPr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proofErr w:type="spellStart"/>
            <w:r w:rsidRPr="00A81ACD">
              <w:rPr>
                <w:rStyle w:val="Lodia"/>
                <w:rFonts w:ascii="Arial" w:hAnsi="Arial" w:cs="Arial"/>
                <w:b/>
                <w:color w:val="auto"/>
                <w:sz w:val="24"/>
                <w:szCs w:val="24"/>
              </w:rPr>
              <w:t>Soldadura-lana</w:t>
            </w:r>
            <w:proofErr w:type="spellEnd"/>
          </w:p>
        </w:tc>
        <w:tc>
          <w:tcPr>
            <w:tcW w:w="0" w:type="auto"/>
            <w:hideMark/>
          </w:tcPr>
          <w:p w:rsidRPr="0036744C" w:rsidR="00803541" w:rsidP="00981AAA" w:rsidRDefault="00803541" w14:paraId="5ED0EA9F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Konexio</w:t>
            </w:r>
            <w:proofErr w:type="spellEnd"/>
            <w:r w:rsidRPr="003674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egokiak</w:t>
            </w:r>
            <w:proofErr w:type="spellEnd"/>
            <w:r w:rsidRPr="0036744C">
              <w:rPr>
                <w:rFonts w:ascii="Arial" w:hAnsi="Arial" w:cs="Arial"/>
                <w:sz w:val="24"/>
                <w:szCs w:val="24"/>
              </w:rPr>
              <w:t xml:space="preserve"> eta </w:t>
            </w: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seguruak</w:t>
            </w:r>
            <w:proofErr w:type="spellEnd"/>
          </w:p>
        </w:tc>
        <w:tc>
          <w:tcPr>
            <w:tcW w:w="0" w:type="auto"/>
            <w:hideMark/>
          </w:tcPr>
          <w:p w:rsidRPr="0036744C" w:rsidR="00803541" w:rsidP="00981AAA" w:rsidRDefault="00803541" w14:paraId="7650122B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Ikusizko</w:t>
            </w:r>
            <w:proofErr w:type="spellEnd"/>
            <w:r w:rsidRPr="0036744C">
              <w:rPr>
                <w:rFonts w:ascii="Arial" w:hAnsi="Arial" w:cs="Arial"/>
                <w:sz w:val="24"/>
                <w:szCs w:val="24"/>
              </w:rPr>
              <w:t xml:space="preserve"> eta </w:t>
            </w: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probak</w:t>
            </w:r>
            <w:proofErr w:type="spellEnd"/>
            <w:r w:rsidRPr="003674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eginez</w:t>
            </w:r>
            <w:proofErr w:type="spellEnd"/>
          </w:p>
        </w:tc>
      </w:tr>
      <w:tr xmlns:wp14="http://schemas.microsoft.com/office/word/2010/wordml" w:rsidR="00803541" w:rsidTr="00981AAA" w14:paraId="1A56029E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Pr="00A81ACD" w:rsidR="00803541" w:rsidP="00981AAA" w:rsidRDefault="00803541" w14:paraId="3FC27BF8" wp14:textId="77777777">
            <w:pPr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proofErr w:type="spellStart"/>
            <w:r w:rsidRPr="00A81ACD">
              <w:rPr>
                <w:rStyle w:val="Lodia"/>
                <w:rFonts w:ascii="Arial" w:hAnsi="Arial" w:cs="Arial"/>
                <w:b/>
                <w:color w:val="auto"/>
                <w:sz w:val="24"/>
                <w:szCs w:val="24"/>
              </w:rPr>
              <w:t>Jarrera</w:t>
            </w:r>
            <w:proofErr w:type="spellEnd"/>
          </w:p>
        </w:tc>
        <w:tc>
          <w:tcPr>
            <w:tcW w:w="0" w:type="auto"/>
            <w:hideMark/>
          </w:tcPr>
          <w:p w:rsidRPr="0036744C" w:rsidR="00803541" w:rsidP="00981AAA" w:rsidRDefault="00803541" w14:paraId="6EA60BF8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Segurtasuna</w:t>
            </w:r>
            <w:proofErr w:type="spellEnd"/>
            <w:r w:rsidRPr="0036744C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garbitasuna</w:t>
            </w:r>
            <w:proofErr w:type="spellEnd"/>
            <w:r w:rsidRPr="0036744C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arreta</w:t>
            </w:r>
            <w:proofErr w:type="spellEnd"/>
          </w:p>
        </w:tc>
        <w:tc>
          <w:tcPr>
            <w:tcW w:w="0" w:type="auto"/>
            <w:hideMark/>
          </w:tcPr>
          <w:p w:rsidRPr="0036744C" w:rsidR="00803541" w:rsidP="00981AAA" w:rsidRDefault="00803541" w14:paraId="78C1B681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Behaketaren</w:t>
            </w:r>
            <w:proofErr w:type="spellEnd"/>
            <w:r w:rsidRPr="003674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bidez</w:t>
            </w:r>
            <w:proofErr w:type="spellEnd"/>
          </w:p>
        </w:tc>
      </w:tr>
      <w:tr xmlns:wp14="http://schemas.microsoft.com/office/word/2010/wordml" w:rsidR="00803541" w:rsidTr="00981AAA" w14:paraId="1837885E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Pr="00A81ACD" w:rsidR="00803541" w:rsidP="00981AAA" w:rsidRDefault="00803541" w14:paraId="4E1236DC" wp14:textId="77777777">
            <w:pPr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proofErr w:type="spellStart"/>
            <w:r w:rsidRPr="00A81ACD">
              <w:rPr>
                <w:rStyle w:val="Lodia"/>
                <w:rFonts w:ascii="Arial" w:hAnsi="Arial" w:cs="Arial"/>
                <w:b/>
                <w:color w:val="auto"/>
                <w:sz w:val="24"/>
                <w:szCs w:val="24"/>
              </w:rPr>
              <w:t>Ulermena</w:t>
            </w:r>
            <w:proofErr w:type="spellEnd"/>
          </w:p>
        </w:tc>
        <w:tc>
          <w:tcPr>
            <w:tcW w:w="0" w:type="auto"/>
            <w:hideMark/>
          </w:tcPr>
          <w:p w:rsidRPr="0036744C" w:rsidR="00803541" w:rsidP="00981AAA" w:rsidRDefault="00803541" w14:paraId="3814471F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Ahozko</w:t>
            </w:r>
            <w:proofErr w:type="spellEnd"/>
            <w:r w:rsidRPr="003674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galderak</w:t>
            </w:r>
            <w:proofErr w:type="spellEnd"/>
            <w:r w:rsidRPr="0036744C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azalpenak</w:t>
            </w:r>
            <w:proofErr w:type="spellEnd"/>
          </w:p>
        </w:tc>
        <w:tc>
          <w:tcPr>
            <w:tcW w:w="0" w:type="auto"/>
            <w:hideMark/>
          </w:tcPr>
          <w:p w:rsidRPr="0036744C" w:rsidR="00803541" w:rsidP="00981AAA" w:rsidRDefault="00803541" w14:paraId="4F903BA1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Galdera</w:t>
            </w:r>
            <w:proofErr w:type="spellEnd"/>
            <w:r w:rsidRPr="0036744C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6744C">
              <w:rPr>
                <w:rFonts w:ascii="Arial" w:hAnsi="Arial" w:cs="Arial"/>
                <w:sz w:val="24"/>
                <w:szCs w:val="24"/>
              </w:rPr>
              <w:t>erantzun</w:t>
            </w:r>
            <w:proofErr w:type="spellEnd"/>
          </w:p>
        </w:tc>
      </w:tr>
    </w:tbl>
    <w:p xmlns:wp14="http://schemas.microsoft.com/office/word/2010/wordml" w:rsidR="00803541" w:rsidP="00803541" w:rsidRDefault="00803541" w14:paraId="3DEEC669" wp14:textId="77777777">
      <w:pPr>
        <w:pStyle w:val="Normalaweb"/>
        <w:ind w:left="360"/>
        <w:rPr>
          <w:rStyle w:val="Lodia"/>
          <w:rFonts w:ascii="Arial" w:hAnsi="Arial" w:cs="Arial"/>
        </w:rPr>
      </w:pPr>
    </w:p>
    <w:p xmlns:wp14="http://schemas.microsoft.com/office/word/2010/wordml" w:rsidRPr="0036744C" w:rsidR="00803541" w:rsidP="00803541" w:rsidRDefault="00803541" w14:paraId="7991EA5F" wp14:textId="77777777">
      <w:pPr>
        <w:pStyle w:val="Normalaweb"/>
        <w:ind w:left="360"/>
        <w:rPr>
          <w:rFonts w:ascii="Arial" w:hAnsi="Arial" w:cs="Arial"/>
        </w:rPr>
      </w:pPr>
      <w:r w:rsidRPr="0036744C">
        <w:rPr>
          <w:rStyle w:val="Lodia"/>
          <w:rFonts w:ascii="Arial" w:hAnsi="Arial" w:cs="Arial"/>
        </w:rPr>
        <w:t>Gogoratu:</w:t>
      </w:r>
      <w:r w:rsidRPr="0036744C">
        <w:rPr>
          <w:rFonts w:ascii="Arial" w:hAnsi="Arial" w:cs="Arial"/>
        </w:rPr>
        <w:t xml:space="preserve"> zure praktikak </w:t>
      </w:r>
      <w:r w:rsidRPr="0036744C">
        <w:rPr>
          <w:rStyle w:val="Lodia"/>
          <w:rFonts w:ascii="Arial" w:hAnsi="Arial" w:cs="Arial"/>
        </w:rPr>
        <w:t>txosten batean</w:t>
      </w:r>
      <w:r w:rsidRPr="0036744C">
        <w:rPr>
          <w:rFonts w:ascii="Arial" w:hAnsi="Arial" w:cs="Arial"/>
        </w:rPr>
        <w:t xml:space="preserve"> dokumentatu beharko dituzu.</w:t>
      </w:r>
    </w:p>
    <w:p xmlns:wp14="http://schemas.microsoft.com/office/word/2010/wordml" w:rsidRPr="00677CB4" w:rsidR="00803541" w:rsidP="00803541" w:rsidRDefault="00803541" w14:paraId="3656B9AB" wp14:textId="77777777">
      <w:pPr>
        <w:pStyle w:val="Normalaweb"/>
        <w:rPr>
          <w:rFonts w:ascii="Arial" w:hAnsi="Arial" w:cs="Arial"/>
        </w:rPr>
      </w:pPr>
    </w:p>
    <w:p xmlns:wp14="http://schemas.microsoft.com/office/word/2010/wordml" w:rsidRPr="00677CB4" w:rsidR="00803541" w:rsidP="00803541" w:rsidRDefault="00803541" w14:paraId="45FB0818" wp14:textId="77777777">
      <w:pPr>
        <w:spacing w:before="100" w:beforeAutospacing="1" w:after="100" w:afterAutospacing="1" w:line="360" w:lineRule="auto"/>
        <w:ind w:left="1440"/>
        <w:rPr>
          <w:rFonts w:ascii="Arial" w:hAnsi="Arial" w:eastAsia="Times New Roman" w:cs="Arial"/>
          <w:sz w:val="24"/>
          <w:szCs w:val="24"/>
          <w:lang w:val="eu-ES" w:eastAsia="eu-ES"/>
        </w:rPr>
      </w:pPr>
    </w:p>
    <w:p xmlns:wp14="http://schemas.microsoft.com/office/word/2010/wordml" w:rsidRPr="00677CB4" w:rsidR="00803541" w:rsidP="00803541" w:rsidRDefault="00803541" w14:paraId="2D1BE2D1" wp14:textId="77777777">
      <w:pPr>
        <w:pStyle w:val="1izenburua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bookmarkStart w:name="_Toc202430591" w:id="4"/>
      <w:r>
        <w:rPr>
          <w:rFonts w:ascii="Arial" w:hAnsi="Arial" w:cs="Arial"/>
          <w:sz w:val="24"/>
          <w:szCs w:val="24"/>
          <w:lang w:val="eu-ES"/>
        </w:rPr>
        <w:t>Beharrezko Materiala</w:t>
      </w:r>
      <w:bookmarkEnd w:id="4"/>
    </w:p>
    <w:p xmlns:wp14="http://schemas.microsoft.com/office/word/2010/wordml" w:rsidR="00803541" w:rsidP="00803541" w:rsidRDefault="00803541" w14:paraId="049F31CB" wp14:textId="77777777">
      <w:pPr>
        <w:rPr>
          <w:rFonts w:ascii="Arial" w:hAnsi="Arial" w:cs="Arial"/>
          <w:lang w:val="eu-ES"/>
        </w:rPr>
      </w:pPr>
    </w:p>
    <w:p xmlns:wp14="http://schemas.microsoft.com/office/word/2010/wordml" w:rsidRPr="00312E82" w:rsidR="00803541" w:rsidP="00803541" w:rsidRDefault="00803541" w14:paraId="54D4F084" wp14:textId="77777777">
      <w:p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312E82">
        <w:rPr>
          <w:rFonts w:ascii="Arial" w:hAnsi="Arial" w:eastAsia="Times New Roman" w:cs="Arial"/>
          <w:sz w:val="24"/>
          <w:szCs w:val="24"/>
          <w:lang w:val="eu-ES" w:eastAsia="eu-ES"/>
        </w:rPr>
        <w:t>Ikastaroan erabiliko duzu:</w:t>
      </w:r>
    </w:p>
    <w:p xmlns:wp14="http://schemas.microsoft.com/office/word/2010/wordml" w:rsidRPr="00312E82" w:rsidR="00803541" w:rsidP="00803541" w:rsidRDefault="00803541" w14:paraId="3918B4A8" wp14:textId="77777777">
      <w:pPr>
        <w:pStyle w:val="Zerrenda-paragrafoa"/>
        <w:numPr>
          <w:ilvl w:val="0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312E82">
        <w:rPr>
          <w:rFonts w:ascii="Arial" w:hAnsi="Arial" w:eastAsia="Times New Roman" w:cs="Arial"/>
          <w:sz w:val="24"/>
          <w:szCs w:val="24"/>
          <w:lang w:val="eu-ES" w:eastAsia="eu-ES"/>
        </w:rPr>
        <w:t>LM2596 DC-DC bihurgailua</w:t>
      </w:r>
    </w:p>
    <w:p xmlns:wp14="http://schemas.microsoft.com/office/word/2010/wordml" w:rsidRPr="00312E82" w:rsidR="00803541" w:rsidP="00803541" w:rsidRDefault="00803541" w14:paraId="65FD7D2B" wp14:textId="77777777">
      <w:pPr>
        <w:pStyle w:val="Zerrenda-paragrafoa"/>
        <w:numPr>
          <w:ilvl w:val="0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312E82">
        <w:rPr>
          <w:rFonts w:ascii="Arial" w:hAnsi="Arial" w:eastAsia="Times New Roman" w:cs="Arial"/>
          <w:sz w:val="24"/>
          <w:szCs w:val="24"/>
          <w:lang w:val="eu-ES" w:eastAsia="eu-ES"/>
        </w:rPr>
        <w:t>A4988 / DRV8825 driverra</w:t>
      </w:r>
    </w:p>
    <w:p xmlns:wp14="http://schemas.microsoft.com/office/word/2010/wordml" w:rsidRPr="00312E82" w:rsidR="00803541" w:rsidP="00803541" w:rsidRDefault="00803541" w14:paraId="7661DCAE" wp14:textId="77777777">
      <w:pPr>
        <w:pStyle w:val="Zerrenda-paragrafoa"/>
        <w:numPr>
          <w:ilvl w:val="0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312E82">
        <w:rPr>
          <w:rFonts w:ascii="Arial" w:hAnsi="Arial" w:eastAsia="Times New Roman" w:cs="Arial"/>
          <w:sz w:val="24"/>
          <w:szCs w:val="24"/>
          <w:lang w:val="eu-ES" w:eastAsia="eu-ES"/>
        </w:rPr>
        <w:t>Urratsez urratseko motorrak</w:t>
      </w:r>
    </w:p>
    <w:p xmlns:wp14="http://schemas.microsoft.com/office/word/2010/wordml" w:rsidRPr="00312E82" w:rsidR="00803541" w:rsidP="00803541" w:rsidRDefault="00803541" w14:paraId="2F74C7A3" wp14:textId="77777777">
      <w:pPr>
        <w:pStyle w:val="Zerrenda-paragrafoa"/>
        <w:numPr>
          <w:ilvl w:val="0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proofErr w:type="spellStart"/>
      <w:r w:rsidRPr="00312E82">
        <w:rPr>
          <w:rFonts w:ascii="Arial" w:hAnsi="Arial" w:eastAsia="Times New Roman" w:cs="Arial"/>
          <w:sz w:val="24"/>
          <w:szCs w:val="24"/>
          <w:lang w:val="eu-ES" w:eastAsia="eu-ES"/>
        </w:rPr>
        <w:t>Arduino</w:t>
      </w:r>
      <w:proofErr w:type="spellEnd"/>
      <w:r w:rsidRPr="00312E82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</w:t>
      </w:r>
      <w:proofErr w:type="spellStart"/>
      <w:r w:rsidRPr="00312E82">
        <w:rPr>
          <w:rFonts w:ascii="Arial" w:hAnsi="Arial" w:eastAsia="Times New Roman" w:cs="Arial"/>
          <w:sz w:val="24"/>
          <w:szCs w:val="24"/>
          <w:lang w:val="eu-ES" w:eastAsia="eu-ES"/>
        </w:rPr>
        <w:t>Uno</w:t>
      </w:r>
      <w:proofErr w:type="spellEnd"/>
      <w:r w:rsidRPr="00312E82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eta USB kablea</w:t>
      </w:r>
    </w:p>
    <w:p xmlns:wp14="http://schemas.microsoft.com/office/word/2010/wordml" w:rsidRPr="00312E82" w:rsidR="00803541" w:rsidP="00803541" w:rsidRDefault="00803541" w14:paraId="3B578E17" wp14:textId="77777777">
      <w:pPr>
        <w:pStyle w:val="Zerrenda-paragrafoa"/>
        <w:numPr>
          <w:ilvl w:val="0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312E82">
        <w:rPr>
          <w:rFonts w:ascii="Arial" w:hAnsi="Arial" w:eastAsia="Times New Roman" w:cs="Arial"/>
          <w:sz w:val="24"/>
          <w:szCs w:val="24"/>
          <w:lang w:val="eu-ES" w:eastAsia="eu-ES"/>
        </w:rPr>
        <w:t>Multimetroa</w:t>
      </w:r>
    </w:p>
    <w:p xmlns:wp14="http://schemas.microsoft.com/office/word/2010/wordml" w:rsidRPr="00312E82" w:rsidR="00803541" w:rsidP="00803541" w:rsidRDefault="00803541" w14:paraId="676F2929" wp14:textId="77777777">
      <w:pPr>
        <w:pStyle w:val="Zerrenda-paragrafoa"/>
        <w:numPr>
          <w:ilvl w:val="0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312E82">
        <w:rPr>
          <w:rFonts w:ascii="Arial" w:hAnsi="Arial" w:eastAsia="Times New Roman" w:cs="Arial"/>
          <w:sz w:val="24"/>
          <w:szCs w:val="24"/>
          <w:lang w:val="eu-ES" w:eastAsia="eu-ES"/>
        </w:rPr>
        <w:t>Soldagailua, eztainua, fluxua, kableak</w:t>
      </w:r>
    </w:p>
    <w:p xmlns:wp14="http://schemas.microsoft.com/office/word/2010/wordml" w:rsidR="00803541" w:rsidP="00803541" w:rsidRDefault="00803541" w14:paraId="6EEAC983" wp14:textId="77777777">
      <w:pPr>
        <w:pStyle w:val="1izenburua"/>
        <w:numPr>
          <w:ilvl w:val="0"/>
          <w:numId w:val="14"/>
        </w:numPr>
        <w:spacing w:line="360" w:lineRule="auto"/>
        <w:rPr>
          <w:rFonts w:ascii="Arial" w:hAnsi="Arial" w:cs="Arial"/>
          <w:bCs w:val="0"/>
          <w:sz w:val="24"/>
          <w:szCs w:val="24"/>
          <w:lang w:val="eu-ES"/>
        </w:rPr>
      </w:pPr>
      <w:bookmarkStart w:name="_Toc202430592" w:id="5"/>
      <w:r>
        <w:rPr>
          <w:rFonts w:ascii="Arial" w:hAnsi="Arial" w:cs="Arial"/>
          <w:bCs w:val="0"/>
          <w:sz w:val="24"/>
          <w:szCs w:val="24"/>
          <w:lang w:val="eu-ES"/>
        </w:rPr>
        <w:t>Segurtasun Neurriak</w:t>
      </w:r>
      <w:bookmarkEnd w:id="5"/>
    </w:p>
    <w:p xmlns:wp14="http://schemas.microsoft.com/office/word/2010/wordml" w:rsidR="00803541" w:rsidP="00803541" w:rsidRDefault="00803541" w14:paraId="53128261" wp14:textId="77777777">
      <w:pPr>
        <w:rPr>
          <w:lang w:val="eu-ES"/>
        </w:rPr>
      </w:pPr>
    </w:p>
    <w:p xmlns:wp14="http://schemas.microsoft.com/office/word/2010/wordml" w:rsidR="00803541" w:rsidP="00803541" w:rsidRDefault="00803541" w14:paraId="1299CE9F" wp14:textId="77777777">
      <w:pPr>
        <w:pStyle w:val="Zerrenda-paragrafoa"/>
        <w:numPr>
          <w:ilvl w:val="0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DE3FA4">
        <w:rPr>
          <w:rFonts w:ascii="Arial" w:hAnsi="Arial" w:eastAsia="Times New Roman" w:cs="Arial"/>
          <w:sz w:val="24"/>
          <w:szCs w:val="24"/>
          <w:lang w:val="eu-ES" w:eastAsia="eu-ES"/>
        </w:rPr>
        <w:t>Beti erabili betaurreko babesgarriak eta materialak zuzen erabili</w:t>
      </w:r>
    </w:p>
    <w:p xmlns:wp14="http://schemas.microsoft.com/office/word/2010/wordml" w:rsidR="00803541" w:rsidP="00803541" w:rsidRDefault="00803541" w14:paraId="1DD1CE9D" wp14:textId="77777777">
      <w:pPr>
        <w:pStyle w:val="Zerrenda-paragrafoa"/>
        <w:numPr>
          <w:ilvl w:val="0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DE3FA4">
        <w:rPr>
          <w:rFonts w:ascii="Arial" w:hAnsi="Arial" w:eastAsia="Times New Roman" w:cs="Arial"/>
          <w:sz w:val="24"/>
          <w:szCs w:val="24"/>
          <w:lang w:val="eu-ES" w:eastAsia="eu-ES"/>
        </w:rPr>
        <w:t>Ez ukitu soldagailu beroa</w:t>
      </w:r>
    </w:p>
    <w:p xmlns:wp14="http://schemas.microsoft.com/office/word/2010/wordml" w:rsidR="00803541" w:rsidP="00803541" w:rsidRDefault="00803541" w14:paraId="51BFD2A1" wp14:textId="77777777">
      <w:pPr>
        <w:pStyle w:val="Zerrenda-paragrafoa"/>
        <w:numPr>
          <w:ilvl w:val="0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DE3FA4">
        <w:rPr>
          <w:rFonts w:ascii="Arial" w:hAnsi="Arial" w:eastAsia="Times New Roman" w:cs="Arial"/>
          <w:sz w:val="24"/>
          <w:szCs w:val="24"/>
          <w:lang w:val="eu-ES" w:eastAsia="eu-ES"/>
        </w:rPr>
        <w:t>Lana aireztatutako lekuan egin</w:t>
      </w:r>
    </w:p>
    <w:p xmlns:wp14="http://schemas.microsoft.com/office/word/2010/wordml" w:rsidRPr="00DE3FA4" w:rsidR="00803541" w:rsidP="00803541" w:rsidRDefault="00803541" w14:paraId="65A8CB06" wp14:textId="77777777">
      <w:pPr>
        <w:pStyle w:val="Zerrenda-paragrafoa"/>
        <w:numPr>
          <w:ilvl w:val="0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DE3FA4">
        <w:rPr>
          <w:rFonts w:ascii="Arial" w:hAnsi="Arial" w:eastAsia="Times New Roman" w:cs="Arial"/>
          <w:sz w:val="24"/>
          <w:szCs w:val="24"/>
          <w:lang w:val="eu-ES" w:eastAsia="eu-ES"/>
        </w:rPr>
        <w:t>Arriskuak kontrolatu: sua, kea, labur-zirkuituak</w:t>
      </w:r>
    </w:p>
    <w:p xmlns:wp14="http://schemas.microsoft.com/office/word/2010/wordml" w:rsidRPr="00DE3FA4" w:rsidR="00803541" w:rsidP="00803541" w:rsidRDefault="00803541" w14:paraId="62486C05" wp14:textId="77777777">
      <w:pPr>
        <w:rPr>
          <w:lang w:val="eu-ES"/>
        </w:rPr>
      </w:pPr>
    </w:p>
    <w:p xmlns:wp14="http://schemas.microsoft.com/office/word/2010/wordml" w:rsidR="00803541" w:rsidP="00803541" w:rsidRDefault="00803541" w14:paraId="753EEF15" wp14:textId="77777777">
      <w:pPr>
        <w:pStyle w:val="1izenburua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bookmarkStart w:name="_Toc202430593" w:id="6"/>
      <w:r>
        <w:rPr>
          <w:rFonts w:ascii="Arial" w:hAnsi="Arial" w:cs="Arial"/>
          <w:sz w:val="24"/>
          <w:szCs w:val="24"/>
          <w:lang w:val="eu-ES"/>
        </w:rPr>
        <w:t>Laguntza eta Material Osagarria</w:t>
      </w:r>
      <w:bookmarkEnd w:id="6"/>
    </w:p>
    <w:p xmlns:wp14="http://schemas.microsoft.com/office/word/2010/wordml" w:rsidR="00803541" w:rsidP="00803541" w:rsidRDefault="00803541" w14:paraId="4101652C" wp14:textId="77777777">
      <w:pPr>
        <w:rPr>
          <w:lang w:val="eu-ES"/>
        </w:rPr>
      </w:pPr>
    </w:p>
    <w:p xmlns:wp14="http://schemas.microsoft.com/office/word/2010/wordml" w:rsidRPr="00436B38" w:rsidR="00803541" w:rsidP="00803541" w:rsidRDefault="00803541" w14:paraId="05F31FA0" wp14:textId="77777777">
      <w:pPr>
        <w:pStyle w:val="Zerrenda-paragrafoa"/>
        <w:numPr>
          <w:ilvl w:val="0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436B3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Bideo-tutorialak</w:t>
      </w:r>
      <w:r w:rsidRPr="00436B38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(soldadura, driver-erregulazioa) plataforman eskuragarri.</w:t>
      </w:r>
    </w:p>
    <w:p xmlns:wp14="http://schemas.microsoft.com/office/word/2010/wordml" w:rsidRPr="00436B38" w:rsidR="00803541" w:rsidP="00803541" w:rsidRDefault="00803541" w14:paraId="554A3B01" wp14:textId="77777777">
      <w:pPr>
        <w:pStyle w:val="Zerrenda-paragrafoa"/>
        <w:numPr>
          <w:ilvl w:val="0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436B3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Fitxa praktikoak</w:t>
      </w:r>
      <w:r w:rsidRPr="00436B38">
        <w:rPr>
          <w:rFonts w:ascii="Arial" w:hAnsi="Arial" w:eastAsia="Times New Roman" w:cs="Arial"/>
          <w:sz w:val="24"/>
          <w:szCs w:val="24"/>
          <w:lang w:val="eu-ES" w:eastAsia="eu-ES"/>
        </w:rPr>
        <w:t>:</w:t>
      </w:r>
    </w:p>
    <w:p xmlns:wp14="http://schemas.microsoft.com/office/word/2010/wordml" w:rsidRPr="00436B38" w:rsidR="00803541" w:rsidP="00803541" w:rsidRDefault="00803541" w14:paraId="203B960D" wp14:textId="77777777">
      <w:pPr>
        <w:pStyle w:val="Zerrenda-paragrafoa"/>
        <w:numPr>
          <w:ilvl w:val="1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436B38">
        <w:rPr>
          <w:rFonts w:ascii="Arial" w:hAnsi="Arial" w:eastAsia="Times New Roman" w:cs="Arial"/>
          <w:sz w:val="24"/>
          <w:szCs w:val="24"/>
          <w:lang w:val="eu-ES" w:eastAsia="eu-ES"/>
        </w:rPr>
        <w:t>LM2596 konfigurazio fitxa</w:t>
      </w:r>
    </w:p>
    <w:p xmlns:wp14="http://schemas.microsoft.com/office/word/2010/wordml" w:rsidRPr="00436B38" w:rsidR="00803541" w:rsidP="00803541" w:rsidRDefault="00803541" w14:paraId="04DBB911" wp14:textId="77777777">
      <w:pPr>
        <w:pStyle w:val="Zerrenda-paragrafoa"/>
        <w:numPr>
          <w:ilvl w:val="1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proofErr w:type="spellStart"/>
      <w:r w:rsidRPr="00436B38">
        <w:rPr>
          <w:rFonts w:ascii="Arial" w:hAnsi="Arial" w:eastAsia="Times New Roman" w:cs="Arial"/>
          <w:sz w:val="24"/>
          <w:szCs w:val="24"/>
          <w:lang w:val="eu-ES" w:eastAsia="eu-ES"/>
        </w:rPr>
        <w:t>Vref</w:t>
      </w:r>
      <w:proofErr w:type="spellEnd"/>
      <w:r w:rsidRPr="00436B38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kalkulu-fitxa</w:t>
      </w:r>
    </w:p>
    <w:p xmlns:wp14="http://schemas.microsoft.com/office/word/2010/wordml" w:rsidRPr="00436B38" w:rsidR="00803541" w:rsidP="00803541" w:rsidRDefault="00803541" w14:paraId="75C23633" wp14:textId="77777777">
      <w:pPr>
        <w:pStyle w:val="Zerrenda-paragrafoa"/>
        <w:numPr>
          <w:ilvl w:val="0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436B38">
        <w:rPr>
          <w:rFonts w:ascii="Arial" w:hAnsi="Arial" w:eastAsia="Times New Roman" w:cs="Arial"/>
          <w:sz w:val="24"/>
          <w:szCs w:val="24"/>
          <w:lang w:val="eu-ES" w:eastAsia="eu-ES"/>
        </w:rPr>
        <w:t>Irakasleak laguntza emango dizu praktiketan eta zalantzetan.</w:t>
      </w:r>
    </w:p>
    <w:p xmlns:wp14="http://schemas.microsoft.com/office/word/2010/wordml" w:rsidRPr="00436B38" w:rsidR="00803541" w:rsidP="00803541" w:rsidRDefault="00803541" w14:paraId="4B99056E" wp14:textId="77777777">
      <w:pPr>
        <w:rPr>
          <w:lang w:val="eu-ES"/>
        </w:rPr>
      </w:pPr>
    </w:p>
    <w:p xmlns:wp14="http://schemas.microsoft.com/office/word/2010/wordml" w:rsidRPr="00677CB4" w:rsidR="00803541" w:rsidP="00803541" w:rsidRDefault="00803541" w14:paraId="2F9F832B" wp14:textId="77777777">
      <w:pPr>
        <w:pStyle w:val="1izenburua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bookmarkStart w:name="_Toc202430594" w:id="7"/>
      <w:r>
        <w:rPr>
          <w:rFonts w:ascii="Arial" w:hAnsi="Arial" w:cs="Arial"/>
          <w:bCs w:val="0"/>
          <w:sz w:val="24"/>
          <w:szCs w:val="24"/>
          <w:lang w:val="eu-ES"/>
        </w:rPr>
        <w:t>Egitekoa</w:t>
      </w:r>
      <w:bookmarkEnd w:id="7"/>
    </w:p>
    <w:p xmlns:wp14="http://schemas.microsoft.com/office/word/2010/wordml" w:rsidRPr="00436B38" w:rsidR="00803541" w:rsidP="00803541" w:rsidRDefault="00803541" w14:paraId="1A2AD0BB" wp14:textId="77777777">
      <w:pPr>
        <w:pStyle w:val="Zerrenda-paragrafoa"/>
        <w:numPr>
          <w:ilvl w:val="0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>
        <w:rPr>
          <w:rFonts w:ascii="Arial" w:hAnsi="Arial" w:eastAsia="Times New Roman" w:cs="Arial"/>
          <w:bCs/>
          <w:sz w:val="24"/>
          <w:szCs w:val="24"/>
          <w:lang w:val="eu-ES" w:eastAsia="eu-ES"/>
        </w:rPr>
        <w:t>P</w:t>
      </w:r>
      <w:r w:rsidRPr="00436B38">
        <w:rPr>
          <w:rFonts w:ascii="Arial" w:hAnsi="Arial" w:eastAsia="Times New Roman" w:cs="Arial"/>
          <w:bCs/>
          <w:sz w:val="24"/>
          <w:szCs w:val="24"/>
          <w:lang w:val="eu-ES" w:eastAsia="eu-ES"/>
        </w:rPr>
        <w:t>raktikak pausoz pauso</w:t>
      </w:r>
      <w:r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egin</w:t>
      </w:r>
    </w:p>
    <w:p xmlns:wp14="http://schemas.microsoft.com/office/word/2010/wordml" w:rsidRPr="00436B38" w:rsidR="00803541" w:rsidP="00803541" w:rsidRDefault="00803541" w14:paraId="5381F71E" wp14:textId="77777777">
      <w:pPr>
        <w:pStyle w:val="Zerrenda-paragrafoa"/>
        <w:numPr>
          <w:ilvl w:val="0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436B38">
        <w:rPr>
          <w:rFonts w:ascii="Arial" w:hAnsi="Arial" w:eastAsia="Times New Roman" w:cs="Arial"/>
          <w:bCs/>
          <w:sz w:val="24"/>
          <w:szCs w:val="24"/>
          <w:lang w:val="eu-ES" w:eastAsia="eu-ES"/>
        </w:rPr>
        <w:t>Dokumentatu lanak eta emaitzak</w:t>
      </w:r>
    </w:p>
    <w:p xmlns:wp14="http://schemas.microsoft.com/office/word/2010/wordml" w:rsidRPr="00436B38" w:rsidR="00803541" w:rsidP="00803541" w:rsidRDefault="00803541" w14:paraId="0E2A8831" wp14:textId="77777777">
      <w:pPr>
        <w:pStyle w:val="Zerrenda-paragrafoa"/>
        <w:numPr>
          <w:ilvl w:val="0"/>
          <w:numId w:val="46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436B38">
        <w:rPr>
          <w:rFonts w:ascii="Arial" w:hAnsi="Arial" w:eastAsia="Times New Roman" w:cs="Arial"/>
          <w:bCs/>
          <w:sz w:val="24"/>
          <w:szCs w:val="24"/>
          <w:lang w:val="eu-ES" w:eastAsia="eu-ES"/>
        </w:rPr>
        <w:t>Galderak egin eta laguntza eskatu beharrezkoa denean</w:t>
      </w:r>
    </w:p>
    <w:p xmlns:wp14="http://schemas.microsoft.com/office/word/2010/wordml" w:rsidRPr="00677CB4" w:rsidR="00803541" w:rsidP="00803541" w:rsidRDefault="00803541" w14:paraId="1299C43A" wp14:textId="77777777">
      <w:p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</w:p>
    <w:p xmlns:wp14="http://schemas.microsoft.com/office/word/2010/wordml" w:rsidRPr="00677CB4" w:rsidR="00885DF0" w:rsidP="00DE1186" w:rsidRDefault="00885DF0" w14:paraId="4DDBEF00" wp14:textId="77777777">
      <w:pPr>
        <w:pStyle w:val="1izenburua"/>
        <w:spacing w:line="360" w:lineRule="auto"/>
        <w:rPr>
          <w:rFonts w:ascii="Arial" w:hAnsi="Arial" w:cs="Arial"/>
          <w:lang w:val="eu-ES"/>
        </w:rPr>
      </w:pPr>
      <w:bookmarkStart w:name="_GoBack" w:id="8"/>
      <w:bookmarkEnd w:id="8"/>
    </w:p>
    <w:sectPr w:rsidRPr="00677CB4" w:rsidR="00885DF0" w:rsidSect="00093622">
      <w:headerReference w:type="default" r:id="rId16"/>
      <w:footerReference w:type="default" r:id="rId17"/>
      <w:pgSz w:w="12240" w:h="15840" w:orient="portrait"/>
      <w:pgMar w:top="1701" w:right="1418" w:bottom="1418" w:left="1701" w:header="142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05A0C" w:rsidP="00530AAA" w:rsidRDefault="00405A0C" w14:paraId="0FB78278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05A0C" w:rsidP="00530AAA" w:rsidRDefault="00405A0C" w14:paraId="1FC39945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0339317"/>
      <w:docPartObj>
        <w:docPartGallery w:val="Page Numbers (Bottom of Page)"/>
        <w:docPartUnique/>
      </w:docPartObj>
    </w:sdtPr>
    <w:sdtEndPr/>
    <w:sdtContent>
      <w:p xmlns:wp14="http://schemas.microsoft.com/office/word/2010/wordml" w:rsidR="00093622" w:rsidRDefault="00093622" w14:paraId="02469775" wp14:textId="77777777">
        <w:pPr>
          <w:pStyle w:val="Orri-o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E1186" w:rsidR="00DE1186">
          <w:rPr>
            <w:noProof/>
            <w:lang w:val="eu-ES"/>
          </w:rPr>
          <w:t>5</w:t>
        </w:r>
        <w:r>
          <w:fldChar w:fldCharType="end"/>
        </w:r>
      </w:p>
    </w:sdtContent>
  </w:sdt>
  <w:p xmlns:wp14="http://schemas.microsoft.com/office/word/2010/wordml" w:rsidR="00093622" w:rsidRDefault="00093622" w14:paraId="3461D779" wp14:textId="77777777">
    <w:pPr>
      <w:pStyle w:val="Orri-o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05A0C" w:rsidP="00530AAA" w:rsidRDefault="00405A0C" w14:paraId="0562CB0E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05A0C" w:rsidP="00530AAA" w:rsidRDefault="00405A0C" w14:paraId="34CE0A41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530AAA" w:rsidP="00530AAA" w:rsidRDefault="00093622" w14:paraId="26B2E0D0" wp14:textId="77777777">
    <w:pPr>
      <w:pStyle w:val="1izenburua"/>
      <w:spacing w:line="360" w:lineRule="auto"/>
      <w:jc w:val="right"/>
      <w:rPr>
        <w:rFonts w:ascii="Arial" w:hAnsi="Arial" w:cs="Arial"/>
        <w:lang w:val="eu-ES"/>
      </w:rPr>
    </w:pPr>
    <w:r>
      <w:rPr>
        <w:noProof/>
        <w:lang w:val="eu-ES" w:eastAsia="eu-ES"/>
      </w:rPr>
      <w:drawing>
        <wp:anchor xmlns:wp14="http://schemas.microsoft.com/office/word/2010/wordprocessingDrawing" distT="114300" distB="114300" distL="114300" distR="114300" simplePos="0" relativeHeight="251659264" behindDoc="0" locked="0" layoutInCell="1" hidden="0" allowOverlap="1" wp14:anchorId="0478F42E" wp14:editId="2F3C440E">
          <wp:simplePos x="0" y="0"/>
          <wp:positionH relativeFrom="margin">
            <wp:align>center</wp:align>
          </wp:positionH>
          <wp:positionV relativeFrom="paragraph">
            <wp:posOffset>60960</wp:posOffset>
          </wp:positionV>
          <wp:extent cx="1281113" cy="547384"/>
          <wp:effectExtent l="0" t="0" r="0" b="5080"/>
          <wp:wrapNone/>
          <wp:docPr id="10" name="image2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1113" cy="5473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u-ES" w:eastAsia="eu-ES"/>
      </w:rPr>
      <w:drawing>
        <wp:anchor xmlns:wp14="http://schemas.microsoft.com/office/word/2010/wordprocessingDrawing" distT="0" distB="0" distL="114300" distR="114300" simplePos="0" relativeHeight="251661312" behindDoc="0" locked="0" layoutInCell="1" allowOverlap="1" wp14:anchorId="292FB70F" wp14:editId="268E7DA9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050475" cy="611079"/>
          <wp:effectExtent l="0" t="0" r="0" b="0"/>
          <wp:wrapNone/>
          <wp:docPr id="11" name="Irudi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riginala sloganareki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475" cy="611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3541">
      <w:rPr>
        <w:rFonts w:ascii="Arial" w:hAnsi="Arial" w:cs="Arial"/>
        <w:lang w:val="eu-ES"/>
      </w:rPr>
      <w:t>I</w:t>
    </w:r>
    <w:r w:rsidRPr="00530AAA" w:rsidR="00530AAA">
      <w:rPr>
        <w:rFonts w:ascii="Arial" w:hAnsi="Arial" w:cs="Arial"/>
        <w:lang w:val="eu-ES"/>
      </w:rPr>
      <w:t>kaslearen Gida</w:t>
    </w:r>
  </w:p>
  <w:p xmlns:wp14="http://schemas.microsoft.com/office/word/2010/wordml" w:rsidR="00530AAA" w:rsidRDefault="00530AAA" w14:paraId="3CF2D8B6" wp14:textId="77777777">
    <w:pPr>
      <w:pStyle w:val="Goiburu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Zenbaki-zerren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Zenbaki-zerren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Bulet-zerrenda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Bulet-zerrenda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Zenbaki-zerren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Bulet-zerrenda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6" w15:restartNumberingAfterBreak="0">
    <w:nsid w:val="063A2238"/>
    <w:multiLevelType w:val="multilevel"/>
    <w:tmpl w:val="0B786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097D21C4"/>
    <w:multiLevelType w:val="multilevel"/>
    <w:tmpl w:val="03CE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098B4ED9"/>
    <w:multiLevelType w:val="hybridMultilevel"/>
    <w:tmpl w:val="B0345F5A"/>
    <w:lvl w:ilvl="0" w:tplc="3EF258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D0019">
      <w:start w:val="1"/>
      <w:numFmt w:val="lowerLetter"/>
      <w:lvlText w:val="%2."/>
      <w:lvlJc w:val="left"/>
      <w:pPr>
        <w:ind w:left="1440" w:hanging="360"/>
      </w:pPr>
    </w:lvl>
    <w:lvl w:ilvl="2" w:tplc="042D001B" w:tentative="1">
      <w:start w:val="1"/>
      <w:numFmt w:val="lowerRoman"/>
      <w:lvlText w:val="%3."/>
      <w:lvlJc w:val="right"/>
      <w:pPr>
        <w:ind w:left="2160" w:hanging="180"/>
      </w:pPr>
    </w:lvl>
    <w:lvl w:ilvl="3" w:tplc="042D000F" w:tentative="1">
      <w:start w:val="1"/>
      <w:numFmt w:val="decimal"/>
      <w:lvlText w:val="%4."/>
      <w:lvlJc w:val="left"/>
      <w:pPr>
        <w:ind w:left="2880" w:hanging="360"/>
      </w:pPr>
    </w:lvl>
    <w:lvl w:ilvl="4" w:tplc="042D0019" w:tentative="1">
      <w:start w:val="1"/>
      <w:numFmt w:val="lowerLetter"/>
      <w:lvlText w:val="%5."/>
      <w:lvlJc w:val="left"/>
      <w:pPr>
        <w:ind w:left="3600" w:hanging="360"/>
      </w:pPr>
    </w:lvl>
    <w:lvl w:ilvl="5" w:tplc="042D001B" w:tentative="1">
      <w:start w:val="1"/>
      <w:numFmt w:val="lowerRoman"/>
      <w:lvlText w:val="%6."/>
      <w:lvlJc w:val="right"/>
      <w:pPr>
        <w:ind w:left="4320" w:hanging="180"/>
      </w:pPr>
    </w:lvl>
    <w:lvl w:ilvl="6" w:tplc="042D000F" w:tentative="1">
      <w:start w:val="1"/>
      <w:numFmt w:val="decimal"/>
      <w:lvlText w:val="%7."/>
      <w:lvlJc w:val="left"/>
      <w:pPr>
        <w:ind w:left="5040" w:hanging="360"/>
      </w:pPr>
    </w:lvl>
    <w:lvl w:ilvl="7" w:tplc="042D0019" w:tentative="1">
      <w:start w:val="1"/>
      <w:numFmt w:val="lowerLetter"/>
      <w:lvlText w:val="%8."/>
      <w:lvlJc w:val="left"/>
      <w:pPr>
        <w:ind w:left="5760" w:hanging="360"/>
      </w:pPr>
    </w:lvl>
    <w:lvl w:ilvl="8" w:tplc="042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AA7DE1"/>
    <w:multiLevelType w:val="multilevel"/>
    <w:tmpl w:val="02A6F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0CBD70DE"/>
    <w:multiLevelType w:val="multilevel"/>
    <w:tmpl w:val="76A29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13444B58"/>
    <w:multiLevelType w:val="multilevel"/>
    <w:tmpl w:val="70EC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139C03F5"/>
    <w:multiLevelType w:val="multilevel"/>
    <w:tmpl w:val="DB9EE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15592289"/>
    <w:multiLevelType w:val="multilevel"/>
    <w:tmpl w:val="2C8C8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19C13B1E"/>
    <w:multiLevelType w:val="multilevel"/>
    <w:tmpl w:val="725A8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1A5F6E57"/>
    <w:multiLevelType w:val="multilevel"/>
    <w:tmpl w:val="B4E41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2088325B"/>
    <w:multiLevelType w:val="multilevel"/>
    <w:tmpl w:val="1180B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22304ADB"/>
    <w:multiLevelType w:val="multilevel"/>
    <w:tmpl w:val="CE16A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25F85BB1"/>
    <w:multiLevelType w:val="multilevel"/>
    <w:tmpl w:val="BCAEF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26703F3D"/>
    <w:multiLevelType w:val="multilevel"/>
    <w:tmpl w:val="042D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67D3AD7"/>
    <w:multiLevelType w:val="multilevel"/>
    <w:tmpl w:val="2BBC1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 w15:restartNumberingAfterBreak="0">
    <w:nsid w:val="2A553A78"/>
    <w:multiLevelType w:val="multilevel"/>
    <w:tmpl w:val="879A8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2B23252C"/>
    <w:multiLevelType w:val="multilevel"/>
    <w:tmpl w:val="6964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2E122EAA"/>
    <w:multiLevelType w:val="multilevel"/>
    <w:tmpl w:val="C536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34E56A76"/>
    <w:multiLevelType w:val="multilevel"/>
    <w:tmpl w:val="DEE21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 w15:restartNumberingAfterBreak="0">
    <w:nsid w:val="37E87BE2"/>
    <w:multiLevelType w:val="multilevel"/>
    <w:tmpl w:val="042D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A243B69"/>
    <w:multiLevelType w:val="multilevel"/>
    <w:tmpl w:val="ED78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7" w15:restartNumberingAfterBreak="0">
    <w:nsid w:val="3AF45392"/>
    <w:multiLevelType w:val="multilevel"/>
    <w:tmpl w:val="9A52C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11C0AB5"/>
    <w:multiLevelType w:val="multilevel"/>
    <w:tmpl w:val="E43A1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9" w15:restartNumberingAfterBreak="0">
    <w:nsid w:val="42627D7B"/>
    <w:multiLevelType w:val="multilevel"/>
    <w:tmpl w:val="3F8EA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0" w15:restartNumberingAfterBreak="0">
    <w:nsid w:val="429355A0"/>
    <w:multiLevelType w:val="hybridMultilevel"/>
    <w:tmpl w:val="3230C16E"/>
    <w:lvl w:ilvl="0" w:tplc="042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D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4D4D3B6A"/>
    <w:multiLevelType w:val="multilevel"/>
    <w:tmpl w:val="3716B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53757388"/>
    <w:multiLevelType w:val="multilevel"/>
    <w:tmpl w:val="03C0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3" w15:restartNumberingAfterBreak="0">
    <w:nsid w:val="56B93A88"/>
    <w:multiLevelType w:val="multilevel"/>
    <w:tmpl w:val="70AC005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103384"/>
    <w:multiLevelType w:val="multilevel"/>
    <w:tmpl w:val="2064F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5" w15:restartNumberingAfterBreak="0">
    <w:nsid w:val="59E16522"/>
    <w:multiLevelType w:val="multilevel"/>
    <w:tmpl w:val="408A3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6" w15:restartNumberingAfterBreak="0">
    <w:nsid w:val="5AD61C6F"/>
    <w:multiLevelType w:val="multilevel"/>
    <w:tmpl w:val="06AC4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7" w15:restartNumberingAfterBreak="0">
    <w:nsid w:val="5B6E566E"/>
    <w:multiLevelType w:val="multilevel"/>
    <w:tmpl w:val="E2C43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8" w15:restartNumberingAfterBreak="0">
    <w:nsid w:val="5DFA0AC9"/>
    <w:multiLevelType w:val="multilevel"/>
    <w:tmpl w:val="DEB08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9" w15:restartNumberingAfterBreak="0">
    <w:nsid w:val="5F6B4403"/>
    <w:multiLevelType w:val="multilevel"/>
    <w:tmpl w:val="E22E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0" w15:restartNumberingAfterBreak="0">
    <w:nsid w:val="6330617C"/>
    <w:multiLevelType w:val="multilevel"/>
    <w:tmpl w:val="3836B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1" w15:restartNumberingAfterBreak="0">
    <w:nsid w:val="6E4A5BE6"/>
    <w:multiLevelType w:val="multilevel"/>
    <w:tmpl w:val="B1ACB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2" w15:restartNumberingAfterBreak="0">
    <w:nsid w:val="706B7B25"/>
    <w:multiLevelType w:val="multilevel"/>
    <w:tmpl w:val="2AF43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3" w15:restartNumberingAfterBreak="0">
    <w:nsid w:val="718A0027"/>
    <w:multiLevelType w:val="multilevel"/>
    <w:tmpl w:val="F58EC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59365F2"/>
    <w:multiLevelType w:val="multilevel"/>
    <w:tmpl w:val="8BD26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5" w15:restartNumberingAfterBreak="0">
    <w:nsid w:val="79562085"/>
    <w:multiLevelType w:val="multilevel"/>
    <w:tmpl w:val="A660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21"/>
  </w:num>
  <w:num w:numId="8">
    <w:abstractNumId w:val="44"/>
  </w:num>
  <w:num w:numId="9">
    <w:abstractNumId w:val="11"/>
  </w:num>
  <w:num w:numId="10">
    <w:abstractNumId w:val="35"/>
  </w:num>
  <w:num w:numId="11">
    <w:abstractNumId w:val="12"/>
  </w:num>
  <w:num w:numId="12">
    <w:abstractNumId w:val="28"/>
  </w:num>
  <w:num w:numId="13">
    <w:abstractNumId w:val="23"/>
  </w:num>
  <w:num w:numId="14">
    <w:abstractNumId w:val="25"/>
  </w:num>
  <w:num w:numId="15">
    <w:abstractNumId w:val="27"/>
  </w:num>
  <w:num w:numId="16">
    <w:abstractNumId w:val="41"/>
  </w:num>
  <w:num w:numId="17">
    <w:abstractNumId w:val="33"/>
  </w:num>
  <w:num w:numId="18">
    <w:abstractNumId w:val="45"/>
  </w:num>
  <w:num w:numId="19">
    <w:abstractNumId w:val="17"/>
  </w:num>
  <w:num w:numId="20">
    <w:abstractNumId w:val="24"/>
  </w:num>
  <w:num w:numId="21">
    <w:abstractNumId w:val="7"/>
  </w:num>
  <w:num w:numId="22">
    <w:abstractNumId w:val="39"/>
  </w:num>
  <w:num w:numId="23">
    <w:abstractNumId w:val="13"/>
  </w:num>
  <w:num w:numId="24">
    <w:abstractNumId w:val="29"/>
  </w:num>
  <w:num w:numId="25">
    <w:abstractNumId w:val="42"/>
  </w:num>
  <w:num w:numId="26">
    <w:abstractNumId w:val="37"/>
  </w:num>
  <w:num w:numId="27">
    <w:abstractNumId w:val="9"/>
  </w:num>
  <w:num w:numId="28">
    <w:abstractNumId w:val="16"/>
  </w:num>
  <w:num w:numId="29">
    <w:abstractNumId w:val="22"/>
  </w:num>
  <w:num w:numId="30">
    <w:abstractNumId w:val="32"/>
  </w:num>
  <w:num w:numId="31">
    <w:abstractNumId w:val="6"/>
  </w:num>
  <w:num w:numId="32">
    <w:abstractNumId w:val="26"/>
  </w:num>
  <w:num w:numId="33">
    <w:abstractNumId w:val="20"/>
  </w:num>
  <w:num w:numId="34">
    <w:abstractNumId w:val="15"/>
  </w:num>
  <w:num w:numId="35">
    <w:abstractNumId w:val="18"/>
  </w:num>
  <w:num w:numId="36">
    <w:abstractNumId w:val="10"/>
  </w:num>
  <w:num w:numId="37">
    <w:abstractNumId w:val="40"/>
  </w:num>
  <w:num w:numId="38">
    <w:abstractNumId w:val="38"/>
  </w:num>
  <w:num w:numId="39">
    <w:abstractNumId w:val="36"/>
  </w:num>
  <w:num w:numId="40">
    <w:abstractNumId w:val="31"/>
  </w:num>
  <w:num w:numId="41">
    <w:abstractNumId w:val="19"/>
  </w:num>
  <w:num w:numId="42">
    <w:abstractNumId w:val="43"/>
  </w:num>
  <w:num w:numId="43">
    <w:abstractNumId w:val="34"/>
  </w:num>
  <w:num w:numId="44">
    <w:abstractNumId w:val="14"/>
  </w:num>
  <w:num w:numId="45">
    <w:abstractNumId w:val="8"/>
  </w:num>
  <w:num w:numId="46">
    <w:abstractNumId w:val="30"/>
  </w:num>
  <w:numIdMacAtCleanup w:val="18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2452D"/>
    <w:rsid w:val="00034616"/>
    <w:rsid w:val="0006063C"/>
    <w:rsid w:val="00093622"/>
    <w:rsid w:val="000A2664"/>
    <w:rsid w:val="000B27C0"/>
    <w:rsid w:val="000C62C9"/>
    <w:rsid w:val="000F0F40"/>
    <w:rsid w:val="00130B8F"/>
    <w:rsid w:val="00132A65"/>
    <w:rsid w:val="001453EA"/>
    <w:rsid w:val="0015074B"/>
    <w:rsid w:val="00162BE6"/>
    <w:rsid w:val="001978FA"/>
    <w:rsid w:val="001C16F6"/>
    <w:rsid w:val="001D704D"/>
    <w:rsid w:val="0029639D"/>
    <w:rsid w:val="002B2B58"/>
    <w:rsid w:val="002F2DB3"/>
    <w:rsid w:val="0031604C"/>
    <w:rsid w:val="00326F90"/>
    <w:rsid w:val="003337E1"/>
    <w:rsid w:val="00350B03"/>
    <w:rsid w:val="003A4CB4"/>
    <w:rsid w:val="003C6E5F"/>
    <w:rsid w:val="003E6CD8"/>
    <w:rsid w:val="00405A0C"/>
    <w:rsid w:val="004356F1"/>
    <w:rsid w:val="00501802"/>
    <w:rsid w:val="00513386"/>
    <w:rsid w:val="00514E60"/>
    <w:rsid w:val="00527618"/>
    <w:rsid w:val="00530AAA"/>
    <w:rsid w:val="00537F7E"/>
    <w:rsid w:val="005E4B8F"/>
    <w:rsid w:val="00677CB4"/>
    <w:rsid w:val="00721D1A"/>
    <w:rsid w:val="00742573"/>
    <w:rsid w:val="007757AC"/>
    <w:rsid w:val="00792BAE"/>
    <w:rsid w:val="007A45AD"/>
    <w:rsid w:val="00803541"/>
    <w:rsid w:val="008651D1"/>
    <w:rsid w:val="00885DF0"/>
    <w:rsid w:val="008B4288"/>
    <w:rsid w:val="008D1705"/>
    <w:rsid w:val="00970E19"/>
    <w:rsid w:val="009872AA"/>
    <w:rsid w:val="009A3940"/>
    <w:rsid w:val="009E7014"/>
    <w:rsid w:val="00A15E57"/>
    <w:rsid w:val="00A43817"/>
    <w:rsid w:val="00A46CBB"/>
    <w:rsid w:val="00A91E8B"/>
    <w:rsid w:val="00AA1D8D"/>
    <w:rsid w:val="00AC61F8"/>
    <w:rsid w:val="00AD5564"/>
    <w:rsid w:val="00B47730"/>
    <w:rsid w:val="00BB4643"/>
    <w:rsid w:val="00C21BB1"/>
    <w:rsid w:val="00C742C7"/>
    <w:rsid w:val="00C847DF"/>
    <w:rsid w:val="00CB0664"/>
    <w:rsid w:val="00D226DF"/>
    <w:rsid w:val="00D31914"/>
    <w:rsid w:val="00DE1186"/>
    <w:rsid w:val="00DF3B80"/>
    <w:rsid w:val="00E05DEB"/>
    <w:rsid w:val="00E26D75"/>
    <w:rsid w:val="00E447B9"/>
    <w:rsid w:val="00F411A0"/>
    <w:rsid w:val="00F629F5"/>
    <w:rsid w:val="00F91A3C"/>
    <w:rsid w:val="00FA0B43"/>
    <w:rsid w:val="00FB5A8A"/>
    <w:rsid w:val="00FC693F"/>
    <w:rsid w:val="7873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C84D6F"/>
  <w14:defaultImageDpi w14:val="300"/>
  <w15:docId w15:val="{3649ADE8-F2E7-4064-A355-B1A61B41688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a" w:default="1">
    <w:name w:val="Normal"/>
    <w:qFormat/>
    <w:rsid w:val="00FC693F"/>
  </w:style>
  <w:style w:type="paragraph" w:styleId="1izenburua">
    <w:name w:val="heading 1"/>
    <w:basedOn w:val="Normala"/>
    <w:next w:val="Normala"/>
    <w:link w:val="1izenburuaK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2izenburua">
    <w:name w:val="heading 2"/>
    <w:basedOn w:val="Normala"/>
    <w:next w:val="Normala"/>
    <w:link w:val="2izenburuaK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3izenburua">
    <w:name w:val="heading 3"/>
    <w:basedOn w:val="Normala"/>
    <w:next w:val="Normala"/>
    <w:link w:val="3izenburuaK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4izenburua">
    <w:name w:val="heading 4"/>
    <w:basedOn w:val="Normala"/>
    <w:next w:val="Normala"/>
    <w:link w:val="4izenburuaK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5izenburua">
    <w:name w:val="heading 5"/>
    <w:basedOn w:val="Normala"/>
    <w:next w:val="Normala"/>
    <w:link w:val="5izenburuaK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6izenburua">
    <w:name w:val="heading 6"/>
    <w:basedOn w:val="Normala"/>
    <w:next w:val="Normala"/>
    <w:link w:val="6izenburuaK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7izenburua">
    <w:name w:val="heading 7"/>
    <w:basedOn w:val="Normala"/>
    <w:next w:val="Normala"/>
    <w:link w:val="7izenburuaK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8izenburua">
    <w:name w:val="heading 8"/>
    <w:basedOn w:val="Normala"/>
    <w:next w:val="Normala"/>
    <w:link w:val="8izenburuaK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9izenburua">
    <w:name w:val="heading 9"/>
    <w:basedOn w:val="Normala"/>
    <w:next w:val="Normala"/>
    <w:link w:val="9izenburuaK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Paragrafoarenletra-tipolehenetsia" w:default="1">
    <w:name w:val="Default Paragraph Font"/>
    <w:uiPriority w:val="1"/>
    <w:semiHidden/>
    <w:unhideWhenUsed/>
  </w:style>
  <w:style w:type="table" w:styleId="Taulanorma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Zerrendarikez" w:default="1">
    <w:name w:val="No List"/>
    <w:uiPriority w:val="99"/>
    <w:semiHidden/>
    <w:unhideWhenUsed/>
  </w:style>
  <w:style w:type="paragraph" w:styleId="Goiburua">
    <w:name w:val="header"/>
    <w:basedOn w:val="Normala"/>
    <w:link w:val="GoiburuaK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GoiburuaKar" w:customStyle="1">
    <w:name w:val="Goiburua Kar"/>
    <w:basedOn w:val="Paragrafoarenletra-tipolehenetsia"/>
    <w:link w:val="Goiburua"/>
    <w:uiPriority w:val="99"/>
    <w:rsid w:val="00E618BF"/>
  </w:style>
  <w:style w:type="paragraph" w:styleId="Orri-oina">
    <w:name w:val="footer"/>
    <w:basedOn w:val="Normala"/>
    <w:link w:val="Orri-oinaK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Orri-oinaKar" w:customStyle="1">
    <w:name w:val="Orri-oina Kar"/>
    <w:basedOn w:val="Paragrafoarenletra-tipolehenetsia"/>
    <w:link w:val="Orri-oina"/>
    <w:uiPriority w:val="99"/>
    <w:rsid w:val="00E618BF"/>
  </w:style>
  <w:style w:type="paragraph" w:styleId="Tarterikez">
    <w:name w:val="No Spacing"/>
    <w:link w:val="TarterikezKar"/>
    <w:uiPriority w:val="1"/>
    <w:qFormat/>
    <w:rsid w:val="00FC693F"/>
    <w:pPr>
      <w:spacing w:after="0" w:line="240" w:lineRule="auto"/>
    </w:pPr>
  </w:style>
  <w:style w:type="character" w:styleId="1izenburuaKar" w:customStyle="1">
    <w:name w:val="1. izenburua Kar"/>
    <w:basedOn w:val="Paragrafoarenletra-tipolehenetsia"/>
    <w:link w:val="1izenburua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2izenburuaKar" w:customStyle="1">
    <w:name w:val="2. izenburua Kar"/>
    <w:basedOn w:val="Paragrafoarenletra-tipolehenetsia"/>
    <w:link w:val="2izenburua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3izenburuaKar" w:customStyle="1">
    <w:name w:val="3. izenburua Kar"/>
    <w:basedOn w:val="Paragrafoarenletra-tipolehenetsia"/>
    <w:link w:val="3izenburua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ulua">
    <w:name w:val="Title"/>
    <w:basedOn w:val="Normala"/>
    <w:next w:val="Normala"/>
    <w:link w:val="TituluaK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uluaKar" w:customStyle="1">
    <w:name w:val="Titulua Kar"/>
    <w:basedOn w:val="Paragrafoarenletra-tipolehenetsia"/>
    <w:link w:val="Titulua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Azpititulua">
    <w:name w:val="Subtitle"/>
    <w:basedOn w:val="Normala"/>
    <w:next w:val="Normala"/>
    <w:link w:val="AzpitituluaK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AzpitituluaKar" w:customStyle="1">
    <w:name w:val="Azpititulua Kar"/>
    <w:basedOn w:val="Paragrafoarenletra-tipolehenetsia"/>
    <w:link w:val="Azpititulua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Zerrenda-paragrafoa">
    <w:name w:val="List Paragraph"/>
    <w:basedOn w:val="Normala"/>
    <w:uiPriority w:val="34"/>
    <w:qFormat/>
    <w:rsid w:val="00FC693F"/>
    <w:pPr>
      <w:ind w:left="720"/>
      <w:contextualSpacing/>
    </w:pPr>
  </w:style>
  <w:style w:type="paragraph" w:styleId="Gorputz-testua">
    <w:name w:val="Body Text"/>
    <w:basedOn w:val="Normala"/>
    <w:link w:val="Gorputz-testuaKar"/>
    <w:uiPriority w:val="99"/>
    <w:unhideWhenUsed/>
    <w:rsid w:val="00AA1D8D"/>
    <w:pPr>
      <w:spacing w:after="120"/>
    </w:pPr>
  </w:style>
  <w:style w:type="character" w:styleId="Gorputz-testuaKar" w:customStyle="1">
    <w:name w:val="Gorputz-testua Kar"/>
    <w:basedOn w:val="Paragrafoarenletra-tipolehenetsia"/>
    <w:link w:val="Gorputz-testua"/>
    <w:uiPriority w:val="99"/>
    <w:rsid w:val="00AA1D8D"/>
  </w:style>
  <w:style w:type="paragraph" w:styleId="Gorputz-testua2">
    <w:name w:val="Body Text 2"/>
    <w:basedOn w:val="Normala"/>
    <w:link w:val="Gorputz-testua2Kar"/>
    <w:uiPriority w:val="99"/>
    <w:unhideWhenUsed/>
    <w:rsid w:val="00AA1D8D"/>
    <w:pPr>
      <w:spacing w:after="120" w:line="480" w:lineRule="auto"/>
    </w:pPr>
  </w:style>
  <w:style w:type="character" w:styleId="Gorputz-testua2Kar" w:customStyle="1">
    <w:name w:val="Gorputz-testua 2 Kar"/>
    <w:basedOn w:val="Paragrafoarenletra-tipolehenetsia"/>
    <w:link w:val="Gorputz-testua2"/>
    <w:uiPriority w:val="99"/>
    <w:rsid w:val="00AA1D8D"/>
  </w:style>
  <w:style w:type="paragraph" w:styleId="Gorputz-testua3">
    <w:name w:val="Body Text 3"/>
    <w:basedOn w:val="Normala"/>
    <w:link w:val="Gorputz-testua3K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Gorputz-testua3Kar" w:customStyle="1">
    <w:name w:val="Gorputz-testua 3 Kar"/>
    <w:basedOn w:val="Paragrafoarenletra-tipolehenetsia"/>
    <w:link w:val="Gorputz-testua3"/>
    <w:uiPriority w:val="99"/>
    <w:rsid w:val="00AA1D8D"/>
    <w:rPr>
      <w:sz w:val="16"/>
      <w:szCs w:val="16"/>
    </w:rPr>
  </w:style>
  <w:style w:type="paragraph" w:styleId="Zerrenda">
    <w:name w:val="List"/>
    <w:basedOn w:val="Normala"/>
    <w:uiPriority w:val="99"/>
    <w:unhideWhenUsed/>
    <w:rsid w:val="00AA1D8D"/>
    <w:pPr>
      <w:ind w:left="360" w:hanging="360"/>
      <w:contextualSpacing/>
    </w:pPr>
  </w:style>
  <w:style w:type="paragraph" w:styleId="Zerrenda2">
    <w:name w:val="List 2"/>
    <w:basedOn w:val="Normala"/>
    <w:uiPriority w:val="99"/>
    <w:unhideWhenUsed/>
    <w:rsid w:val="00326F90"/>
    <w:pPr>
      <w:ind w:left="720" w:hanging="360"/>
      <w:contextualSpacing/>
    </w:pPr>
  </w:style>
  <w:style w:type="paragraph" w:styleId="Zerrenda3">
    <w:name w:val="List 3"/>
    <w:basedOn w:val="Normala"/>
    <w:uiPriority w:val="99"/>
    <w:unhideWhenUsed/>
    <w:rsid w:val="00326F90"/>
    <w:pPr>
      <w:ind w:left="1080" w:hanging="360"/>
      <w:contextualSpacing/>
    </w:pPr>
  </w:style>
  <w:style w:type="paragraph" w:styleId="Bulet-zerrenda">
    <w:name w:val="List Bullet"/>
    <w:basedOn w:val="Normala"/>
    <w:uiPriority w:val="99"/>
    <w:unhideWhenUsed/>
    <w:rsid w:val="00326F90"/>
    <w:pPr>
      <w:numPr>
        <w:numId w:val="1"/>
      </w:numPr>
      <w:contextualSpacing/>
    </w:pPr>
  </w:style>
  <w:style w:type="paragraph" w:styleId="Bulet-zerrenda2">
    <w:name w:val="List Bullet 2"/>
    <w:basedOn w:val="Normala"/>
    <w:uiPriority w:val="99"/>
    <w:unhideWhenUsed/>
    <w:rsid w:val="00326F90"/>
    <w:pPr>
      <w:numPr>
        <w:numId w:val="2"/>
      </w:numPr>
      <w:contextualSpacing/>
    </w:pPr>
  </w:style>
  <w:style w:type="paragraph" w:styleId="Bulet-zerrenda3">
    <w:name w:val="List Bullet 3"/>
    <w:basedOn w:val="Normala"/>
    <w:uiPriority w:val="99"/>
    <w:unhideWhenUsed/>
    <w:rsid w:val="00326F90"/>
    <w:pPr>
      <w:numPr>
        <w:numId w:val="3"/>
      </w:numPr>
      <w:contextualSpacing/>
    </w:pPr>
  </w:style>
  <w:style w:type="paragraph" w:styleId="Zenbaki-zerrenda">
    <w:name w:val="List Number"/>
    <w:basedOn w:val="Normala"/>
    <w:uiPriority w:val="99"/>
    <w:unhideWhenUsed/>
    <w:rsid w:val="00326F90"/>
    <w:pPr>
      <w:numPr>
        <w:numId w:val="4"/>
      </w:numPr>
      <w:contextualSpacing/>
    </w:pPr>
  </w:style>
  <w:style w:type="paragraph" w:styleId="Zenbaki-zerrenda2">
    <w:name w:val="List Number 2"/>
    <w:basedOn w:val="Normala"/>
    <w:uiPriority w:val="99"/>
    <w:unhideWhenUsed/>
    <w:rsid w:val="0029639D"/>
    <w:pPr>
      <w:numPr>
        <w:numId w:val="5"/>
      </w:numPr>
      <w:contextualSpacing/>
    </w:pPr>
  </w:style>
  <w:style w:type="paragraph" w:styleId="Zenbaki-zerrenda3">
    <w:name w:val="List Number 3"/>
    <w:basedOn w:val="Normala"/>
    <w:uiPriority w:val="99"/>
    <w:unhideWhenUsed/>
    <w:rsid w:val="0029639D"/>
    <w:pPr>
      <w:numPr>
        <w:numId w:val="6"/>
      </w:numPr>
      <w:contextualSpacing/>
    </w:pPr>
  </w:style>
  <w:style w:type="paragraph" w:styleId="Zerrendajarraitua">
    <w:name w:val="List Continue"/>
    <w:basedOn w:val="Normala"/>
    <w:uiPriority w:val="99"/>
    <w:unhideWhenUsed/>
    <w:rsid w:val="0029639D"/>
    <w:pPr>
      <w:spacing w:after="120"/>
      <w:ind w:left="360"/>
      <w:contextualSpacing/>
    </w:pPr>
  </w:style>
  <w:style w:type="paragraph" w:styleId="Zerrendajarraitua2">
    <w:name w:val="List Continue 2"/>
    <w:basedOn w:val="Normala"/>
    <w:uiPriority w:val="99"/>
    <w:unhideWhenUsed/>
    <w:rsid w:val="0029639D"/>
    <w:pPr>
      <w:spacing w:after="120"/>
      <w:ind w:left="720"/>
      <w:contextualSpacing/>
    </w:pPr>
  </w:style>
  <w:style w:type="paragraph" w:styleId="Zerrendajarraitua3">
    <w:name w:val="List Continue 3"/>
    <w:basedOn w:val="Normala"/>
    <w:uiPriority w:val="99"/>
    <w:unhideWhenUsed/>
    <w:rsid w:val="0029639D"/>
    <w:pPr>
      <w:spacing w:after="120"/>
      <w:ind w:left="1080"/>
      <w:contextualSpacing/>
    </w:pPr>
  </w:style>
  <w:style w:type="paragraph" w:styleId="Makrokotestua">
    <w:name w:val="macro"/>
    <w:link w:val="MakrokotestuaK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krokotestuaKar" w:customStyle="1">
    <w:name w:val="Makroko testua Kar"/>
    <w:basedOn w:val="Paragrafoarenletra-tipolehenetsia"/>
    <w:link w:val="Makrokotestua"/>
    <w:uiPriority w:val="99"/>
    <w:rsid w:val="0029639D"/>
    <w:rPr>
      <w:rFonts w:ascii="Courier" w:hAnsi="Courier"/>
      <w:sz w:val="20"/>
      <w:szCs w:val="20"/>
    </w:rPr>
  </w:style>
  <w:style w:type="paragraph" w:styleId="Aipua">
    <w:name w:val="Quote"/>
    <w:basedOn w:val="Normala"/>
    <w:next w:val="Normala"/>
    <w:link w:val="AipuaKar"/>
    <w:uiPriority w:val="29"/>
    <w:qFormat/>
    <w:rsid w:val="00FC693F"/>
    <w:rPr>
      <w:i/>
      <w:iCs/>
      <w:color w:val="000000" w:themeColor="text1"/>
    </w:rPr>
  </w:style>
  <w:style w:type="character" w:styleId="AipuaKar" w:customStyle="1">
    <w:name w:val="Aipua Kar"/>
    <w:basedOn w:val="Paragrafoarenletra-tipolehenetsia"/>
    <w:link w:val="Aipua"/>
    <w:uiPriority w:val="29"/>
    <w:rsid w:val="00FC693F"/>
    <w:rPr>
      <w:i/>
      <w:iCs/>
      <w:color w:val="000000" w:themeColor="text1"/>
    </w:rPr>
  </w:style>
  <w:style w:type="character" w:styleId="4izenburuaKar" w:customStyle="1">
    <w:name w:val="4. izenburua Kar"/>
    <w:basedOn w:val="Paragrafoarenletra-tipolehenetsia"/>
    <w:link w:val="4izenburua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5izenburuaKar" w:customStyle="1">
    <w:name w:val="5. izenburua Kar"/>
    <w:basedOn w:val="Paragrafoarenletra-tipolehenetsia"/>
    <w:link w:val="5izenburua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6izenburuaKar" w:customStyle="1">
    <w:name w:val="6. izenburua Kar"/>
    <w:basedOn w:val="Paragrafoarenletra-tipolehenetsia"/>
    <w:link w:val="6izenburua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7izenburuaKar" w:customStyle="1">
    <w:name w:val="7. izenburua Kar"/>
    <w:basedOn w:val="Paragrafoarenletra-tipolehenetsia"/>
    <w:link w:val="7izenburua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8izenburuaKar" w:customStyle="1">
    <w:name w:val="8. izenburua Kar"/>
    <w:basedOn w:val="Paragrafoarenletra-tipolehenetsia"/>
    <w:link w:val="8izenburua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9izenburuaKar" w:customStyle="1">
    <w:name w:val="9. izenburua Kar"/>
    <w:basedOn w:val="Paragrafoarenletra-tipolehenetsia"/>
    <w:link w:val="9izenburua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Epigrafea">
    <w:name w:val="caption"/>
    <w:basedOn w:val="Normala"/>
    <w:next w:val="Normala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odia">
    <w:name w:val="Strong"/>
    <w:basedOn w:val="Paragrafoarenletra-tipolehenetsia"/>
    <w:uiPriority w:val="22"/>
    <w:qFormat/>
    <w:rsid w:val="00FC693F"/>
    <w:rPr>
      <w:b/>
      <w:bCs/>
    </w:rPr>
  </w:style>
  <w:style w:type="character" w:styleId="Enfasia">
    <w:name w:val="Emphasis"/>
    <w:basedOn w:val="Paragrafoarenletra-tipolehenetsia"/>
    <w:uiPriority w:val="20"/>
    <w:qFormat/>
    <w:rsid w:val="00FC693F"/>
    <w:rPr>
      <w:i/>
      <w:iCs/>
    </w:rPr>
  </w:style>
  <w:style w:type="paragraph" w:styleId="Aipamenhandia">
    <w:name w:val="Intense Quote"/>
    <w:basedOn w:val="Normala"/>
    <w:next w:val="Normala"/>
    <w:link w:val="AipamenhandiaK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AipamenhandiaKar" w:customStyle="1">
    <w:name w:val="Aipamen handia Kar"/>
    <w:basedOn w:val="Paragrafoarenletra-tipolehenetsia"/>
    <w:link w:val="Aipamenhandia"/>
    <w:uiPriority w:val="30"/>
    <w:rsid w:val="00FC693F"/>
    <w:rPr>
      <w:b/>
      <w:bCs/>
      <w:i/>
      <w:iCs/>
      <w:color w:val="4F81BD" w:themeColor="accent1"/>
    </w:rPr>
  </w:style>
  <w:style w:type="character" w:styleId="Enfasileuna">
    <w:name w:val="Subtle Emphasis"/>
    <w:basedOn w:val="Paragrafoarenletra-tipolehenetsia"/>
    <w:uiPriority w:val="19"/>
    <w:qFormat/>
    <w:rsid w:val="00FC693F"/>
    <w:rPr>
      <w:i/>
      <w:iCs/>
      <w:color w:val="808080" w:themeColor="text1" w:themeTint="7F"/>
    </w:rPr>
  </w:style>
  <w:style w:type="character" w:styleId="Enfasibizia">
    <w:name w:val="Intense Emphasis"/>
    <w:basedOn w:val="Paragrafoarenletra-tipolehenetsia"/>
    <w:uiPriority w:val="21"/>
    <w:qFormat/>
    <w:rsid w:val="00FC693F"/>
    <w:rPr>
      <w:b/>
      <w:bCs/>
      <w:i/>
      <w:iCs/>
      <w:color w:val="4F81BD" w:themeColor="accent1"/>
    </w:rPr>
  </w:style>
  <w:style w:type="character" w:styleId="Erreferentzialeuna">
    <w:name w:val="Subtle Reference"/>
    <w:basedOn w:val="Paragrafoarenletra-tipolehenetsia"/>
    <w:uiPriority w:val="31"/>
    <w:qFormat/>
    <w:rsid w:val="00FC693F"/>
    <w:rPr>
      <w:smallCaps/>
      <w:color w:val="C0504D" w:themeColor="accent2"/>
      <w:u w:val="single"/>
    </w:rPr>
  </w:style>
  <w:style w:type="character" w:styleId="Erreferentziabizia">
    <w:name w:val="Intense Reference"/>
    <w:basedOn w:val="Paragrafoarenletra-tipolehenetsi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Liburuarentitulua">
    <w:name w:val="Book Title"/>
    <w:basedOn w:val="Paragrafoarenletra-tipolehenetsia"/>
    <w:uiPriority w:val="33"/>
    <w:qFormat/>
    <w:rsid w:val="00FC693F"/>
    <w:rPr>
      <w:b/>
      <w:bCs/>
      <w:smallCaps/>
      <w:spacing w:val="5"/>
    </w:rPr>
  </w:style>
  <w:style w:type="paragraph" w:styleId="TOCizenburua">
    <w:name w:val="TOC Heading"/>
    <w:basedOn w:val="1izenburua"/>
    <w:next w:val="Normala"/>
    <w:uiPriority w:val="39"/>
    <w:unhideWhenUsed/>
    <w:qFormat/>
    <w:rsid w:val="00FC693F"/>
    <w:pPr>
      <w:outlineLvl w:val="9"/>
    </w:pPr>
  </w:style>
  <w:style w:type="table" w:styleId="Saretaduntaula">
    <w:name w:val="Table Grid"/>
    <w:basedOn w:val="Taulanormala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Itzalduraargia">
    <w:name w:val="Light Shading"/>
    <w:basedOn w:val="Taulanormal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Itzalduraargia-1enfasia">
    <w:name w:val="Light Shading Accent 1"/>
    <w:basedOn w:val="Taulanormal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Itzalduraargia-2enfasia">
    <w:name w:val="Light Shading Accent 2"/>
    <w:basedOn w:val="Taulanormal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Itzalduraargia-3enfasia">
    <w:name w:val="Light Shading Accent 3"/>
    <w:basedOn w:val="Taulanormal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Itzalduraargia-4enfasia">
    <w:name w:val="Light Shading Accent 4"/>
    <w:basedOn w:val="Taulanormal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Itzalduraargia-5enfasia">
    <w:name w:val="Light Shading Accent 5"/>
    <w:basedOn w:val="Taulanormal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Itzalduraargia-6enfasia">
    <w:name w:val="Light Shading Accent 6"/>
    <w:basedOn w:val="Taulanormal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Zerrendaargia">
    <w:name w:val="Light List"/>
    <w:basedOn w:val="Taulanormal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Zerrendaargia-1enfasia">
    <w:name w:val="Light List Accent 1"/>
    <w:basedOn w:val="Taulanormal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Zerrendaargia-2enfasia">
    <w:name w:val="Light List Accent 2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Zerrendaargia-3enfasia">
    <w:name w:val="Light List Accent 3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Zerrendaargia-4enfasia">
    <w:name w:val="Light List Accent 4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Zerrendaargia-5enfasia">
    <w:name w:val="Light List Accent 5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Zerrendaargia-6enfasia">
    <w:name w:val="Light List Accent 6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Saretaargia">
    <w:name w:val="Light Grid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Saretaargia-1enfasia">
    <w:name w:val="Light Grid Accent 1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Saretaargia-2enfasia">
    <w:name w:val="Light Grid Accent 2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Saretaargia-3enfasia">
    <w:name w:val="Light Grid Accent 3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Saretaargia-4enfasia">
    <w:name w:val="Light Grid Accent 4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Saretaargia-5enfasia">
    <w:name w:val="Light Grid Accent 5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Saretaargia-6enfasia">
    <w:name w:val="Light Grid Accent 6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1itzalduraertaina">
    <w:name w:val="Medium Shading 1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1enfasia">
    <w:name w:val="Medium Shading 1 Accent 1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2enfasia">
    <w:name w:val="Medium Shading 1 Accent 2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3enfasia">
    <w:name w:val="Medium Shading 1 Accent 3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4enfasia">
    <w:name w:val="Medium Shading 1 Accent 4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5enfasia">
    <w:name w:val="Medium Shading 1 Accent 5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6enfasia">
    <w:name w:val="Medium Shading 1 Accent 6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itzalduraertaina">
    <w:name w:val="Medium Shading 2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1enfasia">
    <w:name w:val="Medium Shading 2 Accent 1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2enfasia">
    <w:name w:val="Medium Shading 2 Accent 2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3enfasia">
    <w:name w:val="Medium Shading 2 Accent 3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4enfasia">
    <w:name w:val="Medium Shading 2 Accent 4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5enfasia">
    <w:name w:val="Medium Shading 2 Accent 5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6enfasia">
    <w:name w:val="Medium Shading 2 Accent 6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zerrendaertaina">
    <w:name w:val="Medium List 1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zerrendaertaina-1enfasia">
    <w:name w:val="Medium List 1 Accent 1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zerrendaertaina-2enfasia">
    <w:name w:val="Medium List 1 Accent 2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zerrendaertaina-3enfasia">
    <w:name w:val="Medium List 1 Accent 3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zerrendaertaina-4enfasia">
    <w:name w:val="Medium List 1 Accent 4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zerrendaertaina-5enfasia">
    <w:name w:val="Medium List 1 Accent 5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zerrendaertaina-6enfasia">
    <w:name w:val="Medium List 1 Accent 6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zerrendaertaina">
    <w:name w:val="Medium List 2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1enfasia">
    <w:name w:val="Medium List 2 Accent 1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2enfasia">
    <w:name w:val="Medium List 2 Accent 2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3enfasia">
    <w:name w:val="Medium List 2 Accent 3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4enfasia">
    <w:name w:val="Medium List 2 Accent 4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5enfasia">
    <w:name w:val="Medium List 2 Accent 5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6enfasia">
    <w:name w:val="Medium List 2 Accent 6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saretaertaina">
    <w:name w:val="Medium Grid 1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saretaertaina-1enfasia">
    <w:name w:val="Medium Grid 1 Accent 1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saretaertaina-2enfasia">
    <w:name w:val="Medium Grid 1 Accent 2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saretaertaina-3enfasia">
    <w:name w:val="Medium Grid 1 Accent 3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saretaertaina-4enfasia">
    <w:name w:val="Medium Grid 1 Accent 4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saretaertaina-5enfasia">
    <w:name w:val="Medium Grid 1 Accent 5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saretaertaina-6enfasia">
    <w:name w:val="Medium Grid 1 Accent 6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saretaertaina">
    <w:name w:val="Medium Grid 2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1enfasia">
    <w:name w:val="Medium Grid 2 Accent 1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2enfasia">
    <w:name w:val="Medium Grid 2 Accent 2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3enfasia">
    <w:name w:val="Medium Grid 2 Accent 3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4enfasia">
    <w:name w:val="Medium Grid 2 Accent 4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5enfasia">
    <w:name w:val="Medium Grid 2 Accent 5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6enfasia">
    <w:name w:val="Medium Grid 2 Accent 6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saretaertaina">
    <w:name w:val="Medium Grid 3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3saretaertaina-1enfasia">
    <w:name w:val="Medium Grid 3 Accent 1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3saretaertaina-2enfasia">
    <w:name w:val="Medium Grid 3 Accent 2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3saretaertaina-3enfasia">
    <w:name w:val="Medium Grid 3 Accent 3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3saretaertaina-4enfasia">
    <w:name w:val="Medium Grid 3 Accent 4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3saretaertaina-5enfasia">
    <w:name w:val="Medium Grid 3 Accent 5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3saretaertaina-6enfasia">
    <w:name w:val="Medium Grid 3 Accent 6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Zerrendailuna">
    <w:name w:val="Dark List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Zerrendailuna-1enfasia">
    <w:name w:val="Dark List Accent 1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Zerrendailuna-2enfasia">
    <w:name w:val="Dark List Accent 2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Zerrendailuna-3enfasia">
    <w:name w:val="Dark List Accent 3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Zerrendailuna-4enfasia">
    <w:name w:val="Dark List Accent 4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Zerrendailuna-5enfasia">
    <w:name w:val="Dark List Accent 5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Zerrendailuna-6enfasia">
    <w:name w:val="Dark List Accent 6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etakoitzaldura">
    <w:name w:val="Colorful Shading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1enfasia">
    <w:name w:val="Colorful Shading Accent 1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2enfasia">
    <w:name w:val="Colorful Shading Accent 2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3enfasia">
    <w:name w:val="Colorful Shading Accent 3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etakoitzaldura-4enfasia">
    <w:name w:val="Colorful Shading Accent 4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5enfasia">
    <w:name w:val="Colorful Shading Accent 5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6enfasia">
    <w:name w:val="Colorful Shading Accent 6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zerrenda">
    <w:name w:val="Colorful List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Zerrendakoloretsua-1enfasia">
    <w:name w:val="Colorful List Accent 1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Zerrendakoloretsua-2enfasia">
    <w:name w:val="Colorful List Accent 2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Zerrendakoloretsua-3enfasia">
    <w:name w:val="Colorful List Accent 3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Zerrendakoloretsua-4enfasia">
    <w:name w:val="Colorful List Accent 4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Zerrendakoloretsua-5enfasia">
    <w:name w:val="Colorful List Accent 5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Zerrendakoloretsua-6enfasia">
    <w:name w:val="Colorful List Accent 6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etakosareta">
    <w:name w:val="Colorful Grid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etakosareta-1enfasia">
    <w:name w:val="Colorful Grid Accent 1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etakosareta-2enfasia">
    <w:name w:val="Colorful Grid Accent 2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etakosareta-3enfasia">
    <w:name w:val="Colorful Grid Accent 3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etakosareta-4enfasia">
    <w:name w:val="Colorful Grid Accent 4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etakosareta-5enfasia">
    <w:name w:val="Colorful Grid Accent 5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etakosareta-6enfasia">
    <w:name w:val="Colorful Grid Accent 6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esteka">
    <w:name w:val="Hyperlink"/>
    <w:basedOn w:val="Paragrafoarenletra-tipolehenetsia"/>
    <w:uiPriority w:val="99"/>
    <w:unhideWhenUsed/>
    <w:rsid w:val="00A46CBB"/>
    <w:rPr>
      <w:color w:val="0000FF" w:themeColor="hyperlink"/>
      <w:u w:val="single"/>
    </w:rPr>
  </w:style>
  <w:style w:type="character" w:styleId="BisitatutakoHiperesteka">
    <w:name w:val="FollowedHyperlink"/>
    <w:basedOn w:val="Paragrafoarenletra-tipolehenetsia"/>
    <w:uiPriority w:val="99"/>
    <w:semiHidden/>
    <w:unhideWhenUsed/>
    <w:rsid w:val="00A46CBB"/>
    <w:rPr>
      <w:color w:val="800080" w:themeColor="followedHyperlink"/>
      <w:u w:val="single"/>
    </w:rPr>
  </w:style>
  <w:style w:type="paragraph" w:styleId="Normalaweb">
    <w:name w:val="Normal (Web)"/>
    <w:basedOn w:val="Normala"/>
    <w:uiPriority w:val="99"/>
    <w:unhideWhenUsed/>
    <w:rsid w:val="00E447B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u-ES" w:eastAsia="eu-ES"/>
    </w:rPr>
  </w:style>
  <w:style w:type="character" w:styleId="citation-299" w:customStyle="1">
    <w:name w:val="citation-299"/>
    <w:basedOn w:val="Paragrafoarenletra-tipolehenetsia"/>
    <w:rsid w:val="000B27C0"/>
  </w:style>
  <w:style w:type="character" w:styleId="citation-298" w:customStyle="1">
    <w:name w:val="citation-298"/>
    <w:basedOn w:val="Paragrafoarenletra-tipolehenetsia"/>
    <w:rsid w:val="000B27C0"/>
  </w:style>
  <w:style w:type="character" w:styleId="citation-297" w:customStyle="1">
    <w:name w:val="citation-297"/>
    <w:basedOn w:val="Paragrafoarenletra-tipolehenetsia"/>
    <w:rsid w:val="000B27C0"/>
  </w:style>
  <w:style w:type="character" w:styleId="citation-296" w:customStyle="1">
    <w:name w:val="citation-296"/>
    <w:basedOn w:val="Paragrafoarenletra-tipolehenetsia"/>
    <w:rsid w:val="000B27C0"/>
  </w:style>
  <w:style w:type="character" w:styleId="citation-295" w:customStyle="1">
    <w:name w:val="citation-295"/>
    <w:basedOn w:val="Paragrafoarenletra-tipolehenetsia"/>
    <w:rsid w:val="000B27C0"/>
  </w:style>
  <w:style w:type="character" w:styleId="citation-294" w:customStyle="1">
    <w:name w:val="citation-294"/>
    <w:basedOn w:val="Paragrafoarenletra-tipolehenetsia"/>
    <w:rsid w:val="000B27C0"/>
  </w:style>
  <w:style w:type="character" w:styleId="citation-293" w:customStyle="1">
    <w:name w:val="citation-293"/>
    <w:basedOn w:val="Paragrafoarenletra-tipolehenetsia"/>
    <w:rsid w:val="000B27C0"/>
  </w:style>
  <w:style w:type="character" w:styleId="citation-292" w:customStyle="1">
    <w:name w:val="citation-292"/>
    <w:basedOn w:val="Paragrafoarenletra-tipolehenetsia"/>
    <w:rsid w:val="000B27C0"/>
  </w:style>
  <w:style w:type="character" w:styleId="citation-291" w:customStyle="1">
    <w:name w:val="citation-291"/>
    <w:basedOn w:val="Paragrafoarenletra-tipolehenetsia"/>
    <w:rsid w:val="000B27C0"/>
  </w:style>
  <w:style w:type="character" w:styleId="citation-290" w:customStyle="1">
    <w:name w:val="citation-290"/>
    <w:basedOn w:val="Paragrafoarenletra-tipolehenetsia"/>
    <w:rsid w:val="000B27C0"/>
  </w:style>
  <w:style w:type="character" w:styleId="citation-289" w:customStyle="1">
    <w:name w:val="citation-289"/>
    <w:basedOn w:val="Paragrafoarenletra-tipolehenetsia"/>
    <w:rsid w:val="000B27C0"/>
  </w:style>
  <w:style w:type="character" w:styleId="citation-288" w:customStyle="1">
    <w:name w:val="citation-288"/>
    <w:basedOn w:val="Paragrafoarenletra-tipolehenetsia"/>
    <w:rsid w:val="000B27C0"/>
  </w:style>
  <w:style w:type="character" w:styleId="citation-287" w:customStyle="1">
    <w:name w:val="citation-287"/>
    <w:basedOn w:val="Paragrafoarenletra-tipolehenetsia"/>
    <w:rsid w:val="000B27C0"/>
  </w:style>
  <w:style w:type="character" w:styleId="citation-286" w:customStyle="1">
    <w:name w:val="citation-286"/>
    <w:basedOn w:val="Paragrafoarenletra-tipolehenetsia"/>
    <w:rsid w:val="000B27C0"/>
  </w:style>
  <w:style w:type="character" w:styleId="citation-285" w:customStyle="1">
    <w:name w:val="citation-285"/>
    <w:basedOn w:val="Paragrafoarenletra-tipolehenetsia"/>
    <w:rsid w:val="000B27C0"/>
  </w:style>
  <w:style w:type="character" w:styleId="citation-284" w:customStyle="1">
    <w:name w:val="citation-284"/>
    <w:basedOn w:val="Paragrafoarenletra-tipolehenetsia"/>
    <w:rsid w:val="000B27C0"/>
  </w:style>
  <w:style w:type="character" w:styleId="citation-283" w:customStyle="1">
    <w:name w:val="citation-283"/>
    <w:basedOn w:val="Paragrafoarenletra-tipolehenetsia"/>
    <w:rsid w:val="000B27C0"/>
  </w:style>
  <w:style w:type="character" w:styleId="citation-282" w:customStyle="1">
    <w:name w:val="citation-282"/>
    <w:basedOn w:val="Paragrafoarenletra-tipolehenetsia"/>
    <w:rsid w:val="000B27C0"/>
  </w:style>
  <w:style w:type="character" w:styleId="citation-281" w:customStyle="1">
    <w:name w:val="citation-281"/>
    <w:basedOn w:val="Paragrafoarenletra-tipolehenetsia"/>
    <w:rsid w:val="000B27C0"/>
  </w:style>
  <w:style w:type="character" w:styleId="citation-280" w:customStyle="1">
    <w:name w:val="citation-280"/>
    <w:basedOn w:val="Paragrafoarenletra-tipolehenetsia"/>
    <w:rsid w:val="000B27C0"/>
  </w:style>
  <w:style w:type="character" w:styleId="citation-279" w:customStyle="1">
    <w:name w:val="citation-279"/>
    <w:basedOn w:val="Paragrafoarenletra-tipolehenetsia"/>
    <w:rsid w:val="000B27C0"/>
  </w:style>
  <w:style w:type="character" w:styleId="citation-278" w:customStyle="1">
    <w:name w:val="citation-278"/>
    <w:basedOn w:val="Paragrafoarenletra-tipolehenetsia"/>
    <w:rsid w:val="000B27C0"/>
  </w:style>
  <w:style w:type="character" w:styleId="citation-277" w:customStyle="1">
    <w:name w:val="citation-277"/>
    <w:basedOn w:val="Paragrafoarenletra-tipolehenetsia"/>
    <w:rsid w:val="000B27C0"/>
  </w:style>
  <w:style w:type="character" w:styleId="citation-276" w:customStyle="1">
    <w:name w:val="citation-276"/>
    <w:basedOn w:val="Paragrafoarenletra-tipolehenetsia"/>
    <w:rsid w:val="000B27C0"/>
  </w:style>
  <w:style w:type="character" w:styleId="citation-275" w:customStyle="1">
    <w:name w:val="citation-275"/>
    <w:basedOn w:val="Paragrafoarenletra-tipolehenetsia"/>
    <w:rsid w:val="000B27C0"/>
  </w:style>
  <w:style w:type="character" w:styleId="citation-274" w:customStyle="1">
    <w:name w:val="citation-274"/>
    <w:basedOn w:val="Paragrafoarenletra-tipolehenetsia"/>
    <w:rsid w:val="000B27C0"/>
  </w:style>
  <w:style w:type="character" w:styleId="citation-273" w:customStyle="1">
    <w:name w:val="citation-273"/>
    <w:basedOn w:val="Paragrafoarenletra-tipolehenetsia"/>
    <w:rsid w:val="000B27C0"/>
  </w:style>
  <w:style w:type="character" w:styleId="citation-272" w:customStyle="1">
    <w:name w:val="citation-272"/>
    <w:basedOn w:val="Paragrafoarenletra-tipolehenetsia"/>
    <w:rsid w:val="000B27C0"/>
  </w:style>
  <w:style w:type="character" w:styleId="citation-271" w:customStyle="1">
    <w:name w:val="citation-271"/>
    <w:basedOn w:val="Paragrafoarenletra-tipolehenetsia"/>
    <w:rsid w:val="000B27C0"/>
  </w:style>
  <w:style w:type="character" w:styleId="citation-270" w:customStyle="1">
    <w:name w:val="citation-270"/>
    <w:basedOn w:val="Paragrafoarenletra-tipolehenetsia"/>
    <w:rsid w:val="000B27C0"/>
  </w:style>
  <w:style w:type="character" w:styleId="citation-269" w:customStyle="1">
    <w:name w:val="citation-269"/>
    <w:basedOn w:val="Paragrafoarenletra-tipolehenetsia"/>
    <w:rsid w:val="000B27C0"/>
  </w:style>
  <w:style w:type="character" w:styleId="citation-268" w:customStyle="1">
    <w:name w:val="citation-268"/>
    <w:basedOn w:val="Paragrafoarenletra-tipolehenetsia"/>
    <w:rsid w:val="000B27C0"/>
  </w:style>
  <w:style w:type="character" w:styleId="citation-267" w:customStyle="1">
    <w:name w:val="citation-267"/>
    <w:basedOn w:val="Paragrafoarenletra-tipolehenetsia"/>
    <w:rsid w:val="000B27C0"/>
  </w:style>
  <w:style w:type="character" w:styleId="citation-266" w:customStyle="1">
    <w:name w:val="citation-266"/>
    <w:basedOn w:val="Paragrafoarenletra-tipolehenetsia"/>
    <w:rsid w:val="000B27C0"/>
  </w:style>
  <w:style w:type="character" w:styleId="citation-265" w:customStyle="1">
    <w:name w:val="citation-265"/>
    <w:basedOn w:val="Paragrafoarenletra-tipolehenetsia"/>
    <w:rsid w:val="000B27C0"/>
  </w:style>
  <w:style w:type="character" w:styleId="citation-264" w:customStyle="1">
    <w:name w:val="citation-264"/>
    <w:basedOn w:val="Paragrafoarenletra-tipolehenetsia"/>
    <w:rsid w:val="000B27C0"/>
  </w:style>
  <w:style w:type="character" w:styleId="citation-263" w:customStyle="1">
    <w:name w:val="citation-263"/>
    <w:basedOn w:val="Paragrafoarenletra-tipolehenetsia"/>
    <w:rsid w:val="000B27C0"/>
  </w:style>
  <w:style w:type="character" w:styleId="citation-262" w:customStyle="1">
    <w:name w:val="citation-262"/>
    <w:basedOn w:val="Paragrafoarenletra-tipolehenetsia"/>
    <w:rsid w:val="000B27C0"/>
  </w:style>
  <w:style w:type="character" w:styleId="citation-261" w:customStyle="1">
    <w:name w:val="citation-261"/>
    <w:basedOn w:val="Paragrafoarenletra-tipolehenetsia"/>
    <w:rsid w:val="000B27C0"/>
  </w:style>
  <w:style w:type="character" w:styleId="citation-260" w:customStyle="1">
    <w:name w:val="citation-260"/>
    <w:basedOn w:val="Paragrafoarenletra-tipolehenetsia"/>
    <w:rsid w:val="000B27C0"/>
  </w:style>
  <w:style w:type="character" w:styleId="citation-259" w:customStyle="1">
    <w:name w:val="citation-259"/>
    <w:basedOn w:val="Paragrafoarenletra-tipolehenetsia"/>
    <w:rsid w:val="000B27C0"/>
  </w:style>
  <w:style w:type="character" w:styleId="citation-258" w:customStyle="1">
    <w:name w:val="citation-258"/>
    <w:basedOn w:val="Paragrafoarenletra-tipolehenetsia"/>
    <w:rsid w:val="000B27C0"/>
  </w:style>
  <w:style w:type="character" w:styleId="citation-257" w:customStyle="1">
    <w:name w:val="citation-257"/>
    <w:basedOn w:val="Paragrafoarenletra-tipolehenetsia"/>
    <w:rsid w:val="000B27C0"/>
  </w:style>
  <w:style w:type="character" w:styleId="citation-256" w:customStyle="1">
    <w:name w:val="citation-256"/>
    <w:basedOn w:val="Paragrafoarenletra-tipolehenetsia"/>
    <w:rsid w:val="000B27C0"/>
  </w:style>
  <w:style w:type="character" w:styleId="citation-255" w:customStyle="1">
    <w:name w:val="citation-255"/>
    <w:basedOn w:val="Paragrafoarenletra-tipolehenetsia"/>
    <w:rsid w:val="000B27C0"/>
  </w:style>
  <w:style w:type="character" w:styleId="citation-254" w:customStyle="1">
    <w:name w:val="citation-254"/>
    <w:basedOn w:val="Paragrafoarenletra-tipolehenetsia"/>
    <w:rsid w:val="000B27C0"/>
  </w:style>
  <w:style w:type="character" w:styleId="citation-253" w:customStyle="1">
    <w:name w:val="citation-253"/>
    <w:basedOn w:val="Paragrafoarenletra-tipolehenetsia"/>
    <w:rsid w:val="000B27C0"/>
  </w:style>
  <w:style w:type="character" w:styleId="citation-252" w:customStyle="1">
    <w:name w:val="citation-252"/>
    <w:basedOn w:val="Paragrafoarenletra-tipolehenetsia"/>
    <w:rsid w:val="000B27C0"/>
  </w:style>
  <w:style w:type="character" w:styleId="citation-251" w:customStyle="1">
    <w:name w:val="citation-251"/>
    <w:basedOn w:val="Paragrafoarenletra-tipolehenetsia"/>
    <w:rsid w:val="000B27C0"/>
  </w:style>
  <w:style w:type="character" w:styleId="citation-250" w:customStyle="1">
    <w:name w:val="citation-250"/>
    <w:basedOn w:val="Paragrafoarenletra-tipolehenetsia"/>
    <w:rsid w:val="000B27C0"/>
  </w:style>
  <w:style w:type="character" w:styleId="citation-249" w:customStyle="1">
    <w:name w:val="citation-249"/>
    <w:basedOn w:val="Paragrafoarenletra-tipolehenetsia"/>
    <w:rsid w:val="000B27C0"/>
  </w:style>
  <w:style w:type="character" w:styleId="citation-248" w:customStyle="1">
    <w:name w:val="citation-248"/>
    <w:basedOn w:val="Paragrafoarenletra-tipolehenetsia"/>
    <w:rsid w:val="000B27C0"/>
  </w:style>
  <w:style w:type="character" w:styleId="citation-247" w:customStyle="1">
    <w:name w:val="citation-247"/>
    <w:basedOn w:val="Paragrafoarenletra-tipolehenetsia"/>
    <w:rsid w:val="000B27C0"/>
  </w:style>
  <w:style w:type="character" w:styleId="citation-246" w:customStyle="1">
    <w:name w:val="citation-246"/>
    <w:basedOn w:val="Paragrafoarenletra-tipolehenetsia"/>
    <w:rsid w:val="000B27C0"/>
  </w:style>
  <w:style w:type="character" w:styleId="citation-245" w:customStyle="1">
    <w:name w:val="citation-245"/>
    <w:basedOn w:val="Paragrafoarenletra-tipolehenetsia"/>
    <w:rsid w:val="000B27C0"/>
  </w:style>
  <w:style w:type="character" w:styleId="citation-197" w:customStyle="1">
    <w:name w:val="citation-197"/>
    <w:basedOn w:val="Paragrafoarenletra-tipolehenetsia"/>
    <w:rsid w:val="00C742C7"/>
  </w:style>
  <w:style w:type="character" w:styleId="citation-196" w:customStyle="1">
    <w:name w:val="citation-196"/>
    <w:basedOn w:val="Paragrafoarenletra-tipolehenetsia"/>
    <w:rsid w:val="00C742C7"/>
  </w:style>
  <w:style w:type="character" w:styleId="citation-195" w:customStyle="1">
    <w:name w:val="citation-195"/>
    <w:basedOn w:val="Paragrafoarenletra-tipolehenetsia"/>
    <w:rsid w:val="00C742C7"/>
  </w:style>
  <w:style w:type="character" w:styleId="citation-194" w:customStyle="1">
    <w:name w:val="citation-194"/>
    <w:basedOn w:val="Paragrafoarenletra-tipolehenetsia"/>
    <w:rsid w:val="00C742C7"/>
  </w:style>
  <w:style w:type="character" w:styleId="citation-193" w:customStyle="1">
    <w:name w:val="citation-193"/>
    <w:basedOn w:val="Paragrafoarenletra-tipolehenetsia"/>
    <w:rsid w:val="00C742C7"/>
  </w:style>
  <w:style w:type="character" w:styleId="citation-192" w:customStyle="1">
    <w:name w:val="citation-192"/>
    <w:basedOn w:val="Paragrafoarenletra-tipolehenetsia"/>
    <w:rsid w:val="00C742C7"/>
  </w:style>
  <w:style w:type="character" w:styleId="citation-191" w:customStyle="1">
    <w:name w:val="citation-191"/>
    <w:basedOn w:val="Paragrafoarenletra-tipolehenetsia"/>
    <w:rsid w:val="00C742C7"/>
  </w:style>
  <w:style w:type="character" w:styleId="citation-190" w:customStyle="1">
    <w:name w:val="citation-190"/>
    <w:basedOn w:val="Paragrafoarenletra-tipolehenetsia"/>
    <w:rsid w:val="00C742C7"/>
  </w:style>
  <w:style w:type="character" w:styleId="citation-189" w:customStyle="1">
    <w:name w:val="citation-189"/>
    <w:basedOn w:val="Paragrafoarenletra-tipolehenetsia"/>
    <w:rsid w:val="00C742C7"/>
  </w:style>
  <w:style w:type="character" w:styleId="citation-188" w:customStyle="1">
    <w:name w:val="citation-188"/>
    <w:basedOn w:val="Paragrafoarenletra-tipolehenetsia"/>
    <w:rsid w:val="00C742C7"/>
  </w:style>
  <w:style w:type="character" w:styleId="citation-187" w:customStyle="1">
    <w:name w:val="citation-187"/>
    <w:basedOn w:val="Paragrafoarenletra-tipolehenetsia"/>
    <w:rsid w:val="00C742C7"/>
  </w:style>
  <w:style w:type="character" w:styleId="citation-186" w:customStyle="1">
    <w:name w:val="citation-186"/>
    <w:basedOn w:val="Paragrafoarenletra-tipolehenetsia"/>
    <w:rsid w:val="00C742C7"/>
  </w:style>
  <w:style w:type="character" w:styleId="citation-185" w:customStyle="1">
    <w:name w:val="citation-185"/>
    <w:basedOn w:val="Paragrafoarenletra-tipolehenetsia"/>
    <w:rsid w:val="00C742C7"/>
  </w:style>
  <w:style w:type="character" w:styleId="citation-184" w:customStyle="1">
    <w:name w:val="citation-184"/>
    <w:basedOn w:val="Paragrafoarenletra-tipolehenetsia"/>
    <w:rsid w:val="00C742C7"/>
  </w:style>
  <w:style w:type="character" w:styleId="citation-183" w:customStyle="1">
    <w:name w:val="citation-183"/>
    <w:basedOn w:val="Paragrafoarenletra-tipolehenetsia"/>
    <w:rsid w:val="00C742C7"/>
  </w:style>
  <w:style w:type="character" w:styleId="citation-182" w:customStyle="1">
    <w:name w:val="citation-182"/>
    <w:basedOn w:val="Paragrafoarenletra-tipolehenetsia"/>
    <w:rsid w:val="00C742C7"/>
  </w:style>
  <w:style w:type="character" w:styleId="citation-181" w:customStyle="1">
    <w:name w:val="citation-181"/>
    <w:basedOn w:val="Paragrafoarenletra-tipolehenetsia"/>
    <w:rsid w:val="00C742C7"/>
  </w:style>
  <w:style w:type="character" w:styleId="citation-180" w:customStyle="1">
    <w:name w:val="citation-180"/>
    <w:basedOn w:val="Paragrafoarenletra-tipolehenetsia"/>
    <w:rsid w:val="00C742C7"/>
  </w:style>
  <w:style w:type="character" w:styleId="citation-179" w:customStyle="1">
    <w:name w:val="citation-179"/>
    <w:basedOn w:val="Paragrafoarenletra-tipolehenetsia"/>
    <w:rsid w:val="00C742C7"/>
  </w:style>
  <w:style w:type="character" w:styleId="citation-178" w:customStyle="1">
    <w:name w:val="citation-178"/>
    <w:basedOn w:val="Paragrafoarenletra-tipolehenetsia"/>
    <w:rsid w:val="00C742C7"/>
  </w:style>
  <w:style w:type="character" w:styleId="citation-177" w:customStyle="1">
    <w:name w:val="citation-177"/>
    <w:basedOn w:val="Paragrafoarenletra-tipolehenetsia"/>
    <w:rsid w:val="00C742C7"/>
  </w:style>
  <w:style w:type="character" w:styleId="citation-176" w:customStyle="1">
    <w:name w:val="citation-176"/>
    <w:basedOn w:val="Paragrafoarenletra-tipolehenetsia"/>
    <w:rsid w:val="00C742C7"/>
  </w:style>
  <w:style w:type="character" w:styleId="citation-175" w:customStyle="1">
    <w:name w:val="citation-175"/>
    <w:basedOn w:val="Paragrafoarenletra-tipolehenetsia"/>
    <w:rsid w:val="00C742C7"/>
  </w:style>
  <w:style w:type="character" w:styleId="citation-174" w:customStyle="1">
    <w:name w:val="citation-174"/>
    <w:basedOn w:val="Paragrafoarenletra-tipolehenetsia"/>
    <w:rsid w:val="00C742C7"/>
  </w:style>
  <w:style w:type="character" w:styleId="citation-173" w:customStyle="1">
    <w:name w:val="citation-173"/>
    <w:basedOn w:val="Paragrafoarenletra-tipolehenetsia"/>
    <w:rsid w:val="00C742C7"/>
  </w:style>
  <w:style w:type="character" w:styleId="citation-172" w:customStyle="1">
    <w:name w:val="citation-172"/>
    <w:basedOn w:val="Paragrafoarenletra-tipolehenetsia"/>
    <w:rsid w:val="00C742C7"/>
  </w:style>
  <w:style w:type="character" w:styleId="citation-171" w:customStyle="1">
    <w:name w:val="citation-171"/>
    <w:basedOn w:val="Paragrafoarenletra-tipolehenetsia"/>
    <w:rsid w:val="00C742C7"/>
  </w:style>
  <w:style w:type="character" w:styleId="citation-170" w:customStyle="1">
    <w:name w:val="citation-170"/>
    <w:basedOn w:val="Paragrafoarenletra-tipolehenetsia"/>
    <w:rsid w:val="00C742C7"/>
  </w:style>
  <w:style w:type="character" w:styleId="citation-169" w:customStyle="1">
    <w:name w:val="citation-169"/>
    <w:basedOn w:val="Paragrafoarenletra-tipolehenetsia"/>
    <w:rsid w:val="00C742C7"/>
  </w:style>
  <w:style w:type="character" w:styleId="citation-168" w:customStyle="1">
    <w:name w:val="citation-168"/>
    <w:basedOn w:val="Paragrafoarenletra-tipolehenetsia"/>
    <w:rsid w:val="00C742C7"/>
  </w:style>
  <w:style w:type="character" w:styleId="citation-167" w:customStyle="1">
    <w:name w:val="citation-167"/>
    <w:basedOn w:val="Paragrafoarenletra-tipolehenetsia"/>
    <w:rsid w:val="00C742C7"/>
  </w:style>
  <w:style w:type="character" w:styleId="citation-166" w:customStyle="1">
    <w:name w:val="citation-166"/>
    <w:basedOn w:val="Paragrafoarenletra-tipolehenetsia"/>
    <w:rsid w:val="00C742C7"/>
  </w:style>
  <w:style w:type="character" w:styleId="citation-165" w:customStyle="1">
    <w:name w:val="citation-165"/>
    <w:basedOn w:val="Paragrafoarenletra-tipolehenetsia"/>
    <w:rsid w:val="00C742C7"/>
  </w:style>
  <w:style w:type="character" w:styleId="citation-164" w:customStyle="1">
    <w:name w:val="citation-164"/>
    <w:basedOn w:val="Paragrafoarenletra-tipolehenetsia"/>
    <w:rsid w:val="00C742C7"/>
  </w:style>
  <w:style w:type="character" w:styleId="citation-163" w:customStyle="1">
    <w:name w:val="citation-163"/>
    <w:basedOn w:val="Paragrafoarenletra-tipolehenetsia"/>
    <w:rsid w:val="00C742C7"/>
  </w:style>
  <w:style w:type="character" w:styleId="citation-162" w:customStyle="1">
    <w:name w:val="citation-162"/>
    <w:basedOn w:val="Paragrafoarenletra-tipolehenetsia"/>
    <w:rsid w:val="00C742C7"/>
  </w:style>
  <w:style w:type="character" w:styleId="citation-161" w:customStyle="1">
    <w:name w:val="citation-161"/>
    <w:basedOn w:val="Paragrafoarenletra-tipolehenetsia"/>
    <w:rsid w:val="00C742C7"/>
  </w:style>
  <w:style w:type="character" w:styleId="citation-160" w:customStyle="1">
    <w:name w:val="citation-160"/>
    <w:basedOn w:val="Paragrafoarenletra-tipolehenetsia"/>
    <w:rsid w:val="00C742C7"/>
  </w:style>
  <w:style w:type="character" w:styleId="citation-159" w:customStyle="1">
    <w:name w:val="citation-159"/>
    <w:basedOn w:val="Paragrafoarenletra-tipolehenetsia"/>
    <w:rsid w:val="00C742C7"/>
  </w:style>
  <w:style w:type="character" w:styleId="citation-158" w:customStyle="1">
    <w:name w:val="citation-158"/>
    <w:basedOn w:val="Paragrafoarenletra-tipolehenetsia"/>
    <w:rsid w:val="00C742C7"/>
  </w:style>
  <w:style w:type="character" w:styleId="citation-157" w:customStyle="1">
    <w:name w:val="citation-157"/>
    <w:basedOn w:val="Paragrafoarenletra-tipolehenetsia"/>
    <w:rsid w:val="00C742C7"/>
  </w:style>
  <w:style w:type="character" w:styleId="citation-156" w:customStyle="1">
    <w:name w:val="citation-156"/>
    <w:basedOn w:val="Paragrafoarenletra-tipolehenetsia"/>
    <w:rsid w:val="00C742C7"/>
  </w:style>
  <w:style w:type="character" w:styleId="citation-155" w:customStyle="1">
    <w:name w:val="citation-155"/>
    <w:basedOn w:val="Paragrafoarenletra-tipolehenetsia"/>
    <w:rsid w:val="00C742C7"/>
  </w:style>
  <w:style w:type="character" w:styleId="citation-154" w:customStyle="1">
    <w:name w:val="citation-154"/>
    <w:basedOn w:val="Paragrafoarenletra-tipolehenetsia"/>
    <w:rsid w:val="00C742C7"/>
  </w:style>
  <w:style w:type="character" w:styleId="citation-153" w:customStyle="1">
    <w:name w:val="citation-153"/>
    <w:basedOn w:val="Paragrafoarenletra-tipolehenetsia"/>
    <w:rsid w:val="00C742C7"/>
  </w:style>
  <w:style w:type="character" w:styleId="citation-152" w:customStyle="1">
    <w:name w:val="citation-152"/>
    <w:basedOn w:val="Paragrafoarenletra-tipolehenetsia"/>
    <w:rsid w:val="00C742C7"/>
  </w:style>
  <w:style w:type="character" w:styleId="citation-151" w:customStyle="1">
    <w:name w:val="citation-151"/>
    <w:basedOn w:val="Paragrafoarenletra-tipolehenetsia"/>
    <w:rsid w:val="00C742C7"/>
  </w:style>
  <w:style w:type="character" w:styleId="citation-150" w:customStyle="1">
    <w:name w:val="citation-150"/>
    <w:basedOn w:val="Paragrafoarenletra-tipolehenetsia"/>
    <w:rsid w:val="00C742C7"/>
  </w:style>
  <w:style w:type="character" w:styleId="citation-149" w:customStyle="1">
    <w:name w:val="citation-149"/>
    <w:basedOn w:val="Paragrafoarenletra-tipolehenetsia"/>
    <w:rsid w:val="00C742C7"/>
  </w:style>
  <w:style w:type="character" w:styleId="citation-148" w:customStyle="1">
    <w:name w:val="citation-148"/>
    <w:basedOn w:val="Paragrafoarenletra-tipolehenetsia"/>
    <w:rsid w:val="00C742C7"/>
  </w:style>
  <w:style w:type="character" w:styleId="citation-147" w:customStyle="1">
    <w:name w:val="citation-147"/>
    <w:basedOn w:val="Paragrafoarenletra-tipolehenetsia"/>
    <w:rsid w:val="00C742C7"/>
  </w:style>
  <w:style w:type="character" w:styleId="citation-146" w:customStyle="1">
    <w:name w:val="citation-146"/>
    <w:basedOn w:val="Paragrafoarenletra-tipolehenetsia"/>
    <w:rsid w:val="00C742C7"/>
  </w:style>
  <w:style w:type="character" w:styleId="citation-145" w:customStyle="1">
    <w:name w:val="citation-145"/>
    <w:basedOn w:val="Paragrafoarenletra-tipolehenetsia"/>
    <w:rsid w:val="00C742C7"/>
  </w:style>
  <w:style w:type="character" w:styleId="citation-144" w:customStyle="1">
    <w:name w:val="citation-144"/>
    <w:basedOn w:val="Paragrafoarenletra-tipolehenetsia"/>
    <w:rsid w:val="00C742C7"/>
  </w:style>
  <w:style w:type="character" w:styleId="citation-143" w:customStyle="1">
    <w:name w:val="citation-143"/>
    <w:basedOn w:val="Paragrafoarenletra-tipolehenetsia"/>
    <w:rsid w:val="00C742C7"/>
  </w:style>
  <w:style w:type="character" w:styleId="citation-142" w:customStyle="1">
    <w:name w:val="citation-142"/>
    <w:basedOn w:val="Paragrafoarenletra-tipolehenetsia"/>
    <w:rsid w:val="00C742C7"/>
  </w:style>
  <w:style w:type="character" w:styleId="citation-141" w:customStyle="1">
    <w:name w:val="citation-141"/>
    <w:basedOn w:val="Paragrafoarenletra-tipolehenetsia"/>
    <w:rsid w:val="00C742C7"/>
  </w:style>
  <w:style w:type="character" w:styleId="citation-140" w:customStyle="1">
    <w:name w:val="citation-140"/>
    <w:basedOn w:val="Paragrafoarenletra-tipolehenetsia"/>
    <w:rsid w:val="00C742C7"/>
  </w:style>
  <w:style w:type="character" w:styleId="citation-139" w:customStyle="1">
    <w:name w:val="citation-139"/>
    <w:basedOn w:val="Paragrafoarenletra-tipolehenetsia"/>
    <w:rsid w:val="00C742C7"/>
  </w:style>
  <w:style w:type="character" w:styleId="citation-138" w:customStyle="1">
    <w:name w:val="citation-138"/>
    <w:basedOn w:val="Paragrafoarenletra-tipolehenetsia"/>
    <w:rsid w:val="00C742C7"/>
  </w:style>
  <w:style w:type="character" w:styleId="citation-137" w:customStyle="1">
    <w:name w:val="citation-137"/>
    <w:basedOn w:val="Paragrafoarenletra-tipolehenetsia"/>
    <w:rsid w:val="00C742C7"/>
  </w:style>
  <w:style w:type="character" w:styleId="citation-136" w:customStyle="1">
    <w:name w:val="citation-136"/>
    <w:basedOn w:val="Paragrafoarenletra-tipolehenetsia"/>
    <w:rsid w:val="00C742C7"/>
  </w:style>
  <w:style w:type="character" w:styleId="citation-135" w:customStyle="1">
    <w:name w:val="citation-135"/>
    <w:basedOn w:val="Paragrafoarenletra-tipolehenetsia"/>
    <w:rsid w:val="00C742C7"/>
  </w:style>
  <w:style w:type="character" w:styleId="citation-134" w:customStyle="1">
    <w:name w:val="citation-134"/>
    <w:basedOn w:val="Paragrafoarenletra-tipolehenetsia"/>
    <w:rsid w:val="00C742C7"/>
  </w:style>
  <w:style w:type="character" w:styleId="citation-133" w:customStyle="1">
    <w:name w:val="citation-133"/>
    <w:basedOn w:val="Paragrafoarenletra-tipolehenetsia"/>
    <w:rsid w:val="00C742C7"/>
  </w:style>
  <w:style w:type="character" w:styleId="citation-132" w:customStyle="1">
    <w:name w:val="citation-132"/>
    <w:basedOn w:val="Paragrafoarenletra-tipolehenetsia"/>
    <w:rsid w:val="00C742C7"/>
  </w:style>
  <w:style w:type="character" w:styleId="citation-833" w:customStyle="1">
    <w:name w:val="citation-833"/>
    <w:basedOn w:val="Paragrafoarenletra-tipolehenetsia"/>
    <w:rsid w:val="00C742C7"/>
  </w:style>
  <w:style w:type="character" w:styleId="citation-832" w:customStyle="1">
    <w:name w:val="citation-832"/>
    <w:basedOn w:val="Paragrafoarenletra-tipolehenetsia"/>
    <w:rsid w:val="00C742C7"/>
  </w:style>
  <w:style w:type="character" w:styleId="citation-831" w:customStyle="1">
    <w:name w:val="citation-831"/>
    <w:basedOn w:val="Paragrafoarenletra-tipolehenetsia"/>
    <w:rsid w:val="00C742C7"/>
  </w:style>
  <w:style w:type="character" w:styleId="citation-830" w:customStyle="1">
    <w:name w:val="citation-830"/>
    <w:basedOn w:val="Paragrafoarenletra-tipolehenetsia"/>
    <w:rsid w:val="00C742C7"/>
  </w:style>
  <w:style w:type="character" w:styleId="citation-829" w:customStyle="1">
    <w:name w:val="citation-829"/>
    <w:basedOn w:val="Paragrafoarenletra-tipolehenetsia"/>
    <w:rsid w:val="00C742C7"/>
  </w:style>
  <w:style w:type="character" w:styleId="citation-828" w:customStyle="1">
    <w:name w:val="citation-828"/>
    <w:basedOn w:val="Paragrafoarenletra-tipolehenetsia"/>
    <w:rsid w:val="00C742C7"/>
  </w:style>
  <w:style w:type="character" w:styleId="citation-827" w:customStyle="1">
    <w:name w:val="citation-827"/>
    <w:basedOn w:val="Paragrafoarenletra-tipolehenetsia"/>
    <w:rsid w:val="00C742C7"/>
  </w:style>
  <w:style w:type="character" w:styleId="citation-826" w:customStyle="1">
    <w:name w:val="citation-826"/>
    <w:basedOn w:val="Paragrafoarenletra-tipolehenetsia"/>
    <w:rsid w:val="00C742C7"/>
  </w:style>
  <w:style w:type="character" w:styleId="citation-825" w:customStyle="1">
    <w:name w:val="citation-825"/>
    <w:basedOn w:val="Paragrafoarenletra-tipolehenetsia"/>
    <w:rsid w:val="00C742C7"/>
  </w:style>
  <w:style w:type="character" w:styleId="citation-824" w:customStyle="1">
    <w:name w:val="citation-824"/>
    <w:basedOn w:val="Paragrafoarenletra-tipolehenetsia"/>
    <w:rsid w:val="00C742C7"/>
  </w:style>
  <w:style w:type="character" w:styleId="citation-823" w:customStyle="1">
    <w:name w:val="citation-823"/>
    <w:basedOn w:val="Paragrafoarenletra-tipolehenetsia"/>
    <w:rsid w:val="00C742C7"/>
  </w:style>
  <w:style w:type="character" w:styleId="citation-822" w:customStyle="1">
    <w:name w:val="citation-822"/>
    <w:basedOn w:val="Paragrafoarenletra-tipolehenetsia"/>
    <w:rsid w:val="00C742C7"/>
  </w:style>
  <w:style w:type="character" w:styleId="citation-821" w:customStyle="1">
    <w:name w:val="citation-821"/>
    <w:basedOn w:val="Paragrafoarenletra-tipolehenetsia"/>
    <w:rsid w:val="00C742C7"/>
  </w:style>
  <w:style w:type="character" w:styleId="citation-820" w:customStyle="1">
    <w:name w:val="citation-820"/>
    <w:basedOn w:val="Paragrafoarenletra-tipolehenetsia"/>
    <w:rsid w:val="00C742C7"/>
  </w:style>
  <w:style w:type="character" w:styleId="citation-819" w:customStyle="1">
    <w:name w:val="citation-819"/>
    <w:basedOn w:val="Paragrafoarenletra-tipolehenetsia"/>
    <w:rsid w:val="00C742C7"/>
  </w:style>
  <w:style w:type="character" w:styleId="citation-818" w:customStyle="1">
    <w:name w:val="citation-818"/>
    <w:basedOn w:val="Paragrafoarenletra-tipolehenetsia"/>
    <w:rsid w:val="00C742C7"/>
  </w:style>
  <w:style w:type="character" w:styleId="citation-817" w:customStyle="1">
    <w:name w:val="citation-817"/>
    <w:basedOn w:val="Paragrafoarenletra-tipolehenetsia"/>
    <w:rsid w:val="00C742C7"/>
  </w:style>
  <w:style w:type="character" w:styleId="citation-816" w:customStyle="1">
    <w:name w:val="citation-816"/>
    <w:basedOn w:val="Paragrafoarenletra-tipolehenetsia"/>
    <w:rsid w:val="00C742C7"/>
  </w:style>
  <w:style w:type="character" w:styleId="citation-815" w:customStyle="1">
    <w:name w:val="citation-815"/>
    <w:basedOn w:val="Paragrafoarenletra-tipolehenetsia"/>
    <w:rsid w:val="00C742C7"/>
  </w:style>
  <w:style w:type="character" w:styleId="citation-814" w:customStyle="1">
    <w:name w:val="citation-814"/>
    <w:basedOn w:val="Paragrafoarenletra-tipolehenetsia"/>
    <w:rsid w:val="00C742C7"/>
  </w:style>
  <w:style w:type="character" w:styleId="citation-813" w:customStyle="1">
    <w:name w:val="citation-813"/>
    <w:basedOn w:val="Paragrafoarenletra-tipolehenetsia"/>
    <w:rsid w:val="00C742C7"/>
  </w:style>
  <w:style w:type="character" w:styleId="citation-812" w:customStyle="1">
    <w:name w:val="citation-812"/>
    <w:basedOn w:val="Paragrafoarenletra-tipolehenetsia"/>
    <w:rsid w:val="00C742C7"/>
  </w:style>
  <w:style w:type="character" w:styleId="citation-811" w:customStyle="1">
    <w:name w:val="citation-811"/>
    <w:basedOn w:val="Paragrafoarenletra-tipolehenetsia"/>
    <w:rsid w:val="00C742C7"/>
  </w:style>
  <w:style w:type="character" w:styleId="citation-810" w:customStyle="1">
    <w:name w:val="citation-810"/>
    <w:basedOn w:val="Paragrafoarenletra-tipolehenetsia"/>
    <w:rsid w:val="00C742C7"/>
  </w:style>
  <w:style w:type="character" w:styleId="citation-809" w:customStyle="1">
    <w:name w:val="citation-809"/>
    <w:basedOn w:val="Paragrafoarenletra-tipolehenetsia"/>
    <w:rsid w:val="00C742C7"/>
  </w:style>
  <w:style w:type="character" w:styleId="citation-808" w:customStyle="1">
    <w:name w:val="citation-808"/>
    <w:basedOn w:val="Paragrafoarenletra-tipolehenetsia"/>
    <w:rsid w:val="00C742C7"/>
  </w:style>
  <w:style w:type="character" w:styleId="citation-807" w:customStyle="1">
    <w:name w:val="citation-807"/>
    <w:basedOn w:val="Paragrafoarenletra-tipolehenetsia"/>
    <w:rsid w:val="00C742C7"/>
  </w:style>
  <w:style w:type="character" w:styleId="citation-806" w:customStyle="1">
    <w:name w:val="citation-806"/>
    <w:basedOn w:val="Paragrafoarenletra-tipolehenetsia"/>
    <w:rsid w:val="00C742C7"/>
  </w:style>
  <w:style w:type="character" w:styleId="citation-805" w:customStyle="1">
    <w:name w:val="citation-805"/>
    <w:basedOn w:val="Paragrafoarenletra-tipolehenetsia"/>
    <w:rsid w:val="00C742C7"/>
  </w:style>
  <w:style w:type="character" w:styleId="citation-804" w:customStyle="1">
    <w:name w:val="citation-804"/>
    <w:basedOn w:val="Paragrafoarenletra-tipolehenetsia"/>
    <w:rsid w:val="00C742C7"/>
  </w:style>
  <w:style w:type="character" w:styleId="citation-803" w:customStyle="1">
    <w:name w:val="citation-803"/>
    <w:basedOn w:val="Paragrafoarenletra-tipolehenetsia"/>
    <w:rsid w:val="00C742C7"/>
  </w:style>
  <w:style w:type="character" w:styleId="citation-802" w:customStyle="1">
    <w:name w:val="citation-802"/>
    <w:basedOn w:val="Paragrafoarenletra-tipolehenetsia"/>
    <w:rsid w:val="00C742C7"/>
  </w:style>
  <w:style w:type="character" w:styleId="citation-801" w:customStyle="1">
    <w:name w:val="citation-801"/>
    <w:basedOn w:val="Paragrafoarenletra-tipolehenetsia"/>
    <w:rsid w:val="00C742C7"/>
  </w:style>
  <w:style w:type="character" w:styleId="citation-800" w:customStyle="1">
    <w:name w:val="citation-800"/>
    <w:basedOn w:val="Paragrafoarenletra-tipolehenetsia"/>
    <w:rsid w:val="00C742C7"/>
  </w:style>
  <w:style w:type="character" w:styleId="citation-799" w:customStyle="1">
    <w:name w:val="citation-799"/>
    <w:basedOn w:val="Paragrafoarenletra-tipolehenetsia"/>
    <w:rsid w:val="00C742C7"/>
  </w:style>
  <w:style w:type="character" w:styleId="citation-798" w:customStyle="1">
    <w:name w:val="citation-798"/>
    <w:basedOn w:val="Paragrafoarenletra-tipolehenetsia"/>
    <w:rsid w:val="00C742C7"/>
  </w:style>
  <w:style w:type="character" w:styleId="citation-797" w:customStyle="1">
    <w:name w:val="citation-797"/>
    <w:basedOn w:val="Paragrafoarenletra-tipolehenetsia"/>
    <w:rsid w:val="00C742C7"/>
  </w:style>
  <w:style w:type="character" w:styleId="citation-796" w:customStyle="1">
    <w:name w:val="citation-796"/>
    <w:basedOn w:val="Paragrafoarenletra-tipolehenetsia"/>
    <w:rsid w:val="00C742C7"/>
  </w:style>
  <w:style w:type="character" w:styleId="citation-795" w:customStyle="1">
    <w:name w:val="citation-795"/>
    <w:basedOn w:val="Paragrafoarenletra-tipolehenetsia"/>
    <w:rsid w:val="00C742C7"/>
  </w:style>
  <w:style w:type="character" w:styleId="citation-794" w:customStyle="1">
    <w:name w:val="citation-794"/>
    <w:basedOn w:val="Paragrafoarenletra-tipolehenetsia"/>
    <w:rsid w:val="00C742C7"/>
  </w:style>
  <w:style w:type="character" w:styleId="citation-793" w:customStyle="1">
    <w:name w:val="citation-793"/>
    <w:basedOn w:val="Paragrafoarenletra-tipolehenetsia"/>
    <w:rsid w:val="00C742C7"/>
  </w:style>
  <w:style w:type="character" w:styleId="citation-792" w:customStyle="1">
    <w:name w:val="citation-792"/>
    <w:basedOn w:val="Paragrafoarenletra-tipolehenetsia"/>
    <w:rsid w:val="00C742C7"/>
  </w:style>
  <w:style w:type="character" w:styleId="citation-791" w:customStyle="1">
    <w:name w:val="citation-791"/>
    <w:basedOn w:val="Paragrafoarenletra-tipolehenetsia"/>
    <w:rsid w:val="00C742C7"/>
  </w:style>
  <w:style w:type="character" w:styleId="citation-790" w:customStyle="1">
    <w:name w:val="citation-790"/>
    <w:basedOn w:val="Paragrafoarenletra-tipolehenetsia"/>
    <w:rsid w:val="00C742C7"/>
  </w:style>
  <w:style w:type="character" w:styleId="citation-789" w:customStyle="1">
    <w:name w:val="citation-789"/>
    <w:basedOn w:val="Paragrafoarenletra-tipolehenetsia"/>
    <w:rsid w:val="00C742C7"/>
  </w:style>
  <w:style w:type="character" w:styleId="citation-788" w:customStyle="1">
    <w:name w:val="citation-788"/>
    <w:basedOn w:val="Paragrafoarenletra-tipolehenetsia"/>
    <w:rsid w:val="00C742C7"/>
  </w:style>
  <w:style w:type="character" w:styleId="citation-787" w:customStyle="1">
    <w:name w:val="citation-787"/>
    <w:basedOn w:val="Paragrafoarenletra-tipolehenetsia"/>
    <w:rsid w:val="00C742C7"/>
  </w:style>
  <w:style w:type="character" w:styleId="citation-786" w:customStyle="1">
    <w:name w:val="citation-786"/>
    <w:basedOn w:val="Paragrafoarenletra-tipolehenetsia"/>
    <w:rsid w:val="00C742C7"/>
  </w:style>
  <w:style w:type="character" w:styleId="citation-785" w:customStyle="1">
    <w:name w:val="citation-785"/>
    <w:basedOn w:val="Paragrafoarenletra-tipolehenetsia"/>
    <w:rsid w:val="00C742C7"/>
  </w:style>
  <w:style w:type="character" w:styleId="citation-784" w:customStyle="1">
    <w:name w:val="citation-784"/>
    <w:basedOn w:val="Paragrafoarenletra-tipolehenetsia"/>
    <w:rsid w:val="00C742C7"/>
  </w:style>
  <w:style w:type="character" w:styleId="citation-783" w:customStyle="1">
    <w:name w:val="citation-783"/>
    <w:basedOn w:val="Paragrafoarenletra-tipolehenetsia"/>
    <w:rsid w:val="00C742C7"/>
  </w:style>
  <w:style w:type="character" w:styleId="citation-782" w:customStyle="1">
    <w:name w:val="citation-782"/>
    <w:basedOn w:val="Paragrafoarenletra-tipolehenetsia"/>
    <w:rsid w:val="00C742C7"/>
  </w:style>
  <w:style w:type="character" w:styleId="citation-781" w:customStyle="1">
    <w:name w:val="citation-781"/>
    <w:basedOn w:val="Paragrafoarenletra-tipolehenetsia"/>
    <w:rsid w:val="00C742C7"/>
  </w:style>
  <w:style w:type="character" w:styleId="citation-780" w:customStyle="1">
    <w:name w:val="citation-780"/>
    <w:basedOn w:val="Paragrafoarenletra-tipolehenetsia"/>
    <w:rsid w:val="00C742C7"/>
  </w:style>
  <w:style w:type="character" w:styleId="citation-779" w:customStyle="1">
    <w:name w:val="citation-779"/>
    <w:basedOn w:val="Paragrafoarenletra-tipolehenetsia"/>
    <w:rsid w:val="00C742C7"/>
  </w:style>
  <w:style w:type="character" w:styleId="citation-778" w:customStyle="1">
    <w:name w:val="citation-778"/>
    <w:basedOn w:val="Paragrafoarenletra-tipolehenetsia"/>
    <w:rsid w:val="00C742C7"/>
  </w:style>
  <w:style w:type="character" w:styleId="citation-777" w:customStyle="1">
    <w:name w:val="citation-777"/>
    <w:basedOn w:val="Paragrafoarenletra-tipolehenetsia"/>
    <w:rsid w:val="00C742C7"/>
  </w:style>
  <w:style w:type="character" w:styleId="citation-776" w:customStyle="1">
    <w:name w:val="citation-776"/>
    <w:basedOn w:val="Paragrafoarenletra-tipolehenetsia"/>
    <w:rsid w:val="00C742C7"/>
  </w:style>
  <w:style w:type="character" w:styleId="citation-775" w:customStyle="1">
    <w:name w:val="citation-775"/>
    <w:basedOn w:val="Paragrafoarenletra-tipolehenetsia"/>
    <w:rsid w:val="00C742C7"/>
  </w:style>
  <w:style w:type="character" w:styleId="citation-774" w:customStyle="1">
    <w:name w:val="citation-774"/>
    <w:basedOn w:val="Paragrafoarenletra-tipolehenetsia"/>
    <w:rsid w:val="00C742C7"/>
  </w:style>
  <w:style w:type="character" w:styleId="citation-773" w:customStyle="1">
    <w:name w:val="citation-773"/>
    <w:basedOn w:val="Paragrafoarenletra-tipolehenetsia"/>
    <w:rsid w:val="00C742C7"/>
  </w:style>
  <w:style w:type="character" w:styleId="citation-772" w:customStyle="1">
    <w:name w:val="citation-772"/>
    <w:basedOn w:val="Paragrafoarenletra-tipolehenetsia"/>
    <w:rsid w:val="00C742C7"/>
  </w:style>
  <w:style w:type="character" w:styleId="citation-771" w:customStyle="1">
    <w:name w:val="citation-771"/>
    <w:basedOn w:val="Paragrafoarenletra-tipolehenetsia"/>
    <w:rsid w:val="00C742C7"/>
  </w:style>
  <w:style w:type="character" w:styleId="citation-770" w:customStyle="1">
    <w:name w:val="citation-770"/>
    <w:basedOn w:val="Paragrafoarenletra-tipolehenetsia"/>
    <w:rsid w:val="00C742C7"/>
  </w:style>
  <w:style w:type="character" w:styleId="citation-769" w:customStyle="1">
    <w:name w:val="citation-769"/>
    <w:basedOn w:val="Paragrafoarenletra-tipolehenetsia"/>
    <w:rsid w:val="00C742C7"/>
  </w:style>
  <w:style w:type="character" w:styleId="citation-768" w:customStyle="1">
    <w:name w:val="citation-768"/>
    <w:basedOn w:val="Paragrafoarenletra-tipolehenetsia"/>
    <w:rsid w:val="00C742C7"/>
  </w:style>
  <w:style w:type="character" w:styleId="citation-767" w:customStyle="1">
    <w:name w:val="citation-767"/>
    <w:basedOn w:val="Paragrafoarenletra-tipolehenetsia"/>
    <w:rsid w:val="00C742C7"/>
  </w:style>
  <w:style w:type="character" w:styleId="citation-766" w:customStyle="1">
    <w:name w:val="citation-766"/>
    <w:basedOn w:val="Paragrafoarenletra-tipolehenetsia"/>
    <w:rsid w:val="00C742C7"/>
  </w:style>
  <w:style w:type="character" w:styleId="citation-765" w:customStyle="1">
    <w:name w:val="citation-765"/>
    <w:basedOn w:val="Paragrafoarenletra-tipolehenetsia"/>
    <w:rsid w:val="00C742C7"/>
  </w:style>
  <w:style w:type="character" w:styleId="citation-764" w:customStyle="1">
    <w:name w:val="citation-764"/>
    <w:basedOn w:val="Paragrafoarenletra-tipolehenetsia"/>
    <w:rsid w:val="00C742C7"/>
  </w:style>
  <w:style w:type="character" w:styleId="citation-763" w:customStyle="1">
    <w:name w:val="citation-763"/>
    <w:basedOn w:val="Paragrafoarenletra-tipolehenetsia"/>
    <w:rsid w:val="00C742C7"/>
  </w:style>
  <w:style w:type="character" w:styleId="citation-762" w:customStyle="1">
    <w:name w:val="citation-762"/>
    <w:basedOn w:val="Paragrafoarenletra-tipolehenetsia"/>
    <w:rsid w:val="00C742C7"/>
  </w:style>
  <w:style w:type="character" w:styleId="citation-761" w:customStyle="1">
    <w:name w:val="citation-761"/>
    <w:basedOn w:val="Paragrafoarenletra-tipolehenetsia"/>
    <w:rsid w:val="00C742C7"/>
  </w:style>
  <w:style w:type="character" w:styleId="citation-760" w:customStyle="1">
    <w:name w:val="citation-760"/>
    <w:basedOn w:val="Paragrafoarenletra-tipolehenetsia"/>
    <w:rsid w:val="00C742C7"/>
  </w:style>
  <w:style w:type="character" w:styleId="citation-759" w:customStyle="1">
    <w:name w:val="citation-759"/>
    <w:basedOn w:val="Paragrafoarenletra-tipolehenetsia"/>
    <w:rsid w:val="00C742C7"/>
  </w:style>
  <w:style w:type="character" w:styleId="citation-758" w:customStyle="1">
    <w:name w:val="citation-758"/>
    <w:basedOn w:val="Paragrafoarenletra-tipolehenetsia"/>
    <w:rsid w:val="00C742C7"/>
  </w:style>
  <w:style w:type="character" w:styleId="citation-757" w:customStyle="1">
    <w:name w:val="citation-757"/>
    <w:basedOn w:val="Paragrafoarenletra-tipolehenetsia"/>
    <w:rsid w:val="00C742C7"/>
  </w:style>
  <w:style w:type="character" w:styleId="citation-756" w:customStyle="1">
    <w:name w:val="citation-756"/>
    <w:basedOn w:val="Paragrafoarenletra-tipolehenetsia"/>
    <w:rsid w:val="00C742C7"/>
  </w:style>
  <w:style w:type="character" w:styleId="citation-755" w:customStyle="1">
    <w:name w:val="citation-755"/>
    <w:basedOn w:val="Paragrafoarenletra-tipolehenetsia"/>
    <w:rsid w:val="00C742C7"/>
  </w:style>
  <w:style w:type="character" w:styleId="citation-754" w:customStyle="1">
    <w:name w:val="citation-754"/>
    <w:basedOn w:val="Paragrafoarenletra-tipolehenetsia"/>
    <w:rsid w:val="00C742C7"/>
  </w:style>
  <w:style w:type="character" w:styleId="citation-753" w:customStyle="1">
    <w:name w:val="citation-753"/>
    <w:basedOn w:val="Paragrafoarenletra-tipolehenetsia"/>
    <w:rsid w:val="00C742C7"/>
  </w:style>
  <w:style w:type="character" w:styleId="citation-752" w:customStyle="1">
    <w:name w:val="citation-752"/>
    <w:basedOn w:val="Paragrafoarenletra-tipolehenetsia"/>
    <w:rsid w:val="00C742C7"/>
  </w:style>
  <w:style w:type="character" w:styleId="citation-751" w:customStyle="1">
    <w:name w:val="citation-751"/>
    <w:basedOn w:val="Paragrafoarenletra-tipolehenetsia"/>
    <w:rsid w:val="00C742C7"/>
  </w:style>
  <w:style w:type="character" w:styleId="citation-750" w:customStyle="1">
    <w:name w:val="citation-750"/>
    <w:basedOn w:val="Paragrafoarenletra-tipolehenetsia"/>
    <w:rsid w:val="00C742C7"/>
  </w:style>
  <w:style w:type="character" w:styleId="citation-749" w:customStyle="1">
    <w:name w:val="citation-749"/>
    <w:basedOn w:val="Paragrafoarenletra-tipolehenetsia"/>
    <w:rsid w:val="00C742C7"/>
  </w:style>
  <w:style w:type="character" w:styleId="citation-748" w:customStyle="1">
    <w:name w:val="citation-748"/>
    <w:basedOn w:val="Paragrafoarenletra-tipolehenetsia"/>
    <w:rsid w:val="00C742C7"/>
  </w:style>
  <w:style w:type="character" w:styleId="citation-747" w:customStyle="1">
    <w:name w:val="citation-747"/>
    <w:basedOn w:val="Paragrafoarenletra-tipolehenetsia"/>
    <w:rsid w:val="00C742C7"/>
  </w:style>
  <w:style w:type="character" w:styleId="citation-746" w:customStyle="1">
    <w:name w:val="citation-746"/>
    <w:basedOn w:val="Paragrafoarenletra-tipolehenetsia"/>
    <w:rsid w:val="00C742C7"/>
  </w:style>
  <w:style w:type="character" w:styleId="citation-745" w:customStyle="1">
    <w:name w:val="citation-745"/>
    <w:basedOn w:val="Paragrafoarenletra-tipolehenetsia"/>
    <w:rsid w:val="00C742C7"/>
  </w:style>
  <w:style w:type="character" w:styleId="citation-744" w:customStyle="1">
    <w:name w:val="citation-744"/>
    <w:basedOn w:val="Paragrafoarenletra-tipolehenetsia"/>
    <w:rsid w:val="00C742C7"/>
  </w:style>
  <w:style w:type="character" w:styleId="citation-743" w:customStyle="1">
    <w:name w:val="citation-743"/>
    <w:basedOn w:val="Paragrafoarenletra-tipolehenetsia"/>
    <w:rsid w:val="00C742C7"/>
  </w:style>
  <w:style w:type="character" w:styleId="citation-742" w:customStyle="1">
    <w:name w:val="citation-742"/>
    <w:basedOn w:val="Paragrafoarenletra-tipolehenetsia"/>
    <w:rsid w:val="00C742C7"/>
  </w:style>
  <w:style w:type="character" w:styleId="citation-741" w:customStyle="1">
    <w:name w:val="citation-741"/>
    <w:basedOn w:val="Paragrafoarenletra-tipolehenetsia"/>
    <w:rsid w:val="00C742C7"/>
  </w:style>
  <w:style w:type="character" w:styleId="citation-740" w:customStyle="1">
    <w:name w:val="citation-740"/>
    <w:basedOn w:val="Paragrafoarenletra-tipolehenetsia"/>
    <w:rsid w:val="00C742C7"/>
  </w:style>
  <w:style w:type="character" w:styleId="citation-739" w:customStyle="1">
    <w:name w:val="citation-739"/>
    <w:basedOn w:val="Paragrafoarenletra-tipolehenetsia"/>
    <w:rsid w:val="00C742C7"/>
  </w:style>
  <w:style w:type="character" w:styleId="citation-738" w:customStyle="1">
    <w:name w:val="citation-738"/>
    <w:basedOn w:val="Paragrafoarenletra-tipolehenetsia"/>
    <w:rsid w:val="00C742C7"/>
  </w:style>
  <w:style w:type="character" w:styleId="citation-737" w:customStyle="1">
    <w:name w:val="citation-737"/>
    <w:basedOn w:val="Paragrafoarenletra-tipolehenetsia"/>
    <w:rsid w:val="00C742C7"/>
  </w:style>
  <w:style w:type="character" w:styleId="citation-736" w:customStyle="1">
    <w:name w:val="citation-736"/>
    <w:basedOn w:val="Paragrafoarenletra-tipolehenetsia"/>
    <w:rsid w:val="00C742C7"/>
  </w:style>
  <w:style w:type="character" w:styleId="citation-735" w:customStyle="1">
    <w:name w:val="citation-735"/>
    <w:basedOn w:val="Paragrafoarenletra-tipolehenetsia"/>
    <w:rsid w:val="00C742C7"/>
  </w:style>
  <w:style w:type="character" w:styleId="citation-734" w:customStyle="1">
    <w:name w:val="citation-734"/>
    <w:basedOn w:val="Paragrafoarenletra-tipolehenetsia"/>
    <w:rsid w:val="00C742C7"/>
  </w:style>
  <w:style w:type="character" w:styleId="citation-733" w:customStyle="1">
    <w:name w:val="citation-733"/>
    <w:basedOn w:val="Paragrafoarenletra-tipolehenetsia"/>
    <w:rsid w:val="00C742C7"/>
  </w:style>
  <w:style w:type="character" w:styleId="citation-732" w:customStyle="1">
    <w:name w:val="citation-732"/>
    <w:basedOn w:val="Paragrafoarenletra-tipolehenetsia"/>
    <w:rsid w:val="00C742C7"/>
  </w:style>
  <w:style w:type="character" w:styleId="citation-731" w:customStyle="1">
    <w:name w:val="citation-731"/>
    <w:basedOn w:val="Paragrafoarenletra-tipolehenetsia"/>
    <w:rsid w:val="00C742C7"/>
  </w:style>
  <w:style w:type="character" w:styleId="citation-730" w:customStyle="1">
    <w:name w:val="citation-730"/>
    <w:basedOn w:val="Paragrafoarenletra-tipolehenetsia"/>
    <w:rsid w:val="00C742C7"/>
  </w:style>
  <w:style w:type="character" w:styleId="citation-729" w:customStyle="1">
    <w:name w:val="citation-729"/>
    <w:basedOn w:val="Paragrafoarenletra-tipolehenetsia"/>
    <w:rsid w:val="00C742C7"/>
  </w:style>
  <w:style w:type="character" w:styleId="citation-728" w:customStyle="1">
    <w:name w:val="citation-728"/>
    <w:basedOn w:val="Paragrafoarenletra-tipolehenetsia"/>
    <w:rsid w:val="00C742C7"/>
  </w:style>
  <w:style w:type="character" w:styleId="citation-727" w:customStyle="1">
    <w:name w:val="citation-727"/>
    <w:basedOn w:val="Paragrafoarenletra-tipolehenetsia"/>
    <w:rsid w:val="00C742C7"/>
  </w:style>
  <w:style w:type="character" w:styleId="citation-726" w:customStyle="1">
    <w:name w:val="citation-726"/>
    <w:basedOn w:val="Paragrafoarenletra-tipolehenetsia"/>
    <w:rsid w:val="00C742C7"/>
  </w:style>
  <w:style w:type="character" w:styleId="citation-725" w:customStyle="1">
    <w:name w:val="citation-725"/>
    <w:basedOn w:val="Paragrafoarenletra-tipolehenetsia"/>
    <w:rsid w:val="00C742C7"/>
  </w:style>
  <w:style w:type="character" w:styleId="citation-724" w:customStyle="1">
    <w:name w:val="citation-724"/>
    <w:basedOn w:val="Paragrafoarenletra-tipolehenetsia"/>
    <w:rsid w:val="00C742C7"/>
  </w:style>
  <w:style w:type="character" w:styleId="citation-723" w:customStyle="1">
    <w:name w:val="citation-723"/>
    <w:basedOn w:val="Paragrafoarenletra-tipolehenetsia"/>
    <w:rsid w:val="00C742C7"/>
  </w:style>
  <w:style w:type="character" w:styleId="citation-722" w:customStyle="1">
    <w:name w:val="citation-722"/>
    <w:basedOn w:val="Paragrafoarenletra-tipolehenetsia"/>
    <w:rsid w:val="00C742C7"/>
  </w:style>
  <w:style w:type="character" w:styleId="citation-721" w:customStyle="1">
    <w:name w:val="citation-721"/>
    <w:basedOn w:val="Paragrafoarenletra-tipolehenetsia"/>
    <w:rsid w:val="00C742C7"/>
  </w:style>
  <w:style w:type="character" w:styleId="citation-720" w:customStyle="1">
    <w:name w:val="citation-720"/>
    <w:basedOn w:val="Paragrafoarenletra-tipolehenetsia"/>
    <w:rsid w:val="00C742C7"/>
  </w:style>
  <w:style w:type="character" w:styleId="citation-719" w:customStyle="1">
    <w:name w:val="citation-719"/>
    <w:basedOn w:val="Paragrafoarenletra-tipolehenetsia"/>
    <w:rsid w:val="00C742C7"/>
  </w:style>
  <w:style w:type="character" w:styleId="citation-718" w:customStyle="1">
    <w:name w:val="citation-718"/>
    <w:basedOn w:val="Paragrafoarenletra-tipolehenetsia"/>
    <w:rsid w:val="00C742C7"/>
  </w:style>
  <w:style w:type="character" w:styleId="citation-717" w:customStyle="1">
    <w:name w:val="citation-717"/>
    <w:basedOn w:val="Paragrafoarenletra-tipolehenetsia"/>
    <w:rsid w:val="00C742C7"/>
  </w:style>
  <w:style w:type="character" w:styleId="citation-716" w:customStyle="1">
    <w:name w:val="citation-716"/>
    <w:basedOn w:val="Paragrafoarenletra-tipolehenetsia"/>
    <w:rsid w:val="00C742C7"/>
  </w:style>
  <w:style w:type="character" w:styleId="citation-715" w:customStyle="1">
    <w:name w:val="citation-715"/>
    <w:basedOn w:val="Paragrafoarenletra-tipolehenetsia"/>
    <w:rsid w:val="00C742C7"/>
  </w:style>
  <w:style w:type="character" w:styleId="citation-714" w:customStyle="1">
    <w:name w:val="citation-714"/>
    <w:basedOn w:val="Paragrafoarenletra-tipolehenetsia"/>
    <w:rsid w:val="00C742C7"/>
  </w:style>
  <w:style w:type="character" w:styleId="citation-713" w:customStyle="1">
    <w:name w:val="citation-713"/>
    <w:basedOn w:val="Paragrafoarenletra-tipolehenetsia"/>
    <w:rsid w:val="00C742C7"/>
  </w:style>
  <w:style w:type="character" w:styleId="citation-712" w:customStyle="1">
    <w:name w:val="citation-712"/>
    <w:basedOn w:val="Paragrafoarenletra-tipolehenetsia"/>
    <w:rsid w:val="00C742C7"/>
  </w:style>
  <w:style w:type="character" w:styleId="citation-711" w:customStyle="1">
    <w:name w:val="citation-711"/>
    <w:basedOn w:val="Paragrafoarenletra-tipolehenetsia"/>
    <w:rsid w:val="00C742C7"/>
  </w:style>
  <w:style w:type="character" w:styleId="citation-710" w:customStyle="1">
    <w:name w:val="citation-710"/>
    <w:basedOn w:val="Paragrafoarenletra-tipolehenetsia"/>
    <w:rsid w:val="00C742C7"/>
  </w:style>
  <w:style w:type="character" w:styleId="citation-709" w:customStyle="1">
    <w:name w:val="citation-709"/>
    <w:basedOn w:val="Paragrafoarenletra-tipolehenetsia"/>
    <w:rsid w:val="00C742C7"/>
  </w:style>
  <w:style w:type="character" w:styleId="citation-708" w:customStyle="1">
    <w:name w:val="citation-708"/>
    <w:basedOn w:val="Paragrafoarenletra-tipolehenetsia"/>
    <w:rsid w:val="00C742C7"/>
  </w:style>
  <w:style w:type="character" w:styleId="citation-707" w:customStyle="1">
    <w:name w:val="citation-707"/>
    <w:basedOn w:val="Paragrafoarenletra-tipolehenetsia"/>
    <w:rsid w:val="00C742C7"/>
  </w:style>
  <w:style w:type="character" w:styleId="citation-706" w:customStyle="1">
    <w:name w:val="citation-706"/>
    <w:basedOn w:val="Paragrafoarenletra-tipolehenetsia"/>
    <w:rsid w:val="00C742C7"/>
  </w:style>
  <w:style w:type="character" w:styleId="citation-705" w:customStyle="1">
    <w:name w:val="citation-705"/>
    <w:basedOn w:val="Paragrafoarenletra-tipolehenetsia"/>
    <w:rsid w:val="00C742C7"/>
  </w:style>
  <w:style w:type="character" w:styleId="citation-704" w:customStyle="1">
    <w:name w:val="citation-704"/>
    <w:basedOn w:val="Paragrafoarenletra-tipolehenetsia"/>
    <w:rsid w:val="00C742C7"/>
  </w:style>
  <w:style w:type="character" w:styleId="citation-703" w:customStyle="1">
    <w:name w:val="citation-703"/>
    <w:basedOn w:val="Paragrafoarenletra-tipolehenetsia"/>
    <w:rsid w:val="00C742C7"/>
  </w:style>
  <w:style w:type="character" w:styleId="citation-702" w:customStyle="1">
    <w:name w:val="citation-702"/>
    <w:basedOn w:val="Paragrafoarenletra-tipolehenetsia"/>
    <w:rsid w:val="00C742C7"/>
  </w:style>
  <w:style w:type="character" w:styleId="citation-701" w:customStyle="1">
    <w:name w:val="citation-701"/>
    <w:basedOn w:val="Paragrafoarenletra-tipolehenetsia"/>
    <w:rsid w:val="00C742C7"/>
  </w:style>
  <w:style w:type="character" w:styleId="citation-700" w:customStyle="1">
    <w:name w:val="citation-700"/>
    <w:basedOn w:val="Paragrafoarenletra-tipolehenetsia"/>
    <w:rsid w:val="00C742C7"/>
  </w:style>
  <w:style w:type="character" w:styleId="citation-699" w:customStyle="1">
    <w:name w:val="citation-699"/>
    <w:basedOn w:val="Paragrafoarenletra-tipolehenetsia"/>
    <w:rsid w:val="00C742C7"/>
  </w:style>
  <w:style w:type="character" w:styleId="citation-698" w:customStyle="1">
    <w:name w:val="citation-698"/>
    <w:basedOn w:val="Paragrafoarenletra-tipolehenetsia"/>
    <w:rsid w:val="00C742C7"/>
  </w:style>
  <w:style w:type="character" w:styleId="citation-697" w:customStyle="1">
    <w:name w:val="citation-697"/>
    <w:basedOn w:val="Paragrafoarenletra-tipolehenetsia"/>
    <w:rsid w:val="00C742C7"/>
  </w:style>
  <w:style w:type="character" w:styleId="citation-696" w:customStyle="1">
    <w:name w:val="citation-696"/>
    <w:basedOn w:val="Paragrafoarenletra-tipolehenetsia"/>
    <w:rsid w:val="00C742C7"/>
  </w:style>
  <w:style w:type="character" w:styleId="citation-695" w:customStyle="1">
    <w:name w:val="citation-695"/>
    <w:basedOn w:val="Paragrafoarenletra-tipolehenetsia"/>
    <w:rsid w:val="00C742C7"/>
  </w:style>
  <w:style w:type="character" w:styleId="citation-694" w:customStyle="1">
    <w:name w:val="citation-694"/>
    <w:basedOn w:val="Paragrafoarenletra-tipolehenetsia"/>
    <w:rsid w:val="00C742C7"/>
  </w:style>
  <w:style w:type="character" w:styleId="citation-693" w:customStyle="1">
    <w:name w:val="citation-693"/>
    <w:basedOn w:val="Paragrafoarenletra-tipolehenetsia"/>
    <w:rsid w:val="00C742C7"/>
  </w:style>
  <w:style w:type="character" w:styleId="citation-692" w:customStyle="1">
    <w:name w:val="citation-692"/>
    <w:basedOn w:val="Paragrafoarenletra-tipolehenetsia"/>
    <w:rsid w:val="00C742C7"/>
  </w:style>
  <w:style w:type="character" w:styleId="citation-691" w:customStyle="1">
    <w:name w:val="citation-691"/>
    <w:basedOn w:val="Paragrafoarenletra-tipolehenetsia"/>
    <w:rsid w:val="00C742C7"/>
  </w:style>
  <w:style w:type="character" w:styleId="TarterikezKar" w:customStyle="1">
    <w:name w:val="Tarterik ez Kar"/>
    <w:basedOn w:val="Paragrafoarenletra-tipolehenetsia"/>
    <w:link w:val="Tarterikez"/>
    <w:uiPriority w:val="1"/>
    <w:rsid w:val="005E4B8F"/>
  </w:style>
  <w:style w:type="paragraph" w:styleId="EA2">
    <w:name w:val="toc 2"/>
    <w:basedOn w:val="Normala"/>
    <w:next w:val="Normala"/>
    <w:autoRedefine/>
    <w:uiPriority w:val="39"/>
    <w:unhideWhenUsed/>
    <w:rsid w:val="00721D1A"/>
    <w:pPr>
      <w:spacing w:after="100" w:line="259" w:lineRule="auto"/>
      <w:ind w:left="220"/>
    </w:pPr>
    <w:rPr>
      <w:rFonts w:cs="Times New Roman"/>
      <w:lang w:val="eu-ES" w:eastAsia="eu-ES"/>
    </w:rPr>
  </w:style>
  <w:style w:type="paragraph" w:styleId="EA1">
    <w:name w:val="toc 1"/>
    <w:basedOn w:val="Normala"/>
    <w:next w:val="Normala"/>
    <w:autoRedefine/>
    <w:uiPriority w:val="39"/>
    <w:unhideWhenUsed/>
    <w:rsid w:val="00721D1A"/>
    <w:pPr>
      <w:spacing w:after="100" w:line="259" w:lineRule="auto"/>
    </w:pPr>
    <w:rPr>
      <w:rFonts w:cs="Times New Roman"/>
      <w:lang w:val="eu-ES" w:eastAsia="eu-ES"/>
    </w:rPr>
  </w:style>
  <w:style w:type="paragraph" w:styleId="EA3">
    <w:name w:val="toc 3"/>
    <w:basedOn w:val="Normala"/>
    <w:next w:val="Normala"/>
    <w:autoRedefine/>
    <w:uiPriority w:val="39"/>
    <w:unhideWhenUsed/>
    <w:rsid w:val="00721D1A"/>
    <w:pPr>
      <w:spacing w:after="100" w:line="259" w:lineRule="auto"/>
      <w:ind w:left="440"/>
    </w:pPr>
    <w:rPr>
      <w:rFonts w:cs="Times New Roman"/>
      <w:lang w:val="eu-ES" w:eastAsia="eu-ES"/>
    </w:rPr>
  </w:style>
  <w:style w:type="table" w:styleId="5sareta-taulailuna-5enfasia">
    <w:name w:val="Grid Table 5 Dark Accent 5"/>
    <w:basedOn w:val="Taulanormala"/>
    <w:uiPriority w:val="50"/>
    <w:rsid w:val="00803541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image" Target="media/image1.jpg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image" Target="media/image4.png" Id="rId15" /><Relationship Type="http://schemas.openxmlformats.org/officeDocument/2006/relationships/footnotes" Target="foot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png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Urratsez-urratseko motorren funtzionamendua, driverren erregulazioa eta DC-DC erregulatzaileen parametrizazioa nola egin behar den aztertzeaz gain, estainatze-teknika praktikoekin osatu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b0e02d-7b70-4413-b572-d44f1292ffc6">
      <Terms xmlns="http://schemas.microsoft.com/office/infopath/2007/PartnerControls"/>
    </lcf76f155ced4ddcb4097134ff3c332f>
    <TaxCatchAll xmlns="328b14d6-6e2c-4870-bd3d-20a4f0e49c9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26C5034DEF31469D687DC74110F0C4" ma:contentTypeVersion="18" ma:contentTypeDescription="Create a new document." ma:contentTypeScope="" ma:versionID="9749a2b4cca231bc632c3989b365264d">
  <xsd:schema xmlns:xsd="http://www.w3.org/2001/XMLSchema" xmlns:xs="http://www.w3.org/2001/XMLSchema" xmlns:p="http://schemas.microsoft.com/office/2006/metadata/properties" xmlns:ns2="fab0e02d-7b70-4413-b572-d44f1292ffc6" xmlns:ns3="328b14d6-6e2c-4870-bd3d-20a4f0e49c9e" targetNamespace="http://schemas.microsoft.com/office/2006/metadata/properties" ma:root="true" ma:fieldsID="ce32c62b3fb0868ee579d14af5c7af3f" ns2:_="" ns3:_="">
    <xsd:import namespace="fab0e02d-7b70-4413-b572-d44f1292ffc6"/>
    <xsd:import namespace="328b14d6-6e2c-4870-bd3d-20a4f0e49c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0e02d-7b70-4413-b572-d44f1292ff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8748ed3-a044-4069-afca-14a5a74919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b14d6-6e2c-4870-bd3d-20a4f0e49c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84c96b-0302-40db-b824-a3a76ee72efe}" ma:internalName="TaxCatchAll" ma:showField="CatchAllData" ma:web="328b14d6-6e2c-4870-bd3d-20a4f0e4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5BBACA-C442-4ED8-85FB-680A99FEAB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E66221-0E29-4D90-90E4-E90D51F99993}">
  <ds:schemaRefs>
    <ds:schemaRef ds:uri="http://schemas.microsoft.com/office/2006/metadata/properties"/>
    <ds:schemaRef ds:uri="http://schemas.microsoft.com/office/infopath/2007/PartnerControls"/>
    <ds:schemaRef ds:uri="fab0e02d-7b70-4413-b572-d44f1292ffc6"/>
    <ds:schemaRef ds:uri="328b14d6-6e2c-4870-bd3d-20a4f0e49c9e"/>
  </ds:schemaRefs>
</ds:datastoreItem>
</file>

<file path=customXml/itemProps4.xml><?xml version="1.0" encoding="utf-8"?>
<ds:datastoreItem xmlns:ds="http://schemas.openxmlformats.org/officeDocument/2006/customXml" ds:itemID="{CF6150FC-D6A0-46F1-B3CF-0B0D732FA568}"/>
</file>

<file path=customXml/itemProps5.xml><?xml version="1.0" encoding="utf-8"?>
<ds:datastoreItem xmlns:ds="http://schemas.openxmlformats.org/officeDocument/2006/customXml" ds:itemID="{3B10E9CE-9852-4ABD-BE86-BEF6C16F6B6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LCAMP robotaren muntaketa elektronikoa: Osagaien soldadura, motorren driver-en erregulazioa eta DC-DC bihurgailuak</dc:title>
  <dc:subject>Osagaien soldadura, motorren driver-en erregulazioa eta DC-DC bihurgailuak</dc:subject>
  <dc:creator>Ane Albisua – Miguel Altuna LHII</dc:creator>
  <cp:keywords/>
  <dc:description>generated by python-docx</dc:description>
  <cp:lastModifiedBy>lerrasti</cp:lastModifiedBy>
  <cp:revision>6</cp:revision>
  <dcterms:created xsi:type="dcterms:W3CDTF">2025-07-03T08:22:00Z</dcterms:created>
  <dcterms:modified xsi:type="dcterms:W3CDTF">2025-11-13T11:07:29Z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0x010100B026C5034DEF31469D687DC74110F0C4</vt:lpwstr>
  </property>
  <property fmtid="{D5CDD505-2E9C-101B-9397-08002B2CF9AE}" pid="3" name="MediaServiceImageTags">
    <vt:lpwstr/>
  </property>
</Properties>
</file>