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sdt>
      <w:sdtPr>
        <w:rPr>
          <w:rFonts w:ascii="Arial" w:hAnsi="Arial" w:cs="Arial"/>
          <w:sz w:val="24"/>
          <w:szCs w:val="24"/>
        </w:rPr>
        <w:id w:val="669683428"/>
        <w:docPartObj>
          <w:docPartGallery w:val="Cover Pages"/>
          <w:docPartUnique/>
        </w:docPartObj>
      </w:sdtPr>
      <w:sdtEndPr>
        <w:rPr>
          <w:rFonts w:ascii="Arial" w:hAnsi="Arial" w:eastAsia="Times New Roman" w:cs="Arial"/>
          <w:b w:val="1"/>
          <w:bCs w:val="1"/>
          <w:sz w:val="24"/>
          <w:szCs w:val="24"/>
          <w:lang w:val="eu-ES" w:eastAsia="eu-ES"/>
        </w:rPr>
      </w:sdtEndPr>
      <w:sdtContent>
        <w:p w:rsidRPr="002C2419" w:rsidR="005E4B8F" w:rsidRDefault="005E4B8F" w14:paraId="420BB14E" w14:textId="77777777">
          <w:pPr>
            <w:rPr>
              <w:rFonts w:ascii="Arial" w:hAnsi="Arial" w:cs="Arial"/>
              <w:sz w:val="24"/>
              <w:szCs w:val="24"/>
              <w:lang w:val="es-ES"/>
            </w:rPr>
          </w:pP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w:drawing>
              <wp:anchor distT="0" distB="0" distL="114300" distR="114300" simplePos="0" relativeHeight="251665408" behindDoc="0" locked="0" layoutInCell="1" allowOverlap="1" wp14:anchorId="001EB737" wp14:editId="35676C75">
                <wp:simplePos x="0" y="0"/>
                <wp:positionH relativeFrom="column">
                  <wp:posOffset>-851535</wp:posOffset>
                </wp:positionH>
                <wp:positionV relativeFrom="paragraph">
                  <wp:posOffset>-882015</wp:posOffset>
                </wp:positionV>
                <wp:extent cx="2056569" cy="1196340"/>
                <wp:effectExtent l="0" t="0" r="1270" b="3810"/>
                <wp:wrapNone/>
                <wp:docPr id="2" name="Irudi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riginala sloganarekin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8143" cy="1197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BB8962D" wp14:editId="5366241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149. taldea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51. laukizuzena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151. laukizuzena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149. taldea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3DF18A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">
                    <v:shape id="51. laukizuzena" style="position:absolute;width:73152;height:11303;visibility:visible;mso-wrap-style:square;v-text-anchor:middle" coordsize="7312660,1129665" o:spid="_x0000_s1027" fillcolor="#4f81bd [3204]" stroked="f" strokeweight="2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>
                      <v:path arrowok="t" o:connecttype="custom" o:connectlocs="0,0;7315200,0;7315200,1130373;3620757,733885;0,1092249;0,0" o:connectangles="0,0,0,0,0,0"/>
                    </v:shape>
                    <v:rect id="151. laukizuzena" style="position:absolute;width:73152;height:12161;visibility:visible;mso-wrap-style:square;v-text-anchor:middle" o:spid="_x0000_s1028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>
                      <v:fill type="frame" o:title="" recolor="t" rotate="t" r:id="rId14"/>
                    </v:rect>
                    <w10:wrap anchorx="page" anchory="page"/>
                  </v:group>
                </w:pict>
              </mc:Fallback>
            </mc:AlternateContent>
          </w: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084A90F" wp14:editId="4C56583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152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es-ES"/>
                                  </w:rPr>
                                  <w:alias w:val="Egilea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Pr="005E4B8F" w:rsidR="005E4B8F" w:rsidRDefault="005E4B8F" w14:paraId="02023EF1" w14:textId="77777777">
                                    <w:pPr>
                                      <w:pStyle w:val="Tarterikez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5E4B8F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Ane Albisua – Miguel </w:t>
                                    </w:r>
                                    <w:proofErr w:type="spellStart"/>
                                    <w:r w:rsidRPr="005E4B8F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Al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tuna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 LHII</w:t>
                                    </w:r>
                                  </w:p>
                                </w:sdtContent>
                              </w:sdt>
                              <w:p w:rsidRPr="005E4B8F" w:rsidR="005E4B8F" w:rsidRDefault="00395406" w14:paraId="2B355A8D" w14:textId="77777777">
                                <w:pPr>
                                  <w:pStyle w:val="Tarterikez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Helbide elektronikoa"/>
                                    <w:tag w:val="Helbide elektronikoa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5E4B8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 w14:anchorId="1084A90F">
                    <v:stroke joinstyle="miter"/>
                    <v:path gradientshapeok="t" o:connecttype="rect"/>
                  </v:shapetype>
                  <v:shape id="152. testu-koadroa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CXtSsQ&#10;gwIAAGcFAAAOAAAAAAAAAAAAAAAAAC4CAABkcnMvZTJvRG9jLnhtbFBLAQItABQABgAIAAAAIQDs&#10;Cl+U3QAAAAYBAAAPAAAAAAAAAAAAAAAAAN0EAABkcnMvZG93bnJldi54bWxQSwUGAAAAAAQABADz&#10;AAAA5wUAAAAA&#10;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  <w:lang w:val="es-ES"/>
                            </w:rPr>
                            <w:alias w:val="Egilea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Pr="005E4B8F" w:rsidR="005E4B8F" w:rsidRDefault="005E4B8F" w14:paraId="02023EF1" w14:textId="77777777">
                              <w:pPr>
                                <w:pStyle w:val="Tarterikez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5E4B8F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 xml:space="preserve">Ane Albisua – Miguel </w:t>
                              </w:r>
                              <w:proofErr w:type="spellStart"/>
                              <w:r w:rsidRPr="005E4B8F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Al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tuna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 xml:space="preserve"> LHII</w:t>
                              </w:r>
                            </w:p>
                          </w:sdtContent>
                        </w:sdt>
                        <w:p w:rsidRPr="005E4B8F" w:rsidR="005E4B8F" w:rsidRDefault="00395406" w14:paraId="2B355A8D" w14:textId="77777777">
                          <w:pPr>
                            <w:pStyle w:val="Tarterikez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Helbide elektronikoa"/>
                              <w:tag w:val="Helbide elektronikoa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5E4B8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7837041" wp14:editId="78763684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154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Pr="005E4B8F" w:rsidR="005E4B8F" w:rsidRDefault="00395406" w14:paraId="076F9891" w14:textId="77777777">
                                <w:pPr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 w:eastAsiaTheme="majorEastAsia"/>
                                      <w:b/>
                                      <w:bCs/>
                                      <w:color w:val="365F91" w:themeColor="accent1" w:themeShade="BF"/>
                                      <w:sz w:val="36"/>
                                      <w:szCs w:val="36"/>
                                      <w:lang w:val="eu-ES"/>
                                    </w:rPr>
                                    <w:alias w:val="Titulua"/>
                                    <w:tag w:val=""/>
                                    <w:id w:val="63014107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DE439B">
                                      <w:rPr>
                                        <w:rFonts w:ascii="Arial" w:hAnsi="Arial" w:cs="Arial" w:eastAsiaTheme="majorEastAsia"/>
                                        <w:b/>
                                        <w:bCs/>
                                        <w:color w:val="365F91" w:themeColor="accent1" w:themeShade="BF"/>
                                        <w:sz w:val="36"/>
                                        <w:szCs w:val="36"/>
                                        <w:lang w:val="eu-ES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Pr="00DE439B" w:rsidR="00DE439B" w:rsidP="00DE439B" w:rsidRDefault="0079164F" w14:paraId="5F3CB356" w14:textId="77777777">
                                <w:pPr>
                                  <w:pStyle w:val="1izenburua"/>
                                  <w:spacing w:line="360" w:lineRule="auto"/>
                                  <w:ind w:left="360"/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  <w:lang w:val="eu-ES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  <w:lang w:val="eu-ES"/>
                                  </w:rPr>
                                  <w:t>ERRUBRIKA LAGUNGARRIAK</w:t>
                                </w:r>
                              </w:p>
                              <w:p w:rsidRPr="00DE439B" w:rsidR="005E4B8F" w:rsidRDefault="005E4B8F" w14:paraId="36B8E114" w14:textId="77777777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  <w:lang w:val="eu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154. testu-koadroa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" w14:anchorId="27837041">
                    <v:textbox inset="126pt,0,54pt,0">
                      <w:txbxContent>
                        <w:p w:rsidRPr="005E4B8F" w:rsidR="005E4B8F" w:rsidRDefault="00395406" w14:paraId="076F9891" w14:textId="77777777">
                          <w:pPr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  <w:lang w:val="es-ES"/>
                            </w:rPr>
                          </w:pPr>
                          <w:sdt>
                            <w:sdtPr>
                              <w:rPr>
                                <w:rFonts w:ascii="Arial" w:hAnsi="Arial" w:cs="Arial" w:eastAsiaTheme="majorEastAsia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  <w:lang w:val="eu-ES"/>
                              </w:rPr>
                              <w:alias w:val="Titulua"/>
                              <w:tag w:val=""/>
                              <w:id w:val="63014107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DE439B">
                                <w:rPr>
                                  <w:rFonts w:ascii="Arial" w:hAnsi="Arial" w:cs="Arial" w:eastAsiaTheme="majorEastAsia"/>
                                  <w:b/>
                                  <w:bCs/>
                                  <w:color w:val="365F91" w:themeColor="accent1" w:themeShade="BF"/>
                                  <w:sz w:val="36"/>
                                  <w:szCs w:val="36"/>
                                  <w:lang w:val="eu-ES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Pr="00DE439B" w:rsidR="00DE439B" w:rsidP="00DE439B" w:rsidRDefault="0079164F" w14:paraId="5F3CB356" w14:textId="77777777">
                          <w:pPr>
                            <w:pStyle w:val="1izenburua"/>
                            <w:spacing w:line="360" w:lineRule="auto"/>
                            <w:ind w:left="360"/>
                            <w:rPr>
                              <w:rFonts w:ascii="Arial" w:hAnsi="Arial" w:cs="Arial"/>
                              <w:sz w:val="44"/>
                              <w:szCs w:val="44"/>
                              <w:lang w:val="eu-ES"/>
                            </w:rPr>
                          </w:pPr>
                          <w:r>
                            <w:rPr>
                              <w:rFonts w:ascii="Arial" w:hAnsi="Arial" w:cs="Arial"/>
                              <w:sz w:val="44"/>
                              <w:szCs w:val="44"/>
                              <w:lang w:val="eu-ES"/>
                            </w:rPr>
                            <w:t>ERRUBRIKA LAGUNGARRIAK</w:t>
                          </w:r>
                        </w:p>
                        <w:p w:rsidRPr="00DE439B" w:rsidR="005E4B8F" w:rsidRDefault="005E4B8F" w14:paraId="36B8E114" w14:textId="77777777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  <w:lang w:val="eu-E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Pr="002C2419" w:rsidR="005E4B8F" w:rsidRDefault="005E4B8F" w14:paraId="559DCEC8" w14:textId="77777777">
          <w:pPr>
            <w:rPr>
              <w:rFonts w:ascii="Arial" w:hAnsi="Arial" w:eastAsia="Times New Roman" w:cs="Arial"/>
              <w:sz w:val="24"/>
              <w:szCs w:val="24"/>
              <w:lang w:val="eu-ES" w:eastAsia="eu-ES"/>
            </w:rPr>
          </w:pP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w:drawing>
              <wp:anchor distT="114300" distB="114300" distL="114300" distR="114300" simplePos="0" relativeHeight="251664384" behindDoc="0" locked="0" layoutInCell="1" hidden="0" allowOverlap="1" wp14:anchorId="6A165C0A" wp14:editId="76D5CFA9">
                <wp:simplePos x="0" y="0"/>
                <wp:positionH relativeFrom="column">
                  <wp:posOffset>1303020</wp:posOffset>
                </wp:positionH>
                <wp:positionV relativeFrom="paragraph">
                  <wp:posOffset>1025525</wp:posOffset>
                </wp:positionV>
                <wp:extent cx="3246120" cy="1478280"/>
                <wp:effectExtent l="0" t="0" r="0" b="7620"/>
                <wp:wrapNone/>
                <wp:docPr id="1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6120" cy="14782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2419">
            <w:rPr>
              <w:rFonts w:ascii="Arial" w:hAnsi="Arial" w:eastAsia="Times New Roman" w:cs="Arial"/>
              <w:b/>
              <w:bCs/>
              <w:sz w:val="24"/>
              <w:szCs w:val="24"/>
              <w:lang w:val="eu-ES" w:eastAsia="eu-ES"/>
            </w:rPr>
            <w:br w:type="page"/>
          </w:r>
        </w:p>
      </w:sdtContent>
    </w:sdt>
    <w:sdt>
      <w:sdtPr>
        <w:id w:val="-46612841"/>
        <w:docPartObj>
          <w:docPartGallery w:val="Table of Contents"/>
          <w:docPartUnique/>
        </w:docPartObj>
        <w:rPr>
          <w:rFonts w:ascii="Arial" w:hAnsi="Arial" w:eastAsia="ＭＳ 明朝" w:cs="Arial" w:eastAsiaTheme="minorEastAsia"/>
          <w:b w:val="0"/>
          <w:bCs w:val="0"/>
          <w:color w:val="auto"/>
          <w:sz w:val="24"/>
          <w:szCs w:val="24"/>
          <w:lang w:val="eu-ES"/>
        </w:rPr>
      </w:sdtPr>
      <w:sdtEndPr>
        <w:rPr>
          <w:rFonts w:ascii="Arial" w:hAnsi="Arial" w:eastAsia="ＭＳ 明朝" w:cs="Arial" w:eastAsiaTheme="minorEastAsia"/>
          <w:b w:val="0"/>
          <w:bCs w:val="0"/>
          <w:color w:val="auto"/>
          <w:sz w:val="24"/>
          <w:szCs w:val="24"/>
          <w:lang w:val="en-US"/>
        </w:rPr>
      </w:sdtEndPr>
      <w:sdtContent>
        <w:p w:rsidRPr="002C2419" w:rsidR="00C21BB1" w:rsidRDefault="00C21BB1" w14:paraId="2212B982" w14:textId="77777777">
          <w:pPr>
            <w:pStyle w:val="TOCizenburua"/>
            <w:rPr>
              <w:rFonts w:ascii="Arial" w:hAnsi="Arial" w:cs="Arial"/>
              <w:sz w:val="24"/>
              <w:szCs w:val="24"/>
              <w:lang w:val="eu-ES"/>
            </w:rPr>
          </w:pPr>
          <w:r w:rsidRPr="002C2419">
            <w:rPr>
              <w:rFonts w:ascii="Arial" w:hAnsi="Arial" w:cs="Arial"/>
              <w:sz w:val="24"/>
              <w:szCs w:val="24"/>
              <w:lang w:val="eu-ES"/>
            </w:rPr>
            <w:t>Edukia</w:t>
          </w:r>
        </w:p>
        <w:p w:rsidRPr="002C2419" w:rsidR="00C21BB1" w:rsidP="00C21BB1" w:rsidRDefault="00C21BB1" w14:paraId="43636474" w14:textId="77777777">
          <w:pPr>
            <w:jc w:val="right"/>
            <w:rPr>
              <w:rFonts w:ascii="Arial" w:hAnsi="Arial" w:cs="Arial"/>
              <w:sz w:val="24"/>
              <w:szCs w:val="24"/>
              <w:lang w:val="eu-ES"/>
            </w:rPr>
          </w:pPr>
        </w:p>
        <w:p w:rsidR="00311A94" w:rsidRDefault="00C21BB1" w14:paraId="571180C5" w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r w:rsidRPr="002C2419">
            <w:rPr>
              <w:rFonts w:ascii="Arial" w:hAnsi="Arial" w:cs="Arial"/>
              <w:sz w:val="24"/>
              <w:szCs w:val="24"/>
            </w:rPr>
            <w:fldChar w:fldCharType="begin"/>
          </w:r>
          <w:r w:rsidRPr="002C241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2C2419">
            <w:rPr>
              <w:rFonts w:ascii="Arial" w:hAnsi="Arial" w:cs="Arial"/>
              <w:sz w:val="24"/>
              <w:szCs w:val="24"/>
            </w:rPr>
            <w:fldChar w:fldCharType="separate"/>
          </w:r>
          <w:hyperlink w:history="1" w:anchor="_Toc202768973" r:id="rId16">
            <w:r w:rsidRPr="00BB1D12" w:rsidR="00311A94">
              <w:rPr>
                <w:rStyle w:val="Hiperesteka"/>
                <w:rFonts w:ascii="Arial" w:hAnsi="Arial" w:cs="Arial"/>
                <w:noProof/>
              </w:rPr>
              <w:t>“Sensor Box" estazioa: UR Robota, AV Camera eta MIR Mobile Robota integratzea.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_Toc202768973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0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5585DC1C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74">
            <w:r w:rsidRPr="00BB1D12" w:rsidR="00311A94">
              <w:rPr>
                <w:rStyle w:val="Hiperesteka"/>
                <w:rFonts w:ascii="Arial" w:hAnsi="Arial" w:cs="Arial"/>
                <w:noProof/>
              </w:rPr>
              <w:t>1.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"Sensor Box" estazioa: UR Robota, AV Camera eta MIR Mobile Robota integratzea.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_Toc202768974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2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0B59F026" w14:textId="77777777">
          <w:pPr>
            <w:pStyle w:val="EA1"/>
            <w:tabs>
              <w:tab w:val="left" w:pos="66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75">
            <w:r w:rsidRPr="00BB1D12" w:rsidR="00311A94">
              <w:rPr>
                <w:rStyle w:val="Hiperesteka"/>
                <w:rFonts w:ascii="Arial" w:hAnsi="Arial" w:cs="Arial"/>
                <w:noProof/>
              </w:rPr>
              <w:t>1.1.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Helburuak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_Toc202768975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2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145E8A58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76">
            <w:r w:rsidRPr="00BB1D12" w:rsidR="00311A94">
              <w:rPr>
                <w:rStyle w:val="Hiperesteka"/>
                <w:rFonts w:ascii="Arial" w:hAnsi="Arial" w:cs="Arial"/>
                <w:noProof/>
              </w:rPr>
              <w:t>2.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Curriculum-a eta Helburu Didaktikoak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_Toc202768976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3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09EE0FB7" w14:textId="77777777">
          <w:pPr>
            <w:pStyle w:val="EA1"/>
            <w:tabs>
              <w:tab w:val="left" w:pos="66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77">
            <w:r w:rsidRPr="00BB1D12" w:rsidR="00311A94">
              <w:rPr>
                <w:rStyle w:val="Hiperesteka"/>
                <w:rFonts w:ascii="Arial" w:hAnsi="Arial" w:cs="Arial"/>
                <w:noProof/>
              </w:rPr>
              <w:t>2.1.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Hezkuntza sistemaren curriculumarekin lerrokatutako helburuak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_Toc202768977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3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0CDD865F" w14:textId="77777777">
          <w:pPr>
            <w:pStyle w:val="EA1"/>
            <w:tabs>
              <w:tab w:val="left" w:pos="88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78">
            <w:r w:rsidRPr="00BB1D12" w:rsidR="00311A94">
              <w:rPr>
                <w:rStyle w:val="Hiperesteka"/>
                <w:rFonts w:ascii="Arial" w:hAnsi="Arial" w:cs="Arial"/>
                <w:noProof/>
              </w:rPr>
              <w:t>2.1.1.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Konpetentzia teknikoak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_Toc202768978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3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2978A867" w14:textId="77777777">
          <w:pPr>
            <w:pStyle w:val="EA1"/>
            <w:tabs>
              <w:tab w:val="left" w:pos="88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79">
            <w:r w:rsidRPr="00BB1D12" w:rsidR="00311A94">
              <w:rPr>
                <w:rStyle w:val="Hiperesteka"/>
                <w:rFonts w:ascii="Arial" w:hAnsi="Arial" w:cs="Arial"/>
                <w:noProof/>
              </w:rPr>
              <w:t>2.1.2.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Zeharkako gaitasunak: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_Toc202768979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5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14E1529C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80">
            <w:r w:rsidRPr="00BB1D12" w:rsidR="00311A94">
              <w:rPr>
                <w:rStyle w:val="Hiperesteka"/>
                <w:rFonts w:ascii="Arial" w:hAnsi="Arial" w:cs="Arial"/>
                <w:noProof/>
              </w:rPr>
              <w:t>3.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Edukiak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_Toc202768980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5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232AE053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81">
            <w:r w:rsidRPr="00BB1D12" w:rsidR="00311A94">
              <w:rPr>
                <w:rStyle w:val="Hiperesteka"/>
                <w:rFonts w:ascii="Arial" w:hAnsi="Arial" w:cs="Arial"/>
                <w:noProof/>
              </w:rPr>
              <w:t>4.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Metodologia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_Toc202768981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6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3EEC85BA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82">
            <w:r w:rsidRPr="00BB1D12" w:rsidR="00311A94">
              <w:rPr>
                <w:rStyle w:val="Hiperesteka"/>
                <w:rFonts w:ascii="Arial" w:hAnsi="Arial" w:cs="Arial"/>
                <w:noProof/>
              </w:rPr>
              <w:t>5.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Jardueren Garapena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_Toc202768982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6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12D3058B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83">
            <w:r w:rsidRPr="00BB1D12" w:rsidR="00311A94">
              <w:rPr>
                <w:rStyle w:val="Hiperesteka"/>
                <w:rFonts w:ascii="Arial" w:hAnsi="Arial" w:cs="Arial"/>
                <w:noProof/>
              </w:rPr>
              <w:t>6.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Ebaluazioa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_Toc202768983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7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44885839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84">
            <w:r w:rsidRPr="00BB1D12" w:rsidR="00311A94">
              <w:rPr>
                <w:rStyle w:val="Hiperesteka"/>
                <w:rFonts w:ascii="Arial" w:hAnsi="Arial" w:cs="Arial"/>
                <w:noProof/>
              </w:rPr>
              <w:t>7.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Material Didaktikoa eta Baliabideak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_Toc202768984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7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3DAD5B6C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85">
            <w:r w:rsidRPr="00BB1D12" w:rsidR="00311A94">
              <w:rPr>
                <w:rStyle w:val="Hiperesteka"/>
                <w:rFonts w:ascii="Arial" w:hAnsi="Arial" w:cs="Arial"/>
                <w:noProof/>
              </w:rPr>
              <w:t>8.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Denbora Antolamendua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_Toc202768985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8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3E991A79" w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86">
            <w:r w:rsidRPr="00BB1D12" w:rsidR="00311A94">
              <w:rPr>
                <w:rStyle w:val="Hiperesteka"/>
                <w:rFonts w:ascii="Arial" w:hAnsi="Arial" w:cs="Arial"/>
                <w:noProof/>
              </w:rPr>
              <w:t>9.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Inklusioa eta Aniztasunaren Arreta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_Toc202768986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8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="00311A94" w:rsidRDefault="00395406" w14:paraId="12995E70" w14:textId="77777777">
          <w:pPr>
            <w:pStyle w:val="EA1"/>
            <w:tabs>
              <w:tab w:val="left" w:pos="66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8987">
            <w:r w:rsidRPr="00BB1D12" w:rsidR="00311A94">
              <w:rPr>
                <w:rStyle w:val="Hiperesteka"/>
                <w:rFonts w:ascii="Arial" w:hAnsi="Arial" w:cs="Arial"/>
                <w:noProof/>
              </w:rPr>
              <w:t>10.</w:t>
            </w:r>
            <w:r w:rsidR="00311A94">
              <w:rPr>
                <w:rFonts w:cstheme="minorBidi"/>
                <w:noProof/>
              </w:rPr>
              <w:tab/>
            </w:r>
            <w:r w:rsidRPr="00BB1D12" w:rsidR="00311A94">
              <w:rPr>
                <w:rStyle w:val="Hiperesteka"/>
                <w:rFonts w:ascii="Arial" w:hAnsi="Arial" w:cs="Arial"/>
                <w:noProof/>
              </w:rPr>
              <w:t>Oharrak eta Gomendio Pedagogikoak</w:t>
            </w:r>
            <w:r w:rsidR="00311A94">
              <w:rPr>
                <w:noProof/>
                <w:webHidden/>
              </w:rPr>
              <w:tab/>
            </w:r>
            <w:r w:rsidR="00311A94">
              <w:rPr>
                <w:noProof/>
                <w:webHidden/>
              </w:rPr>
              <w:fldChar w:fldCharType="begin"/>
            </w:r>
            <w:r w:rsidR="00311A94">
              <w:rPr>
                <w:noProof/>
                <w:webHidden/>
              </w:rPr>
              <w:instrText xml:space="preserve"> PAGEREF _Toc202768987 \h </w:instrText>
            </w:r>
            <w:r w:rsidR="00311A94">
              <w:rPr>
                <w:noProof/>
                <w:webHidden/>
              </w:rPr>
            </w:r>
            <w:r w:rsidR="00311A94">
              <w:rPr>
                <w:noProof/>
                <w:webHidden/>
              </w:rPr>
              <w:fldChar w:fldCharType="separate"/>
            </w:r>
            <w:r w:rsidR="00311A94">
              <w:rPr>
                <w:noProof/>
                <w:webHidden/>
              </w:rPr>
              <w:t>9</w:t>
            </w:r>
            <w:r w:rsidR="00311A94">
              <w:rPr>
                <w:noProof/>
                <w:webHidden/>
              </w:rPr>
              <w:fldChar w:fldCharType="end"/>
            </w:r>
          </w:hyperlink>
        </w:p>
        <w:p w:rsidRPr="002C2419" w:rsidR="00C21BB1" w:rsidRDefault="00C21BB1" w14:paraId="20C8B74C" w14:textId="77777777">
          <w:pPr>
            <w:rPr>
              <w:rFonts w:ascii="Arial" w:hAnsi="Arial" w:cs="Arial"/>
              <w:sz w:val="24"/>
              <w:szCs w:val="24"/>
            </w:rPr>
          </w:pPr>
          <w:r w:rsidRPr="002C2419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Pr="002C2419" w:rsidR="00C21BB1" w:rsidRDefault="00C21BB1" w14:paraId="4F2C9276" w14:textId="77777777">
      <w:pPr>
        <w:rPr>
          <w:rFonts w:ascii="Arial" w:hAnsi="Arial" w:cs="Arial" w:eastAsiaTheme="majorEastAsia"/>
          <w:b/>
          <w:bCs/>
          <w:color w:val="365F91" w:themeColor="accent1" w:themeShade="BF"/>
          <w:sz w:val="24"/>
          <w:szCs w:val="24"/>
          <w:lang w:val="eu-ES"/>
        </w:rPr>
      </w:pPr>
      <w:r w:rsidRPr="002C2419">
        <w:rPr>
          <w:rFonts w:ascii="Arial" w:hAnsi="Arial" w:cs="Arial"/>
          <w:sz w:val="24"/>
          <w:szCs w:val="24"/>
          <w:lang w:val="eu-ES"/>
        </w:rPr>
        <w:br w:type="page"/>
      </w:r>
    </w:p>
    <w:p w:rsidR="00D3238E" w:rsidP="00395406" w:rsidRDefault="00D3238E" w14:paraId="7BFB8704" w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8974" w:id="0"/>
      <w:r w:rsidRPr="002C2419">
        <w:rPr>
          <w:rFonts w:ascii="Arial" w:hAnsi="Arial" w:cs="Arial"/>
          <w:szCs w:val="24"/>
          <w:lang w:val="eu-ES"/>
        </w:rPr>
        <w:lastRenderedPageBreak/>
        <w:t>"</w:t>
      </w:r>
      <w:proofErr w:type="spellStart"/>
      <w:r w:rsidRPr="002C2419">
        <w:rPr>
          <w:rFonts w:ascii="Arial" w:hAnsi="Arial" w:cs="Arial"/>
          <w:szCs w:val="24"/>
          <w:lang w:val="eu-ES"/>
        </w:rPr>
        <w:t>Sensor</w:t>
      </w:r>
      <w:proofErr w:type="spellEnd"/>
      <w:r w:rsidRPr="002C2419">
        <w:rPr>
          <w:rFonts w:ascii="Arial" w:hAnsi="Arial" w:cs="Arial"/>
          <w:szCs w:val="24"/>
          <w:lang w:val="eu-ES"/>
        </w:rPr>
        <w:t xml:space="preserve"> Box" </w:t>
      </w:r>
      <w:r w:rsidR="0079164F">
        <w:rPr>
          <w:rFonts w:ascii="Arial" w:hAnsi="Arial" w:cs="Arial"/>
          <w:szCs w:val="24"/>
          <w:lang w:val="eu-ES"/>
        </w:rPr>
        <w:t>E</w:t>
      </w:r>
      <w:r w:rsidRPr="002C2419">
        <w:rPr>
          <w:rFonts w:ascii="Arial" w:hAnsi="Arial" w:cs="Arial"/>
          <w:szCs w:val="24"/>
          <w:lang w:val="eu-ES"/>
        </w:rPr>
        <w:t xml:space="preserve">stazioa: </w:t>
      </w:r>
      <w:bookmarkEnd w:id="0"/>
      <w:r w:rsidR="0079164F">
        <w:rPr>
          <w:rFonts w:ascii="Arial" w:hAnsi="Arial" w:cs="Arial"/>
          <w:szCs w:val="24"/>
          <w:lang w:val="eu-ES"/>
        </w:rPr>
        <w:t>Ebaluaziorako Errubriken Sistema</w:t>
      </w:r>
    </w:p>
    <w:p w:rsidRPr="002C2419" w:rsidR="00D3238E" w:rsidP="00D3238E" w:rsidRDefault="00D3238E" w14:paraId="7B778F99" w14:textId="77777777">
      <w:pPr>
        <w:rPr>
          <w:rFonts w:ascii="Arial" w:hAnsi="Arial" w:cs="Arial"/>
          <w:sz w:val="24"/>
          <w:szCs w:val="24"/>
          <w:lang w:val="eu-ES"/>
        </w:rPr>
      </w:pPr>
    </w:p>
    <w:p w:rsidRPr="00101266" w:rsidR="00101266" w:rsidP="00101266" w:rsidRDefault="00101266" w14:paraId="34CCD732" w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Ebaluazio sistema hau "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Sensor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Box" estazioko ikastarorako diseinatuta dago, non ikasleek automatizazio aurreratuko gaitasunak garatzen dituzten 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Learning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Factory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ingurunean. Ikastaro honek UR5 robot 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kolaboratiboa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, 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Cognex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ikusmen sistema, 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MiR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robot mugikorra eta Siemens S7-1500 PLC integratzen ditu industria 4.0-ren testuinguruan.</w:t>
      </w:r>
    </w:p>
    <w:p w:rsidRPr="00101266" w:rsidR="00101266" w:rsidP="00101266" w:rsidRDefault="00101266" w14:paraId="31686152" w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Errubriken sistemaren helburua ikaslearen ikaskuntza prozesua modu objektibo eta egituratu batean ebaluatzea da, lau alor nagusitan oinarrituta:</w:t>
      </w:r>
    </w:p>
    <w:p w:rsidRPr="00101266" w:rsidR="00101266" w:rsidP="00395406" w:rsidRDefault="00101266" w14:paraId="0C6A5D8F" w14:textId="77777777">
      <w:pPr>
        <w:pStyle w:val="Zerrenda-paragrafoa"/>
        <w:numPr>
          <w:ilvl w:val="0"/>
          <w:numId w:val="11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01266">
        <w:rPr>
          <w:rFonts w:ascii="Arial" w:hAnsi="Arial" w:eastAsia="Times New Roman" w:cs="Arial"/>
          <w:b/>
          <w:sz w:val="24"/>
          <w:szCs w:val="24"/>
          <w:lang w:val="eu-ES" w:eastAsia="eu-ES"/>
        </w:rPr>
        <w:t>Ezagutza Teknikoa</w:t>
      </w:r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: Robotika, automatizazioa eta ikusmen artifizialaren programazio eta konfigurazio gaitasunak</w:t>
      </w:r>
    </w:p>
    <w:p w:rsidRPr="00101266" w:rsidR="00101266" w:rsidP="00395406" w:rsidRDefault="00101266" w14:paraId="6793F776" w14:textId="77777777">
      <w:pPr>
        <w:pStyle w:val="Zerrenda-paragrafoa"/>
        <w:numPr>
          <w:ilvl w:val="0"/>
          <w:numId w:val="11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01266">
        <w:rPr>
          <w:rFonts w:ascii="Arial" w:hAnsi="Arial" w:eastAsia="Times New Roman" w:cs="Arial"/>
          <w:b/>
          <w:sz w:val="24"/>
          <w:szCs w:val="24"/>
          <w:lang w:val="eu-ES" w:eastAsia="eu-ES"/>
        </w:rPr>
        <w:t>Aplikazio Praktikoa:</w:t>
      </w:r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Sistemaren integrazioa eta proiektu errealetan aplikatzeko gaitasuna</w:t>
      </w:r>
    </w:p>
    <w:p w:rsidRPr="00101266" w:rsidR="00101266" w:rsidP="00395406" w:rsidRDefault="00101266" w14:paraId="328952C5" w14:textId="77777777">
      <w:pPr>
        <w:pStyle w:val="Zerrenda-paragrafoa"/>
        <w:numPr>
          <w:ilvl w:val="0"/>
          <w:numId w:val="11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01266">
        <w:rPr>
          <w:rFonts w:ascii="Arial" w:hAnsi="Arial" w:eastAsia="Times New Roman" w:cs="Arial"/>
          <w:b/>
          <w:sz w:val="24"/>
          <w:szCs w:val="24"/>
          <w:lang w:val="eu-ES" w:eastAsia="eu-ES"/>
        </w:rPr>
        <w:t>Dokumentazioa:</w:t>
      </w:r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Komunikazio teknikoa eta emaitzen aurkezpena</w:t>
      </w:r>
    </w:p>
    <w:p w:rsidRPr="00101266" w:rsidR="00101266" w:rsidP="00395406" w:rsidRDefault="00101266" w14:paraId="59390E6E" w14:textId="77777777">
      <w:pPr>
        <w:pStyle w:val="Zerrenda-paragrafoa"/>
        <w:numPr>
          <w:ilvl w:val="0"/>
          <w:numId w:val="11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01266">
        <w:rPr>
          <w:rFonts w:ascii="Arial" w:hAnsi="Arial" w:eastAsia="Times New Roman" w:cs="Arial"/>
          <w:b/>
          <w:sz w:val="24"/>
          <w:szCs w:val="24"/>
          <w:lang w:val="eu-ES" w:eastAsia="eu-ES"/>
        </w:rPr>
        <w:t>Jarrera Profesionala:</w:t>
      </w:r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Segurtasuna, lankidetza eta lan-ohitura egokiak</w:t>
      </w:r>
    </w:p>
    <w:p w:rsidRPr="00101266" w:rsidR="00101266" w:rsidP="00101266" w:rsidRDefault="00101266" w14:paraId="7CEB7B02" w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Sistema honek ebaluazio jarraia eta formatiboa sustatu nahi du, feedback-a emanez ikaslearen hobekuntza proze</w:t>
      </w:r>
      <w:bookmarkStart w:name="_GoBack" w:id="1"/>
      <w:bookmarkEnd w:id="1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sua laguntzeko. Halaber, irakasleari tresna objektiboa eskaintzen dio ikasle bakoitzaren aurrerapen maila neurtzeko eta beharrezko laguntza emateko.</w:t>
      </w:r>
    </w:p>
    <w:p w:rsidRPr="00101266" w:rsidR="00101266" w:rsidP="00101266" w:rsidRDefault="00101266" w14:paraId="70DAEEE4" w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Errubrikak Lanbide Heziketako curriculumarekin lerrokatuta daude eta 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Learning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Factory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metodologiaren printzipioak jarraitzen dituzte, "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learning-by-doing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" ikaskuntza praktikoari eta Challenge-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Based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</w:t>
      </w:r>
      <w:proofErr w:type="spellStart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>Learning</w:t>
      </w:r>
      <w:proofErr w:type="spellEnd"/>
      <w:r w:rsidRPr="00101266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(CBL) ikaskuntzari lehentasuna emanez.</w:t>
      </w:r>
    </w:p>
    <w:p w:rsidR="00101266" w:rsidP="00D3238E" w:rsidRDefault="00101266" w14:paraId="1A0B81B7" w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w:rsidR="0079164F" w:rsidRDefault="0079164F" w14:paraId="467BF7B6" w14:textId="77777777">
      <w:pPr>
        <w:rPr>
          <w:rFonts w:ascii="Arial" w:hAnsi="Arial" w:eastAsia="Times New Roman" w:cs="Arial"/>
          <w:sz w:val="24"/>
          <w:szCs w:val="24"/>
          <w:lang w:val="eu-ES" w:eastAsia="eu-ES"/>
        </w:rPr>
      </w:pPr>
      <w:r>
        <w:rPr>
          <w:rFonts w:ascii="Arial" w:hAnsi="Arial" w:eastAsia="Times New Roman" w:cs="Arial"/>
          <w:sz w:val="24"/>
          <w:szCs w:val="24"/>
          <w:lang w:val="eu-ES" w:eastAsia="eu-ES"/>
        </w:rPr>
        <w:br w:type="page"/>
      </w:r>
    </w:p>
    <w:p w:rsidR="0079164F" w:rsidP="00D3238E" w:rsidRDefault="0079164F" w14:paraId="1CDADDBB" w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  <w:sectPr w:rsidR="0079164F" w:rsidSect="0079164F">
          <w:headerReference w:type="default" r:id="rId17"/>
          <w:footerReference w:type="default" r:id="rId18"/>
          <w:pgSz w:w="12240" w:h="15840" w:orient="portrait"/>
          <w:pgMar w:top="1701" w:right="1418" w:bottom="1418" w:left="1701" w:header="142" w:footer="720" w:gutter="0"/>
          <w:pgNumType w:start="0"/>
          <w:cols w:space="720"/>
          <w:titlePg/>
          <w:docGrid w:linePitch="360"/>
        </w:sectPr>
      </w:pPr>
    </w:p>
    <w:p w:rsidRPr="0079164F" w:rsidR="0079164F" w:rsidP="00395406" w:rsidRDefault="0079164F" w14:paraId="137915E5" w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79164F">
        <w:rPr>
          <w:rFonts w:ascii="Arial" w:hAnsi="Arial" w:cs="Arial"/>
          <w:szCs w:val="24"/>
          <w:lang w:val="eu-ES"/>
        </w:rPr>
        <w:lastRenderedPageBreak/>
        <w:t>EZAGUTZA TEKNIKOAREN ERRUBRIKA</w:t>
      </w:r>
    </w:p>
    <w:p w:rsidR="0079164F" w:rsidP="00395406" w:rsidRDefault="0079164F" w14:paraId="2749A632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79164F">
        <w:rPr>
          <w:rFonts w:ascii="Arial" w:hAnsi="Arial" w:cs="Arial"/>
          <w:szCs w:val="24"/>
          <w:lang w:val="eu-ES"/>
        </w:rPr>
        <w:t>Siemens S7</w:t>
      </w:r>
      <w:r>
        <w:rPr>
          <w:rFonts w:ascii="Arial" w:hAnsi="Arial" w:cs="Arial"/>
          <w:szCs w:val="24"/>
          <w:lang w:val="eu-ES"/>
        </w:rPr>
        <w:t>aren</w:t>
      </w:r>
      <w:r w:rsidRPr="0079164F">
        <w:rPr>
          <w:rFonts w:ascii="Arial" w:hAnsi="Arial" w:cs="Arial"/>
          <w:szCs w:val="24"/>
          <w:lang w:val="eu-ES"/>
        </w:rPr>
        <w:t xml:space="preserve"> Programazioa</w:t>
      </w:r>
    </w:p>
    <w:p w:rsidRPr="0079164F" w:rsidR="0079164F" w:rsidP="0079164F" w:rsidRDefault="0079164F" w14:paraId="4F7981E3" w14:textId="77777777">
      <w:pPr>
        <w:rPr>
          <w:lang w:val="eu-ES"/>
        </w:rPr>
      </w:pPr>
    </w:p>
    <w:tbl>
      <w:tblPr>
        <w:tblStyle w:val="5sareta-taulailuna-1enfasia"/>
        <w:tblW w:w="0" w:type="auto"/>
        <w:jc w:val="center"/>
        <w:tblLook w:val="04A0" w:firstRow="1" w:lastRow="0" w:firstColumn="1" w:lastColumn="0" w:noHBand="0" w:noVBand="1"/>
      </w:tblPr>
      <w:tblGrid>
        <w:gridCol w:w="1952"/>
        <w:gridCol w:w="3235"/>
        <w:gridCol w:w="2935"/>
        <w:gridCol w:w="2339"/>
        <w:gridCol w:w="2250"/>
      </w:tblGrid>
      <w:tr w:rsidR="0079164F" w:rsidTr="0079164F" w14:paraId="130843E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79164F" w:rsidR="0079164F" w:rsidP="00F854F6" w:rsidRDefault="0079164F" w14:paraId="0378C460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hideMark/>
          </w:tcPr>
          <w:p w:rsidRPr="0079164F" w:rsidR="0079164F" w:rsidP="00F854F6" w:rsidRDefault="0079164F" w14:paraId="4B12415C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hideMark/>
          </w:tcPr>
          <w:p w:rsidRPr="0079164F" w:rsidR="0079164F" w:rsidP="00F854F6" w:rsidRDefault="0079164F" w14:paraId="16623FE4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hideMark/>
          </w:tcPr>
          <w:p w:rsidRPr="0079164F" w:rsidR="0079164F" w:rsidP="00F854F6" w:rsidRDefault="0079164F" w14:paraId="5239BCA8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hideMark/>
          </w:tcPr>
          <w:p w:rsidRPr="0079164F" w:rsidR="0079164F" w:rsidP="00F854F6" w:rsidRDefault="0079164F" w14:paraId="0C076708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="0079164F" w:rsidTr="0079164F" w14:paraId="1F157F0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79164F" w:rsidR="0079164F" w:rsidP="00F854F6" w:rsidRDefault="0079164F" w14:paraId="3F21858D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Programazio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logikoa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040D5881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Konplexutasun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handiko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sekuentziak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autonomoki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Optimizazio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teknikak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aplikatzen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0F08FE0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Sekuentzia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programatuak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garatu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probatzen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modu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independentean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6705BF49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sekuentziak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garatu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ditzake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laguntzarekin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62883992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sekuentziak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79164F" w:rsidR="0079164F" w:rsidTr="0079164F" w14:paraId="06A33834" w14:textId="77777777">
        <w:trPr>
          <w:trHeight w:val="12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79164F" w:rsidR="0079164F" w:rsidP="00F854F6" w:rsidRDefault="0079164F" w14:paraId="16B6824A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I/O </w:t>
            </w: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tratamendua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2B10F72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Seinale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analogiko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digitalak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modu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aurreratuan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kudeatu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ditzake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0DAA7BF5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Seinale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digitalak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analogikoak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ondo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kudeatu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ditzake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60621D13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seinale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digitalak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kudeatzen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2F024F26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Zailtasunak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I/O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seinalekin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79164F" w:rsidTr="0079164F" w14:paraId="7FF77CD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79164F" w:rsidR="0079164F" w:rsidP="00F854F6" w:rsidRDefault="0079164F" w14:paraId="3EAFDCBC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Komunikazioa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BB3FAD3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Protokolo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industrialak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(Ethernet/IP, Modbus TCP)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modu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aurreratuan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ezartzen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42AA6B63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komunikazio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protokoloak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ezartzen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1EE67CD3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Komunikazio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protokoloak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laguntzarekin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ezartzen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0B4F658D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komunikazio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protokoloak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ezartzen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79164F" w:rsidP="0079164F" w:rsidRDefault="0079164F" w14:paraId="547DC4F5" w14:textId="77777777">
      <w:pPr>
        <w:pStyle w:val="1izenburua"/>
        <w:spacing w:line="360" w:lineRule="auto"/>
        <w:ind w:left="792"/>
        <w:rPr>
          <w:rFonts w:ascii="Arial" w:hAnsi="Arial" w:cs="Arial"/>
          <w:szCs w:val="24"/>
          <w:lang w:val="eu-ES"/>
        </w:rPr>
      </w:pPr>
    </w:p>
    <w:p w:rsidR="0079164F" w:rsidP="00395406" w:rsidRDefault="0079164F" w14:paraId="77F9DE51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>
        <w:rPr>
          <w:rFonts w:ascii="Arial" w:hAnsi="Arial" w:cs="Arial"/>
          <w:szCs w:val="24"/>
          <w:lang w:val="eu-ES"/>
        </w:rPr>
        <w:t xml:space="preserve">UR </w:t>
      </w:r>
      <w:r w:rsidRPr="0079164F">
        <w:rPr>
          <w:rFonts w:ascii="Arial" w:hAnsi="Arial" w:cs="Arial"/>
          <w:szCs w:val="24"/>
          <w:lang w:val="eu-ES"/>
        </w:rPr>
        <w:t xml:space="preserve">Robot </w:t>
      </w:r>
      <w:proofErr w:type="spellStart"/>
      <w:r w:rsidRPr="0079164F">
        <w:rPr>
          <w:rFonts w:ascii="Arial" w:hAnsi="Arial" w:cs="Arial"/>
          <w:szCs w:val="24"/>
          <w:lang w:val="eu-ES"/>
        </w:rPr>
        <w:t>Kolaboratiboaren</w:t>
      </w:r>
      <w:proofErr w:type="spellEnd"/>
      <w:r w:rsidRPr="0079164F">
        <w:rPr>
          <w:rFonts w:ascii="Arial" w:hAnsi="Arial" w:cs="Arial"/>
          <w:szCs w:val="24"/>
          <w:lang w:val="eu-ES"/>
        </w:rPr>
        <w:t xml:space="preserve"> Programazioa</w:t>
      </w:r>
    </w:p>
    <w:p w:rsidRPr="0079164F" w:rsidR="0079164F" w:rsidP="0079164F" w:rsidRDefault="0079164F" w14:paraId="47D2B82B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2069"/>
        <w:gridCol w:w="2740"/>
        <w:gridCol w:w="2947"/>
        <w:gridCol w:w="2511"/>
        <w:gridCol w:w="2444"/>
      </w:tblGrid>
      <w:tr w:rsidRPr="0079164F" w:rsidR="0079164F" w:rsidTr="0079164F" w14:paraId="1162E23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79164F" w:rsidR="0079164F" w:rsidP="00F854F6" w:rsidRDefault="0079164F" w14:paraId="79F03571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hideMark/>
          </w:tcPr>
          <w:p w:rsidRPr="0079164F" w:rsidR="0079164F" w:rsidP="00F854F6" w:rsidRDefault="0079164F" w14:paraId="0F3F1881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hideMark/>
          </w:tcPr>
          <w:p w:rsidRPr="0079164F" w:rsidR="0079164F" w:rsidP="00F854F6" w:rsidRDefault="0079164F" w14:paraId="029BC86F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hideMark/>
          </w:tcPr>
          <w:p w:rsidRPr="0079164F" w:rsidR="0079164F" w:rsidP="00F854F6" w:rsidRDefault="0079164F" w14:paraId="2D650D50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hideMark/>
          </w:tcPr>
          <w:p w:rsidRPr="0079164F" w:rsidR="0079164F" w:rsidP="00F854F6" w:rsidRDefault="0079164F" w14:paraId="18BC7861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79164F" w:rsidR="0079164F" w:rsidTr="0079164F" w14:paraId="0CF899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79164F" w:rsidR="0079164F" w:rsidP="00F854F6" w:rsidRDefault="0079164F" w14:paraId="198CAAE0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Oinarrizko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programazioa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44841FE0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Konplexutasun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handiko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sekuentziak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autonomoki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1BC7BFAD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9164F">
              <w:rPr>
                <w:rFonts w:ascii="Arial" w:hAnsi="Arial" w:cs="Arial"/>
                <w:sz w:val="24"/>
                <w:szCs w:val="24"/>
              </w:rPr>
              <w:t xml:space="preserve">Pick &amp; place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sekuentziak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modu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independentean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5911078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mugimenduak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laguntzarekin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D5A5194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mugimenduak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79164F" w:rsidR="0079164F" w:rsidTr="0079164F" w14:paraId="0C65D541" w14:textId="77777777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79164F" w:rsidR="0079164F" w:rsidP="00F854F6" w:rsidRDefault="0079164F" w14:paraId="3835AFA7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Bloke </w:t>
            </w: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bidezko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programazioa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EA066FE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Logika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aurreratua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baldintzak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aplikatzen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6A9C097E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9164F">
              <w:rPr>
                <w:rFonts w:ascii="Arial" w:hAnsi="Arial" w:cs="Arial"/>
                <w:sz w:val="24"/>
                <w:szCs w:val="24"/>
              </w:rPr>
              <w:t xml:space="preserve">Bloke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bidezko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programazioa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eraginkortasunez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erabiltzen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F252446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blokeak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erabiltzen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4EED9B26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Zailtasunak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bloke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bidezko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programazioan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79164F" w:rsidR="0079164F" w:rsidTr="0079164F" w14:paraId="194E67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79164F" w:rsidR="0079164F" w:rsidP="00F854F6" w:rsidRDefault="0079164F" w14:paraId="39B2C6ED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Segurtasun</w:t>
            </w:r>
            <w:proofErr w:type="spellEnd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Style w:val="Lodia"/>
                <w:rFonts w:ascii="Arial" w:hAnsi="Arial" w:cs="Arial"/>
                <w:b/>
                <w:sz w:val="24"/>
                <w:szCs w:val="24"/>
              </w:rPr>
              <w:t>konfigurazioa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1A86414D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commentRangeStart w:id="2"/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Segurtasun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parametroak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optimizatzen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aplikazioaren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arabera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2B83DA3A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Segurtasun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parametroak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egokiro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konfiguratzen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C579FD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segurtasun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parametroak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ezartzen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489BBA7F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Ez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segurtasun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parametroak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ezartzen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  <w:commentRangeEnd w:id="2"/>
            <w:r>
              <w:rPr>
                <w:rStyle w:val="Iruzkinarenerreferentzia"/>
              </w:rPr>
              <w:commentReference w:id="2"/>
            </w:r>
          </w:p>
        </w:tc>
      </w:tr>
    </w:tbl>
    <w:p w:rsidR="0079164F" w:rsidP="0079164F" w:rsidRDefault="0079164F" w14:paraId="6FE12537" w14:textId="77777777">
      <w:pPr>
        <w:pStyle w:val="1izenburua"/>
        <w:spacing w:line="360" w:lineRule="auto"/>
        <w:ind w:left="792"/>
        <w:rPr>
          <w:rFonts w:ascii="Arial" w:hAnsi="Arial" w:cs="Arial"/>
          <w:szCs w:val="24"/>
          <w:lang w:val="eu-ES"/>
        </w:rPr>
      </w:pPr>
    </w:p>
    <w:p w:rsidR="0079164F" w:rsidP="00395406" w:rsidRDefault="0079164F" w14:paraId="2B5DB088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proofErr w:type="spellStart"/>
      <w:r w:rsidRPr="0079164F">
        <w:rPr>
          <w:rFonts w:ascii="Arial" w:hAnsi="Arial" w:cs="Arial"/>
          <w:szCs w:val="24"/>
          <w:lang w:val="eu-ES"/>
        </w:rPr>
        <w:t>Cognex</w:t>
      </w:r>
      <w:proofErr w:type="spellEnd"/>
      <w:r w:rsidRPr="0079164F">
        <w:rPr>
          <w:rFonts w:ascii="Arial" w:hAnsi="Arial" w:cs="Arial"/>
          <w:szCs w:val="24"/>
          <w:lang w:val="eu-ES"/>
        </w:rPr>
        <w:t xml:space="preserve"> Ikusmen Sistemaren Konfigurazioa</w:t>
      </w:r>
    </w:p>
    <w:p w:rsidRPr="0079164F" w:rsidR="0079164F" w:rsidP="0079164F" w:rsidRDefault="0079164F" w14:paraId="444A2D7E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2089"/>
        <w:gridCol w:w="3260"/>
        <w:gridCol w:w="2652"/>
        <w:gridCol w:w="2586"/>
        <w:gridCol w:w="2124"/>
      </w:tblGrid>
      <w:tr w:rsidRPr="00F854F6" w:rsidR="0079164F" w:rsidTr="0079164F" w14:paraId="35AA464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F854F6" w:rsidR="0079164F" w:rsidP="00F854F6" w:rsidRDefault="0079164F" w14:paraId="6CC01DAD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hideMark/>
          </w:tcPr>
          <w:p w:rsidRPr="00F854F6" w:rsidR="0079164F" w:rsidP="00F854F6" w:rsidRDefault="0079164F" w14:paraId="213F6D10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hideMark/>
          </w:tcPr>
          <w:p w:rsidRPr="00F854F6" w:rsidR="0079164F" w:rsidP="00F854F6" w:rsidRDefault="0079164F" w14:paraId="1947B1FE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hideMark/>
          </w:tcPr>
          <w:p w:rsidRPr="00F854F6" w:rsidR="0079164F" w:rsidP="00F854F6" w:rsidRDefault="0079164F" w14:paraId="6E841312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hideMark/>
          </w:tcPr>
          <w:p w:rsidRPr="00F854F6" w:rsidR="0079164F" w:rsidP="00F854F6" w:rsidRDefault="0079164F" w14:paraId="5BDC8369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79164F" w:rsidR="0079164F" w:rsidTr="00F854F6" w14:paraId="5E4FE10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60582581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Kameraren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konfigurazioa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30A3B9C7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Argi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baldintza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ezberdinetarako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optimizatzen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141AE10F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Kamera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egokiro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konfiguratzen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kalibratzen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6638C727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konfigurazioa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du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laguntzarekin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2B3D00AE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kamera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konfiguratzen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79164F" w:rsidR="0079164F" w:rsidTr="00F854F6" w14:paraId="6904A5CD" w14:textId="77777777">
        <w:trPr>
          <w:trHeight w:val="1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3979F216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Objektuen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detekzioa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16491694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Forma eta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kalitate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kontrolerako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algoritmo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aurreratuak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aplikatzen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0CF3E46A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Objektu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ezberdinak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detektatu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sailkatzen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038E7647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objektu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detekzioa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0B5C2503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objektuak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detektatzen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79164F" w:rsidR="0079164F" w:rsidTr="00F854F6" w14:paraId="3DB9FCF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72598EC6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Integrazioa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0C731F2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Ikusmen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sistema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beste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osagaiekin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modu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aurreratuan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integratzen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24D40009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Ikusmen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sistema PLC eta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robotarekin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integratzen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4121B21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Oinarrizko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integrazioa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laguntzarekin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79164F" w:rsidR="0079164F" w:rsidP="00F854F6" w:rsidRDefault="0079164F" w14:paraId="75A7B43A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integraziorik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9164F">
              <w:rPr>
                <w:rFonts w:ascii="Arial" w:hAnsi="Arial" w:cs="Arial"/>
                <w:sz w:val="24"/>
                <w:szCs w:val="24"/>
              </w:rPr>
              <w:t>egiten</w:t>
            </w:r>
            <w:proofErr w:type="spellEnd"/>
            <w:r w:rsidRPr="0079164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F854F6" w:rsidP="00F854F6" w:rsidRDefault="00F854F6" w14:paraId="232B9A15" w14:textId="77777777">
      <w:pPr>
        <w:pStyle w:val="3izenburua"/>
        <w:spacing w:line="360" w:lineRule="auto"/>
      </w:pPr>
    </w:p>
    <w:p w:rsidR="00F854F6" w:rsidP="00F854F6" w:rsidRDefault="00F854F6" w14:paraId="5AC2CA21" w14:textId="77777777"/>
    <w:p w:rsidR="00F854F6" w:rsidP="00F854F6" w:rsidRDefault="00F854F6" w14:paraId="7DD13E29" w14:textId="77777777"/>
    <w:p w:rsidR="00F854F6" w:rsidP="00F854F6" w:rsidRDefault="00F854F6" w14:paraId="5F4A937E" w14:textId="77777777"/>
    <w:p w:rsidR="00F854F6" w:rsidP="00F854F6" w:rsidRDefault="00F854F6" w14:paraId="4B09387E" w14:textId="77777777"/>
    <w:p w:rsidRPr="00F854F6" w:rsidR="00F854F6" w:rsidP="00F854F6" w:rsidRDefault="00F854F6" w14:paraId="3BC90CF2" w14:textId="77777777"/>
    <w:p w:rsidR="0079164F" w:rsidP="00395406" w:rsidRDefault="0079164F" w14:paraId="2B026B38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proofErr w:type="spellStart"/>
      <w:r w:rsidRPr="00F854F6">
        <w:rPr>
          <w:rFonts w:ascii="Arial" w:hAnsi="Arial" w:cs="Arial"/>
          <w:szCs w:val="24"/>
          <w:lang w:val="eu-ES"/>
        </w:rPr>
        <w:t>MiR</w:t>
      </w:r>
      <w:proofErr w:type="spellEnd"/>
      <w:r w:rsidRPr="00F854F6">
        <w:rPr>
          <w:rFonts w:ascii="Arial" w:hAnsi="Arial" w:cs="Arial"/>
          <w:szCs w:val="24"/>
          <w:lang w:val="eu-ES"/>
        </w:rPr>
        <w:t xml:space="preserve"> Robot Mugikorraren Programazioa</w:t>
      </w:r>
    </w:p>
    <w:p w:rsidRPr="00F854F6" w:rsidR="00F854F6" w:rsidP="00F854F6" w:rsidRDefault="00F854F6" w14:paraId="16D80BE1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2007"/>
        <w:gridCol w:w="2860"/>
        <w:gridCol w:w="3037"/>
        <w:gridCol w:w="2507"/>
        <w:gridCol w:w="2300"/>
      </w:tblGrid>
      <w:tr w:rsidRPr="00F854F6" w:rsidR="00F854F6" w:rsidTr="00F854F6" w14:paraId="1660C6D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794C639E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2969D09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71326D4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4C57493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61608EB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F854F6" w:rsidTr="00F854F6" w14:paraId="105CD6B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19B9B533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Nabigazioa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4691FC0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Mapa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konplexuak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sortzen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nabigazioa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optimizatzen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FF3C16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Mapa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sortzen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nabigazioa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konfiguratzen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54F25D1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nabigazioa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konfiguratzen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86AB2DE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nabigaziorik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konfiguratzen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F854F6" w:rsidR="00F854F6" w:rsidTr="00F854F6" w14:paraId="461FC9CD" w14:textId="77777777">
        <w:trPr>
          <w:trHeight w:val="1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54A65C82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Misioen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programazioa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D37D73F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Misio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konplexuak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baldintzatuak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2495491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misioak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23E1FDC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Misio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sinpleak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laguntzarekin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45904F3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misioak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programatzen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F854F6" w:rsidR="00F854F6" w:rsidTr="00F854F6" w14:paraId="513B87A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4C8D8A0D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Fleet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kudeaketa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CF5E09F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Flota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robotikoa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koordinatzen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FB7340A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854F6">
              <w:rPr>
                <w:rFonts w:ascii="Arial" w:hAnsi="Arial" w:cs="Arial"/>
                <w:sz w:val="24"/>
                <w:szCs w:val="24"/>
              </w:rPr>
              <w:t xml:space="preserve">Robot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bakarra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eraginkortasunez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kudeatzen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2543C46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robot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kudeaketa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4991EB3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Ez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robotaren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kudeaketarik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</w:tbl>
    <w:p w:rsidR="0079164F" w:rsidP="00395406" w:rsidRDefault="0079164F" w14:paraId="73CEF3B7" w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lastRenderedPageBreak/>
        <w:t>PLIKAZIO PRAKTIKOAREN ERRUBRIKA</w:t>
      </w:r>
    </w:p>
    <w:p w:rsidRPr="00F854F6" w:rsidR="00F854F6" w:rsidP="00F854F6" w:rsidRDefault="00F854F6" w14:paraId="6568B794" w14:textId="77777777">
      <w:pPr>
        <w:rPr>
          <w:lang w:val="eu-ES"/>
        </w:rPr>
      </w:pPr>
    </w:p>
    <w:p w:rsidR="0079164F" w:rsidP="00395406" w:rsidRDefault="0079164F" w14:paraId="7D578B98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t>Sistemaren Integrazioa</w:t>
      </w:r>
    </w:p>
    <w:p w:rsidRPr="00F854F6" w:rsidR="00F854F6" w:rsidP="00F854F6" w:rsidRDefault="00F854F6" w14:paraId="22933677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2264"/>
        <w:gridCol w:w="2900"/>
        <w:gridCol w:w="2543"/>
        <w:gridCol w:w="2753"/>
        <w:gridCol w:w="2251"/>
      </w:tblGrid>
      <w:tr w:rsidRPr="00F854F6" w:rsidR="00F854F6" w:rsidTr="00F854F6" w14:paraId="04114DB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049D2A9B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C7838B4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B24144D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22BAFAE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0FF7AA8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F854F6" w:rsidTr="00F854F6" w14:paraId="66810F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26DEE7F4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Osagai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arteko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komunikazioa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0755541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Osagai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guztiak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modu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optimoan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05481BE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Osagai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guztiak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5023BC8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komunikazioa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laguntzarekin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lortzen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da.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1BC0E6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dago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egokirik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F854F6" w:rsidR="00F854F6" w:rsidTr="00F854F6" w14:paraId="2A247B47" w14:textId="77777777">
        <w:trPr>
          <w:trHeight w:val="1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0029A329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Sekuentzia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koordinazioa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86510CB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Sekuentzia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konplexuak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autonomoki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koordinatzen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8421EBB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Sekuentziak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koordinatzen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BA1ABC5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sekuentziak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koordinatzen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4479B7A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sekuentziak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koordinatzen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F854F6" w:rsidR="00F854F6" w:rsidTr="00F854F6" w14:paraId="4391BA1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549A121B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Arazo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ebazpena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5B5824E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Arazo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konplexuak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modu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autonomoan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konpontzen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F54C4C7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Arazo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normalak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konpontzen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20DC2FC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Arazo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sinpleak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laguntzarekin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konpontzen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4FE1C5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arazoak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konpontzen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79164F" w:rsidP="00395406" w:rsidRDefault="0079164F" w14:paraId="489D4D63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lastRenderedPageBreak/>
        <w:t>Proiektu Integratua</w:t>
      </w:r>
    </w:p>
    <w:p w:rsidR="00F854F6" w:rsidP="00F854F6" w:rsidRDefault="00F854F6" w14:paraId="55AEB5EA" w14:textId="77777777">
      <w:pPr>
        <w:rPr>
          <w:lang w:val="eu-ES"/>
        </w:rPr>
      </w:pPr>
    </w:p>
    <w:p w:rsidRPr="00F854F6" w:rsidR="00F854F6" w:rsidP="00F854F6" w:rsidRDefault="00F854F6" w14:paraId="2A85C1E1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2062"/>
        <w:gridCol w:w="3118"/>
        <w:gridCol w:w="2315"/>
        <w:gridCol w:w="2659"/>
        <w:gridCol w:w="2557"/>
      </w:tblGrid>
      <w:tr w:rsidRPr="00F854F6" w:rsidR="00F854F6" w:rsidTr="00F854F6" w14:paraId="7DCC0A0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686B8F7B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16C4B1D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28A3A74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BF14057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13E4AE4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F854F6" w:rsidTr="00F854F6" w14:paraId="7847E21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17A9C2D4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Planifikazioa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6A40479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Proiektu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plan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zehatza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errealista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D4C7E68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Proiektu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plana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A9A3D90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planifikazioa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A3898BA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planifikaziorik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F854F6" w:rsidR="00F854F6" w:rsidTr="00F854F6" w14:paraId="7290CAEE" w14:textId="77777777">
        <w:trPr>
          <w:trHeight w:val="1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78BAB532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Gauzatzea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DC63BC5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Proiektua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epe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kalitate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ezin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hobearekin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gauzatzen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8EFD11B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Proiektua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gauzatzen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335B8CD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Proiektua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laguntzarekin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gauzatzen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EFF4899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proiekturik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gauzatzen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F854F6" w:rsidR="00F854F6" w:rsidTr="00F854F6" w14:paraId="73C855C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37C5F2E4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Baliabideen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kudeaketa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003D3FE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Baliabideak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modu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optimoan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erabiltzen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DE895D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Baliabideak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erabiltzen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EC8EF10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Baliabideak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laguntzarekin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erabiltzen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D87F4D4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Ez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baliabideak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erabiltzen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</w:tbl>
    <w:p w:rsidR="00F854F6" w:rsidP="00F854F6" w:rsidRDefault="00F854F6" w14:paraId="6790DC82" w14:textId="77777777">
      <w:pPr>
        <w:pStyle w:val="1izenburua"/>
        <w:spacing w:line="360" w:lineRule="auto"/>
        <w:rPr>
          <w:rFonts w:ascii="Arial" w:hAnsi="Arial" w:cs="Arial"/>
          <w:szCs w:val="24"/>
          <w:lang w:val="eu-ES"/>
        </w:rPr>
      </w:pPr>
    </w:p>
    <w:p w:rsidR="00F854F6" w:rsidRDefault="00F854F6" w14:paraId="3B68603D" w14:textId="77777777">
      <w:pPr>
        <w:rPr>
          <w:rFonts w:ascii="Arial" w:hAnsi="Arial" w:cs="Arial" w:eastAsiaTheme="majorEastAsia"/>
          <w:b/>
          <w:bCs/>
          <w:color w:val="365F91" w:themeColor="accent1" w:themeShade="BF"/>
          <w:sz w:val="28"/>
          <w:szCs w:val="24"/>
          <w:lang w:val="eu-ES"/>
        </w:rPr>
      </w:pPr>
      <w:r>
        <w:rPr>
          <w:rFonts w:ascii="Arial" w:hAnsi="Arial" w:cs="Arial"/>
          <w:szCs w:val="24"/>
          <w:lang w:val="eu-ES"/>
        </w:rPr>
        <w:br w:type="page"/>
      </w:r>
    </w:p>
    <w:p w:rsidRPr="00F854F6" w:rsidR="0079164F" w:rsidP="00395406" w:rsidRDefault="0079164F" w14:paraId="2E40C50D" w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lastRenderedPageBreak/>
        <w:t>DOKUMENTAZIOAREN ERRUBRIKA</w:t>
      </w:r>
    </w:p>
    <w:p w:rsidR="0079164F" w:rsidP="00395406" w:rsidRDefault="0079164F" w14:paraId="05D442BE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t>Txosten Teknikoa</w:t>
      </w:r>
    </w:p>
    <w:p w:rsidRPr="00F854F6" w:rsidR="00F854F6" w:rsidP="00F854F6" w:rsidRDefault="00F854F6" w14:paraId="3B111D49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1945"/>
        <w:gridCol w:w="2808"/>
        <w:gridCol w:w="2654"/>
        <w:gridCol w:w="2430"/>
        <w:gridCol w:w="2874"/>
      </w:tblGrid>
      <w:tr w:rsidRPr="00F854F6" w:rsidR="00F854F6" w:rsidTr="00F854F6" w14:paraId="3D4F77B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1A9D3E15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D6366D3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96C732A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08AC2D0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6607404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F854F6" w:rsidTr="00F854F6" w14:paraId="485CC90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2CB1C05E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Eduki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teknikoa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A2D91CB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Informazio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teknikoa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zehatza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sakona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13EE2B4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Informazio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teknikoa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egokia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argia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48BD194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informazio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teknikoa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2F411D3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Informazio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teknikoa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eskasa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edo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okerra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Pr="00F854F6" w:rsidR="00F854F6" w:rsidTr="00F854F6" w14:paraId="4A375AC3" w14:textId="77777777">
        <w:trPr>
          <w:trHeight w:val="1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2A982725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Egitura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antolaketa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A2292FB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Egitura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logikoa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profesionala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B6D672D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Egitura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ona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ulergarria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F1BE177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egitura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BA5944E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Egitura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desantolatatua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edo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argia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Pr="00F854F6" w:rsidR="00F854F6" w:rsidTr="00F854F6" w14:paraId="65960FC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48A1D05E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Hizkuntza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teknikoa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2C384B6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Terminologia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teknikoa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ondo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erabilia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1C6F670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Terminologia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teknikoa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8E8E2A1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terminologia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teknikoa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94B3752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Terminologia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teknikoa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F854F6" w:rsidP="00F854F6" w:rsidRDefault="00F854F6" w14:paraId="48E8B1C4" w14:textId="77777777">
      <w:pPr>
        <w:pStyle w:val="1izenburua"/>
        <w:spacing w:line="360" w:lineRule="auto"/>
        <w:rPr>
          <w:rFonts w:ascii="Arial" w:hAnsi="Arial" w:cs="Arial"/>
          <w:szCs w:val="24"/>
          <w:lang w:val="eu-ES"/>
        </w:rPr>
      </w:pPr>
    </w:p>
    <w:p w:rsidR="00F854F6" w:rsidRDefault="00F854F6" w14:paraId="21F88FEF" w14:textId="77777777">
      <w:pPr>
        <w:rPr>
          <w:rFonts w:ascii="Arial" w:hAnsi="Arial" w:cs="Arial" w:eastAsiaTheme="majorEastAsia"/>
          <w:b/>
          <w:bCs/>
          <w:color w:val="365F91" w:themeColor="accent1" w:themeShade="BF"/>
          <w:sz w:val="28"/>
          <w:szCs w:val="24"/>
          <w:lang w:val="eu-ES"/>
        </w:rPr>
      </w:pPr>
      <w:r>
        <w:rPr>
          <w:rFonts w:ascii="Arial" w:hAnsi="Arial" w:cs="Arial"/>
          <w:szCs w:val="24"/>
          <w:lang w:val="eu-ES"/>
        </w:rPr>
        <w:br w:type="page"/>
      </w:r>
    </w:p>
    <w:p w:rsidR="0079164F" w:rsidP="00395406" w:rsidRDefault="0079164F" w14:paraId="57B69499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lastRenderedPageBreak/>
        <w:t>Aurkezpena</w:t>
      </w:r>
    </w:p>
    <w:p w:rsidRPr="00F854F6" w:rsidR="00F854F6" w:rsidP="00F854F6" w:rsidRDefault="00F854F6" w14:paraId="126F8415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2079"/>
        <w:gridCol w:w="3472"/>
        <w:gridCol w:w="2267"/>
        <w:gridCol w:w="2369"/>
        <w:gridCol w:w="2524"/>
      </w:tblGrid>
      <w:tr w:rsidRPr="00F854F6" w:rsidR="00F854F6" w:rsidTr="00F854F6" w14:paraId="7B29D6A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5B2ACC94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3F73764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E14A0D7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86B23B5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145BB28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F854F6" w:rsidTr="00F854F6" w14:paraId="0F0A7EC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0F1CBECE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Komunikazio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gaitasuna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CD09B4F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Argia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sendoa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konbentzitzailea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9E30190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ona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ulergarria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4BFBF51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B1B3D4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Komunikazio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eskasa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edo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argia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Pr="00F854F6" w:rsidR="00F854F6" w:rsidTr="00F854F6" w14:paraId="76B1DECC" w14:textId="77777777">
        <w:trPr>
          <w:trHeight w:val="1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20AE2B67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Baliabide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bisualak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4C3CE1B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Baliabide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bisual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profesionalak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erakargarriak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6C6CAC8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Baliabide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bisual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35E46DA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baliabide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bisualak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2D0FE20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Baliabide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bisual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eskasak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edo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egokiak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Pr="00F854F6" w:rsidR="00F854F6" w:rsidTr="00F854F6" w14:paraId="4144B44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20BD3BC3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Galderen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kudeaketa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6AA60DD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Galderak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modu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profesionalean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sakonean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erantzuten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152BA88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Galderak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erantzuten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DCAA861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Galdera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sinpleak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erantzuten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2AA7B2F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galderak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erantzuten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F854F6" w:rsidP="00F854F6" w:rsidRDefault="00F854F6" w14:paraId="03C511D1" w14:textId="77777777">
      <w:pPr>
        <w:pStyle w:val="1izenburua"/>
        <w:spacing w:line="360" w:lineRule="auto"/>
        <w:rPr>
          <w:rFonts w:ascii="Arial" w:hAnsi="Arial" w:cs="Arial"/>
          <w:szCs w:val="24"/>
          <w:lang w:val="eu-ES"/>
        </w:rPr>
      </w:pPr>
    </w:p>
    <w:p w:rsidR="00F854F6" w:rsidRDefault="00F854F6" w14:paraId="3A49225E" w14:textId="77777777">
      <w:pPr>
        <w:rPr>
          <w:rFonts w:ascii="Arial" w:hAnsi="Arial" w:cs="Arial" w:eastAsiaTheme="majorEastAsia"/>
          <w:b/>
          <w:bCs/>
          <w:color w:val="365F91" w:themeColor="accent1" w:themeShade="BF"/>
          <w:sz w:val="28"/>
          <w:szCs w:val="24"/>
          <w:lang w:val="eu-ES"/>
        </w:rPr>
      </w:pPr>
      <w:r>
        <w:rPr>
          <w:rFonts w:ascii="Arial" w:hAnsi="Arial" w:cs="Arial"/>
          <w:szCs w:val="24"/>
          <w:lang w:val="eu-ES"/>
        </w:rPr>
        <w:br w:type="page"/>
      </w:r>
    </w:p>
    <w:p w:rsidRPr="00F854F6" w:rsidR="0079164F" w:rsidP="00395406" w:rsidRDefault="0079164F" w14:paraId="22B846C5" w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lastRenderedPageBreak/>
        <w:t>JARRERAREN ERRUBRIKA</w:t>
      </w:r>
    </w:p>
    <w:p w:rsidR="0079164F" w:rsidP="00395406" w:rsidRDefault="0079164F" w14:paraId="127FA625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t>Segurtasuna</w:t>
      </w:r>
    </w:p>
    <w:p w:rsidRPr="00F854F6" w:rsidR="00F854F6" w:rsidP="00F854F6" w:rsidRDefault="00F854F6" w14:paraId="4615A438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2098"/>
        <w:gridCol w:w="2964"/>
        <w:gridCol w:w="2526"/>
        <w:gridCol w:w="2717"/>
        <w:gridCol w:w="2406"/>
      </w:tblGrid>
      <w:tr w:rsidRPr="00F854F6" w:rsidR="00F854F6" w:rsidTr="00F854F6" w14:paraId="74FF951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4749DCD3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7A95461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6170340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BE48B63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9C42655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F854F6" w:rsidTr="00F854F6" w14:paraId="73955C4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0C08A50D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Segurtasun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arauak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2B08EA8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Segurtasun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arauak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beti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modu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adibidean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betetzen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A5D9FF2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Segurtasun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arauak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betetzen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4CDC362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Segurtasun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arauak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betetzen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4CD507C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Ez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segurtasun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arauak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betetzen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Pr="00F854F6" w:rsidR="00F854F6" w:rsidTr="00F854F6" w14:paraId="1D01150F" w14:textId="77777777">
        <w:trPr>
          <w:trHeight w:val="1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440197E3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Arriskuen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identifikazioa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C2CAA9F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Arriskuak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aurreikusi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prebentzioa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89A505B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Arriskuak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identifikatzen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3098E8C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Arriskuen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identifikazioa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0AE6261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arriskuak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identifikatzen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F854F6" w:rsidP="00F854F6" w:rsidRDefault="00F854F6" w14:paraId="4D91908D" w14:textId="77777777">
      <w:pPr>
        <w:pStyle w:val="3izenburua"/>
        <w:spacing w:line="360" w:lineRule="auto"/>
        <w:rPr>
          <w:rFonts w:ascii="Arial" w:hAnsi="Arial" w:cs="Arial"/>
          <w:sz w:val="24"/>
          <w:szCs w:val="24"/>
        </w:rPr>
      </w:pPr>
    </w:p>
    <w:p w:rsidR="00F854F6" w:rsidRDefault="00F854F6" w14:paraId="64636296" w14:textId="77777777">
      <w:pPr>
        <w:rPr>
          <w:rFonts w:ascii="Arial" w:hAnsi="Arial" w:cs="Arial" w:eastAsiaTheme="majorEastAsia"/>
          <w:b/>
          <w:bCs/>
          <w:color w:val="4F81BD" w:themeColor="accen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9164F" w:rsidP="00395406" w:rsidRDefault="0079164F" w14:paraId="53CA0DE0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lastRenderedPageBreak/>
        <w:t>Lankidetza</w:t>
      </w:r>
    </w:p>
    <w:p w:rsidR="00F854F6" w:rsidP="00F854F6" w:rsidRDefault="00F854F6" w14:paraId="09832E1C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1843"/>
        <w:gridCol w:w="2894"/>
        <w:gridCol w:w="2808"/>
        <w:gridCol w:w="2508"/>
        <w:gridCol w:w="2658"/>
      </w:tblGrid>
      <w:tr w:rsidRPr="00F854F6" w:rsidR="00F854F6" w:rsidTr="00F854F6" w14:paraId="4254560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088C9296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3E030A1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1AB64371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D460D4E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3795F92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F854F6" w:rsidTr="00101266" w14:paraId="5A5294F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387448C5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Talde</w:t>
            </w:r>
            <w:proofErr w:type="spellEnd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lana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0187053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Talde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lana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sustatu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koordinatzen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49A1A4A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Talde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lanean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parte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hartzen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6EF3F35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talde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lana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358A22D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Ez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talde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lanik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Pr="00F854F6" w:rsidR="00F854F6" w:rsidTr="00101266" w14:paraId="233376C1" w14:textId="77777777">
        <w:trPr>
          <w:trHeight w:val="1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F854F6" w:rsidR="0079164F" w:rsidP="00F854F6" w:rsidRDefault="0079164F" w14:paraId="2D29311B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F854F6">
              <w:rPr>
                <w:rStyle w:val="Lodia"/>
                <w:rFonts w:ascii="Arial" w:hAnsi="Arial" w:cs="Arial"/>
                <w:b/>
                <w:sz w:val="24"/>
                <w:szCs w:val="24"/>
              </w:rPr>
              <w:t>Komunikazioa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04D91D5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eraginkorra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eraikitzailea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5AE0549F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ona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taldekideekin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B1B3319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komunikazioa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D843009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Komunikazio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eskasa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edo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gatazkatia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79164F" w:rsidP="00395406" w:rsidRDefault="0079164F" w14:paraId="085F8769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F854F6">
        <w:rPr>
          <w:rFonts w:ascii="Arial" w:hAnsi="Arial" w:cs="Arial"/>
          <w:szCs w:val="24"/>
          <w:lang w:val="eu-ES"/>
        </w:rPr>
        <w:t>Ekimena eta Autonomia</w:t>
      </w:r>
    </w:p>
    <w:p w:rsidRPr="00F854F6" w:rsidR="00F854F6" w:rsidP="00F854F6" w:rsidRDefault="00F854F6" w14:paraId="53DA6A96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1470"/>
        <w:gridCol w:w="3244"/>
        <w:gridCol w:w="3052"/>
        <w:gridCol w:w="2151"/>
        <w:gridCol w:w="2794"/>
      </w:tblGrid>
      <w:tr w:rsidRPr="00101266" w:rsidR="00F854F6" w:rsidTr="00101266" w14:paraId="685EA0B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101266" w:rsidR="0079164F" w:rsidP="00F854F6" w:rsidRDefault="0079164F" w14:paraId="7D37D31B" w14:textId="77777777">
            <w:pPr>
              <w:spacing w:line="360" w:lineRule="auto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101266" w:rsidR="0079164F" w:rsidP="00F854F6" w:rsidRDefault="0079164F" w14:paraId="61AAB21C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101266" w:rsidR="0079164F" w:rsidP="00F854F6" w:rsidRDefault="0079164F" w14:paraId="6C7FCD63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101266" w:rsidR="0079164F" w:rsidP="00F854F6" w:rsidRDefault="0079164F" w14:paraId="7DF73A69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101266" w:rsidR="0079164F" w:rsidP="00F854F6" w:rsidRDefault="0079164F" w14:paraId="1088BA45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F854F6" w:rsidTr="00101266" w14:paraId="41024A7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101266" w:rsidR="0079164F" w:rsidP="00F854F6" w:rsidRDefault="0079164F" w14:paraId="11494AEE" w14:textId="77777777">
            <w:pPr>
              <w:spacing w:line="360" w:lineRule="auto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Ekimena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3CC3EE3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Ekimen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handia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sortzailea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D956DAC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Ekimen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egokia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egoera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gehienetan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389D25D8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ekimena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FC19872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ekimenik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erakusten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F854F6" w:rsidR="00F854F6" w:rsidTr="00101266" w14:paraId="247822FD" w14:textId="77777777">
        <w:trPr>
          <w:trHeight w:val="1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101266" w:rsidR="0079164F" w:rsidP="00F854F6" w:rsidRDefault="0079164F" w14:paraId="0FEFBD95" w14:textId="77777777">
            <w:pPr>
              <w:spacing w:line="360" w:lineRule="auto"/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Autonomia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B48A463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Modu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oso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autonomoan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lan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CD77110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Autonomia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ona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erakusten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0193978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autonomia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2BE9573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autonomiarik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erakusten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79164F" w:rsidP="00395406" w:rsidRDefault="0079164F" w14:paraId="2FE2FEF4" w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 w:rsidRPr="00101266">
        <w:rPr>
          <w:rFonts w:ascii="Arial" w:hAnsi="Arial" w:cs="Arial"/>
          <w:szCs w:val="24"/>
          <w:lang w:val="eu-ES"/>
        </w:rPr>
        <w:lastRenderedPageBreak/>
        <w:t>Ordena eta Zehaztasuna</w:t>
      </w:r>
    </w:p>
    <w:p w:rsidR="00101266" w:rsidP="00101266" w:rsidRDefault="00101266" w14:paraId="325BB593" w14:textId="77777777">
      <w:pPr>
        <w:rPr>
          <w:lang w:val="eu-ES"/>
        </w:rPr>
      </w:pPr>
    </w:p>
    <w:p w:rsidRPr="00101266" w:rsidR="00101266" w:rsidP="00101266" w:rsidRDefault="00101266" w14:paraId="0351A791" w14:textId="77777777">
      <w:pPr>
        <w:rPr>
          <w:lang w:val="eu-ES"/>
        </w:rPr>
      </w:pPr>
    </w:p>
    <w:tbl>
      <w:tblPr>
        <w:tblStyle w:val="5sareta-taulailuna-1enfasia"/>
        <w:tblW w:w="0" w:type="auto"/>
        <w:tblLook w:val="04A0" w:firstRow="1" w:lastRow="0" w:firstColumn="1" w:lastColumn="0" w:noHBand="0" w:noVBand="1"/>
      </w:tblPr>
      <w:tblGrid>
        <w:gridCol w:w="1604"/>
        <w:gridCol w:w="3064"/>
        <w:gridCol w:w="2789"/>
        <w:gridCol w:w="2722"/>
        <w:gridCol w:w="2532"/>
      </w:tblGrid>
      <w:tr w:rsidRPr="00F854F6" w:rsidR="00101266" w:rsidTr="00101266" w14:paraId="1F6609B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101266" w:rsidR="0079164F" w:rsidP="00F854F6" w:rsidRDefault="0079164F" w14:paraId="6E960D03" w14:textId="77777777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sz w:val="24"/>
                <w:szCs w:val="24"/>
              </w:rPr>
              <w:t>Maila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101266" w:rsidR="0079164F" w:rsidP="00F854F6" w:rsidRDefault="0079164F" w14:paraId="0D7E13CC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Bikaina</w:t>
            </w:r>
            <w:proofErr w:type="spellEnd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(9-10)</w:t>
            </w:r>
          </w:p>
        </w:tc>
        <w:tc>
          <w:tcPr>
            <w:tcW w:w="0" w:type="auto"/>
            <w:vAlign w:val="center"/>
            <w:hideMark/>
          </w:tcPr>
          <w:p w:rsidRPr="00101266" w:rsidR="0079164F" w:rsidP="00F854F6" w:rsidRDefault="0079164F" w14:paraId="38CA2C49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Ona (7-8)</w:t>
            </w:r>
          </w:p>
        </w:tc>
        <w:tc>
          <w:tcPr>
            <w:tcW w:w="0" w:type="auto"/>
            <w:vAlign w:val="center"/>
            <w:hideMark/>
          </w:tcPr>
          <w:p w:rsidRPr="00101266" w:rsidR="0079164F" w:rsidP="00F854F6" w:rsidRDefault="0079164F" w14:paraId="3F11C8AF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Nahikoa</w:t>
            </w:r>
            <w:proofErr w:type="spellEnd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(5-6)</w:t>
            </w:r>
          </w:p>
        </w:tc>
        <w:tc>
          <w:tcPr>
            <w:tcW w:w="0" w:type="auto"/>
            <w:vAlign w:val="center"/>
            <w:hideMark/>
          </w:tcPr>
          <w:p w:rsidRPr="00101266" w:rsidR="0079164F" w:rsidP="00F854F6" w:rsidRDefault="0079164F" w14:paraId="284CA516" w14:textId="7777777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>Ez-nahikoa</w:t>
            </w:r>
            <w:proofErr w:type="spellEnd"/>
            <w:r w:rsidRPr="00101266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 (0-4)</w:t>
            </w:r>
          </w:p>
        </w:tc>
      </w:tr>
      <w:tr w:rsidRPr="00F854F6" w:rsidR="00101266" w:rsidTr="00101266" w14:paraId="24D1F80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101266" w:rsidR="0079164F" w:rsidP="00F854F6" w:rsidRDefault="0079164F" w14:paraId="288FB1AF" w14:textId="77777777">
            <w:pPr>
              <w:spacing w:line="360" w:lineRule="auto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101266">
              <w:rPr>
                <w:rStyle w:val="Lodia"/>
                <w:rFonts w:ascii="Arial" w:hAnsi="Arial" w:cs="Arial"/>
                <w:sz w:val="24"/>
                <w:szCs w:val="24"/>
              </w:rPr>
              <w:t xml:space="preserve">Lan </w:t>
            </w:r>
            <w:proofErr w:type="spellStart"/>
            <w:r w:rsidRPr="00101266">
              <w:rPr>
                <w:rStyle w:val="Lodia"/>
                <w:rFonts w:ascii="Arial" w:hAnsi="Arial" w:cs="Arial"/>
                <w:sz w:val="24"/>
                <w:szCs w:val="24"/>
              </w:rPr>
              <w:t>gunea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BA0583F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Lan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gunea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betiko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txukun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antolatua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41664247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Lan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gunea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egokiro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mantentzen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B096C06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ordena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mantentzen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0381C793" w14:textId="777777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ordenarik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mantentzen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Pr="00F854F6" w:rsidR="00101266" w:rsidTr="00101266" w14:paraId="51028EA5" w14:textId="77777777">
        <w:trPr>
          <w:trHeight w:val="1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101266" w:rsidR="0079164F" w:rsidP="00F854F6" w:rsidRDefault="0079164F" w14:paraId="26249256" w14:textId="777777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01266">
              <w:rPr>
                <w:rStyle w:val="Lodia"/>
                <w:rFonts w:ascii="Arial" w:hAnsi="Arial" w:cs="Arial"/>
                <w:sz w:val="24"/>
                <w:szCs w:val="24"/>
              </w:rPr>
              <w:t>Zehaztasuna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640EC1C2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Lan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guztiak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zehaztasun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handiz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52C2B7C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Lanak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zehaztasunez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egiten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ditu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2A8CFF20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Oinarrizko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zehaztasuna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Pr="00F854F6" w:rsidR="0079164F" w:rsidP="00F854F6" w:rsidRDefault="0079164F" w14:paraId="7E24489C" w14:textId="7777777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Ez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du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zehaztasunik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854F6">
              <w:rPr>
                <w:rFonts w:ascii="Arial" w:hAnsi="Arial" w:cs="Arial"/>
                <w:sz w:val="24"/>
                <w:szCs w:val="24"/>
              </w:rPr>
              <w:t>erakusten</w:t>
            </w:r>
            <w:proofErr w:type="spellEnd"/>
            <w:r w:rsidRPr="00F854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Pr="00F854F6" w:rsidR="0079164F" w:rsidP="00F854F6" w:rsidRDefault="0079164F" w14:paraId="6A272116" w14:textId="77777777">
      <w:pPr>
        <w:spacing w:line="360" w:lineRule="auto"/>
        <w:rPr>
          <w:rFonts w:ascii="Arial" w:hAnsi="Arial" w:cs="Arial"/>
          <w:sz w:val="24"/>
          <w:szCs w:val="24"/>
        </w:rPr>
      </w:pPr>
      <w:r w:rsidRPr="00F854F6">
        <w:rPr>
          <w:rFonts w:ascii="Arial" w:hAnsi="Arial" w:cs="Arial"/>
          <w:sz w:val="24"/>
          <w:szCs w:val="24"/>
        </w:rPr>
        <w:br w:type="page"/>
      </w:r>
    </w:p>
    <w:p w:rsidRPr="00F854F6" w:rsidR="0079164F" w:rsidP="00F854F6" w:rsidRDefault="0079164F" w14:paraId="7A2D3E54" w14:textId="77777777">
      <w:pPr>
        <w:spacing w:line="360" w:lineRule="auto"/>
        <w:rPr>
          <w:rStyle w:val="Lodia"/>
          <w:rFonts w:ascii="Arial" w:hAnsi="Arial" w:cs="Arial"/>
          <w:sz w:val="24"/>
          <w:szCs w:val="24"/>
        </w:rPr>
        <w:sectPr w:rsidRPr="00F854F6" w:rsidR="0079164F" w:rsidSect="0079164F">
          <w:pgSz w:w="15840" w:h="12240" w:orient="landscape"/>
          <w:pgMar w:top="1701" w:right="1701" w:bottom="1418" w:left="1418" w:header="142" w:footer="720" w:gutter="0"/>
          <w:pgNumType w:start="0"/>
          <w:cols w:space="720"/>
          <w:titlePg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66"/>
        <w:gridCol w:w="81"/>
      </w:tblGrid>
      <w:tr w:rsidRPr="00F854F6" w:rsidR="0079164F" w:rsidTr="0079164F" w14:paraId="1491CF1B" w14:textId="77777777">
        <w:trPr>
          <w:tblCellSpacing w:w="15" w:type="dxa"/>
        </w:trPr>
        <w:tc>
          <w:tcPr>
            <w:tcW w:w="0" w:type="auto"/>
            <w:vAlign w:val="center"/>
          </w:tcPr>
          <w:p w:rsidRPr="00F854F6" w:rsidR="0079164F" w:rsidP="00F854F6" w:rsidRDefault="0079164F" w14:paraId="34BD0797" w14:textId="77777777">
            <w:pPr>
              <w:spacing w:line="360" w:lineRule="auto"/>
              <w:rPr>
                <w:rStyle w:val="Lodia"/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Pr="00F854F6" w:rsidR="0079164F" w:rsidP="00F854F6" w:rsidRDefault="0079164F" w14:paraId="52D8F50F" w14:textId="77777777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0" w:type="auto"/>
            <w:vAlign w:val="center"/>
          </w:tcPr>
          <w:p w:rsidRPr="00F854F6" w:rsidR="0079164F" w:rsidP="00F854F6" w:rsidRDefault="0079164F" w14:paraId="683E2C0B" w14:textId="777777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Pr="00F854F6" w:rsidR="0079164F" w:rsidP="00F854F6" w:rsidRDefault="0079164F" w14:paraId="342C9BE8" w14:textId="777777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Pr="00F854F6" w:rsidR="0079164F" w:rsidP="00F854F6" w:rsidRDefault="0079164F" w14:paraId="2E65DB10" w14:textId="7777777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Pr="00F854F6" w:rsidR="0079164F" w:rsidP="00F854F6" w:rsidRDefault="0079164F" w14:paraId="38C2ED91" w14:textId="77777777">
      <w:pPr>
        <w:pStyle w:val="2izenburua"/>
        <w:spacing w:line="360" w:lineRule="auto"/>
        <w:rPr>
          <w:rFonts w:ascii="Arial" w:hAnsi="Arial" w:cs="Arial"/>
          <w:sz w:val="24"/>
          <w:szCs w:val="24"/>
        </w:rPr>
      </w:pPr>
      <w:r w:rsidRPr="00F854F6">
        <w:rPr>
          <w:rFonts w:ascii="Arial" w:hAnsi="Arial" w:cs="Arial"/>
          <w:sz w:val="24"/>
          <w:szCs w:val="24"/>
        </w:rPr>
        <w:t>5. AZKEN KALIFIKAZIOEN BANAKETA</w:t>
      </w:r>
    </w:p>
    <w:p w:rsidRPr="00F854F6" w:rsidR="0079164F" w:rsidP="00F854F6" w:rsidRDefault="0079164F" w14:paraId="29209457" w14:textId="77777777">
      <w:pPr>
        <w:pStyle w:val="3izenburua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Fonts w:ascii="Arial" w:hAnsi="Arial" w:cs="Arial"/>
          <w:sz w:val="24"/>
          <w:szCs w:val="24"/>
        </w:rPr>
        <w:t>Puntuazio</w:t>
      </w:r>
      <w:proofErr w:type="spellEnd"/>
      <w:r w:rsidRPr="00F854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Fonts w:ascii="Arial" w:hAnsi="Arial" w:cs="Arial"/>
          <w:sz w:val="24"/>
          <w:szCs w:val="24"/>
        </w:rPr>
        <w:t>Orokorra</w:t>
      </w:r>
      <w:proofErr w:type="spellEnd"/>
      <w:r w:rsidRPr="00F854F6">
        <w:rPr>
          <w:rFonts w:ascii="Arial" w:hAnsi="Arial" w:cs="Arial"/>
          <w:sz w:val="24"/>
          <w:szCs w:val="24"/>
        </w:rPr>
        <w:t>:</w:t>
      </w:r>
    </w:p>
    <w:p w:rsidRPr="00F854F6" w:rsidR="0079164F" w:rsidP="00395406" w:rsidRDefault="0079164F" w14:paraId="61E79E14" w14:textId="77777777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Ezagutza</w:t>
      </w:r>
      <w:proofErr w:type="spellEnd"/>
      <w:r w:rsidRPr="00F854F6">
        <w:rPr>
          <w:rStyle w:val="Lodia"/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Teknikoa</w:t>
      </w:r>
      <w:proofErr w:type="spellEnd"/>
      <w:r w:rsidRPr="00F854F6">
        <w:rPr>
          <w:rFonts w:ascii="Arial" w:hAnsi="Arial" w:cs="Arial"/>
          <w:sz w:val="24"/>
          <w:szCs w:val="24"/>
        </w:rPr>
        <w:t>: 40%</w:t>
      </w:r>
    </w:p>
    <w:p w:rsidRPr="00F854F6" w:rsidR="0079164F" w:rsidP="00395406" w:rsidRDefault="0079164F" w14:paraId="0DA84241" w14:textId="77777777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Aplikazio</w:t>
      </w:r>
      <w:proofErr w:type="spellEnd"/>
      <w:r w:rsidRPr="00F854F6">
        <w:rPr>
          <w:rStyle w:val="Lodia"/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Praktikoa</w:t>
      </w:r>
      <w:proofErr w:type="spellEnd"/>
      <w:r w:rsidRPr="00F854F6">
        <w:rPr>
          <w:rFonts w:ascii="Arial" w:hAnsi="Arial" w:cs="Arial"/>
          <w:sz w:val="24"/>
          <w:szCs w:val="24"/>
        </w:rPr>
        <w:t>: 30%</w:t>
      </w:r>
    </w:p>
    <w:p w:rsidRPr="00F854F6" w:rsidR="0079164F" w:rsidP="00395406" w:rsidRDefault="0079164F" w14:paraId="0B027B0D" w14:textId="77777777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Dokumentazioa</w:t>
      </w:r>
      <w:proofErr w:type="spellEnd"/>
      <w:r w:rsidRPr="00F854F6">
        <w:rPr>
          <w:rFonts w:ascii="Arial" w:hAnsi="Arial" w:cs="Arial"/>
          <w:sz w:val="24"/>
          <w:szCs w:val="24"/>
        </w:rPr>
        <w:t>: 20%</w:t>
      </w:r>
    </w:p>
    <w:p w:rsidRPr="00F854F6" w:rsidR="0079164F" w:rsidP="00395406" w:rsidRDefault="0079164F" w14:paraId="7937677A" w14:textId="77777777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Jarrera</w:t>
      </w:r>
      <w:proofErr w:type="spellEnd"/>
      <w:r w:rsidRPr="00F854F6">
        <w:rPr>
          <w:rFonts w:ascii="Arial" w:hAnsi="Arial" w:cs="Arial"/>
          <w:sz w:val="24"/>
          <w:szCs w:val="24"/>
        </w:rPr>
        <w:t>: 10%</w:t>
      </w:r>
    </w:p>
    <w:p w:rsidRPr="00F854F6" w:rsidR="0079164F" w:rsidP="00F854F6" w:rsidRDefault="0079164F" w14:paraId="5D89B7A4" w14:textId="77777777">
      <w:pPr>
        <w:pStyle w:val="3izenburua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Fonts w:ascii="Arial" w:hAnsi="Arial" w:cs="Arial"/>
          <w:sz w:val="24"/>
          <w:szCs w:val="24"/>
        </w:rPr>
        <w:t>Kalifikazio</w:t>
      </w:r>
      <w:proofErr w:type="spellEnd"/>
      <w:r w:rsidRPr="00F854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Fonts w:ascii="Arial" w:hAnsi="Arial" w:cs="Arial"/>
          <w:sz w:val="24"/>
          <w:szCs w:val="24"/>
        </w:rPr>
        <w:t>Eskala</w:t>
      </w:r>
      <w:proofErr w:type="spellEnd"/>
      <w:r w:rsidRPr="00F854F6">
        <w:rPr>
          <w:rFonts w:ascii="Arial" w:hAnsi="Arial" w:cs="Arial"/>
          <w:sz w:val="24"/>
          <w:szCs w:val="24"/>
        </w:rPr>
        <w:t>:</w:t>
      </w:r>
    </w:p>
    <w:p w:rsidRPr="00F854F6" w:rsidR="0079164F" w:rsidP="00395406" w:rsidRDefault="0079164F" w14:paraId="07570664" w14:textId="7777777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Bikaina</w:t>
      </w:r>
      <w:proofErr w:type="spellEnd"/>
      <w:r w:rsidRPr="00F854F6">
        <w:rPr>
          <w:rFonts w:ascii="Arial" w:hAnsi="Arial" w:cs="Arial"/>
          <w:sz w:val="24"/>
          <w:szCs w:val="24"/>
        </w:rPr>
        <w:t xml:space="preserve">: 9-10 </w:t>
      </w:r>
      <w:proofErr w:type="spellStart"/>
      <w:r w:rsidRPr="00F854F6">
        <w:rPr>
          <w:rFonts w:ascii="Arial" w:hAnsi="Arial" w:cs="Arial"/>
          <w:sz w:val="24"/>
          <w:szCs w:val="24"/>
        </w:rPr>
        <w:t>puntu</w:t>
      </w:r>
      <w:proofErr w:type="spellEnd"/>
    </w:p>
    <w:p w:rsidRPr="00F854F6" w:rsidR="0079164F" w:rsidP="00395406" w:rsidRDefault="0079164F" w14:paraId="309CEED0" w14:textId="7777777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F854F6">
        <w:rPr>
          <w:rStyle w:val="Lodia"/>
          <w:rFonts w:ascii="Arial" w:hAnsi="Arial" w:cs="Arial"/>
          <w:sz w:val="24"/>
          <w:szCs w:val="24"/>
        </w:rPr>
        <w:t>Ona</w:t>
      </w:r>
      <w:r w:rsidRPr="00F854F6">
        <w:rPr>
          <w:rFonts w:ascii="Arial" w:hAnsi="Arial" w:cs="Arial"/>
          <w:sz w:val="24"/>
          <w:szCs w:val="24"/>
        </w:rPr>
        <w:t xml:space="preserve">: 7-8 </w:t>
      </w:r>
      <w:proofErr w:type="spellStart"/>
      <w:r w:rsidRPr="00F854F6">
        <w:rPr>
          <w:rFonts w:ascii="Arial" w:hAnsi="Arial" w:cs="Arial"/>
          <w:sz w:val="24"/>
          <w:szCs w:val="24"/>
        </w:rPr>
        <w:t>puntu</w:t>
      </w:r>
      <w:proofErr w:type="spellEnd"/>
    </w:p>
    <w:p w:rsidRPr="00F854F6" w:rsidR="0079164F" w:rsidP="00395406" w:rsidRDefault="0079164F" w14:paraId="0F827C27" w14:textId="7777777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Nahikoa</w:t>
      </w:r>
      <w:proofErr w:type="spellEnd"/>
      <w:r w:rsidRPr="00F854F6">
        <w:rPr>
          <w:rFonts w:ascii="Arial" w:hAnsi="Arial" w:cs="Arial"/>
          <w:sz w:val="24"/>
          <w:szCs w:val="24"/>
        </w:rPr>
        <w:t xml:space="preserve">: 5-6 </w:t>
      </w:r>
      <w:proofErr w:type="spellStart"/>
      <w:r w:rsidRPr="00F854F6">
        <w:rPr>
          <w:rFonts w:ascii="Arial" w:hAnsi="Arial" w:cs="Arial"/>
          <w:sz w:val="24"/>
          <w:szCs w:val="24"/>
        </w:rPr>
        <w:t>puntu</w:t>
      </w:r>
      <w:proofErr w:type="spellEnd"/>
    </w:p>
    <w:p w:rsidRPr="00F854F6" w:rsidR="0079164F" w:rsidP="00395406" w:rsidRDefault="0079164F" w14:paraId="1BE1AECD" w14:textId="77777777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Ez-nahikoa</w:t>
      </w:r>
      <w:proofErr w:type="spellEnd"/>
      <w:r w:rsidRPr="00F854F6">
        <w:rPr>
          <w:rFonts w:ascii="Arial" w:hAnsi="Arial" w:cs="Arial"/>
          <w:sz w:val="24"/>
          <w:szCs w:val="24"/>
        </w:rPr>
        <w:t xml:space="preserve">: 0-4 </w:t>
      </w:r>
      <w:proofErr w:type="spellStart"/>
      <w:r w:rsidRPr="00F854F6">
        <w:rPr>
          <w:rFonts w:ascii="Arial" w:hAnsi="Arial" w:cs="Arial"/>
          <w:sz w:val="24"/>
          <w:szCs w:val="24"/>
        </w:rPr>
        <w:t>puntu</w:t>
      </w:r>
      <w:proofErr w:type="spellEnd"/>
    </w:p>
    <w:p w:rsidRPr="00F854F6" w:rsidR="0079164F" w:rsidP="00F854F6" w:rsidRDefault="0079164F" w14:paraId="3BFB9EA7" w14:textId="77777777">
      <w:pPr>
        <w:pStyle w:val="3izenburua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Fonts w:ascii="Arial" w:hAnsi="Arial" w:cs="Arial"/>
          <w:sz w:val="24"/>
          <w:szCs w:val="24"/>
        </w:rPr>
        <w:t>Gutxieneko</w:t>
      </w:r>
      <w:proofErr w:type="spellEnd"/>
      <w:r w:rsidRPr="00F854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Fonts w:ascii="Arial" w:hAnsi="Arial" w:cs="Arial"/>
          <w:sz w:val="24"/>
          <w:szCs w:val="24"/>
        </w:rPr>
        <w:t>Baldintza</w:t>
      </w:r>
      <w:proofErr w:type="spellEnd"/>
      <w:r w:rsidRPr="00F854F6">
        <w:rPr>
          <w:rFonts w:ascii="Arial" w:hAnsi="Arial" w:cs="Arial"/>
          <w:sz w:val="24"/>
          <w:szCs w:val="24"/>
        </w:rPr>
        <w:t>:</w:t>
      </w:r>
    </w:p>
    <w:p w:rsidRPr="00F854F6" w:rsidR="0079164F" w:rsidP="00F854F6" w:rsidRDefault="0079164F" w14:paraId="3F023EA4" w14:textId="77777777">
      <w:pPr>
        <w:pStyle w:val="Normalaweb"/>
        <w:spacing w:line="360" w:lineRule="auto"/>
        <w:rPr>
          <w:rFonts w:ascii="Arial" w:hAnsi="Arial" w:cs="Arial"/>
        </w:rPr>
      </w:pPr>
      <w:r w:rsidRPr="00F854F6">
        <w:rPr>
          <w:rFonts w:ascii="Arial" w:hAnsi="Arial" w:cs="Arial"/>
        </w:rPr>
        <w:t>Ikastaroa gainditzeko, ikasleek puntuazio orokorrean gutxienez 5 puntu lortu behar dute, eta ezagutza teknikoaren atalean gutxienez 5 puntu ere bai.</w:t>
      </w:r>
    </w:p>
    <w:p w:rsidRPr="00F854F6" w:rsidR="0079164F" w:rsidP="00F854F6" w:rsidRDefault="0079164F" w14:paraId="5429E87A" w14:textId="77777777">
      <w:pPr>
        <w:pStyle w:val="2izenburua"/>
        <w:spacing w:line="360" w:lineRule="auto"/>
        <w:rPr>
          <w:rFonts w:ascii="Arial" w:hAnsi="Arial" w:cs="Arial"/>
          <w:sz w:val="24"/>
          <w:szCs w:val="24"/>
        </w:rPr>
      </w:pPr>
      <w:r w:rsidRPr="00F854F6">
        <w:rPr>
          <w:rFonts w:ascii="Arial" w:hAnsi="Arial" w:cs="Arial"/>
          <w:sz w:val="24"/>
          <w:szCs w:val="24"/>
        </w:rPr>
        <w:t>6. EBALUAZIO MOMENTUAK</w:t>
      </w:r>
    </w:p>
    <w:p w:rsidRPr="00F854F6" w:rsidR="0079164F" w:rsidP="00F854F6" w:rsidRDefault="0079164F" w14:paraId="66C8746C" w14:textId="77777777">
      <w:pPr>
        <w:pStyle w:val="3izenburua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Fonts w:ascii="Arial" w:hAnsi="Arial" w:cs="Arial"/>
          <w:sz w:val="24"/>
          <w:szCs w:val="24"/>
        </w:rPr>
        <w:t>Ebaluazio</w:t>
      </w:r>
      <w:proofErr w:type="spellEnd"/>
      <w:r w:rsidRPr="00F854F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Fonts w:ascii="Arial" w:hAnsi="Arial" w:cs="Arial"/>
          <w:sz w:val="24"/>
          <w:szCs w:val="24"/>
        </w:rPr>
        <w:t>Jarraia</w:t>
      </w:r>
      <w:proofErr w:type="spellEnd"/>
      <w:r w:rsidRPr="00F854F6">
        <w:rPr>
          <w:rFonts w:ascii="Arial" w:hAnsi="Arial" w:cs="Arial"/>
          <w:sz w:val="24"/>
          <w:szCs w:val="24"/>
        </w:rPr>
        <w:t>:</w:t>
      </w:r>
    </w:p>
    <w:p w:rsidRPr="00F854F6" w:rsidR="0079164F" w:rsidP="00395406" w:rsidRDefault="0079164F" w14:paraId="332746DA" w14:textId="77777777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Asteko</w:t>
      </w:r>
      <w:proofErr w:type="spellEnd"/>
      <w:r w:rsidRPr="00F854F6">
        <w:rPr>
          <w:rStyle w:val="Lodia"/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jarduerak</w:t>
      </w:r>
      <w:proofErr w:type="spellEnd"/>
      <w:r w:rsidRPr="00F854F6">
        <w:rPr>
          <w:rFonts w:ascii="Arial" w:hAnsi="Arial" w:cs="Arial"/>
          <w:sz w:val="24"/>
          <w:szCs w:val="24"/>
        </w:rPr>
        <w:t>: %25</w:t>
      </w:r>
    </w:p>
    <w:p w:rsidRPr="00F854F6" w:rsidR="0079164F" w:rsidP="00395406" w:rsidRDefault="0079164F" w14:paraId="04D5D717" w14:textId="77777777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Proiektu</w:t>
      </w:r>
      <w:proofErr w:type="spellEnd"/>
      <w:r w:rsidRPr="00F854F6">
        <w:rPr>
          <w:rStyle w:val="Lodia"/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tartekoak</w:t>
      </w:r>
      <w:proofErr w:type="spellEnd"/>
      <w:r w:rsidRPr="00F854F6">
        <w:rPr>
          <w:rFonts w:ascii="Arial" w:hAnsi="Arial" w:cs="Arial"/>
          <w:sz w:val="24"/>
          <w:szCs w:val="24"/>
        </w:rPr>
        <w:t>: %25</w:t>
      </w:r>
    </w:p>
    <w:p w:rsidRPr="00F854F6" w:rsidR="0079164F" w:rsidP="00395406" w:rsidRDefault="0079164F" w14:paraId="1AA9422F" w14:textId="77777777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Azken</w:t>
      </w:r>
      <w:proofErr w:type="spellEnd"/>
      <w:r w:rsidRPr="00F854F6">
        <w:rPr>
          <w:rStyle w:val="Lodia"/>
          <w:rFonts w:ascii="Arial" w:hAnsi="Arial" w:cs="Arial"/>
          <w:sz w:val="24"/>
          <w:szCs w:val="24"/>
        </w:rPr>
        <w:t xml:space="preserve"> </w:t>
      </w: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proiektua</w:t>
      </w:r>
      <w:proofErr w:type="spellEnd"/>
      <w:r w:rsidRPr="00F854F6">
        <w:rPr>
          <w:rFonts w:ascii="Arial" w:hAnsi="Arial" w:cs="Arial"/>
          <w:sz w:val="24"/>
          <w:szCs w:val="24"/>
        </w:rPr>
        <w:t>: %35</w:t>
      </w:r>
    </w:p>
    <w:p w:rsidRPr="00F854F6" w:rsidR="0079164F" w:rsidP="00395406" w:rsidRDefault="0079164F" w14:paraId="6A5CBAB8" w14:textId="77777777">
      <w:pPr>
        <w:numPr>
          <w:ilvl w:val="0"/>
          <w:numId w:val="10"/>
        </w:num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Jarrera</w:t>
      </w:r>
      <w:proofErr w:type="spellEnd"/>
      <w:r w:rsidRPr="00F854F6">
        <w:rPr>
          <w:rStyle w:val="Lodia"/>
          <w:rFonts w:ascii="Arial" w:hAnsi="Arial" w:cs="Arial"/>
          <w:sz w:val="24"/>
          <w:szCs w:val="24"/>
        </w:rPr>
        <w:t xml:space="preserve"> eta parte </w:t>
      </w:r>
      <w:proofErr w:type="spellStart"/>
      <w:r w:rsidRPr="00F854F6">
        <w:rPr>
          <w:rStyle w:val="Lodia"/>
          <w:rFonts w:ascii="Arial" w:hAnsi="Arial" w:cs="Arial"/>
          <w:sz w:val="24"/>
          <w:szCs w:val="24"/>
        </w:rPr>
        <w:t>hartzea</w:t>
      </w:r>
      <w:proofErr w:type="spellEnd"/>
      <w:r w:rsidRPr="00F854F6">
        <w:rPr>
          <w:rFonts w:ascii="Arial" w:hAnsi="Arial" w:cs="Arial"/>
          <w:sz w:val="24"/>
          <w:szCs w:val="24"/>
        </w:rPr>
        <w:t>: %15</w:t>
      </w:r>
    </w:p>
    <w:p w:rsidRPr="00F854F6" w:rsidR="0079164F" w:rsidP="00F854F6" w:rsidRDefault="0079164F" w14:paraId="02742726" w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</w:p>
    <w:sectPr w:rsidRPr="00F854F6" w:rsidR="0079164F" w:rsidSect="0079164F">
      <w:pgSz w:w="12240" w:h="15840" w:orient="portrait"/>
      <w:pgMar w:top="1701" w:right="1418" w:bottom="1418" w:left="1701" w:header="142" w:footer="720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nitials="AA" w:author="Ane Albisua" w:date="2025-07-09T09:34:00Z" w:id="2">
    <w:p w:rsidR="0079164F" w:rsidRDefault="0079164F" w14:paraId="038C730B" w14:textId="77777777">
      <w:pPr>
        <w:pStyle w:val="Iruzkinarentestua"/>
      </w:pPr>
      <w:r>
        <w:rPr>
          <w:rStyle w:val="Iruzkinarenerreferentzia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38C730B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406" w:rsidP="00530AAA" w:rsidRDefault="00395406" w14:paraId="51AA4456" w14:textId="77777777">
      <w:pPr>
        <w:spacing w:after="0" w:line="240" w:lineRule="auto"/>
      </w:pPr>
      <w:r>
        <w:separator/>
      </w:r>
    </w:p>
  </w:endnote>
  <w:endnote w:type="continuationSeparator" w:id="0">
    <w:p w:rsidR="00395406" w:rsidP="00530AAA" w:rsidRDefault="00395406" w14:paraId="5338B15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0339317"/>
      <w:docPartObj>
        <w:docPartGallery w:val="Page Numbers (Bottom of Page)"/>
        <w:docPartUnique/>
      </w:docPartObj>
    </w:sdtPr>
    <w:sdtEndPr/>
    <w:sdtContent>
      <w:p w:rsidR="00093622" w:rsidRDefault="00093622" w14:paraId="6AC96B86" w14:textId="77777777">
        <w:pPr>
          <w:pStyle w:val="Orri-o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01266" w:rsidR="00101266">
          <w:rPr>
            <w:noProof/>
            <w:lang w:val="eu-ES"/>
          </w:rPr>
          <w:t>1</w:t>
        </w:r>
        <w:r>
          <w:fldChar w:fldCharType="end"/>
        </w:r>
      </w:p>
    </w:sdtContent>
  </w:sdt>
  <w:p w:rsidR="00093622" w:rsidRDefault="00093622" w14:paraId="4C2EEB44" w14:textId="77777777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406" w:rsidP="00530AAA" w:rsidRDefault="00395406" w14:paraId="42402285" w14:textId="77777777">
      <w:pPr>
        <w:spacing w:after="0" w:line="240" w:lineRule="auto"/>
      </w:pPr>
      <w:r>
        <w:separator/>
      </w:r>
    </w:p>
  </w:footnote>
  <w:footnote w:type="continuationSeparator" w:id="0">
    <w:p w:rsidR="00395406" w:rsidP="00530AAA" w:rsidRDefault="00395406" w14:paraId="0E2055B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530AAA" w:rsidP="00530AAA" w:rsidRDefault="00093622" w14:paraId="55D83558" w14:textId="77777777">
    <w:pPr>
      <w:pStyle w:val="1izenburua"/>
      <w:spacing w:line="360" w:lineRule="auto"/>
      <w:jc w:val="right"/>
      <w:rPr>
        <w:rFonts w:ascii="Arial" w:hAnsi="Arial" w:cs="Arial"/>
        <w:lang w:val="eu-ES"/>
      </w:rPr>
    </w:pPr>
    <w:r>
      <w:rPr>
        <w:noProof/>
        <w:lang w:val="eu-ES" w:eastAsia="eu-ES"/>
      </w:rPr>
      <w:drawing>
        <wp:anchor distT="114300" distB="114300" distL="114300" distR="114300" simplePos="0" relativeHeight="251659264" behindDoc="0" locked="0" layoutInCell="1" hidden="0" allowOverlap="1" wp14:anchorId="2588048A" wp14:editId="6E22DC46">
          <wp:simplePos x="0" y="0"/>
          <wp:positionH relativeFrom="margin">
            <wp:align>center</wp:align>
          </wp:positionH>
          <wp:positionV relativeFrom="paragraph">
            <wp:posOffset>60960</wp:posOffset>
          </wp:positionV>
          <wp:extent cx="1281113" cy="547384"/>
          <wp:effectExtent l="0" t="0" r="0" b="5080"/>
          <wp:wrapNone/>
          <wp:docPr id="3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1113" cy="5473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u-ES" w:eastAsia="eu-ES"/>
      </w:rPr>
      <w:drawing>
        <wp:anchor distT="0" distB="0" distL="114300" distR="114300" simplePos="0" relativeHeight="251661312" behindDoc="0" locked="0" layoutInCell="1" allowOverlap="1" wp14:anchorId="4A6967D5" wp14:editId="48C140B4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050475" cy="611079"/>
          <wp:effectExtent l="0" t="0" r="0" b="0"/>
          <wp:wrapNone/>
          <wp:docPr id="4" name="Irud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iginala sloganarek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75" cy="611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64F">
      <w:rPr>
        <w:rFonts w:ascii="Arial" w:hAnsi="Arial" w:cs="Arial"/>
        <w:lang w:val="eu-ES"/>
      </w:rPr>
      <w:t>ERRUBRIKAK</w:t>
    </w:r>
  </w:p>
  <w:p w:rsidR="00530AAA" w:rsidRDefault="00530AAA" w14:paraId="62834B68" w14:textId="77777777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Zenbaki-zerren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Zenbaki-zerren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Bulet-zerrenda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Bulet-zerrenda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Zenbaki-zerren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Bulet-zerrenda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6" w15:restartNumberingAfterBreak="0">
    <w:nsid w:val="070D2627"/>
    <w:multiLevelType w:val="hybridMultilevel"/>
    <w:tmpl w:val="BB146218"/>
    <w:lvl w:ilvl="0" w:tplc="042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5937C2"/>
    <w:multiLevelType w:val="multilevel"/>
    <w:tmpl w:val="A2EE3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7E87BE2"/>
    <w:multiLevelType w:val="multilevel"/>
    <w:tmpl w:val="042D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15C70B0"/>
    <w:multiLevelType w:val="multilevel"/>
    <w:tmpl w:val="B34E4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59060EEA"/>
    <w:multiLevelType w:val="multilevel"/>
    <w:tmpl w:val="CE762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10"/>
  </w:num>
  <w:num w:numId="11">
    <w:abstractNumId w:val="6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ne Albisua">
    <w15:presenceInfo w15:providerId="None" w15:userId="Ane Albisu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2452D"/>
    <w:rsid w:val="00034616"/>
    <w:rsid w:val="0006063C"/>
    <w:rsid w:val="00093622"/>
    <w:rsid w:val="000A2664"/>
    <w:rsid w:val="000B27C0"/>
    <w:rsid w:val="000C62C9"/>
    <w:rsid w:val="000F0F40"/>
    <w:rsid w:val="00101266"/>
    <w:rsid w:val="00130B8F"/>
    <w:rsid w:val="00132A65"/>
    <w:rsid w:val="001453EA"/>
    <w:rsid w:val="0015074B"/>
    <w:rsid w:val="00162BE6"/>
    <w:rsid w:val="001978FA"/>
    <w:rsid w:val="001C16F6"/>
    <w:rsid w:val="001D704D"/>
    <w:rsid w:val="0029639D"/>
    <w:rsid w:val="002B13C4"/>
    <w:rsid w:val="002B2B58"/>
    <w:rsid w:val="002B3523"/>
    <w:rsid w:val="002C2419"/>
    <w:rsid w:val="002C75F1"/>
    <w:rsid w:val="002F2DB3"/>
    <w:rsid w:val="00311A94"/>
    <w:rsid w:val="0031604C"/>
    <w:rsid w:val="00326F90"/>
    <w:rsid w:val="003337E1"/>
    <w:rsid w:val="00350B03"/>
    <w:rsid w:val="00395406"/>
    <w:rsid w:val="003A4CB4"/>
    <w:rsid w:val="003C6E5F"/>
    <w:rsid w:val="003E6CD8"/>
    <w:rsid w:val="004356F1"/>
    <w:rsid w:val="00501802"/>
    <w:rsid w:val="00513386"/>
    <w:rsid w:val="00514E60"/>
    <w:rsid w:val="00527618"/>
    <w:rsid w:val="00530AAA"/>
    <w:rsid w:val="005E4B8F"/>
    <w:rsid w:val="00677CB4"/>
    <w:rsid w:val="006F5C00"/>
    <w:rsid w:val="00721D1A"/>
    <w:rsid w:val="00742573"/>
    <w:rsid w:val="007757AC"/>
    <w:rsid w:val="0079164F"/>
    <w:rsid w:val="00792BAE"/>
    <w:rsid w:val="007A45AD"/>
    <w:rsid w:val="008651D1"/>
    <w:rsid w:val="00885DF0"/>
    <w:rsid w:val="008B4288"/>
    <w:rsid w:val="008D1705"/>
    <w:rsid w:val="00970E19"/>
    <w:rsid w:val="009872AA"/>
    <w:rsid w:val="009A3940"/>
    <w:rsid w:val="009E7014"/>
    <w:rsid w:val="00A15E57"/>
    <w:rsid w:val="00A43817"/>
    <w:rsid w:val="00A46CBB"/>
    <w:rsid w:val="00A511E6"/>
    <w:rsid w:val="00A91E8B"/>
    <w:rsid w:val="00AA1D8D"/>
    <w:rsid w:val="00AC61F8"/>
    <w:rsid w:val="00AD5564"/>
    <w:rsid w:val="00B47730"/>
    <w:rsid w:val="00BB4643"/>
    <w:rsid w:val="00C21BB1"/>
    <w:rsid w:val="00C24244"/>
    <w:rsid w:val="00C742C7"/>
    <w:rsid w:val="00C847DF"/>
    <w:rsid w:val="00CB0664"/>
    <w:rsid w:val="00D226DF"/>
    <w:rsid w:val="00D3238E"/>
    <w:rsid w:val="00DE439B"/>
    <w:rsid w:val="00DF3B80"/>
    <w:rsid w:val="00E05DEB"/>
    <w:rsid w:val="00E26D75"/>
    <w:rsid w:val="00E447B9"/>
    <w:rsid w:val="00F411A0"/>
    <w:rsid w:val="00F629F5"/>
    <w:rsid w:val="00F854F6"/>
    <w:rsid w:val="00F91A3C"/>
    <w:rsid w:val="00FA0B43"/>
    <w:rsid w:val="00FB5A8A"/>
    <w:rsid w:val="00FC693F"/>
    <w:rsid w:val="2970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39EB35"/>
  <w14:defaultImageDpi w14:val="300"/>
  <w15:docId w15:val="{3649ADE8-F2E7-4064-A355-B1A61B416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a" w:default="1">
    <w:name w:val="Normal"/>
    <w:qFormat/>
    <w:rsid w:val="00FC693F"/>
  </w:style>
  <w:style w:type="paragraph" w:styleId="1izenburua">
    <w:name w:val="heading 1"/>
    <w:basedOn w:val="Normala"/>
    <w:next w:val="Normala"/>
    <w:link w:val="1izenburuaK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2izenburua">
    <w:name w:val="heading 2"/>
    <w:basedOn w:val="Normala"/>
    <w:next w:val="Normala"/>
    <w:link w:val="2izenburuaK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3izenburua">
    <w:name w:val="heading 3"/>
    <w:basedOn w:val="Normala"/>
    <w:next w:val="Normala"/>
    <w:link w:val="3izenburuaK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4izenburua">
    <w:name w:val="heading 4"/>
    <w:basedOn w:val="Normala"/>
    <w:next w:val="Normala"/>
    <w:link w:val="4izenburuaK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5izenburua">
    <w:name w:val="heading 5"/>
    <w:basedOn w:val="Normala"/>
    <w:next w:val="Normala"/>
    <w:link w:val="5izenburuaK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6izenburua">
    <w:name w:val="heading 6"/>
    <w:basedOn w:val="Normala"/>
    <w:next w:val="Normala"/>
    <w:link w:val="6izenburuaK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7izenburua">
    <w:name w:val="heading 7"/>
    <w:basedOn w:val="Normala"/>
    <w:next w:val="Normala"/>
    <w:link w:val="7izenburuaK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8izenburua">
    <w:name w:val="heading 8"/>
    <w:basedOn w:val="Normala"/>
    <w:next w:val="Normala"/>
    <w:link w:val="8izenburuaK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9izenburua">
    <w:name w:val="heading 9"/>
    <w:basedOn w:val="Normala"/>
    <w:next w:val="Normala"/>
    <w:link w:val="9izenburuaK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Paragrafoarenletra-tipolehenetsia" w:default="1">
    <w:name w:val="Default Paragraph Font"/>
    <w:uiPriority w:val="1"/>
    <w:semiHidden/>
    <w:unhideWhenUsed/>
  </w:style>
  <w:style w:type="table" w:styleId="Taulanorma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Zerrendarikez" w:default="1">
    <w:name w:val="No List"/>
    <w:uiPriority w:val="99"/>
    <w:semiHidden/>
    <w:unhideWhenUsed/>
  </w:style>
  <w:style w:type="paragraph" w:styleId="Goiburua">
    <w:name w:val="header"/>
    <w:basedOn w:val="Normala"/>
    <w:link w:val="Goiburua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GoiburuaKar" w:customStyle="1">
    <w:name w:val="Goiburua Kar"/>
    <w:basedOn w:val="Paragrafoarenletra-tipolehenetsia"/>
    <w:link w:val="Goiburua"/>
    <w:uiPriority w:val="99"/>
    <w:rsid w:val="00E618BF"/>
  </w:style>
  <w:style w:type="paragraph" w:styleId="Orri-oina">
    <w:name w:val="footer"/>
    <w:basedOn w:val="Normala"/>
    <w:link w:val="Orri-oina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Orri-oinaKar" w:customStyle="1">
    <w:name w:val="Orri-oina Kar"/>
    <w:basedOn w:val="Paragrafoarenletra-tipolehenetsia"/>
    <w:link w:val="Orri-oina"/>
    <w:uiPriority w:val="99"/>
    <w:rsid w:val="00E618BF"/>
  </w:style>
  <w:style w:type="paragraph" w:styleId="Tarterikez">
    <w:name w:val="No Spacing"/>
    <w:link w:val="TarterikezKar"/>
    <w:uiPriority w:val="1"/>
    <w:qFormat/>
    <w:rsid w:val="00FC693F"/>
    <w:pPr>
      <w:spacing w:after="0" w:line="240" w:lineRule="auto"/>
    </w:pPr>
  </w:style>
  <w:style w:type="character" w:styleId="1izenburuaKar" w:customStyle="1">
    <w:name w:val="1. izenburua Kar"/>
    <w:basedOn w:val="Paragrafoarenletra-tipolehenetsia"/>
    <w:link w:val="1izenburua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2izenburuaKar" w:customStyle="1">
    <w:name w:val="2. izenburua Kar"/>
    <w:basedOn w:val="Paragrafoarenletra-tipolehenetsia"/>
    <w:link w:val="2izenburua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3izenburuaKar" w:customStyle="1">
    <w:name w:val="3. izenburua Kar"/>
    <w:basedOn w:val="Paragrafoarenletra-tipolehenetsia"/>
    <w:link w:val="3izenburua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ulua">
    <w:name w:val="Title"/>
    <w:basedOn w:val="Normala"/>
    <w:next w:val="Normala"/>
    <w:link w:val="TituluaK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uluaKar" w:customStyle="1">
    <w:name w:val="Titulua Kar"/>
    <w:basedOn w:val="Paragrafoarenletra-tipolehenetsia"/>
    <w:link w:val="Titulua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Azpititulua">
    <w:name w:val="Subtitle"/>
    <w:basedOn w:val="Normala"/>
    <w:next w:val="Normala"/>
    <w:link w:val="AzpitituluaK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AzpitituluaKar" w:customStyle="1">
    <w:name w:val="Azpititulua Kar"/>
    <w:basedOn w:val="Paragrafoarenletra-tipolehenetsia"/>
    <w:link w:val="Azpititulua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Zerrenda-paragrafoa">
    <w:name w:val="List Paragraph"/>
    <w:basedOn w:val="Normala"/>
    <w:uiPriority w:val="34"/>
    <w:qFormat/>
    <w:rsid w:val="00FC693F"/>
    <w:pPr>
      <w:ind w:left="720"/>
      <w:contextualSpacing/>
    </w:pPr>
  </w:style>
  <w:style w:type="paragraph" w:styleId="Gorputz-testua">
    <w:name w:val="Body Text"/>
    <w:basedOn w:val="Normala"/>
    <w:link w:val="Gorputz-testuaKar"/>
    <w:uiPriority w:val="99"/>
    <w:unhideWhenUsed/>
    <w:rsid w:val="00AA1D8D"/>
    <w:pPr>
      <w:spacing w:after="120"/>
    </w:pPr>
  </w:style>
  <w:style w:type="character" w:styleId="Gorputz-testuaKar" w:customStyle="1">
    <w:name w:val="Gorputz-testua Kar"/>
    <w:basedOn w:val="Paragrafoarenletra-tipolehenetsia"/>
    <w:link w:val="Gorputz-testua"/>
    <w:uiPriority w:val="99"/>
    <w:rsid w:val="00AA1D8D"/>
  </w:style>
  <w:style w:type="paragraph" w:styleId="Gorputz-testua2">
    <w:name w:val="Body Text 2"/>
    <w:basedOn w:val="Normala"/>
    <w:link w:val="Gorputz-testua2Kar"/>
    <w:uiPriority w:val="99"/>
    <w:unhideWhenUsed/>
    <w:rsid w:val="00AA1D8D"/>
    <w:pPr>
      <w:spacing w:after="120" w:line="480" w:lineRule="auto"/>
    </w:pPr>
  </w:style>
  <w:style w:type="character" w:styleId="Gorputz-testua2Kar" w:customStyle="1">
    <w:name w:val="Gorputz-testua 2 Kar"/>
    <w:basedOn w:val="Paragrafoarenletra-tipolehenetsia"/>
    <w:link w:val="Gorputz-testua2"/>
    <w:uiPriority w:val="99"/>
    <w:rsid w:val="00AA1D8D"/>
  </w:style>
  <w:style w:type="paragraph" w:styleId="Gorputz-testua3">
    <w:name w:val="Body Text 3"/>
    <w:basedOn w:val="Normala"/>
    <w:link w:val="Gorputz-testua3K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Gorputz-testua3Kar" w:customStyle="1">
    <w:name w:val="Gorputz-testua 3 Kar"/>
    <w:basedOn w:val="Paragrafoarenletra-tipolehenetsia"/>
    <w:link w:val="Gorputz-testua3"/>
    <w:uiPriority w:val="99"/>
    <w:rsid w:val="00AA1D8D"/>
    <w:rPr>
      <w:sz w:val="16"/>
      <w:szCs w:val="16"/>
    </w:rPr>
  </w:style>
  <w:style w:type="paragraph" w:styleId="Zerrenda">
    <w:name w:val="List"/>
    <w:basedOn w:val="Normala"/>
    <w:uiPriority w:val="99"/>
    <w:unhideWhenUsed/>
    <w:rsid w:val="00AA1D8D"/>
    <w:pPr>
      <w:ind w:left="360" w:hanging="360"/>
      <w:contextualSpacing/>
    </w:pPr>
  </w:style>
  <w:style w:type="paragraph" w:styleId="Zerrenda2">
    <w:name w:val="List 2"/>
    <w:basedOn w:val="Normala"/>
    <w:uiPriority w:val="99"/>
    <w:unhideWhenUsed/>
    <w:rsid w:val="00326F90"/>
    <w:pPr>
      <w:ind w:left="720" w:hanging="360"/>
      <w:contextualSpacing/>
    </w:pPr>
  </w:style>
  <w:style w:type="paragraph" w:styleId="Zerrenda3">
    <w:name w:val="List 3"/>
    <w:basedOn w:val="Normala"/>
    <w:uiPriority w:val="99"/>
    <w:unhideWhenUsed/>
    <w:rsid w:val="00326F90"/>
    <w:pPr>
      <w:ind w:left="1080" w:hanging="360"/>
      <w:contextualSpacing/>
    </w:pPr>
  </w:style>
  <w:style w:type="paragraph" w:styleId="Bulet-zerrenda">
    <w:name w:val="List Bullet"/>
    <w:basedOn w:val="Normala"/>
    <w:uiPriority w:val="99"/>
    <w:unhideWhenUsed/>
    <w:rsid w:val="00326F90"/>
    <w:pPr>
      <w:numPr>
        <w:numId w:val="1"/>
      </w:numPr>
      <w:contextualSpacing/>
    </w:pPr>
  </w:style>
  <w:style w:type="paragraph" w:styleId="Bulet-zerrenda2">
    <w:name w:val="List Bullet 2"/>
    <w:basedOn w:val="Normala"/>
    <w:uiPriority w:val="99"/>
    <w:unhideWhenUsed/>
    <w:rsid w:val="00326F90"/>
    <w:pPr>
      <w:numPr>
        <w:numId w:val="2"/>
      </w:numPr>
      <w:contextualSpacing/>
    </w:pPr>
  </w:style>
  <w:style w:type="paragraph" w:styleId="Bulet-zerrenda3">
    <w:name w:val="List Bullet 3"/>
    <w:basedOn w:val="Normala"/>
    <w:uiPriority w:val="99"/>
    <w:unhideWhenUsed/>
    <w:rsid w:val="00326F90"/>
    <w:pPr>
      <w:numPr>
        <w:numId w:val="3"/>
      </w:numPr>
      <w:contextualSpacing/>
    </w:pPr>
  </w:style>
  <w:style w:type="paragraph" w:styleId="Zenbaki-zerrenda">
    <w:name w:val="List Number"/>
    <w:basedOn w:val="Normala"/>
    <w:uiPriority w:val="99"/>
    <w:unhideWhenUsed/>
    <w:rsid w:val="00326F90"/>
    <w:pPr>
      <w:numPr>
        <w:numId w:val="4"/>
      </w:numPr>
      <w:contextualSpacing/>
    </w:pPr>
  </w:style>
  <w:style w:type="paragraph" w:styleId="Zenbaki-zerrenda2">
    <w:name w:val="List Number 2"/>
    <w:basedOn w:val="Normala"/>
    <w:uiPriority w:val="99"/>
    <w:unhideWhenUsed/>
    <w:rsid w:val="0029639D"/>
    <w:pPr>
      <w:numPr>
        <w:numId w:val="5"/>
      </w:numPr>
      <w:contextualSpacing/>
    </w:pPr>
  </w:style>
  <w:style w:type="paragraph" w:styleId="Zenbaki-zerrenda3">
    <w:name w:val="List Number 3"/>
    <w:basedOn w:val="Normala"/>
    <w:uiPriority w:val="99"/>
    <w:unhideWhenUsed/>
    <w:rsid w:val="0029639D"/>
    <w:pPr>
      <w:numPr>
        <w:numId w:val="6"/>
      </w:numPr>
      <w:contextualSpacing/>
    </w:pPr>
  </w:style>
  <w:style w:type="paragraph" w:styleId="Zerrendajarraitua">
    <w:name w:val="List Continue"/>
    <w:basedOn w:val="Normala"/>
    <w:uiPriority w:val="99"/>
    <w:unhideWhenUsed/>
    <w:rsid w:val="0029639D"/>
    <w:pPr>
      <w:spacing w:after="120"/>
      <w:ind w:left="360"/>
      <w:contextualSpacing/>
    </w:pPr>
  </w:style>
  <w:style w:type="paragraph" w:styleId="Zerrendajarraitua2">
    <w:name w:val="List Continue 2"/>
    <w:basedOn w:val="Normala"/>
    <w:uiPriority w:val="99"/>
    <w:unhideWhenUsed/>
    <w:rsid w:val="0029639D"/>
    <w:pPr>
      <w:spacing w:after="120"/>
      <w:ind w:left="720"/>
      <w:contextualSpacing/>
    </w:pPr>
  </w:style>
  <w:style w:type="paragraph" w:styleId="Zerrendajarraitua3">
    <w:name w:val="List Continue 3"/>
    <w:basedOn w:val="Normala"/>
    <w:uiPriority w:val="99"/>
    <w:unhideWhenUsed/>
    <w:rsid w:val="0029639D"/>
    <w:pPr>
      <w:spacing w:after="120"/>
      <w:ind w:left="1080"/>
      <w:contextualSpacing/>
    </w:pPr>
  </w:style>
  <w:style w:type="paragraph" w:styleId="Makrokotestua">
    <w:name w:val="macro"/>
    <w:link w:val="MakrokotestuaK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krokotestuaKar" w:customStyle="1">
    <w:name w:val="Makroko testua Kar"/>
    <w:basedOn w:val="Paragrafoarenletra-tipolehenetsia"/>
    <w:link w:val="Makrokotestua"/>
    <w:uiPriority w:val="99"/>
    <w:rsid w:val="0029639D"/>
    <w:rPr>
      <w:rFonts w:ascii="Courier" w:hAnsi="Courier"/>
      <w:sz w:val="20"/>
      <w:szCs w:val="20"/>
    </w:rPr>
  </w:style>
  <w:style w:type="paragraph" w:styleId="Aipua">
    <w:name w:val="Quote"/>
    <w:basedOn w:val="Normala"/>
    <w:next w:val="Normala"/>
    <w:link w:val="AipuaKar"/>
    <w:uiPriority w:val="29"/>
    <w:qFormat/>
    <w:rsid w:val="00FC693F"/>
    <w:rPr>
      <w:i/>
      <w:iCs/>
      <w:color w:val="000000" w:themeColor="text1"/>
    </w:rPr>
  </w:style>
  <w:style w:type="character" w:styleId="AipuaKar" w:customStyle="1">
    <w:name w:val="Aipua Kar"/>
    <w:basedOn w:val="Paragrafoarenletra-tipolehenetsia"/>
    <w:link w:val="Aipua"/>
    <w:uiPriority w:val="29"/>
    <w:rsid w:val="00FC693F"/>
    <w:rPr>
      <w:i/>
      <w:iCs/>
      <w:color w:val="000000" w:themeColor="text1"/>
    </w:rPr>
  </w:style>
  <w:style w:type="character" w:styleId="4izenburuaKar" w:customStyle="1">
    <w:name w:val="4. izenburua Kar"/>
    <w:basedOn w:val="Paragrafoarenletra-tipolehenetsia"/>
    <w:link w:val="4izenburua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5izenburuaKar" w:customStyle="1">
    <w:name w:val="5. izenburua Kar"/>
    <w:basedOn w:val="Paragrafoarenletra-tipolehenetsia"/>
    <w:link w:val="5izenburua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6izenburuaKar" w:customStyle="1">
    <w:name w:val="6. izenburua Kar"/>
    <w:basedOn w:val="Paragrafoarenletra-tipolehenetsia"/>
    <w:link w:val="6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7izenburuaKar" w:customStyle="1">
    <w:name w:val="7. izenburua Kar"/>
    <w:basedOn w:val="Paragrafoarenletra-tipolehenetsia"/>
    <w:link w:val="7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8izenburuaKar" w:customStyle="1">
    <w:name w:val="8. izenburua Kar"/>
    <w:basedOn w:val="Paragrafoarenletra-tipolehenetsia"/>
    <w:link w:val="8izenburua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9izenburuaKar" w:customStyle="1">
    <w:name w:val="9. izenburua Kar"/>
    <w:basedOn w:val="Paragrafoarenletra-tipolehenetsia"/>
    <w:link w:val="9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Epigrafea">
    <w:name w:val="caption"/>
    <w:basedOn w:val="Normala"/>
    <w:next w:val="Normala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odia">
    <w:name w:val="Strong"/>
    <w:basedOn w:val="Paragrafoarenletra-tipolehenetsia"/>
    <w:uiPriority w:val="22"/>
    <w:qFormat/>
    <w:rsid w:val="00FC693F"/>
    <w:rPr>
      <w:b/>
      <w:bCs/>
    </w:rPr>
  </w:style>
  <w:style w:type="character" w:styleId="Enfasia">
    <w:name w:val="Emphasis"/>
    <w:basedOn w:val="Paragrafoarenletra-tipolehenetsia"/>
    <w:uiPriority w:val="20"/>
    <w:qFormat/>
    <w:rsid w:val="00FC693F"/>
    <w:rPr>
      <w:i/>
      <w:iCs/>
    </w:rPr>
  </w:style>
  <w:style w:type="paragraph" w:styleId="Aipamenhandia">
    <w:name w:val="Intense Quote"/>
    <w:basedOn w:val="Normala"/>
    <w:next w:val="Normala"/>
    <w:link w:val="AipamenhandiaK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AipamenhandiaKar" w:customStyle="1">
    <w:name w:val="Aipamen handia Kar"/>
    <w:basedOn w:val="Paragrafoarenletra-tipolehenetsia"/>
    <w:link w:val="Aipamenhandia"/>
    <w:uiPriority w:val="30"/>
    <w:rsid w:val="00FC693F"/>
    <w:rPr>
      <w:b/>
      <w:bCs/>
      <w:i/>
      <w:iCs/>
      <w:color w:val="4F81BD" w:themeColor="accent1"/>
    </w:rPr>
  </w:style>
  <w:style w:type="character" w:styleId="Enfasileuna">
    <w:name w:val="Subtle Emphasis"/>
    <w:basedOn w:val="Paragrafoarenletra-tipolehenetsia"/>
    <w:uiPriority w:val="19"/>
    <w:qFormat/>
    <w:rsid w:val="00FC693F"/>
    <w:rPr>
      <w:i/>
      <w:iCs/>
      <w:color w:val="808080" w:themeColor="text1" w:themeTint="7F"/>
    </w:rPr>
  </w:style>
  <w:style w:type="character" w:styleId="Enfasibizia">
    <w:name w:val="Intense Emphasis"/>
    <w:basedOn w:val="Paragrafoarenletra-tipolehenetsia"/>
    <w:uiPriority w:val="21"/>
    <w:qFormat/>
    <w:rsid w:val="00FC693F"/>
    <w:rPr>
      <w:b/>
      <w:bCs/>
      <w:i/>
      <w:iCs/>
      <w:color w:val="4F81BD" w:themeColor="accent1"/>
    </w:rPr>
  </w:style>
  <w:style w:type="character" w:styleId="Erreferentzialeuna">
    <w:name w:val="Subtle Reference"/>
    <w:basedOn w:val="Paragrafoarenletra-tipolehenetsia"/>
    <w:uiPriority w:val="31"/>
    <w:qFormat/>
    <w:rsid w:val="00FC693F"/>
    <w:rPr>
      <w:smallCaps/>
      <w:color w:val="C0504D" w:themeColor="accent2"/>
      <w:u w:val="single"/>
    </w:rPr>
  </w:style>
  <w:style w:type="character" w:styleId="Erreferentziabizia">
    <w:name w:val="Intense Reference"/>
    <w:basedOn w:val="Paragrafoarenletra-tipolehenetsi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Liburuarentitulua">
    <w:name w:val="Book Title"/>
    <w:basedOn w:val="Paragrafoarenletra-tipolehenetsia"/>
    <w:uiPriority w:val="33"/>
    <w:qFormat/>
    <w:rsid w:val="00FC693F"/>
    <w:rPr>
      <w:b/>
      <w:bCs/>
      <w:smallCaps/>
      <w:spacing w:val="5"/>
    </w:rPr>
  </w:style>
  <w:style w:type="paragraph" w:styleId="TOCizenburua">
    <w:name w:val="TOC Heading"/>
    <w:basedOn w:val="1izenburua"/>
    <w:next w:val="Normala"/>
    <w:uiPriority w:val="39"/>
    <w:unhideWhenUsed/>
    <w:qFormat/>
    <w:rsid w:val="00FC693F"/>
    <w:pPr>
      <w:outlineLvl w:val="9"/>
    </w:pPr>
  </w:style>
  <w:style w:type="table" w:styleId="Saretaduntaula">
    <w:name w:val="Table Grid"/>
    <w:basedOn w:val="Taulanormala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Itzalduraargia">
    <w:name w:val="Light Shading"/>
    <w:basedOn w:val="Taulanormal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Itzalduraargia-1enfasia">
    <w:name w:val="Light Shading Accent 1"/>
    <w:basedOn w:val="Taulanormal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Itzalduraargia-2enfasia">
    <w:name w:val="Light Shading Accent 2"/>
    <w:basedOn w:val="Taulanormal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Itzalduraargia-3enfasia">
    <w:name w:val="Light Shading Accent 3"/>
    <w:basedOn w:val="Taulanormal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Itzalduraargia-4enfasia">
    <w:name w:val="Light Shading Accent 4"/>
    <w:basedOn w:val="Taulanormal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Itzalduraargia-5enfasia">
    <w:name w:val="Light Shading Accent 5"/>
    <w:basedOn w:val="Taulanormal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Itzalduraargia-6enfasia">
    <w:name w:val="Light Shading Accent 6"/>
    <w:basedOn w:val="Taulanormal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Zerrendaargia">
    <w:name w:val="Light List"/>
    <w:basedOn w:val="Taulanorma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Zerrendaargia-1enfasia">
    <w:name w:val="Light List Accent 1"/>
    <w:basedOn w:val="Taulanorma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Zerrendaargia-2enfasia">
    <w:name w:val="Light List Accent 2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Zerrendaargia-3enfasia">
    <w:name w:val="Light List Accent 3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Zerrendaargia-4enfasia">
    <w:name w:val="Light List Accent 4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Zerrendaargia-5enfasia">
    <w:name w:val="Light List Accent 5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Zerrendaargia-6enfasia">
    <w:name w:val="Light List Accent 6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Saretaargia">
    <w:name w:val="Light Grid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Saretaargia-1enfasia">
    <w:name w:val="Light Grid Accent 1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Saretaargia-2enfasia">
    <w:name w:val="Light Grid Accent 2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Saretaargia-3enfasia">
    <w:name w:val="Light Grid Accent 3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Saretaargia-4enfasia">
    <w:name w:val="Light Grid Accent 4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Saretaargia-5enfasia">
    <w:name w:val="Light Grid Accent 5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Saretaargia-6enfasia">
    <w:name w:val="Light Grid Accent 6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1itzalduraertaina">
    <w:name w:val="Medium Shading 1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1enfasia">
    <w:name w:val="Medium Shading 1 Accent 1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2enfasia">
    <w:name w:val="Medium Shading 1 Accent 2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3enfasia">
    <w:name w:val="Medium Shading 1 Accent 3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4enfasia">
    <w:name w:val="Medium Shading 1 Accent 4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5enfasia">
    <w:name w:val="Medium Shading 1 Accent 5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6enfasia">
    <w:name w:val="Medium Shading 1 Accent 6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itzalduraertaina">
    <w:name w:val="Medium Shading 2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1enfasia">
    <w:name w:val="Medium Shading 2 Accent 1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2enfasia">
    <w:name w:val="Medium Shading 2 Accent 2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3enfasia">
    <w:name w:val="Medium Shading 2 Accent 3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4enfasia">
    <w:name w:val="Medium Shading 2 Accent 4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5enfasia">
    <w:name w:val="Medium Shading 2 Accent 5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6enfasia">
    <w:name w:val="Medium Shading 2 Accent 6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zerrendaertaina">
    <w:name w:val="Medium List 1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zerrendaertaina-1enfasia">
    <w:name w:val="Medium List 1 Accent 1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zerrendaertaina-2enfasia">
    <w:name w:val="Medium List 1 Accent 2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zerrendaertaina-3enfasia">
    <w:name w:val="Medium List 1 Accent 3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zerrendaertaina-4enfasia">
    <w:name w:val="Medium List 1 Accent 4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zerrendaertaina-5enfasia">
    <w:name w:val="Medium List 1 Accent 5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zerrendaertaina-6enfasia">
    <w:name w:val="Medium List 1 Accent 6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zerrendaertaina">
    <w:name w:val="Medium List 2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1enfasia">
    <w:name w:val="Medium List 2 Accent 1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2enfasia">
    <w:name w:val="Medium List 2 Accent 2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3enfasia">
    <w:name w:val="Medium List 2 Accent 3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4enfasia">
    <w:name w:val="Medium List 2 Accent 4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5enfasia">
    <w:name w:val="Medium List 2 Accent 5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6enfasia">
    <w:name w:val="Medium List 2 Accent 6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saretaertaina">
    <w:name w:val="Medium Grid 1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saretaertaina-1enfasia">
    <w:name w:val="Medium Grid 1 Accent 1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saretaertaina-2enfasia">
    <w:name w:val="Medium Grid 1 Accent 2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saretaertaina-3enfasia">
    <w:name w:val="Medium Grid 1 Accent 3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saretaertaina-4enfasia">
    <w:name w:val="Medium Grid 1 Accent 4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saretaertaina-5enfasia">
    <w:name w:val="Medium Grid 1 Accent 5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saretaertaina-6enfasia">
    <w:name w:val="Medium Grid 1 Accent 6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saretaertaina">
    <w:name w:val="Medium Grid 2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1enfasia">
    <w:name w:val="Medium Grid 2 Accent 1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2enfasia">
    <w:name w:val="Medium Grid 2 Accent 2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3enfasia">
    <w:name w:val="Medium Grid 2 Accent 3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4enfasia">
    <w:name w:val="Medium Grid 2 Accent 4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5enfasia">
    <w:name w:val="Medium Grid 2 Accent 5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6enfasia">
    <w:name w:val="Medium Grid 2 Accent 6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saretaertaina">
    <w:name w:val="Medium Grid 3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3saretaertaina-1enfasia">
    <w:name w:val="Medium Grid 3 Accent 1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3saretaertaina-2enfasia">
    <w:name w:val="Medium Grid 3 Accent 2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3saretaertaina-3enfasia">
    <w:name w:val="Medium Grid 3 Accent 3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3saretaertaina-4enfasia">
    <w:name w:val="Medium Grid 3 Accent 4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3saretaertaina-5enfasia">
    <w:name w:val="Medium Grid 3 Accent 5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3saretaertaina-6enfasia">
    <w:name w:val="Medium Grid 3 Accent 6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Zerrendailuna">
    <w:name w:val="Dark List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Zerrendailuna-1enfasia">
    <w:name w:val="Dark List Accent 1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Zerrendailuna-2enfasia">
    <w:name w:val="Dark List Accent 2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Zerrendailuna-3enfasia">
    <w:name w:val="Dark List Accent 3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Zerrendailuna-4enfasia">
    <w:name w:val="Dark List Accent 4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Zerrendailuna-5enfasia">
    <w:name w:val="Dark List Accent 5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Zerrendailuna-6enfasia">
    <w:name w:val="Dark List Accent 6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etakoitzaldura">
    <w:name w:val="Colorful Shading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1enfasia">
    <w:name w:val="Colorful Shading Accent 1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2enfasia">
    <w:name w:val="Colorful Shading Accent 2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3enfasia">
    <w:name w:val="Colorful Shading Accent 3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etakoitzaldura-4enfasia">
    <w:name w:val="Colorful Shading Accent 4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5enfasia">
    <w:name w:val="Colorful Shading Accent 5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6enfasia">
    <w:name w:val="Colorful Shading Accent 6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zerrenda">
    <w:name w:val="Colorful List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Zerrendakoloretsua-1enfasia">
    <w:name w:val="Colorful List Accent 1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Zerrendakoloretsua-2enfasia">
    <w:name w:val="Colorful List Accent 2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Zerrendakoloretsua-3enfasia">
    <w:name w:val="Colorful List Accent 3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Zerrendakoloretsua-4enfasia">
    <w:name w:val="Colorful List Accent 4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Zerrendakoloretsua-5enfasia">
    <w:name w:val="Colorful List Accent 5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Zerrendakoloretsua-6enfasia">
    <w:name w:val="Colorful List Accent 6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etakosareta">
    <w:name w:val="Colorful Grid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etakosareta-1enfasia">
    <w:name w:val="Colorful Grid Accent 1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etakosareta-2enfasia">
    <w:name w:val="Colorful Grid Accent 2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etakosareta-3enfasia">
    <w:name w:val="Colorful Grid Accent 3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etakosareta-4enfasia">
    <w:name w:val="Colorful Grid Accent 4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etakosareta-5enfasia">
    <w:name w:val="Colorful Grid Accent 5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etakosareta-6enfasia">
    <w:name w:val="Colorful Grid Accent 6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esteka">
    <w:name w:val="Hyperlink"/>
    <w:basedOn w:val="Paragrafoarenletra-tipolehenetsia"/>
    <w:uiPriority w:val="99"/>
    <w:unhideWhenUsed/>
    <w:rsid w:val="00A46CBB"/>
    <w:rPr>
      <w:color w:val="0000FF" w:themeColor="hyperlink"/>
      <w:u w:val="single"/>
    </w:rPr>
  </w:style>
  <w:style w:type="character" w:styleId="BisitatutakoHiperesteka">
    <w:name w:val="FollowedHyperlink"/>
    <w:basedOn w:val="Paragrafoarenletra-tipolehenetsia"/>
    <w:uiPriority w:val="99"/>
    <w:semiHidden/>
    <w:unhideWhenUsed/>
    <w:rsid w:val="00A46CBB"/>
    <w:rPr>
      <w:color w:val="800080" w:themeColor="followedHyperlink"/>
      <w:u w:val="single"/>
    </w:rPr>
  </w:style>
  <w:style w:type="paragraph" w:styleId="Normalaweb">
    <w:name w:val="Normal (Web)"/>
    <w:basedOn w:val="Normala"/>
    <w:uiPriority w:val="99"/>
    <w:unhideWhenUsed/>
    <w:rsid w:val="00E447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u-ES" w:eastAsia="eu-ES"/>
    </w:rPr>
  </w:style>
  <w:style w:type="character" w:styleId="citation-299" w:customStyle="1">
    <w:name w:val="citation-299"/>
    <w:basedOn w:val="Paragrafoarenletra-tipolehenetsia"/>
    <w:rsid w:val="000B27C0"/>
  </w:style>
  <w:style w:type="character" w:styleId="citation-298" w:customStyle="1">
    <w:name w:val="citation-298"/>
    <w:basedOn w:val="Paragrafoarenletra-tipolehenetsia"/>
    <w:rsid w:val="000B27C0"/>
  </w:style>
  <w:style w:type="character" w:styleId="citation-297" w:customStyle="1">
    <w:name w:val="citation-297"/>
    <w:basedOn w:val="Paragrafoarenletra-tipolehenetsia"/>
    <w:rsid w:val="000B27C0"/>
  </w:style>
  <w:style w:type="character" w:styleId="citation-296" w:customStyle="1">
    <w:name w:val="citation-296"/>
    <w:basedOn w:val="Paragrafoarenletra-tipolehenetsia"/>
    <w:rsid w:val="000B27C0"/>
  </w:style>
  <w:style w:type="character" w:styleId="citation-295" w:customStyle="1">
    <w:name w:val="citation-295"/>
    <w:basedOn w:val="Paragrafoarenletra-tipolehenetsia"/>
    <w:rsid w:val="000B27C0"/>
  </w:style>
  <w:style w:type="character" w:styleId="citation-294" w:customStyle="1">
    <w:name w:val="citation-294"/>
    <w:basedOn w:val="Paragrafoarenletra-tipolehenetsia"/>
    <w:rsid w:val="000B27C0"/>
  </w:style>
  <w:style w:type="character" w:styleId="citation-293" w:customStyle="1">
    <w:name w:val="citation-293"/>
    <w:basedOn w:val="Paragrafoarenletra-tipolehenetsia"/>
    <w:rsid w:val="000B27C0"/>
  </w:style>
  <w:style w:type="character" w:styleId="citation-292" w:customStyle="1">
    <w:name w:val="citation-292"/>
    <w:basedOn w:val="Paragrafoarenletra-tipolehenetsia"/>
    <w:rsid w:val="000B27C0"/>
  </w:style>
  <w:style w:type="character" w:styleId="citation-291" w:customStyle="1">
    <w:name w:val="citation-291"/>
    <w:basedOn w:val="Paragrafoarenletra-tipolehenetsia"/>
    <w:rsid w:val="000B27C0"/>
  </w:style>
  <w:style w:type="character" w:styleId="citation-290" w:customStyle="1">
    <w:name w:val="citation-290"/>
    <w:basedOn w:val="Paragrafoarenletra-tipolehenetsia"/>
    <w:rsid w:val="000B27C0"/>
  </w:style>
  <w:style w:type="character" w:styleId="citation-289" w:customStyle="1">
    <w:name w:val="citation-289"/>
    <w:basedOn w:val="Paragrafoarenletra-tipolehenetsia"/>
    <w:rsid w:val="000B27C0"/>
  </w:style>
  <w:style w:type="character" w:styleId="citation-288" w:customStyle="1">
    <w:name w:val="citation-288"/>
    <w:basedOn w:val="Paragrafoarenletra-tipolehenetsia"/>
    <w:rsid w:val="000B27C0"/>
  </w:style>
  <w:style w:type="character" w:styleId="citation-287" w:customStyle="1">
    <w:name w:val="citation-287"/>
    <w:basedOn w:val="Paragrafoarenletra-tipolehenetsia"/>
    <w:rsid w:val="000B27C0"/>
  </w:style>
  <w:style w:type="character" w:styleId="citation-286" w:customStyle="1">
    <w:name w:val="citation-286"/>
    <w:basedOn w:val="Paragrafoarenletra-tipolehenetsia"/>
    <w:rsid w:val="000B27C0"/>
  </w:style>
  <w:style w:type="character" w:styleId="citation-285" w:customStyle="1">
    <w:name w:val="citation-285"/>
    <w:basedOn w:val="Paragrafoarenletra-tipolehenetsia"/>
    <w:rsid w:val="000B27C0"/>
  </w:style>
  <w:style w:type="character" w:styleId="citation-284" w:customStyle="1">
    <w:name w:val="citation-284"/>
    <w:basedOn w:val="Paragrafoarenletra-tipolehenetsia"/>
    <w:rsid w:val="000B27C0"/>
  </w:style>
  <w:style w:type="character" w:styleId="citation-283" w:customStyle="1">
    <w:name w:val="citation-283"/>
    <w:basedOn w:val="Paragrafoarenletra-tipolehenetsia"/>
    <w:rsid w:val="000B27C0"/>
  </w:style>
  <w:style w:type="character" w:styleId="citation-282" w:customStyle="1">
    <w:name w:val="citation-282"/>
    <w:basedOn w:val="Paragrafoarenletra-tipolehenetsia"/>
    <w:rsid w:val="000B27C0"/>
  </w:style>
  <w:style w:type="character" w:styleId="citation-281" w:customStyle="1">
    <w:name w:val="citation-281"/>
    <w:basedOn w:val="Paragrafoarenletra-tipolehenetsia"/>
    <w:rsid w:val="000B27C0"/>
  </w:style>
  <w:style w:type="character" w:styleId="citation-280" w:customStyle="1">
    <w:name w:val="citation-280"/>
    <w:basedOn w:val="Paragrafoarenletra-tipolehenetsia"/>
    <w:rsid w:val="000B27C0"/>
  </w:style>
  <w:style w:type="character" w:styleId="citation-279" w:customStyle="1">
    <w:name w:val="citation-279"/>
    <w:basedOn w:val="Paragrafoarenletra-tipolehenetsia"/>
    <w:rsid w:val="000B27C0"/>
  </w:style>
  <w:style w:type="character" w:styleId="citation-278" w:customStyle="1">
    <w:name w:val="citation-278"/>
    <w:basedOn w:val="Paragrafoarenletra-tipolehenetsia"/>
    <w:rsid w:val="000B27C0"/>
  </w:style>
  <w:style w:type="character" w:styleId="citation-277" w:customStyle="1">
    <w:name w:val="citation-277"/>
    <w:basedOn w:val="Paragrafoarenletra-tipolehenetsia"/>
    <w:rsid w:val="000B27C0"/>
  </w:style>
  <w:style w:type="character" w:styleId="citation-276" w:customStyle="1">
    <w:name w:val="citation-276"/>
    <w:basedOn w:val="Paragrafoarenletra-tipolehenetsia"/>
    <w:rsid w:val="000B27C0"/>
  </w:style>
  <w:style w:type="character" w:styleId="citation-275" w:customStyle="1">
    <w:name w:val="citation-275"/>
    <w:basedOn w:val="Paragrafoarenletra-tipolehenetsia"/>
    <w:rsid w:val="000B27C0"/>
  </w:style>
  <w:style w:type="character" w:styleId="citation-274" w:customStyle="1">
    <w:name w:val="citation-274"/>
    <w:basedOn w:val="Paragrafoarenletra-tipolehenetsia"/>
    <w:rsid w:val="000B27C0"/>
  </w:style>
  <w:style w:type="character" w:styleId="citation-273" w:customStyle="1">
    <w:name w:val="citation-273"/>
    <w:basedOn w:val="Paragrafoarenletra-tipolehenetsia"/>
    <w:rsid w:val="000B27C0"/>
  </w:style>
  <w:style w:type="character" w:styleId="citation-272" w:customStyle="1">
    <w:name w:val="citation-272"/>
    <w:basedOn w:val="Paragrafoarenletra-tipolehenetsia"/>
    <w:rsid w:val="000B27C0"/>
  </w:style>
  <w:style w:type="character" w:styleId="citation-271" w:customStyle="1">
    <w:name w:val="citation-271"/>
    <w:basedOn w:val="Paragrafoarenletra-tipolehenetsia"/>
    <w:rsid w:val="000B27C0"/>
  </w:style>
  <w:style w:type="character" w:styleId="citation-270" w:customStyle="1">
    <w:name w:val="citation-270"/>
    <w:basedOn w:val="Paragrafoarenletra-tipolehenetsia"/>
    <w:rsid w:val="000B27C0"/>
  </w:style>
  <w:style w:type="character" w:styleId="citation-269" w:customStyle="1">
    <w:name w:val="citation-269"/>
    <w:basedOn w:val="Paragrafoarenletra-tipolehenetsia"/>
    <w:rsid w:val="000B27C0"/>
  </w:style>
  <w:style w:type="character" w:styleId="citation-268" w:customStyle="1">
    <w:name w:val="citation-268"/>
    <w:basedOn w:val="Paragrafoarenletra-tipolehenetsia"/>
    <w:rsid w:val="000B27C0"/>
  </w:style>
  <w:style w:type="character" w:styleId="citation-267" w:customStyle="1">
    <w:name w:val="citation-267"/>
    <w:basedOn w:val="Paragrafoarenletra-tipolehenetsia"/>
    <w:rsid w:val="000B27C0"/>
  </w:style>
  <w:style w:type="character" w:styleId="citation-266" w:customStyle="1">
    <w:name w:val="citation-266"/>
    <w:basedOn w:val="Paragrafoarenletra-tipolehenetsia"/>
    <w:rsid w:val="000B27C0"/>
  </w:style>
  <w:style w:type="character" w:styleId="citation-265" w:customStyle="1">
    <w:name w:val="citation-265"/>
    <w:basedOn w:val="Paragrafoarenletra-tipolehenetsia"/>
    <w:rsid w:val="000B27C0"/>
  </w:style>
  <w:style w:type="character" w:styleId="citation-264" w:customStyle="1">
    <w:name w:val="citation-264"/>
    <w:basedOn w:val="Paragrafoarenletra-tipolehenetsia"/>
    <w:rsid w:val="000B27C0"/>
  </w:style>
  <w:style w:type="character" w:styleId="citation-263" w:customStyle="1">
    <w:name w:val="citation-263"/>
    <w:basedOn w:val="Paragrafoarenletra-tipolehenetsia"/>
    <w:rsid w:val="000B27C0"/>
  </w:style>
  <w:style w:type="character" w:styleId="citation-262" w:customStyle="1">
    <w:name w:val="citation-262"/>
    <w:basedOn w:val="Paragrafoarenletra-tipolehenetsia"/>
    <w:rsid w:val="000B27C0"/>
  </w:style>
  <w:style w:type="character" w:styleId="citation-261" w:customStyle="1">
    <w:name w:val="citation-261"/>
    <w:basedOn w:val="Paragrafoarenletra-tipolehenetsia"/>
    <w:rsid w:val="000B27C0"/>
  </w:style>
  <w:style w:type="character" w:styleId="citation-260" w:customStyle="1">
    <w:name w:val="citation-260"/>
    <w:basedOn w:val="Paragrafoarenletra-tipolehenetsia"/>
    <w:rsid w:val="000B27C0"/>
  </w:style>
  <w:style w:type="character" w:styleId="citation-259" w:customStyle="1">
    <w:name w:val="citation-259"/>
    <w:basedOn w:val="Paragrafoarenletra-tipolehenetsia"/>
    <w:rsid w:val="000B27C0"/>
  </w:style>
  <w:style w:type="character" w:styleId="citation-258" w:customStyle="1">
    <w:name w:val="citation-258"/>
    <w:basedOn w:val="Paragrafoarenletra-tipolehenetsia"/>
    <w:rsid w:val="000B27C0"/>
  </w:style>
  <w:style w:type="character" w:styleId="citation-257" w:customStyle="1">
    <w:name w:val="citation-257"/>
    <w:basedOn w:val="Paragrafoarenletra-tipolehenetsia"/>
    <w:rsid w:val="000B27C0"/>
  </w:style>
  <w:style w:type="character" w:styleId="citation-256" w:customStyle="1">
    <w:name w:val="citation-256"/>
    <w:basedOn w:val="Paragrafoarenletra-tipolehenetsia"/>
    <w:rsid w:val="000B27C0"/>
  </w:style>
  <w:style w:type="character" w:styleId="citation-255" w:customStyle="1">
    <w:name w:val="citation-255"/>
    <w:basedOn w:val="Paragrafoarenletra-tipolehenetsia"/>
    <w:rsid w:val="000B27C0"/>
  </w:style>
  <w:style w:type="character" w:styleId="citation-254" w:customStyle="1">
    <w:name w:val="citation-254"/>
    <w:basedOn w:val="Paragrafoarenletra-tipolehenetsia"/>
    <w:rsid w:val="000B27C0"/>
  </w:style>
  <w:style w:type="character" w:styleId="citation-253" w:customStyle="1">
    <w:name w:val="citation-253"/>
    <w:basedOn w:val="Paragrafoarenletra-tipolehenetsia"/>
    <w:rsid w:val="000B27C0"/>
  </w:style>
  <w:style w:type="character" w:styleId="citation-252" w:customStyle="1">
    <w:name w:val="citation-252"/>
    <w:basedOn w:val="Paragrafoarenletra-tipolehenetsia"/>
    <w:rsid w:val="000B27C0"/>
  </w:style>
  <w:style w:type="character" w:styleId="citation-251" w:customStyle="1">
    <w:name w:val="citation-251"/>
    <w:basedOn w:val="Paragrafoarenletra-tipolehenetsia"/>
    <w:rsid w:val="000B27C0"/>
  </w:style>
  <w:style w:type="character" w:styleId="citation-250" w:customStyle="1">
    <w:name w:val="citation-250"/>
    <w:basedOn w:val="Paragrafoarenletra-tipolehenetsia"/>
    <w:rsid w:val="000B27C0"/>
  </w:style>
  <w:style w:type="character" w:styleId="citation-249" w:customStyle="1">
    <w:name w:val="citation-249"/>
    <w:basedOn w:val="Paragrafoarenletra-tipolehenetsia"/>
    <w:rsid w:val="000B27C0"/>
  </w:style>
  <w:style w:type="character" w:styleId="citation-248" w:customStyle="1">
    <w:name w:val="citation-248"/>
    <w:basedOn w:val="Paragrafoarenletra-tipolehenetsia"/>
    <w:rsid w:val="000B27C0"/>
  </w:style>
  <w:style w:type="character" w:styleId="citation-247" w:customStyle="1">
    <w:name w:val="citation-247"/>
    <w:basedOn w:val="Paragrafoarenletra-tipolehenetsia"/>
    <w:rsid w:val="000B27C0"/>
  </w:style>
  <w:style w:type="character" w:styleId="citation-246" w:customStyle="1">
    <w:name w:val="citation-246"/>
    <w:basedOn w:val="Paragrafoarenletra-tipolehenetsia"/>
    <w:rsid w:val="000B27C0"/>
  </w:style>
  <w:style w:type="character" w:styleId="citation-245" w:customStyle="1">
    <w:name w:val="citation-245"/>
    <w:basedOn w:val="Paragrafoarenletra-tipolehenetsia"/>
    <w:rsid w:val="000B27C0"/>
  </w:style>
  <w:style w:type="character" w:styleId="citation-197" w:customStyle="1">
    <w:name w:val="citation-197"/>
    <w:basedOn w:val="Paragrafoarenletra-tipolehenetsia"/>
    <w:rsid w:val="00C742C7"/>
  </w:style>
  <w:style w:type="character" w:styleId="citation-196" w:customStyle="1">
    <w:name w:val="citation-196"/>
    <w:basedOn w:val="Paragrafoarenletra-tipolehenetsia"/>
    <w:rsid w:val="00C742C7"/>
  </w:style>
  <w:style w:type="character" w:styleId="citation-195" w:customStyle="1">
    <w:name w:val="citation-195"/>
    <w:basedOn w:val="Paragrafoarenletra-tipolehenetsia"/>
    <w:rsid w:val="00C742C7"/>
  </w:style>
  <w:style w:type="character" w:styleId="citation-194" w:customStyle="1">
    <w:name w:val="citation-194"/>
    <w:basedOn w:val="Paragrafoarenletra-tipolehenetsia"/>
    <w:rsid w:val="00C742C7"/>
  </w:style>
  <w:style w:type="character" w:styleId="citation-193" w:customStyle="1">
    <w:name w:val="citation-193"/>
    <w:basedOn w:val="Paragrafoarenletra-tipolehenetsia"/>
    <w:rsid w:val="00C742C7"/>
  </w:style>
  <w:style w:type="character" w:styleId="citation-192" w:customStyle="1">
    <w:name w:val="citation-192"/>
    <w:basedOn w:val="Paragrafoarenletra-tipolehenetsia"/>
    <w:rsid w:val="00C742C7"/>
  </w:style>
  <w:style w:type="character" w:styleId="citation-191" w:customStyle="1">
    <w:name w:val="citation-191"/>
    <w:basedOn w:val="Paragrafoarenletra-tipolehenetsia"/>
    <w:rsid w:val="00C742C7"/>
  </w:style>
  <w:style w:type="character" w:styleId="citation-190" w:customStyle="1">
    <w:name w:val="citation-190"/>
    <w:basedOn w:val="Paragrafoarenletra-tipolehenetsia"/>
    <w:rsid w:val="00C742C7"/>
  </w:style>
  <w:style w:type="character" w:styleId="citation-189" w:customStyle="1">
    <w:name w:val="citation-189"/>
    <w:basedOn w:val="Paragrafoarenletra-tipolehenetsia"/>
    <w:rsid w:val="00C742C7"/>
  </w:style>
  <w:style w:type="character" w:styleId="citation-188" w:customStyle="1">
    <w:name w:val="citation-188"/>
    <w:basedOn w:val="Paragrafoarenletra-tipolehenetsia"/>
    <w:rsid w:val="00C742C7"/>
  </w:style>
  <w:style w:type="character" w:styleId="citation-187" w:customStyle="1">
    <w:name w:val="citation-187"/>
    <w:basedOn w:val="Paragrafoarenletra-tipolehenetsia"/>
    <w:rsid w:val="00C742C7"/>
  </w:style>
  <w:style w:type="character" w:styleId="citation-186" w:customStyle="1">
    <w:name w:val="citation-186"/>
    <w:basedOn w:val="Paragrafoarenletra-tipolehenetsia"/>
    <w:rsid w:val="00C742C7"/>
  </w:style>
  <w:style w:type="character" w:styleId="citation-185" w:customStyle="1">
    <w:name w:val="citation-185"/>
    <w:basedOn w:val="Paragrafoarenletra-tipolehenetsia"/>
    <w:rsid w:val="00C742C7"/>
  </w:style>
  <w:style w:type="character" w:styleId="citation-184" w:customStyle="1">
    <w:name w:val="citation-184"/>
    <w:basedOn w:val="Paragrafoarenletra-tipolehenetsia"/>
    <w:rsid w:val="00C742C7"/>
  </w:style>
  <w:style w:type="character" w:styleId="citation-183" w:customStyle="1">
    <w:name w:val="citation-183"/>
    <w:basedOn w:val="Paragrafoarenletra-tipolehenetsia"/>
    <w:rsid w:val="00C742C7"/>
  </w:style>
  <w:style w:type="character" w:styleId="citation-182" w:customStyle="1">
    <w:name w:val="citation-182"/>
    <w:basedOn w:val="Paragrafoarenletra-tipolehenetsia"/>
    <w:rsid w:val="00C742C7"/>
  </w:style>
  <w:style w:type="character" w:styleId="citation-181" w:customStyle="1">
    <w:name w:val="citation-181"/>
    <w:basedOn w:val="Paragrafoarenletra-tipolehenetsia"/>
    <w:rsid w:val="00C742C7"/>
  </w:style>
  <w:style w:type="character" w:styleId="citation-180" w:customStyle="1">
    <w:name w:val="citation-180"/>
    <w:basedOn w:val="Paragrafoarenletra-tipolehenetsia"/>
    <w:rsid w:val="00C742C7"/>
  </w:style>
  <w:style w:type="character" w:styleId="citation-179" w:customStyle="1">
    <w:name w:val="citation-179"/>
    <w:basedOn w:val="Paragrafoarenletra-tipolehenetsia"/>
    <w:rsid w:val="00C742C7"/>
  </w:style>
  <w:style w:type="character" w:styleId="citation-178" w:customStyle="1">
    <w:name w:val="citation-178"/>
    <w:basedOn w:val="Paragrafoarenletra-tipolehenetsia"/>
    <w:rsid w:val="00C742C7"/>
  </w:style>
  <w:style w:type="character" w:styleId="citation-177" w:customStyle="1">
    <w:name w:val="citation-177"/>
    <w:basedOn w:val="Paragrafoarenletra-tipolehenetsia"/>
    <w:rsid w:val="00C742C7"/>
  </w:style>
  <w:style w:type="character" w:styleId="citation-176" w:customStyle="1">
    <w:name w:val="citation-176"/>
    <w:basedOn w:val="Paragrafoarenletra-tipolehenetsia"/>
    <w:rsid w:val="00C742C7"/>
  </w:style>
  <w:style w:type="character" w:styleId="citation-175" w:customStyle="1">
    <w:name w:val="citation-175"/>
    <w:basedOn w:val="Paragrafoarenletra-tipolehenetsia"/>
    <w:rsid w:val="00C742C7"/>
  </w:style>
  <w:style w:type="character" w:styleId="citation-174" w:customStyle="1">
    <w:name w:val="citation-174"/>
    <w:basedOn w:val="Paragrafoarenletra-tipolehenetsia"/>
    <w:rsid w:val="00C742C7"/>
  </w:style>
  <w:style w:type="character" w:styleId="citation-173" w:customStyle="1">
    <w:name w:val="citation-173"/>
    <w:basedOn w:val="Paragrafoarenletra-tipolehenetsia"/>
    <w:rsid w:val="00C742C7"/>
  </w:style>
  <w:style w:type="character" w:styleId="citation-172" w:customStyle="1">
    <w:name w:val="citation-172"/>
    <w:basedOn w:val="Paragrafoarenletra-tipolehenetsia"/>
    <w:rsid w:val="00C742C7"/>
  </w:style>
  <w:style w:type="character" w:styleId="citation-171" w:customStyle="1">
    <w:name w:val="citation-171"/>
    <w:basedOn w:val="Paragrafoarenletra-tipolehenetsia"/>
    <w:rsid w:val="00C742C7"/>
  </w:style>
  <w:style w:type="character" w:styleId="citation-170" w:customStyle="1">
    <w:name w:val="citation-170"/>
    <w:basedOn w:val="Paragrafoarenletra-tipolehenetsia"/>
    <w:rsid w:val="00C742C7"/>
  </w:style>
  <w:style w:type="character" w:styleId="citation-169" w:customStyle="1">
    <w:name w:val="citation-169"/>
    <w:basedOn w:val="Paragrafoarenletra-tipolehenetsia"/>
    <w:rsid w:val="00C742C7"/>
  </w:style>
  <w:style w:type="character" w:styleId="citation-168" w:customStyle="1">
    <w:name w:val="citation-168"/>
    <w:basedOn w:val="Paragrafoarenletra-tipolehenetsia"/>
    <w:rsid w:val="00C742C7"/>
  </w:style>
  <w:style w:type="character" w:styleId="citation-167" w:customStyle="1">
    <w:name w:val="citation-167"/>
    <w:basedOn w:val="Paragrafoarenletra-tipolehenetsia"/>
    <w:rsid w:val="00C742C7"/>
  </w:style>
  <w:style w:type="character" w:styleId="citation-166" w:customStyle="1">
    <w:name w:val="citation-166"/>
    <w:basedOn w:val="Paragrafoarenletra-tipolehenetsia"/>
    <w:rsid w:val="00C742C7"/>
  </w:style>
  <w:style w:type="character" w:styleId="citation-165" w:customStyle="1">
    <w:name w:val="citation-165"/>
    <w:basedOn w:val="Paragrafoarenletra-tipolehenetsia"/>
    <w:rsid w:val="00C742C7"/>
  </w:style>
  <w:style w:type="character" w:styleId="citation-164" w:customStyle="1">
    <w:name w:val="citation-164"/>
    <w:basedOn w:val="Paragrafoarenletra-tipolehenetsia"/>
    <w:rsid w:val="00C742C7"/>
  </w:style>
  <w:style w:type="character" w:styleId="citation-163" w:customStyle="1">
    <w:name w:val="citation-163"/>
    <w:basedOn w:val="Paragrafoarenletra-tipolehenetsia"/>
    <w:rsid w:val="00C742C7"/>
  </w:style>
  <w:style w:type="character" w:styleId="citation-162" w:customStyle="1">
    <w:name w:val="citation-162"/>
    <w:basedOn w:val="Paragrafoarenletra-tipolehenetsia"/>
    <w:rsid w:val="00C742C7"/>
  </w:style>
  <w:style w:type="character" w:styleId="citation-161" w:customStyle="1">
    <w:name w:val="citation-161"/>
    <w:basedOn w:val="Paragrafoarenletra-tipolehenetsia"/>
    <w:rsid w:val="00C742C7"/>
  </w:style>
  <w:style w:type="character" w:styleId="citation-160" w:customStyle="1">
    <w:name w:val="citation-160"/>
    <w:basedOn w:val="Paragrafoarenletra-tipolehenetsia"/>
    <w:rsid w:val="00C742C7"/>
  </w:style>
  <w:style w:type="character" w:styleId="citation-159" w:customStyle="1">
    <w:name w:val="citation-159"/>
    <w:basedOn w:val="Paragrafoarenletra-tipolehenetsia"/>
    <w:rsid w:val="00C742C7"/>
  </w:style>
  <w:style w:type="character" w:styleId="citation-158" w:customStyle="1">
    <w:name w:val="citation-158"/>
    <w:basedOn w:val="Paragrafoarenletra-tipolehenetsia"/>
    <w:rsid w:val="00C742C7"/>
  </w:style>
  <w:style w:type="character" w:styleId="citation-157" w:customStyle="1">
    <w:name w:val="citation-157"/>
    <w:basedOn w:val="Paragrafoarenletra-tipolehenetsia"/>
    <w:rsid w:val="00C742C7"/>
  </w:style>
  <w:style w:type="character" w:styleId="citation-156" w:customStyle="1">
    <w:name w:val="citation-156"/>
    <w:basedOn w:val="Paragrafoarenletra-tipolehenetsia"/>
    <w:rsid w:val="00C742C7"/>
  </w:style>
  <w:style w:type="character" w:styleId="citation-155" w:customStyle="1">
    <w:name w:val="citation-155"/>
    <w:basedOn w:val="Paragrafoarenletra-tipolehenetsia"/>
    <w:rsid w:val="00C742C7"/>
  </w:style>
  <w:style w:type="character" w:styleId="citation-154" w:customStyle="1">
    <w:name w:val="citation-154"/>
    <w:basedOn w:val="Paragrafoarenletra-tipolehenetsia"/>
    <w:rsid w:val="00C742C7"/>
  </w:style>
  <w:style w:type="character" w:styleId="citation-153" w:customStyle="1">
    <w:name w:val="citation-153"/>
    <w:basedOn w:val="Paragrafoarenletra-tipolehenetsia"/>
    <w:rsid w:val="00C742C7"/>
  </w:style>
  <w:style w:type="character" w:styleId="citation-152" w:customStyle="1">
    <w:name w:val="citation-152"/>
    <w:basedOn w:val="Paragrafoarenletra-tipolehenetsia"/>
    <w:rsid w:val="00C742C7"/>
  </w:style>
  <w:style w:type="character" w:styleId="citation-151" w:customStyle="1">
    <w:name w:val="citation-151"/>
    <w:basedOn w:val="Paragrafoarenletra-tipolehenetsia"/>
    <w:rsid w:val="00C742C7"/>
  </w:style>
  <w:style w:type="character" w:styleId="citation-150" w:customStyle="1">
    <w:name w:val="citation-150"/>
    <w:basedOn w:val="Paragrafoarenletra-tipolehenetsia"/>
    <w:rsid w:val="00C742C7"/>
  </w:style>
  <w:style w:type="character" w:styleId="citation-149" w:customStyle="1">
    <w:name w:val="citation-149"/>
    <w:basedOn w:val="Paragrafoarenletra-tipolehenetsia"/>
    <w:rsid w:val="00C742C7"/>
  </w:style>
  <w:style w:type="character" w:styleId="citation-148" w:customStyle="1">
    <w:name w:val="citation-148"/>
    <w:basedOn w:val="Paragrafoarenletra-tipolehenetsia"/>
    <w:rsid w:val="00C742C7"/>
  </w:style>
  <w:style w:type="character" w:styleId="citation-147" w:customStyle="1">
    <w:name w:val="citation-147"/>
    <w:basedOn w:val="Paragrafoarenletra-tipolehenetsia"/>
    <w:rsid w:val="00C742C7"/>
  </w:style>
  <w:style w:type="character" w:styleId="citation-146" w:customStyle="1">
    <w:name w:val="citation-146"/>
    <w:basedOn w:val="Paragrafoarenletra-tipolehenetsia"/>
    <w:rsid w:val="00C742C7"/>
  </w:style>
  <w:style w:type="character" w:styleId="citation-145" w:customStyle="1">
    <w:name w:val="citation-145"/>
    <w:basedOn w:val="Paragrafoarenletra-tipolehenetsia"/>
    <w:rsid w:val="00C742C7"/>
  </w:style>
  <w:style w:type="character" w:styleId="citation-144" w:customStyle="1">
    <w:name w:val="citation-144"/>
    <w:basedOn w:val="Paragrafoarenletra-tipolehenetsia"/>
    <w:rsid w:val="00C742C7"/>
  </w:style>
  <w:style w:type="character" w:styleId="citation-143" w:customStyle="1">
    <w:name w:val="citation-143"/>
    <w:basedOn w:val="Paragrafoarenletra-tipolehenetsia"/>
    <w:rsid w:val="00C742C7"/>
  </w:style>
  <w:style w:type="character" w:styleId="citation-142" w:customStyle="1">
    <w:name w:val="citation-142"/>
    <w:basedOn w:val="Paragrafoarenletra-tipolehenetsia"/>
    <w:rsid w:val="00C742C7"/>
  </w:style>
  <w:style w:type="character" w:styleId="citation-141" w:customStyle="1">
    <w:name w:val="citation-141"/>
    <w:basedOn w:val="Paragrafoarenletra-tipolehenetsia"/>
    <w:rsid w:val="00C742C7"/>
  </w:style>
  <w:style w:type="character" w:styleId="citation-140" w:customStyle="1">
    <w:name w:val="citation-140"/>
    <w:basedOn w:val="Paragrafoarenletra-tipolehenetsia"/>
    <w:rsid w:val="00C742C7"/>
  </w:style>
  <w:style w:type="character" w:styleId="citation-139" w:customStyle="1">
    <w:name w:val="citation-139"/>
    <w:basedOn w:val="Paragrafoarenletra-tipolehenetsia"/>
    <w:rsid w:val="00C742C7"/>
  </w:style>
  <w:style w:type="character" w:styleId="citation-138" w:customStyle="1">
    <w:name w:val="citation-138"/>
    <w:basedOn w:val="Paragrafoarenletra-tipolehenetsia"/>
    <w:rsid w:val="00C742C7"/>
  </w:style>
  <w:style w:type="character" w:styleId="citation-137" w:customStyle="1">
    <w:name w:val="citation-137"/>
    <w:basedOn w:val="Paragrafoarenletra-tipolehenetsia"/>
    <w:rsid w:val="00C742C7"/>
  </w:style>
  <w:style w:type="character" w:styleId="citation-136" w:customStyle="1">
    <w:name w:val="citation-136"/>
    <w:basedOn w:val="Paragrafoarenletra-tipolehenetsia"/>
    <w:rsid w:val="00C742C7"/>
  </w:style>
  <w:style w:type="character" w:styleId="citation-135" w:customStyle="1">
    <w:name w:val="citation-135"/>
    <w:basedOn w:val="Paragrafoarenletra-tipolehenetsia"/>
    <w:rsid w:val="00C742C7"/>
  </w:style>
  <w:style w:type="character" w:styleId="citation-134" w:customStyle="1">
    <w:name w:val="citation-134"/>
    <w:basedOn w:val="Paragrafoarenletra-tipolehenetsia"/>
    <w:rsid w:val="00C742C7"/>
  </w:style>
  <w:style w:type="character" w:styleId="citation-133" w:customStyle="1">
    <w:name w:val="citation-133"/>
    <w:basedOn w:val="Paragrafoarenletra-tipolehenetsia"/>
    <w:rsid w:val="00C742C7"/>
  </w:style>
  <w:style w:type="character" w:styleId="citation-132" w:customStyle="1">
    <w:name w:val="citation-132"/>
    <w:basedOn w:val="Paragrafoarenletra-tipolehenetsia"/>
    <w:rsid w:val="00C742C7"/>
  </w:style>
  <w:style w:type="character" w:styleId="citation-833" w:customStyle="1">
    <w:name w:val="citation-833"/>
    <w:basedOn w:val="Paragrafoarenletra-tipolehenetsia"/>
    <w:rsid w:val="00C742C7"/>
  </w:style>
  <w:style w:type="character" w:styleId="citation-832" w:customStyle="1">
    <w:name w:val="citation-832"/>
    <w:basedOn w:val="Paragrafoarenletra-tipolehenetsia"/>
    <w:rsid w:val="00C742C7"/>
  </w:style>
  <w:style w:type="character" w:styleId="citation-831" w:customStyle="1">
    <w:name w:val="citation-831"/>
    <w:basedOn w:val="Paragrafoarenletra-tipolehenetsia"/>
    <w:rsid w:val="00C742C7"/>
  </w:style>
  <w:style w:type="character" w:styleId="citation-830" w:customStyle="1">
    <w:name w:val="citation-830"/>
    <w:basedOn w:val="Paragrafoarenletra-tipolehenetsia"/>
    <w:rsid w:val="00C742C7"/>
  </w:style>
  <w:style w:type="character" w:styleId="citation-829" w:customStyle="1">
    <w:name w:val="citation-829"/>
    <w:basedOn w:val="Paragrafoarenletra-tipolehenetsia"/>
    <w:rsid w:val="00C742C7"/>
  </w:style>
  <w:style w:type="character" w:styleId="citation-828" w:customStyle="1">
    <w:name w:val="citation-828"/>
    <w:basedOn w:val="Paragrafoarenletra-tipolehenetsia"/>
    <w:rsid w:val="00C742C7"/>
  </w:style>
  <w:style w:type="character" w:styleId="citation-827" w:customStyle="1">
    <w:name w:val="citation-827"/>
    <w:basedOn w:val="Paragrafoarenletra-tipolehenetsia"/>
    <w:rsid w:val="00C742C7"/>
  </w:style>
  <w:style w:type="character" w:styleId="citation-826" w:customStyle="1">
    <w:name w:val="citation-826"/>
    <w:basedOn w:val="Paragrafoarenletra-tipolehenetsia"/>
    <w:rsid w:val="00C742C7"/>
  </w:style>
  <w:style w:type="character" w:styleId="citation-825" w:customStyle="1">
    <w:name w:val="citation-825"/>
    <w:basedOn w:val="Paragrafoarenletra-tipolehenetsia"/>
    <w:rsid w:val="00C742C7"/>
  </w:style>
  <w:style w:type="character" w:styleId="citation-824" w:customStyle="1">
    <w:name w:val="citation-824"/>
    <w:basedOn w:val="Paragrafoarenletra-tipolehenetsia"/>
    <w:rsid w:val="00C742C7"/>
  </w:style>
  <w:style w:type="character" w:styleId="citation-823" w:customStyle="1">
    <w:name w:val="citation-823"/>
    <w:basedOn w:val="Paragrafoarenletra-tipolehenetsia"/>
    <w:rsid w:val="00C742C7"/>
  </w:style>
  <w:style w:type="character" w:styleId="citation-822" w:customStyle="1">
    <w:name w:val="citation-822"/>
    <w:basedOn w:val="Paragrafoarenletra-tipolehenetsia"/>
    <w:rsid w:val="00C742C7"/>
  </w:style>
  <w:style w:type="character" w:styleId="citation-821" w:customStyle="1">
    <w:name w:val="citation-821"/>
    <w:basedOn w:val="Paragrafoarenletra-tipolehenetsia"/>
    <w:rsid w:val="00C742C7"/>
  </w:style>
  <w:style w:type="character" w:styleId="citation-820" w:customStyle="1">
    <w:name w:val="citation-820"/>
    <w:basedOn w:val="Paragrafoarenletra-tipolehenetsia"/>
    <w:rsid w:val="00C742C7"/>
  </w:style>
  <w:style w:type="character" w:styleId="citation-819" w:customStyle="1">
    <w:name w:val="citation-819"/>
    <w:basedOn w:val="Paragrafoarenletra-tipolehenetsia"/>
    <w:rsid w:val="00C742C7"/>
  </w:style>
  <w:style w:type="character" w:styleId="citation-818" w:customStyle="1">
    <w:name w:val="citation-818"/>
    <w:basedOn w:val="Paragrafoarenletra-tipolehenetsia"/>
    <w:rsid w:val="00C742C7"/>
  </w:style>
  <w:style w:type="character" w:styleId="citation-817" w:customStyle="1">
    <w:name w:val="citation-817"/>
    <w:basedOn w:val="Paragrafoarenletra-tipolehenetsia"/>
    <w:rsid w:val="00C742C7"/>
  </w:style>
  <w:style w:type="character" w:styleId="citation-816" w:customStyle="1">
    <w:name w:val="citation-816"/>
    <w:basedOn w:val="Paragrafoarenletra-tipolehenetsia"/>
    <w:rsid w:val="00C742C7"/>
  </w:style>
  <w:style w:type="character" w:styleId="citation-815" w:customStyle="1">
    <w:name w:val="citation-815"/>
    <w:basedOn w:val="Paragrafoarenletra-tipolehenetsia"/>
    <w:rsid w:val="00C742C7"/>
  </w:style>
  <w:style w:type="character" w:styleId="citation-814" w:customStyle="1">
    <w:name w:val="citation-814"/>
    <w:basedOn w:val="Paragrafoarenletra-tipolehenetsia"/>
    <w:rsid w:val="00C742C7"/>
  </w:style>
  <w:style w:type="character" w:styleId="citation-813" w:customStyle="1">
    <w:name w:val="citation-813"/>
    <w:basedOn w:val="Paragrafoarenletra-tipolehenetsia"/>
    <w:rsid w:val="00C742C7"/>
  </w:style>
  <w:style w:type="character" w:styleId="citation-812" w:customStyle="1">
    <w:name w:val="citation-812"/>
    <w:basedOn w:val="Paragrafoarenletra-tipolehenetsia"/>
    <w:rsid w:val="00C742C7"/>
  </w:style>
  <w:style w:type="character" w:styleId="citation-811" w:customStyle="1">
    <w:name w:val="citation-811"/>
    <w:basedOn w:val="Paragrafoarenletra-tipolehenetsia"/>
    <w:rsid w:val="00C742C7"/>
  </w:style>
  <w:style w:type="character" w:styleId="citation-810" w:customStyle="1">
    <w:name w:val="citation-810"/>
    <w:basedOn w:val="Paragrafoarenletra-tipolehenetsia"/>
    <w:rsid w:val="00C742C7"/>
  </w:style>
  <w:style w:type="character" w:styleId="citation-809" w:customStyle="1">
    <w:name w:val="citation-809"/>
    <w:basedOn w:val="Paragrafoarenletra-tipolehenetsia"/>
    <w:rsid w:val="00C742C7"/>
  </w:style>
  <w:style w:type="character" w:styleId="citation-808" w:customStyle="1">
    <w:name w:val="citation-808"/>
    <w:basedOn w:val="Paragrafoarenletra-tipolehenetsia"/>
    <w:rsid w:val="00C742C7"/>
  </w:style>
  <w:style w:type="character" w:styleId="citation-807" w:customStyle="1">
    <w:name w:val="citation-807"/>
    <w:basedOn w:val="Paragrafoarenletra-tipolehenetsia"/>
    <w:rsid w:val="00C742C7"/>
  </w:style>
  <w:style w:type="character" w:styleId="citation-806" w:customStyle="1">
    <w:name w:val="citation-806"/>
    <w:basedOn w:val="Paragrafoarenletra-tipolehenetsia"/>
    <w:rsid w:val="00C742C7"/>
  </w:style>
  <w:style w:type="character" w:styleId="citation-805" w:customStyle="1">
    <w:name w:val="citation-805"/>
    <w:basedOn w:val="Paragrafoarenletra-tipolehenetsia"/>
    <w:rsid w:val="00C742C7"/>
  </w:style>
  <w:style w:type="character" w:styleId="citation-804" w:customStyle="1">
    <w:name w:val="citation-804"/>
    <w:basedOn w:val="Paragrafoarenletra-tipolehenetsia"/>
    <w:rsid w:val="00C742C7"/>
  </w:style>
  <w:style w:type="character" w:styleId="citation-803" w:customStyle="1">
    <w:name w:val="citation-803"/>
    <w:basedOn w:val="Paragrafoarenletra-tipolehenetsia"/>
    <w:rsid w:val="00C742C7"/>
  </w:style>
  <w:style w:type="character" w:styleId="citation-802" w:customStyle="1">
    <w:name w:val="citation-802"/>
    <w:basedOn w:val="Paragrafoarenletra-tipolehenetsia"/>
    <w:rsid w:val="00C742C7"/>
  </w:style>
  <w:style w:type="character" w:styleId="citation-801" w:customStyle="1">
    <w:name w:val="citation-801"/>
    <w:basedOn w:val="Paragrafoarenletra-tipolehenetsia"/>
    <w:rsid w:val="00C742C7"/>
  </w:style>
  <w:style w:type="character" w:styleId="citation-800" w:customStyle="1">
    <w:name w:val="citation-800"/>
    <w:basedOn w:val="Paragrafoarenletra-tipolehenetsia"/>
    <w:rsid w:val="00C742C7"/>
  </w:style>
  <w:style w:type="character" w:styleId="citation-799" w:customStyle="1">
    <w:name w:val="citation-799"/>
    <w:basedOn w:val="Paragrafoarenletra-tipolehenetsia"/>
    <w:rsid w:val="00C742C7"/>
  </w:style>
  <w:style w:type="character" w:styleId="citation-798" w:customStyle="1">
    <w:name w:val="citation-798"/>
    <w:basedOn w:val="Paragrafoarenletra-tipolehenetsia"/>
    <w:rsid w:val="00C742C7"/>
  </w:style>
  <w:style w:type="character" w:styleId="citation-797" w:customStyle="1">
    <w:name w:val="citation-797"/>
    <w:basedOn w:val="Paragrafoarenletra-tipolehenetsia"/>
    <w:rsid w:val="00C742C7"/>
  </w:style>
  <w:style w:type="character" w:styleId="citation-796" w:customStyle="1">
    <w:name w:val="citation-796"/>
    <w:basedOn w:val="Paragrafoarenletra-tipolehenetsia"/>
    <w:rsid w:val="00C742C7"/>
  </w:style>
  <w:style w:type="character" w:styleId="citation-795" w:customStyle="1">
    <w:name w:val="citation-795"/>
    <w:basedOn w:val="Paragrafoarenletra-tipolehenetsia"/>
    <w:rsid w:val="00C742C7"/>
  </w:style>
  <w:style w:type="character" w:styleId="citation-794" w:customStyle="1">
    <w:name w:val="citation-794"/>
    <w:basedOn w:val="Paragrafoarenletra-tipolehenetsia"/>
    <w:rsid w:val="00C742C7"/>
  </w:style>
  <w:style w:type="character" w:styleId="citation-793" w:customStyle="1">
    <w:name w:val="citation-793"/>
    <w:basedOn w:val="Paragrafoarenletra-tipolehenetsia"/>
    <w:rsid w:val="00C742C7"/>
  </w:style>
  <w:style w:type="character" w:styleId="citation-792" w:customStyle="1">
    <w:name w:val="citation-792"/>
    <w:basedOn w:val="Paragrafoarenletra-tipolehenetsia"/>
    <w:rsid w:val="00C742C7"/>
  </w:style>
  <w:style w:type="character" w:styleId="citation-791" w:customStyle="1">
    <w:name w:val="citation-791"/>
    <w:basedOn w:val="Paragrafoarenletra-tipolehenetsia"/>
    <w:rsid w:val="00C742C7"/>
  </w:style>
  <w:style w:type="character" w:styleId="citation-790" w:customStyle="1">
    <w:name w:val="citation-790"/>
    <w:basedOn w:val="Paragrafoarenletra-tipolehenetsia"/>
    <w:rsid w:val="00C742C7"/>
  </w:style>
  <w:style w:type="character" w:styleId="citation-789" w:customStyle="1">
    <w:name w:val="citation-789"/>
    <w:basedOn w:val="Paragrafoarenletra-tipolehenetsia"/>
    <w:rsid w:val="00C742C7"/>
  </w:style>
  <w:style w:type="character" w:styleId="citation-788" w:customStyle="1">
    <w:name w:val="citation-788"/>
    <w:basedOn w:val="Paragrafoarenletra-tipolehenetsia"/>
    <w:rsid w:val="00C742C7"/>
  </w:style>
  <w:style w:type="character" w:styleId="citation-787" w:customStyle="1">
    <w:name w:val="citation-787"/>
    <w:basedOn w:val="Paragrafoarenletra-tipolehenetsia"/>
    <w:rsid w:val="00C742C7"/>
  </w:style>
  <w:style w:type="character" w:styleId="citation-786" w:customStyle="1">
    <w:name w:val="citation-786"/>
    <w:basedOn w:val="Paragrafoarenletra-tipolehenetsia"/>
    <w:rsid w:val="00C742C7"/>
  </w:style>
  <w:style w:type="character" w:styleId="citation-785" w:customStyle="1">
    <w:name w:val="citation-785"/>
    <w:basedOn w:val="Paragrafoarenletra-tipolehenetsia"/>
    <w:rsid w:val="00C742C7"/>
  </w:style>
  <w:style w:type="character" w:styleId="citation-784" w:customStyle="1">
    <w:name w:val="citation-784"/>
    <w:basedOn w:val="Paragrafoarenletra-tipolehenetsia"/>
    <w:rsid w:val="00C742C7"/>
  </w:style>
  <w:style w:type="character" w:styleId="citation-783" w:customStyle="1">
    <w:name w:val="citation-783"/>
    <w:basedOn w:val="Paragrafoarenletra-tipolehenetsia"/>
    <w:rsid w:val="00C742C7"/>
  </w:style>
  <w:style w:type="character" w:styleId="citation-782" w:customStyle="1">
    <w:name w:val="citation-782"/>
    <w:basedOn w:val="Paragrafoarenletra-tipolehenetsia"/>
    <w:rsid w:val="00C742C7"/>
  </w:style>
  <w:style w:type="character" w:styleId="citation-781" w:customStyle="1">
    <w:name w:val="citation-781"/>
    <w:basedOn w:val="Paragrafoarenletra-tipolehenetsia"/>
    <w:rsid w:val="00C742C7"/>
  </w:style>
  <w:style w:type="character" w:styleId="citation-780" w:customStyle="1">
    <w:name w:val="citation-780"/>
    <w:basedOn w:val="Paragrafoarenletra-tipolehenetsia"/>
    <w:rsid w:val="00C742C7"/>
  </w:style>
  <w:style w:type="character" w:styleId="citation-779" w:customStyle="1">
    <w:name w:val="citation-779"/>
    <w:basedOn w:val="Paragrafoarenletra-tipolehenetsia"/>
    <w:rsid w:val="00C742C7"/>
  </w:style>
  <w:style w:type="character" w:styleId="citation-778" w:customStyle="1">
    <w:name w:val="citation-778"/>
    <w:basedOn w:val="Paragrafoarenletra-tipolehenetsia"/>
    <w:rsid w:val="00C742C7"/>
  </w:style>
  <w:style w:type="character" w:styleId="citation-777" w:customStyle="1">
    <w:name w:val="citation-777"/>
    <w:basedOn w:val="Paragrafoarenletra-tipolehenetsia"/>
    <w:rsid w:val="00C742C7"/>
  </w:style>
  <w:style w:type="character" w:styleId="citation-776" w:customStyle="1">
    <w:name w:val="citation-776"/>
    <w:basedOn w:val="Paragrafoarenletra-tipolehenetsia"/>
    <w:rsid w:val="00C742C7"/>
  </w:style>
  <w:style w:type="character" w:styleId="citation-775" w:customStyle="1">
    <w:name w:val="citation-775"/>
    <w:basedOn w:val="Paragrafoarenletra-tipolehenetsia"/>
    <w:rsid w:val="00C742C7"/>
  </w:style>
  <w:style w:type="character" w:styleId="citation-774" w:customStyle="1">
    <w:name w:val="citation-774"/>
    <w:basedOn w:val="Paragrafoarenletra-tipolehenetsia"/>
    <w:rsid w:val="00C742C7"/>
  </w:style>
  <w:style w:type="character" w:styleId="citation-773" w:customStyle="1">
    <w:name w:val="citation-773"/>
    <w:basedOn w:val="Paragrafoarenletra-tipolehenetsia"/>
    <w:rsid w:val="00C742C7"/>
  </w:style>
  <w:style w:type="character" w:styleId="citation-772" w:customStyle="1">
    <w:name w:val="citation-772"/>
    <w:basedOn w:val="Paragrafoarenletra-tipolehenetsia"/>
    <w:rsid w:val="00C742C7"/>
  </w:style>
  <w:style w:type="character" w:styleId="citation-771" w:customStyle="1">
    <w:name w:val="citation-771"/>
    <w:basedOn w:val="Paragrafoarenletra-tipolehenetsia"/>
    <w:rsid w:val="00C742C7"/>
  </w:style>
  <w:style w:type="character" w:styleId="citation-770" w:customStyle="1">
    <w:name w:val="citation-770"/>
    <w:basedOn w:val="Paragrafoarenletra-tipolehenetsia"/>
    <w:rsid w:val="00C742C7"/>
  </w:style>
  <w:style w:type="character" w:styleId="citation-769" w:customStyle="1">
    <w:name w:val="citation-769"/>
    <w:basedOn w:val="Paragrafoarenletra-tipolehenetsia"/>
    <w:rsid w:val="00C742C7"/>
  </w:style>
  <w:style w:type="character" w:styleId="citation-768" w:customStyle="1">
    <w:name w:val="citation-768"/>
    <w:basedOn w:val="Paragrafoarenletra-tipolehenetsia"/>
    <w:rsid w:val="00C742C7"/>
  </w:style>
  <w:style w:type="character" w:styleId="citation-767" w:customStyle="1">
    <w:name w:val="citation-767"/>
    <w:basedOn w:val="Paragrafoarenletra-tipolehenetsia"/>
    <w:rsid w:val="00C742C7"/>
  </w:style>
  <w:style w:type="character" w:styleId="citation-766" w:customStyle="1">
    <w:name w:val="citation-766"/>
    <w:basedOn w:val="Paragrafoarenletra-tipolehenetsia"/>
    <w:rsid w:val="00C742C7"/>
  </w:style>
  <w:style w:type="character" w:styleId="citation-765" w:customStyle="1">
    <w:name w:val="citation-765"/>
    <w:basedOn w:val="Paragrafoarenletra-tipolehenetsia"/>
    <w:rsid w:val="00C742C7"/>
  </w:style>
  <w:style w:type="character" w:styleId="citation-764" w:customStyle="1">
    <w:name w:val="citation-764"/>
    <w:basedOn w:val="Paragrafoarenletra-tipolehenetsia"/>
    <w:rsid w:val="00C742C7"/>
  </w:style>
  <w:style w:type="character" w:styleId="citation-763" w:customStyle="1">
    <w:name w:val="citation-763"/>
    <w:basedOn w:val="Paragrafoarenletra-tipolehenetsia"/>
    <w:rsid w:val="00C742C7"/>
  </w:style>
  <w:style w:type="character" w:styleId="citation-762" w:customStyle="1">
    <w:name w:val="citation-762"/>
    <w:basedOn w:val="Paragrafoarenletra-tipolehenetsia"/>
    <w:rsid w:val="00C742C7"/>
  </w:style>
  <w:style w:type="character" w:styleId="citation-761" w:customStyle="1">
    <w:name w:val="citation-761"/>
    <w:basedOn w:val="Paragrafoarenletra-tipolehenetsia"/>
    <w:rsid w:val="00C742C7"/>
  </w:style>
  <w:style w:type="character" w:styleId="citation-760" w:customStyle="1">
    <w:name w:val="citation-760"/>
    <w:basedOn w:val="Paragrafoarenletra-tipolehenetsia"/>
    <w:rsid w:val="00C742C7"/>
  </w:style>
  <w:style w:type="character" w:styleId="citation-759" w:customStyle="1">
    <w:name w:val="citation-759"/>
    <w:basedOn w:val="Paragrafoarenletra-tipolehenetsia"/>
    <w:rsid w:val="00C742C7"/>
  </w:style>
  <w:style w:type="character" w:styleId="citation-758" w:customStyle="1">
    <w:name w:val="citation-758"/>
    <w:basedOn w:val="Paragrafoarenletra-tipolehenetsia"/>
    <w:rsid w:val="00C742C7"/>
  </w:style>
  <w:style w:type="character" w:styleId="citation-757" w:customStyle="1">
    <w:name w:val="citation-757"/>
    <w:basedOn w:val="Paragrafoarenletra-tipolehenetsia"/>
    <w:rsid w:val="00C742C7"/>
  </w:style>
  <w:style w:type="character" w:styleId="citation-756" w:customStyle="1">
    <w:name w:val="citation-756"/>
    <w:basedOn w:val="Paragrafoarenletra-tipolehenetsia"/>
    <w:rsid w:val="00C742C7"/>
  </w:style>
  <w:style w:type="character" w:styleId="citation-755" w:customStyle="1">
    <w:name w:val="citation-755"/>
    <w:basedOn w:val="Paragrafoarenletra-tipolehenetsia"/>
    <w:rsid w:val="00C742C7"/>
  </w:style>
  <w:style w:type="character" w:styleId="citation-754" w:customStyle="1">
    <w:name w:val="citation-754"/>
    <w:basedOn w:val="Paragrafoarenletra-tipolehenetsia"/>
    <w:rsid w:val="00C742C7"/>
  </w:style>
  <w:style w:type="character" w:styleId="citation-753" w:customStyle="1">
    <w:name w:val="citation-753"/>
    <w:basedOn w:val="Paragrafoarenletra-tipolehenetsia"/>
    <w:rsid w:val="00C742C7"/>
  </w:style>
  <w:style w:type="character" w:styleId="citation-752" w:customStyle="1">
    <w:name w:val="citation-752"/>
    <w:basedOn w:val="Paragrafoarenletra-tipolehenetsia"/>
    <w:rsid w:val="00C742C7"/>
  </w:style>
  <w:style w:type="character" w:styleId="citation-751" w:customStyle="1">
    <w:name w:val="citation-751"/>
    <w:basedOn w:val="Paragrafoarenletra-tipolehenetsia"/>
    <w:rsid w:val="00C742C7"/>
  </w:style>
  <w:style w:type="character" w:styleId="citation-750" w:customStyle="1">
    <w:name w:val="citation-750"/>
    <w:basedOn w:val="Paragrafoarenletra-tipolehenetsia"/>
    <w:rsid w:val="00C742C7"/>
  </w:style>
  <w:style w:type="character" w:styleId="citation-749" w:customStyle="1">
    <w:name w:val="citation-749"/>
    <w:basedOn w:val="Paragrafoarenletra-tipolehenetsia"/>
    <w:rsid w:val="00C742C7"/>
  </w:style>
  <w:style w:type="character" w:styleId="citation-748" w:customStyle="1">
    <w:name w:val="citation-748"/>
    <w:basedOn w:val="Paragrafoarenletra-tipolehenetsia"/>
    <w:rsid w:val="00C742C7"/>
  </w:style>
  <w:style w:type="character" w:styleId="citation-747" w:customStyle="1">
    <w:name w:val="citation-747"/>
    <w:basedOn w:val="Paragrafoarenletra-tipolehenetsia"/>
    <w:rsid w:val="00C742C7"/>
  </w:style>
  <w:style w:type="character" w:styleId="citation-746" w:customStyle="1">
    <w:name w:val="citation-746"/>
    <w:basedOn w:val="Paragrafoarenletra-tipolehenetsia"/>
    <w:rsid w:val="00C742C7"/>
  </w:style>
  <w:style w:type="character" w:styleId="citation-745" w:customStyle="1">
    <w:name w:val="citation-745"/>
    <w:basedOn w:val="Paragrafoarenletra-tipolehenetsia"/>
    <w:rsid w:val="00C742C7"/>
  </w:style>
  <w:style w:type="character" w:styleId="citation-744" w:customStyle="1">
    <w:name w:val="citation-744"/>
    <w:basedOn w:val="Paragrafoarenletra-tipolehenetsia"/>
    <w:rsid w:val="00C742C7"/>
  </w:style>
  <w:style w:type="character" w:styleId="citation-743" w:customStyle="1">
    <w:name w:val="citation-743"/>
    <w:basedOn w:val="Paragrafoarenletra-tipolehenetsia"/>
    <w:rsid w:val="00C742C7"/>
  </w:style>
  <w:style w:type="character" w:styleId="citation-742" w:customStyle="1">
    <w:name w:val="citation-742"/>
    <w:basedOn w:val="Paragrafoarenletra-tipolehenetsia"/>
    <w:rsid w:val="00C742C7"/>
  </w:style>
  <w:style w:type="character" w:styleId="citation-741" w:customStyle="1">
    <w:name w:val="citation-741"/>
    <w:basedOn w:val="Paragrafoarenletra-tipolehenetsia"/>
    <w:rsid w:val="00C742C7"/>
  </w:style>
  <w:style w:type="character" w:styleId="citation-740" w:customStyle="1">
    <w:name w:val="citation-740"/>
    <w:basedOn w:val="Paragrafoarenletra-tipolehenetsia"/>
    <w:rsid w:val="00C742C7"/>
  </w:style>
  <w:style w:type="character" w:styleId="citation-739" w:customStyle="1">
    <w:name w:val="citation-739"/>
    <w:basedOn w:val="Paragrafoarenletra-tipolehenetsia"/>
    <w:rsid w:val="00C742C7"/>
  </w:style>
  <w:style w:type="character" w:styleId="citation-738" w:customStyle="1">
    <w:name w:val="citation-738"/>
    <w:basedOn w:val="Paragrafoarenletra-tipolehenetsia"/>
    <w:rsid w:val="00C742C7"/>
  </w:style>
  <w:style w:type="character" w:styleId="citation-737" w:customStyle="1">
    <w:name w:val="citation-737"/>
    <w:basedOn w:val="Paragrafoarenletra-tipolehenetsia"/>
    <w:rsid w:val="00C742C7"/>
  </w:style>
  <w:style w:type="character" w:styleId="citation-736" w:customStyle="1">
    <w:name w:val="citation-736"/>
    <w:basedOn w:val="Paragrafoarenletra-tipolehenetsia"/>
    <w:rsid w:val="00C742C7"/>
  </w:style>
  <w:style w:type="character" w:styleId="citation-735" w:customStyle="1">
    <w:name w:val="citation-735"/>
    <w:basedOn w:val="Paragrafoarenletra-tipolehenetsia"/>
    <w:rsid w:val="00C742C7"/>
  </w:style>
  <w:style w:type="character" w:styleId="citation-734" w:customStyle="1">
    <w:name w:val="citation-734"/>
    <w:basedOn w:val="Paragrafoarenletra-tipolehenetsia"/>
    <w:rsid w:val="00C742C7"/>
  </w:style>
  <w:style w:type="character" w:styleId="citation-733" w:customStyle="1">
    <w:name w:val="citation-733"/>
    <w:basedOn w:val="Paragrafoarenletra-tipolehenetsia"/>
    <w:rsid w:val="00C742C7"/>
  </w:style>
  <w:style w:type="character" w:styleId="citation-732" w:customStyle="1">
    <w:name w:val="citation-732"/>
    <w:basedOn w:val="Paragrafoarenletra-tipolehenetsia"/>
    <w:rsid w:val="00C742C7"/>
  </w:style>
  <w:style w:type="character" w:styleId="citation-731" w:customStyle="1">
    <w:name w:val="citation-731"/>
    <w:basedOn w:val="Paragrafoarenletra-tipolehenetsia"/>
    <w:rsid w:val="00C742C7"/>
  </w:style>
  <w:style w:type="character" w:styleId="citation-730" w:customStyle="1">
    <w:name w:val="citation-730"/>
    <w:basedOn w:val="Paragrafoarenletra-tipolehenetsia"/>
    <w:rsid w:val="00C742C7"/>
  </w:style>
  <w:style w:type="character" w:styleId="citation-729" w:customStyle="1">
    <w:name w:val="citation-729"/>
    <w:basedOn w:val="Paragrafoarenletra-tipolehenetsia"/>
    <w:rsid w:val="00C742C7"/>
  </w:style>
  <w:style w:type="character" w:styleId="citation-728" w:customStyle="1">
    <w:name w:val="citation-728"/>
    <w:basedOn w:val="Paragrafoarenletra-tipolehenetsia"/>
    <w:rsid w:val="00C742C7"/>
  </w:style>
  <w:style w:type="character" w:styleId="citation-727" w:customStyle="1">
    <w:name w:val="citation-727"/>
    <w:basedOn w:val="Paragrafoarenletra-tipolehenetsia"/>
    <w:rsid w:val="00C742C7"/>
  </w:style>
  <w:style w:type="character" w:styleId="citation-726" w:customStyle="1">
    <w:name w:val="citation-726"/>
    <w:basedOn w:val="Paragrafoarenletra-tipolehenetsia"/>
    <w:rsid w:val="00C742C7"/>
  </w:style>
  <w:style w:type="character" w:styleId="citation-725" w:customStyle="1">
    <w:name w:val="citation-725"/>
    <w:basedOn w:val="Paragrafoarenletra-tipolehenetsia"/>
    <w:rsid w:val="00C742C7"/>
  </w:style>
  <w:style w:type="character" w:styleId="citation-724" w:customStyle="1">
    <w:name w:val="citation-724"/>
    <w:basedOn w:val="Paragrafoarenletra-tipolehenetsia"/>
    <w:rsid w:val="00C742C7"/>
  </w:style>
  <w:style w:type="character" w:styleId="citation-723" w:customStyle="1">
    <w:name w:val="citation-723"/>
    <w:basedOn w:val="Paragrafoarenletra-tipolehenetsia"/>
    <w:rsid w:val="00C742C7"/>
  </w:style>
  <w:style w:type="character" w:styleId="citation-722" w:customStyle="1">
    <w:name w:val="citation-722"/>
    <w:basedOn w:val="Paragrafoarenletra-tipolehenetsia"/>
    <w:rsid w:val="00C742C7"/>
  </w:style>
  <w:style w:type="character" w:styleId="citation-721" w:customStyle="1">
    <w:name w:val="citation-721"/>
    <w:basedOn w:val="Paragrafoarenletra-tipolehenetsia"/>
    <w:rsid w:val="00C742C7"/>
  </w:style>
  <w:style w:type="character" w:styleId="citation-720" w:customStyle="1">
    <w:name w:val="citation-720"/>
    <w:basedOn w:val="Paragrafoarenletra-tipolehenetsia"/>
    <w:rsid w:val="00C742C7"/>
  </w:style>
  <w:style w:type="character" w:styleId="citation-719" w:customStyle="1">
    <w:name w:val="citation-719"/>
    <w:basedOn w:val="Paragrafoarenletra-tipolehenetsia"/>
    <w:rsid w:val="00C742C7"/>
  </w:style>
  <w:style w:type="character" w:styleId="citation-718" w:customStyle="1">
    <w:name w:val="citation-718"/>
    <w:basedOn w:val="Paragrafoarenletra-tipolehenetsia"/>
    <w:rsid w:val="00C742C7"/>
  </w:style>
  <w:style w:type="character" w:styleId="citation-717" w:customStyle="1">
    <w:name w:val="citation-717"/>
    <w:basedOn w:val="Paragrafoarenletra-tipolehenetsia"/>
    <w:rsid w:val="00C742C7"/>
  </w:style>
  <w:style w:type="character" w:styleId="citation-716" w:customStyle="1">
    <w:name w:val="citation-716"/>
    <w:basedOn w:val="Paragrafoarenletra-tipolehenetsia"/>
    <w:rsid w:val="00C742C7"/>
  </w:style>
  <w:style w:type="character" w:styleId="citation-715" w:customStyle="1">
    <w:name w:val="citation-715"/>
    <w:basedOn w:val="Paragrafoarenletra-tipolehenetsia"/>
    <w:rsid w:val="00C742C7"/>
  </w:style>
  <w:style w:type="character" w:styleId="citation-714" w:customStyle="1">
    <w:name w:val="citation-714"/>
    <w:basedOn w:val="Paragrafoarenletra-tipolehenetsia"/>
    <w:rsid w:val="00C742C7"/>
  </w:style>
  <w:style w:type="character" w:styleId="citation-713" w:customStyle="1">
    <w:name w:val="citation-713"/>
    <w:basedOn w:val="Paragrafoarenletra-tipolehenetsia"/>
    <w:rsid w:val="00C742C7"/>
  </w:style>
  <w:style w:type="character" w:styleId="citation-712" w:customStyle="1">
    <w:name w:val="citation-712"/>
    <w:basedOn w:val="Paragrafoarenletra-tipolehenetsia"/>
    <w:rsid w:val="00C742C7"/>
  </w:style>
  <w:style w:type="character" w:styleId="citation-711" w:customStyle="1">
    <w:name w:val="citation-711"/>
    <w:basedOn w:val="Paragrafoarenletra-tipolehenetsia"/>
    <w:rsid w:val="00C742C7"/>
  </w:style>
  <w:style w:type="character" w:styleId="citation-710" w:customStyle="1">
    <w:name w:val="citation-710"/>
    <w:basedOn w:val="Paragrafoarenletra-tipolehenetsia"/>
    <w:rsid w:val="00C742C7"/>
  </w:style>
  <w:style w:type="character" w:styleId="citation-709" w:customStyle="1">
    <w:name w:val="citation-709"/>
    <w:basedOn w:val="Paragrafoarenletra-tipolehenetsia"/>
    <w:rsid w:val="00C742C7"/>
  </w:style>
  <w:style w:type="character" w:styleId="citation-708" w:customStyle="1">
    <w:name w:val="citation-708"/>
    <w:basedOn w:val="Paragrafoarenletra-tipolehenetsia"/>
    <w:rsid w:val="00C742C7"/>
  </w:style>
  <w:style w:type="character" w:styleId="citation-707" w:customStyle="1">
    <w:name w:val="citation-707"/>
    <w:basedOn w:val="Paragrafoarenletra-tipolehenetsia"/>
    <w:rsid w:val="00C742C7"/>
  </w:style>
  <w:style w:type="character" w:styleId="citation-706" w:customStyle="1">
    <w:name w:val="citation-706"/>
    <w:basedOn w:val="Paragrafoarenletra-tipolehenetsia"/>
    <w:rsid w:val="00C742C7"/>
  </w:style>
  <w:style w:type="character" w:styleId="citation-705" w:customStyle="1">
    <w:name w:val="citation-705"/>
    <w:basedOn w:val="Paragrafoarenletra-tipolehenetsia"/>
    <w:rsid w:val="00C742C7"/>
  </w:style>
  <w:style w:type="character" w:styleId="citation-704" w:customStyle="1">
    <w:name w:val="citation-704"/>
    <w:basedOn w:val="Paragrafoarenletra-tipolehenetsia"/>
    <w:rsid w:val="00C742C7"/>
  </w:style>
  <w:style w:type="character" w:styleId="citation-703" w:customStyle="1">
    <w:name w:val="citation-703"/>
    <w:basedOn w:val="Paragrafoarenletra-tipolehenetsia"/>
    <w:rsid w:val="00C742C7"/>
  </w:style>
  <w:style w:type="character" w:styleId="citation-702" w:customStyle="1">
    <w:name w:val="citation-702"/>
    <w:basedOn w:val="Paragrafoarenletra-tipolehenetsia"/>
    <w:rsid w:val="00C742C7"/>
  </w:style>
  <w:style w:type="character" w:styleId="citation-701" w:customStyle="1">
    <w:name w:val="citation-701"/>
    <w:basedOn w:val="Paragrafoarenletra-tipolehenetsia"/>
    <w:rsid w:val="00C742C7"/>
  </w:style>
  <w:style w:type="character" w:styleId="citation-700" w:customStyle="1">
    <w:name w:val="citation-700"/>
    <w:basedOn w:val="Paragrafoarenletra-tipolehenetsia"/>
    <w:rsid w:val="00C742C7"/>
  </w:style>
  <w:style w:type="character" w:styleId="citation-699" w:customStyle="1">
    <w:name w:val="citation-699"/>
    <w:basedOn w:val="Paragrafoarenletra-tipolehenetsia"/>
    <w:rsid w:val="00C742C7"/>
  </w:style>
  <w:style w:type="character" w:styleId="citation-698" w:customStyle="1">
    <w:name w:val="citation-698"/>
    <w:basedOn w:val="Paragrafoarenletra-tipolehenetsia"/>
    <w:rsid w:val="00C742C7"/>
  </w:style>
  <w:style w:type="character" w:styleId="citation-697" w:customStyle="1">
    <w:name w:val="citation-697"/>
    <w:basedOn w:val="Paragrafoarenletra-tipolehenetsia"/>
    <w:rsid w:val="00C742C7"/>
  </w:style>
  <w:style w:type="character" w:styleId="citation-696" w:customStyle="1">
    <w:name w:val="citation-696"/>
    <w:basedOn w:val="Paragrafoarenletra-tipolehenetsia"/>
    <w:rsid w:val="00C742C7"/>
  </w:style>
  <w:style w:type="character" w:styleId="citation-695" w:customStyle="1">
    <w:name w:val="citation-695"/>
    <w:basedOn w:val="Paragrafoarenletra-tipolehenetsia"/>
    <w:rsid w:val="00C742C7"/>
  </w:style>
  <w:style w:type="character" w:styleId="citation-694" w:customStyle="1">
    <w:name w:val="citation-694"/>
    <w:basedOn w:val="Paragrafoarenletra-tipolehenetsia"/>
    <w:rsid w:val="00C742C7"/>
  </w:style>
  <w:style w:type="character" w:styleId="citation-693" w:customStyle="1">
    <w:name w:val="citation-693"/>
    <w:basedOn w:val="Paragrafoarenletra-tipolehenetsia"/>
    <w:rsid w:val="00C742C7"/>
  </w:style>
  <w:style w:type="character" w:styleId="citation-692" w:customStyle="1">
    <w:name w:val="citation-692"/>
    <w:basedOn w:val="Paragrafoarenletra-tipolehenetsia"/>
    <w:rsid w:val="00C742C7"/>
  </w:style>
  <w:style w:type="character" w:styleId="citation-691" w:customStyle="1">
    <w:name w:val="citation-691"/>
    <w:basedOn w:val="Paragrafoarenletra-tipolehenetsia"/>
    <w:rsid w:val="00C742C7"/>
  </w:style>
  <w:style w:type="character" w:styleId="TarterikezKar" w:customStyle="1">
    <w:name w:val="Tarterik ez Kar"/>
    <w:basedOn w:val="Paragrafoarenletra-tipolehenetsia"/>
    <w:link w:val="Tarterikez"/>
    <w:uiPriority w:val="1"/>
    <w:rsid w:val="005E4B8F"/>
  </w:style>
  <w:style w:type="paragraph" w:styleId="EA2">
    <w:name w:val="toc 2"/>
    <w:basedOn w:val="Normala"/>
    <w:next w:val="Normala"/>
    <w:autoRedefine/>
    <w:uiPriority w:val="39"/>
    <w:unhideWhenUsed/>
    <w:rsid w:val="00721D1A"/>
    <w:pPr>
      <w:spacing w:after="100" w:line="259" w:lineRule="auto"/>
      <w:ind w:left="220"/>
    </w:pPr>
    <w:rPr>
      <w:rFonts w:cs="Times New Roman"/>
      <w:lang w:val="eu-ES" w:eastAsia="eu-ES"/>
    </w:rPr>
  </w:style>
  <w:style w:type="paragraph" w:styleId="EA1">
    <w:name w:val="toc 1"/>
    <w:basedOn w:val="Normala"/>
    <w:next w:val="Normala"/>
    <w:autoRedefine/>
    <w:uiPriority w:val="39"/>
    <w:unhideWhenUsed/>
    <w:rsid w:val="00721D1A"/>
    <w:pPr>
      <w:spacing w:after="100" w:line="259" w:lineRule="auto"/>
    </w:pPr>
    <w:rPr>
      <w:rFonts w:cs="Times New Roman"/>
      <w:lang w:val="eu-ES" w:eastAsia="eu-ES"/>
    </w:rPr>
  </w:style>
  <w:style w:type="paragraph" w:styleId="EA3">
    <w:name w:val="toc 3"/>
    <w:basedOn w:val="Normala"/>
    <w:next w:val="Normala"/>
    <w:autoRedefine/>
    <w:uiPriority w:val="39"/>
    <w:unhideWhenUsed/>
    <w:rsid w:val="00721D1A"/>
    <w:pPr>
      <w:spacing w:after="100" w:line="259" w:lineRule="auto"/>
      <w:ind w:left="440"/>
    </w:pPr>
    <w:rPr>
      <w:rFonts w:cs="Times New Roman"/>
      <w:lang w:val="eu-ES" w:eastAsia="eu-ES"/>
    </w:rPr>
  </w:style>
  <w:style w:type="table" w:styleId="5sareta-taulailuna-1enfasia">
    <w:name w:val="Grid Table 5 Dark Accent 1"/>
    <w:basedOn w:val="Taulanormala"/>
    <w:uiPriority w:val="50"/>
    <w:rsid w:val="00D3238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4sareta-taula-1enfasia">
    <w:name w:val="Grid Table 4 Accent 1"/>
    <w:basedOn w:val="Taulanormala"/>
    <w:uiPriority w:val="49"/>
    <w:rsid w:val="00D3238E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Iruzkinarenerreferentzia">
    <w:name w:val="annotation reference"/>
    <w:basedOn w:val="Paragrafoarenletra-tipolehenetsia"/>
    <w:uiPriority w:val="99"/>
    <w:semiHidden/>
    <w:unhideWhenUsed/>
    <w:rsid w:val="0079164F"/>
    <w:rPr>
      <w:sz w:val="16"/>
      <w:szCs w:val="16"/>
    </w:rPr>
  </w:style>
  <w:style w:type="paragraph" w:styleId="Iruzkinarentestua">
    <w:name w:val="annotation text"/>
    <w:basedOn w:val="Normala"/>
    <w:link w:val="IruzkinarentestuaKar"/>
    <w:uiPriority w:val="99"/>
    <w:semiHidden/>
    <w:unhideWhenUsed/>
    <w:rsid w:val="0079164F"/>
    <w:pPr>
      <w:spacing w:line="240" w:lineRule="auto"/>
    </w:pPr>
    <w:rPr>
      <w:sz w:val="20"/>
      <w:szCs w:val="20"/>
    </w:rPr>
  </w:style>
  <w:style w:type="character" w:styleId="IruzkinarentestuaKar" w:customStyle="1">
    <w:name w:val="Iruzkinaren testua Kar"/>
    <w:basedOn w:val="Paragrafoarenletra-tipolehenetsia"/>
    <w:link w:val="Iruzkinarentestua"/>
    <w:uiPriority w:val="99"/>
    <w:semiHidden/>
    <w:rsid w:val="0079164F"/>
    <w:rPr>
      <w:sz w:val="20"/>
      <w:szCs w:val="20"/>
    </w:rPr>
  </w:style>
  <w:style w:type="paragraph" w:styleId="Iruzkinarengaia">
    <w:name w:val="annotation subject"/>
    <w:basedOn w:val="Iruzkinarentestua"/>
    <w:next w:val="Iruzkinarentestua"/>
    <w:link w:val="IruzkinarengaiaKar"/>
    <w:uiPriority w:val="99"/>
    <w:semiHidden/>
    <w:unhideWhenUsed/>
    <w:rsid w:val="0079164F"/>
    <w:rPr>
      <w:b/>
      <w:bCs/>
    </w:rPr>
  </w:style>
  <w:style w:type="character" w:styleId="IruzkinarengaiaKar" w:customStyle="1">
    <w:name w:val="Iruzkinaren gaia Kar"/>
    <w:basedOn w:val="IruzkinarentestuaKar"/>
    <w:link w:val="Iruzkinarengaia"/>
    <w:uiPriority w:val="99"/>
    <w:semiHidden/>
    <w:rsid w:val="0079164F"/>
    <w:rPr>
      <w:b/>
      <w:bCs/>
      <w:sz w:val="20"/>
      <w:szCs w:val="20"/>
    </w:r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791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unbuiloarentestuaKar" w:customStyle="1">
    <w:name w:val="Bunbuiloaren testua Kar"/>
    <w:basedOn w:val="Paragrafoarenletra-tipolehenetsia"/>
    <w:link w:val="Bunbuiloarentestua"/>
    <w:uiPriority w:val="99"/>
    <w:semiHidden/>
    <w:rsid w:val="0079164F"/>
    <w:rPr>
      <w:rFonts w:ascii="Segoe UI" w:hAnsi="Segoe UI" w:cs="Segoe UI"/>
      <w:sz w:val="18"/>
      <w:szCs w:val="18"/>
    </w:rPr>
  </w:style>
  <w:style w:type="paragraph" w:styleId="whitespace-normal" w:customStyle="1">
    <w:name w:val="whitespace-normal"/>
    <w:basedOn w:val="Normala"/>
    <w:rsid w:val="00101266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u-ES" w:eastAsia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file:///C:/Users/aalbisua/Documents/MIGUEL%20ALTUNA%202024-2025/MIGUEL%20ALTUNA%2024-25/LCAMP/IKASTAROA/UR_MIR_FESTO/EU/0_0_Irakaslearen%20gida.docx" TargetMode="Externa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comments" Target="commen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Urratsez-urratseko motorren funtzionamendua, driverren erregulazioa eta DC-DC erregulatzaileen parametrizazioa nola egin behar den aztertzeaz gain, estainatze-teknika praktikoekin osatu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26C5034DEF31469D687DC74110F0C4" ma:contentTypeVersion="18" ma:contentTypeDescription="Crear nuevo documento." ma:contentTypeScope="" ma:versionID="ab034c50eaa6b3fbb9a1ab661e02bafd">
  <xsd:schema xmlns:xsd="http://www.w3.org/2001/XMLSchema" xmlns:xs="http://www.w3.org/2001/XMLSchema" xmlns:p="http://schemas.microsoft.com/office/2006/metadata/properties" xmlns:ns2="fab0e02d-7b70-4413-b572-d44f1292ffc6" xmlns:ns3="328b14d6-6e2c-4870-bd3d-20a4f0e49c9e" targetNamespace="http://schemas.microsoft.com/office/2006/metadata/properties" ma:root="true" ma:fieldsID="8ed54f0aaa4a1dcd2d7d7a0e4354427d" ns2:_="" ns3:_="">
    <xsd:import namespace="fab0e02d-7b70-4413-b572-d44f1292ffc6"/>
    <xsd:import namespace="328b14d6-6e2c-4870-bd3d-20a4f0e49c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0e02d-7b70-4413-b572-d44f1292f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18748ed3-a044-4069-afca-14a5a74919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b14d6-6e2c-4870-bd3d-20a4f0e49c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84c96b-0302-40db-b824-a3a76ee72efe}" ma:internalName="TaxCatchAll" ma:showField="CatchAllData" ma:web="328b14d6-6e2c-4870-bd3d-20a4f0e4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b0e02d-7b70-4413-b572-d44f1292ffc6">
      <Terms xmlns="http://schemas.microsoft.com/office/infopath/2007/PartnerControls"/>
    </lcf76f155ced4ddcb4097134ff3c332f>
    <TaxCatchAll xmlns="328b14d6-6e2c-4870-bd3d-20a4f0e49c9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8B55E6-3DFC-4804-AFDC-B08EF9B9B590}"/>
</file>

<file path=customXml/itemProps3.xml><?xml version="1.0" encoding="utf-8"?>
<ds:datastoreItem xmlns:ds="http://schemas.openxmlformats.org/officeDocument/2006/customXml" ds:itemID="{66E66221-0E29-4D90-90E4-E90D51F99993}">
  <ds:schemaRefs>
    <ds:schemaRef ds:uri="http://schemas.microsoft.com/office/2006/metadata/properties"/>
    <ds:schemaRef ds:uri="http://schemas.microsoft.com/office/infopath/2007/PartnerControls"/>
    <ds:schemaRef ds:uri="fab0e02d-7b70-4413-b572-d44f1292ffc6"/>
    <ds:schemaRef ds:uri="328b14d6-6e2c-4870-bd3d-20a4f0e49c9e"/>
  </ds:schemaRefs>
</ds:datastoreItem>
</file>

<file path=customXml/itemProps4.xml><?xml version="1.0" encoding="utf-8"?>
<ds:datastoreItem xmlns:ds="http://schemas.openxmlformats.org/officeDocument/2006/customXml" ds:itemID="{1F5BBACA-C442-4ED8-85FB-680A99FEABF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2238372-3B91-4FA9-8E53-539AC042047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Osagaien soldadura, motorren driver-en erregulazioa eta DC-DC bihurgailuak</dc:subject>
  <dc:creator>Ane Albisua – Miguel Altuna LHII</dc:creator>
  <cp:keywords/>
  <dc:description>generated by python-docx</dc:description>
  <cp:lastModifiedBy>lerrasti</cp:lastModifiedBy>
  <cp:revision>8</cp:revision>
  <dcterms:created xsi:type="dcterms:W3CDTF">2025-07-04T06:37:00Z</dcterms:created>
  <dcterms:modified xsi:type="dcterms:W3CDTF">2025-11-13T12:14:43Z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0x010100B026C5034DEF31469D687DC74110F0C4</vt:lpwstr>
  </property>
  <property fmtid="{D5CDD505-2E9C-101B-9397-08002B2CF9AE}" pid="3" name="MediaServiceImageTags">
    <vt:lpwstr/>
  </property>
</Properties>
</file>