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sdt>
      <w:sdtPr>
        <w:rPr>
          <w:rFonts w:ascii="Arial" w:hAnsi="Arial" w:cs="Arial"/>
          <w:sz w:val="24"/>
          <w:szCs w:val="24"/>
        </w:rPr>
        <w:id w:val="669683428"/>
        <w:docPartObj>
          <w:docPartGallery w:val="Cover Pages"/>
          <w:docPartUnique/>
        </w:docPartObj>
      </w:sdtPr>
      <w:sdtEndPr>
        <w:rPr>
          <w:rFonts w:ascii="Arial" w:hAnsi="Arial" w:eastAsia="Times New Roman" w:cs="Arial"/>
          <w:b w:val="1"/>
          <w:bCs w:val="1"/>
          <w:sz w:val="24"/>
          <w:szCs w:val="24"/>
          <w:lang w:val="eu-ES" w:eastAsia="eu-ES"/>
        </w:rPr>
      </w:sdtEndPr>
      <w:sdtContent>
        <w:p xmlns:wp14="http://schemas.microsoft.com/office/word/2010/wordml" w:rsidRPr="002C2419" w:rsidR="005E4B8F" w:rsidRDefault="005E4B8F" w14:paraId="1E245495" wp14:textId="77777777">
          <w:pPr>
            <w:rPr>
              <w:rFonts w:ascii="Arial" w:hAnsi="Arial" w:cs="Arial"/>
              <w:sz w:val="24"/>
              <w:szCs w:val="24"/>
              <w:lang w:val="es-ES"/>
            </w:rPr>
          </w:pP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3080890E" wp14:editId="7777777">
                <wp:simplePos x="0" y="0"/>
                <wp:positionH relativeFrom="column">
                  <wp:posOffset>-851535</wp:posOffset>
                </wp:positionH>
                <wp:positionV relativeFrom="paragraph">
                  <wp:posOffset>-882015</wp:posOffset>
                </wp:positionV>
                <wp:extent cx="2056569" cy="1196340"/>
                <wp:effectExtent l="0" t="0" r="1270" b="3810"/>
                <wp:wrapNone/>
                <wp:docPr id="2" name="Irudi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riginala sloganarekin.jp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8143" cy="1197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mc:AlternateContent>
              <mc:Choice Requires="wpg">
                <w:drawing>
                  <wp:anchor xmlns:wp14="http://schemas.microsoft.com/office/word/2010/wordprocessingDrawing" distT="0" distB="0" distL="114300" distR="114300" simplePos="0" relativeHeight="251662336" behindDoc="0" locked="0" layoutInCell="1" allowOverlap="1" wp14:anchorId="04078082" wp14:editId="77777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149. taldea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51. laukizuzena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151. laukizuzena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 w14:anchorId="262106E8">
                  <v:group id="149. taldea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size="73152,12161" coordorigin="" o:spid="_x0000_s1026" w14:anchorId="3DF18A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iU2mAUAAKwbAAAOAAAAZHJzL2Uyb0RvYy54bWzsWdFO4zgUfV9p/8HK&#10;40rQJm3aaUUZIVjQSGgGLaxm5tGkThttEmdtlxa+fo/tOHULbQNII63ES+vE9/ra555cxycnn1dF&#10;Th6YkBkvJ0F43A0IKxM+zcrZJPj77vLoU0CkouWU5rxkk+CRyeDz6e+/nSyrMYv4nOdTJggGKeV4&#10;WU2CuVLVuNORyZwVVB7zipXoTLkoqMKlmHWmgi4xepF3om530FlyMa0ET5iUuHthO4NTM36askR9&#10;S1PJFMknAeamzK8wv/f6t3N6QsczQat5ltTToG+YRUGzEkGboS6oomQhsmdDFVkiuOSpOk540eFp&#10;miXMrAGrCbtbq7kSfFGZtczGy1nVwARot3B687DJ14cbQbIpctcfBaSkBZKE5jFRFKmhGqBlNRvD&#10;7kpUt9WNqG/M7JVe8yoVhf7HasjKQPvYQMtWiiS4OeyFMfIVkAR9YRTGvVFowU/myNDa76i5/ecO&#10;1wGctWvHRe7oCTbzWVZgklyDJd8H1u2cVszkQGoQHFgxlmLBisNjktPFP9nT4omVNWDGtkFLjiWA&#10;2wmVW/LLWIW9bm+4uWA6ThZSXTFuYKcP11JZHk/RMiyc1pNLeFnKTLEfmG5a5KD2Hx3SJUuCfESD&#10;geP/tvnPTfM5sRnbZf4j9EavRz4cw3fqkoMxorfE8J3qNRyO1PMitcDKN28do/+6GJvmB7HaTN9H&#10;tlFtdnLXT19vMBiGUXyYu75TGHVHg2F8mFebSTyYFd+8Na/i1/Fq0/yDVy8Wz5/vriK9QTiKu6+s&#10;JcNerw8uHkyKz5MWIXzzD1rZd5DZsw3wl29OYTQaDFpk2688H7TS75E7K7u/C47iuqxHUfgp3pV1&#10;38O8ktis7DDfeu0xI5utY2+MZ8zaH8OvPcNeyxi+U7hm1v5Im8yKRt02iPlO64K1P5BfgWzB2guY&#10;bx52R2FsH5P9MfyNrV3ufY8Wud+kysHNfNMcNX3/9H2SvP2Fen8MnyStY/hOb2TWu7bC/UvyqfLa&#10;rfAtzGoRYw+tcICduRMbnbtDXLIq61McWoRqHaVrpIWKS31M9o90OEu7SxzZ7JkYXvot5oAzCOY7&#10;m0M35tPOGSTwnaNXRUbF8J3dybZdZCTYd+6/KjJS4TubXcCt2f7XwAvIRlowyo1gpAICwUgEBILR&#10;vd0KKqp0vjTOukmWRuAwB2oyh75Rs1T3F/yB3XFjqdYqh0vWujcvfSt3PNcTdrbOwv1XZjzf0sW1&#10;RHB27t/a1+8MBgpbsGsMnZn7t+aoW5hCXXZbWG5PNsm5ZHY+Gimj2jToadA9ISM3xC35ZZbnbglw&#10;0IKO1U9MSz3mTMOZl3+xFMoVHonIPB9GM2TnuSAPFMmjScJKFdquOZ0yexuv4ZCh7PCNh5mWGVCP&#10;nCJ+M3Y9gNYjn49th6nttSszkmPjbB/cJszmxKxz42Ei81I1zkVWcvHSynKsqo5s7R1IFhqN0j2f&#10;PkKqEtwKnrJKLjMh1TWV6oYKyEDIK1Rb9Q0/ac7BX9DUtAIy5+LppfvaHloaegOyhGI6CeS/CypY&#10;QPIvJVS2UdjvY1hlLvrxMMKF8Hvu/Z5yUZxzpAmFCLMzTW2vctdMBS++Q9w901HRRcsEsVHwFB5F&#10;e3GucI0uyMMJOzszbciq4Nd1eVslenCNaoWV362+U1ER3ZwECkrbV+6UPTp2Chr4uLbVniU/Wyie&#10;ZlpeMzy0uNYXUBm1OPpL5EbAVGuz79cbDf3B1d36qqvoTtnVqGi5scZP10eD7BZwTpG8z7NKP8Qa&#10;Qt2uhWska0u2fkHet5L4BU8WBR5fq/ELllOFDwxynlUSJBmz4p5NUZO/TGu1WCrBVILy4p5eFHCE&#10;OxrGQ7dHNCbIsj/Bj6qTflSd/1vVMZ888EnIbFz15yv9zcm/NlVq/ZHt9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1ompa2QAAAAYBAAAPAAAAZHJzL2Rvd25yZXYueG1sTI9B&#10;b8IwDIXvk/YfIk/abaRlG9u6pgihcUYULtxC4zXVEqdqApR/P7PLuFh+etZ7n8v56J044RC7QAry&#10;SQYCqQmmo1bBbrt6egcRkyajXSBUcMEI8+r+rtSFCWfa4KlOreAQioVWYFPqCyljY9HrOAk9Envf&#10;YfA6sRxaaQZ95nDv5DTLZtLrjrjB6h6XFpuf+ui5N67fvpz068u4ssvFc+j2uKmVenwYF58gEo7p&#10;/xiu+IwOFTMdwpFMFE4BP5L+5tXLX6esD7x95C8gq1Le4le/AAAA//8DAFBLAwQKAAAAAAAAACEA&#10;mxsUEWhkAABoZAAAFAAAAGRycy9tZWRpYS9pbWFnZTEucG5niVBORw0KGgoAAAANSUhEUgAACWAA&#10;AAGPCAYAAADYsOteAAAACXBIWXMAAC4jAAAuIwF4pT92AAAAGXRFWHRTb2Z0d2FyZQBBZG9iZSBJ&#10;bWFnZVJlYWR5ccllPAAAY/VJREFUeNrs3e1uG2l6LuoqkqKoL9qR7e1xz3gjwUJmgPVjAQtY+Rkk&#10;J7DzJ0AOYR3APqucQI5jY//dQSYTz7TbbUmWKFmiLX5sPmS91ttsutuyVRI/rgt4UaWiu+muUtti&#10;8eb9lOPx+P8qAAAAAJbD9WT1JutssgaTdTRZV2VZXjo1AAAAAMAyKgWwAAAAgBVxPFkRxLoqZsGs&#10;67Ise04LAAAAAPCQBLAAAACAVRchrMvipjkrglnHTgsAAAAAcB8EsAAAAIB1ldqyUnPWpWAWAAAA&#10;AHDXBLAAAACATXNd3LRlXVXbXlmW104NAAAAAHBbAlgAAAAAN1JbVgSzjmJbluWl0wIAAAAAfI4A&#10;FgAAAMCvi2BW3pwV4wx7TgsAAAAAIIAFAAAA8PUihBXBrNScFcGsY6cFAAAAADaHABYAAADA3Utj&#10;DFNzVrRm9cqyvHZqAAAAAGC9CGABAAAA3J98jOFgso4m66osy0unBgAAAABWkwAWAAAAwHJIYwyj&#10;OSuCWddlWfacFgAAAABYbgJYAAAAAMstQliXxU1zVgSzjp0WAAAAAHgQzclqVasxWVsCWAAAAACr&#10;KbVlpeasS8EsAAAAALgT02BVMQtbxdqerLI69jMCWAAAAADr5bq4acu6qra9siyvnRoAAAAA+Ik8&#10;WBUrglft2/5LBLAAAAAANkdqy4pg1lFsy7K8dFoAAAAAWGOpySpt8/GBd0IACwAAAIAIZuXNWTHO&#10;sOe0AAAAALAi8vaq+fGBdRlN1iCWABYAAAAAnxMhrAhmpeasCGYdOy0AAAAAPID59qp8fGCdPhaz&#10;sNV1tcaT9SH/BQJYAAAAANxWGmOYmrOiNatXluW1UwMAAADAN5hvr8qbreoU97WG2Tbtj77kHxbA&#10;AgAAAOCu5GMMo379aLKuyrK8dGoAAAAAyOTtVanZqu6QVQpWRXvVp/GB1bFvIoAFAAAAwH1IYwyj&#10;OSuCWddlWfacFgAAAIC1lbdXzY8PrMt8e1U+PrA2AlgAAAAAPKQIYV0WN81ZEcw6dloAAAAAVkLe&#10;XjU/PrAu8+1VEa4aF7NmqwchgAUAAADAMkptWak561IwCwAAAOBBpGBVaq/KxwfWKW+vyscHLh0B&#10;LAAAAABWSdxwS21ZV9W2V5bltVMDAAAA8NXm26vy8YF1yturUrNVGh+4MgSwAAAAAFgXqS0rgllH&#10;sS3L8tJpAQAAAPgkb69K4wNTs1VdUntVBKsGxU/HB64FASwAAAAA1l0Es/LmrBhn2HNaAAAAgDWV&#10;t1fNjw+sy3x7VT4+cO0JYAEAAACwqSKEdZltI5h17LQAAAAAK2C+vWq7uBkfWJcUskrtVfn4wI0m&#10;gAUAAAAAP5XGGKbmrGjN6pVlee3UAAAAAPcotVelYFU+PrBOeXtVPj5w5JIsJoAFAAAAAF8mH2N4&#10;lbZlWV46NQAAAMA3yNur8vGBdcrbq+abrbglASwAAAAA+HbRlpWas44m67osy57TAgAAAFTy9qr5&#10;8YF1mW+vimYrIasaCGABAAAAQH0ihHVZ3DRnXQpmAQAAwNrK26vmxwfWZb69Kh8fyD0RwAIAAACA&#10;+5faslJzVgSzjp0WAAAAWHrz7VV5s1Wd8mBVPj6QJdByCgAAAADg3u1W60k6MB7HfdPpDdTUlnVV&#10;bXtlWfrUKgAAANyf+faqrWxbp3j9P8y2+fhAHth4PI5ms+3qy51ilruK74sdDVgAAAAAsPxSMCs1&#10;Zx3FtizLS6cGAAAAvlreXpWPD6z7NX5qr5ofH8gDGI/HB9XufMAqjY48+LV/hwAWAAAAAKy2GF2Y&#10;N2fFOMOe0wIAAABTebBqfnxgXebbq/LxgdyD8Xi8W/w8QNUubgJ2+ePfTAALAAAAANZTasxK2whm&#10;HTstAAAArKEUrIpwzfz4wLrMt1flzVbUYDwex/Xcrb5MIwDDfvZ9sPsQvzcBLAAAAADYLGmMYWrO&#10;itasXlmWPoULAADAMptvr8rHB9Ypb69KzVZCVncoGwE4H7D64hGAD00ACwAAAAAI+RjDq7Qty/LS&#10;qQEAAOCezLdX5eMD635NnNqr5scH8hXG43Fcs+3qyzxgtVPt3+kIwIcmgAUAAAAA/Jpoy0rNWUeT&#10;dV2WZc9pAQAA4Cvl7VX5+MA65e1V8+MD+QJzIwDzgNWDjwB8aAJYAAAAAMDXihDWZXHTnHUpmAUA&#10;AEAlb69KzVZpfGBdUrAqtVfl4wP5jPF4nNqo5gNWKRR34Cz9MgEsAAAAAOCupbas1JwVwaxjpwUA&#10;AGDtpPaqtPLxgXWZb6/KxwdSmRsBuFNdn3wEYDzWdqbuhgAWAAAAAHBf4qZ4asu6qra9six9EhkA&#10;AGB5zbdX5eMD65S3V6XxganZamONx+PURjUfsJpvsOIeCWABAAAAAA8tBbNSc9ZRbMuyvHRqAAAA&#10;7k2EeVKIJx8fWPfrwdReNT8+cGNkIwBDHrBK5z9/nCUkgAUAAAAALLMYXZg3Z8U4w57TAgAA8FXy&#10;9qp8fGCjxuecb6+KZqs0PnBtfWYEYNjProURgGtCAAsAAAAAWEWpMSttI5h17LQAAAD8pL0qjQ9M&#10;zVZ1Se1VKViVjw9cK9kIwHzc307x8wYrNogAFgAAAACwTtIYw9ScFa1ZvbIsr50aAABgjcy3V+Xj&#10;A+uUt1fl4wNX2mdGAMbXO9W+EYD8IgEsAAAAAGAT5GMMr9K2LMtLpwYAAFhS8+1V+fjAOuXtVfPj&#10;A1fGeDzOG6rycYBpBGD+OHwTASwAAAAAYNNFW1ZqzjqarOuyLHtOCwAAcE/yYFU+PrBOeXvV/PjA&#10;pfaZEYDt7JwZAci9E8ACAAAAAFgsQliXxU1z1qVgFgAA8JVSk1Xa5uMD6zLfXpU3Wy2V8XicN1Tt&#10;VOcmHwEYj7V9G7GsBLAAAAAAAG4ntWWl5qwIZh07LQAAsPHy9qr58YF1mW+vus62D+oXRgDuZOfF&#10;CEDWggAWAAAAAMDdiDc4UlvWVbXtlWV57dQAAMDamG+vyscH1ilvr8rHB9678Xi8W9yEytK4v3wE&#10;YP44bAQBLAAAAACAeqVgVmrOOoptWZaXTg0AACyl+faqvNmq7tcOKVg1Pz6wVp8ZARj2q60RgPAL&#10;BLAAAAAAAB5OjC7Mm7NinGHPaQEAgHuRt1elZqu6Q0YpWBUhq/nxgXduPB7nDVXzIwDDgW8D+HYC&#10;WAAAAAAAyyc1ZqVtBLOOnRYAALi1vL1qfnxgXebbq/Lxgd/sMyMA4+udat8IQLhnAlgAAAAAAKsj&#10;jTFMzVnRmtUry/LaqQEAYIPl7VXz4wPrMt9elY8PvLXxeBy/193qy0UjAPPHgSUjgAUAAAAAsPry&#10;MYZXaVuW5aVTAwDAmkjBqtRelY8PrFPeXpWPD/wi2QjAPEDVLm5GHRoBCGtAAAsAAAAAYL1FW1Zq&#10;zjqarOuyLHtOCwAAS2i+vSofH1invL0qNVul8YE/Mx6P4/ezXX25aATg9j38noElIoAFAAAAALCZ&#10;IoR1Wdw0Z10KZgEAcE/y9qo0PjA1W9UltVdFsGpQ/HR84PwIwDxgtVPcBMKMAAQWEsACAAAAACCX&#10;2rJSc1YEs46dFgAAbilvr5ofH1iX+faqj//6r/+6/S//8i/RbvW5EYC71WMAX00ACwAAAACALxFv&#10;YqW2rKtq2yvL8tqpAQDYWPPtVdvFTVtUbf7hH/6h+J//8382u93u8O///u9bjx8/bvyv//W/osnK&#10;CEDgQQhgAQAAAADwLVIwKzVnHcW2LMtLpwYAYC2k9qoUrMrHB96pf/qnf9qP7W9+85utP/zhD+X2&#10;9vbob//2b7cODw+LR48ejV6+fLnd6XTGLgmwbASwAAAAAACoS4wuzJuzYpxhz2kBAFhKeXtVPj7w&#10;m/zjP/7jTrfbnTZi/ff//t/3Yjv5ur23t9d+9OjR4K/+6q+2f/Ob34za7fboyZMng8ljo8nxocsB&#10;rBIBLAAAAAAA7ltqzErbCGYdOy0AALVLTVZpm48P/GIvXrxo/t3f/d103N/f/M3fdHZ2dprV8WmD&#10;1dbWVuPg4GD6eKfTGe7u7kaoajA5Pp78mo9CVsC6EcACAAAAAGBZpDGGqTkrWrN6ZVleOzUAAF8s&#10;b6+aHx/4i9IIwIODg8bLly+nAaqnT5/ubG1tTf/Zw8PDvUX/XKvVGne73cHOzs5wb29vFCGrdrs9&#10;fv78+cDlADaBABYAAAAAAMsuH2N4lbZlWV46NQDAhppvr4rxgWUxC1v9xP/4H/+j/dd//dfTUYJp&#10;BOD29nbz8PBwGrDa3d3d6nQ6XzRqcPLPXLdardHjx4+Hk/3B5N8zevnypbA8sPEEsAAAAAAAWGXR&#10;lpWas44KwSwAYH3Mt1d9Gh+YjwD8zW9+s3V4eDgNUC0aAXhbk39u2mQVIav9/f3h5Ovhs2fPBp1O&#10;Z+ySACwmgAUAAAAAwDqKxqzL4qY567Isy57TAgAsoU/tVf/8z//c3d/fbw0Gg500ArDb7bb39vam&#10;AavPjQC8rQhZbW1tjZ8+fXrdbrdHT548GUyeZ/To0aOhywFwewJYAAAAAABsktSWlZqzIph17LQA&#10;AHUZj8ftf/u3f9s7OTkp+/3+o+vr63asra2t7mTbuM0IwNuY/DuHk393hKqmYasXL158bLfb4+fP&#10;nw9cFYC7JYAFAAAAAAA3wayzbNsry/LaqQEAFhmPxwfVboSntl+9etW4uLjY/8tf/rIzGo2ixap7&#10;eXnZ6Pf7zbp+D61Wa9ztdqcjA/f29kaHh4eD7e3t0cuXL/0MA3CPBLAAAAAAAODz4s3LNM4wgllH&#10;sS3L8tKpAYD1Mx6PdyebFJjKA1bThqrT09P98/Pz9vHxcevjx4+No6Ojrevr63JyrFXn7+vw8PC6&#10;1WqNHj9+PNzf3x8eHBwMhawAlocAFgAAAAAAfJ00xjA1ZsU4w57TAgDLZTweR6Bqt/pyZ7JSWGq/&#10;2m4XVcAq9Pv98u3bt63z8/PmxcVF8/T0tDkYDBonJydbdf4+Dw4OpqMCnz59ep1CVs+ePRt0Op2x&#10;qwiw3ASwAAAAAADgbqXGrLSNYNax0wIAdysbATgfsJpvsFro1atXWx8+fIhgVev9+/eNq6urZq/X&#10;i9GBZV2/506nM9zd3R1FyKrdbo+ePHky6Ha7o0ePHg1dUYDVJYAFAAAAAAD3I7VlpeasaUirLEvj&#10;gwCgMh6Po4lqu/oyD1jtVPv5iMBf9ebNmxgVWL5+/bodowLPzs5adYesWq3WuNvtDh49ejRttHrx&#10;4sXHdrs9fv78+cAVBlhPAlgAAAAAAPCwIoAVbVkxxjCNM7wqy/LSqQFgHcyNAMwDVmkEYP74rZ2d&#10;nUVzVeP4+DiarJoRsrq8vGz0+/1mXf9NKWS1s7Mz3NvbGx0eHg62t7dHL1++FKwG2EACWAAAAAAA&#10;sLxSW1YEs44KwSwAlshnRgC2qxUO7uq5+v1++fbt21aErD5+/Ng4Ojraikar8/PzVp3/jYeHh9et&#10;Vmv0+PHj4f7+/vDg4GD47NmzQafTGfsOACARwAIAAAAAgNUTjVmXxU1z1mVZlj2nBYBvNTcCMMb+&#10;RcApHwEYj7Xrev5Xr15tnZ+fNy8uLpqnp6fNwWDQODk52arzv/ng4GA6KvDp06fX7XZ79OTJk4GQ&#10;FQC3IYAFAAAAAADrI7VlpeasCGYdOy0Am+0XRgBGqKpZfOMIwNuKkNWHDx8iWBUjAxtXV1cxQrA1&#10;GAzKup6z0+kMd3d3R48ePZqGrV68ePGx2+3G10PfIQB8KwEsAAAAAABYfymYdZZte2VZXjs1AKtr&#10;PB5HaKpZfZnG/eUjAPPH79WbN29iVGD5+vXrdowKPDs7a11eXjb6/X5tv59WqzXudruDnZ2d4d7e&#10;3ihCVu12e/z8+fOB7xYA6iSABQAAAAAAmysCWGmcYQSzjmJbluWlUwPwMD4zAjDsV9taRwDextnZ&#10;WTRXNY6PjyNs1Tg6OtqqO2QVDg8Pr1PIarI/2N7eHr18+VKoGIAHI4AFAAAAAAAsksYYpsasGGfY&#10;c1oAvs54PE4NVfm4vzQCMBws4++73++Xb9++bZ2fnzcvLi6ap6enzRgZOPm6VefzRsiq1WqNHj9+&#10;PNzf3x8eHBwMnz17Nuh0OmPfTQAsGwEsAAAAAADgNlJjVtpGMOvYaQE20WdGAMbXO9X+g40AvK1X&#10;r15tffjwoXFyctKKkNVgMIj9rTqf8+DgYLC1tTV++vTpdbvdHj158mTQ7XZHjx49GvruAmCVCGAB&#10;AAAAAAB3IbVlpeasaUirLEsjoYCVMh6P5xuq5kcA5o+vlDdv3kybrCJk9f79+0Y0WfV6vdZgMCjr&#10;es5OpzPc3d2NUNU0bPXixYuP7XZ7/Pz584HvNgDWhQAWAAAAAABQpwhgRVtWjDFM4wyvyrK8dGqA&#10;+/SZEYDtaoWDdfjvjJDVx48fy9evX7evr6/Ls7Oz1uXlZaPf79fWxNVqtcbdbnews7Mz3NvbGx0e&#10;Hg5iZKCQFQCbQgALAAAAAAB4KKktK4JZR4VgFnBL4/E4wlPb1ZeLRgDGY+11++8+OzuL5qrG8fFx&#10;hK0aR0dHWxG2Oj8/b9X5vIeHh9etVmv0+PHjYYSstre3Ry9fvtR0CMDGE8ACAAAAAACWTTRmXRY3&#10;zVmXZVn2nBbYDHMjAPOAVYSqmsUKjwC8jX6/X759+3Y6MvDi4qJ5enraHAwGjZOTk606n/fg4GA6&#10;KvDp06fX+/v7w2iyevbs2aDT6Yx9dwLAYgJYAAAAAADAqkhtWak5K4JZx04LrIbxeByhqfkAVT4C&#10;MD2+UV69erX14cOHCFa13r9/37i6umrWHbLqdDrD3d3dUYSs2u326MmTJ4Nutzt69OjR0HcqANye&#10;ABYAAAAAALDqUjDrLNv2yrI0FgtqNjcCMBqq0gi8/Wq7liMAb+vNmzcxKrB8/fp1O4Wser1eazAY&#10;lHU9ZwpZPXr0aNpo9eLFi4/tdnv8/Pnzge9cALhbAlgAAAAAAMC6igBWGmcYwayj2JZleenUwC8b&#10;j8cH1e6iEYDhwFn6qbOzswhVNY6Pj6PJqjn5unV5edno9/u1tXq1Wq1xt9sd7OzsDPf29kaHh4eD&#10;7e3t0cuXLwVQAeAeCWABAAAAAACbKI0xTI1ZMc6w57SwzrIRgCEPWG30CMDb6Pf75du3b1sRsvr4&#10;8WPj6Oho6/r6ujw/P2/V+byHh4fXrVZr9Pjx4+H+/v7w4OBg+OzZs0Gn0xm7KgDw8ASwAAAAAAAA&#10;bqTGrLSNYNax08KyGo/HEZjarb5cNAIwf5wvkEJW5+fnzYuLi+bp6WlzMBg0Tk5Otup83oODg+mo&#10;wKdPn1632+3RkydPBkJWALAaBLAAAAAAAAB+XWrLSs1Z05BWWZbGfFGLbATgfMDKCMA78urVq60P&#10;Hz5EsCpGBjaurq5ihGBrMBiUdT1np9MZ7u7ujh49ejTY29sbRsiq2+3G10NXBABWlwAWAAAAAADA&#10;14sAVrRlxRjDNM7wqizLS6eGeePxOEb9bVdf5gGrnWo/Hms7U3fnzZs3MSqwfP36dTtGBZ6dnbXq&#10;Dlm1Wq1xt9sdRMgqGq1evHjxsd1uj58/fz5wRQBgPQlgAQAAAAAA1CO1ZUUw66gQzFpLcyMA84CV&#10;EYD35OzsLJqrGsfHxxG2ahwdHW1dXl42+v1+s87nPTw8vN7Z2Rnu7e2NJvuD7e3t0cuXL7XiAcAG&#10;EsACAAAAAAC4X9GYdVncNGddlmXZc1qWy3g8jtBUs/hpgKpd3DRUpce5B/1+v3z79m3r/Py8eXFx&#10;0YyQVTRaTb5u1fm8EbJqtVqjx48fD/f394cHBwfDZ8+eDTqdzthVAQASASwAAAAAAIDlkNqyUnNW&#10;BLOOnZa7MzcCMMb+RXjHCMAl8urVq60Usjo9PW0OBoPGycnJVp3PeXBwMB0V+PTp0+t2uz168uTJ&#10;oNvtjh49ejR0RQCALyGABQAAAAAAsNxSMOss2/bKsjTqrDIejw+q3fmAVWqoOnCWlsebN2+mTVYn&#10;Jyet9+/fN66urmKEYGswGJR1PWen0xnu7u5GqGoatnrx4sVHISsA4K4IYAEAAAAAAKymCGClMYaD&#10;yTqarKuyLC/X4T8uGwEY8oCVEYArIEJWHz9+LF+/ft2OUYFnZ2ety8vLRr/fr+2atVqtcbfbHezs&#10;7Az39vZGh4eHgxgZ+Pz584ErAgDUSQALAAAAAABg/aQxhqkxK8YZ9h76NzUejyN8s1t9mUYAhv1q&#10;mz/Okjs7O4vmqsbx8XGErRpHR0dbEbY6Pz9v1fm8h4eH161Wa/T48eNhhKy2t7dHL1++1AgHADwY&#10;ASwAAAAAAIDNESGsy+KmOeu6LMvjb/2XZiMA5wNWRgCuuH6/X759+3Y6MvDi4qJ5enrajJGBdYes&#10;Dg4Opk1WEbLa398fRpPVs2fPBp1OZ+yqAADLRgALAAAAAACA1JaVmrNi9SerUT2eB6x2qn0jANfI&#10;q1evtj58+NA4OTlpvX//vhEhq8n+Vp3PGSGrra2t8dOnT6/b7fboyZMng263O3r06NHQFQEAVknL&#10;KQAAAAAAANgY25P1tNqPUFW32v8ue/zJZJ1XK0JY/zVZPxazcNb7ybqYrIFTuXrevHkTowLL169f&#10;t1PIqtfrtQaDQVnXc3Y6neHu7m6EqqZhqxcvXnxst9vj58+f+x4CANaGBiwAAAAAAIDVF6GqCE+1&#10;J+tZdeyguGmu+u03/vuj6SpCOifFLJQVDVl/rr7+oZiNM+xXiwd0dnYWoapGhKyur6/Lydety8vL&#10;Rr/fr62trNVqjbvd7nRk4N7e3ujw8HCwvb09evny5bUrAgBsAgEsAAAAAACA5ZQ3VOUBq9Rg1S1u&#10;AlYPpVGtaMuKEYa9yTqarHeT9cdi1pb1odpyR1LI6vj4OBqtGkdHR1sRtjo/P691+s3h4eF1q9Ua&#10;PX78eLi/vz88ODgYClkBAAhgAQAAAAAA3LfURjUfsIpwVT4icJVFW1Y0LkUjVgSzYnxhtGRFY9Z/&#10;FrPAVgSzTn07LNbv98u3b9+2zs/PmxcXF83T09PmYDBonJycbNX5vAcHB9NRgU+fPr1OIatnz54N&#10;Op3O2FUBAPjMD78CWAAAAAAAAN8sNVSFPGB1sODxTRctTYNi1pYVQaxox/p+sn4sZkGt99WxwSac&#10;jFevXm19+PAhglWt9+/fN66urqLdqjUYDMq6nrPT6Qx3d3dHjx49Guzt7Q2fPHky6Ha78fXQtycA&#10;wO0JYAEAAAAAACy2aARg+K7aLsMIwHUSjVkROoqWrGjOioDWD8UsmBVjDc+q4/1V+w978+ZNjAos&#10;X79+3Y5RgWdnZ626Q1atVmvc7XYHEbKKRqsXL158bLfb4+fPnw98qwEA3C0BLAAAAAAAYNOkhqoY&#10;+fes2k8jAPPHWQ6NakVbVowzjGDWm2IW1HpVzNqyPlTbB3N2dhbNVY3j4+NosmpGyOry8rLR7/eb&#10;dT1nClnt7OwM9/b2RoeHh4Pt7e3Ry5cvr33bAADcHwEsAAAAAABgHSwaAdiujs8/znqI9qgIN0Uj&#10;VgSzYnxhtGRFY9afJ+vdZMVIvdO7esJ+v1++ffu2dX5+3ry4uGgeHR1tRaPV5OtWnf+hh4eH161W&#10;a/T48ePh/v7+8ODgYPjs2bNBp9MZ+zYAAFiCH0zH4/H/Xe2PJiul4YfVKqpj6Ye3E6cMAAAAAAC4&#10;JxGYSgGqfBzgdwseh1wEomLUXrRlRXNWtGN9X60IaqXGrIXj+F69erWVQlanp6fNwWDQODk52arz&#10;N3xwcDAdFfj06dPrdrs9evLkyaDb7Y4ePXo0dDkBAJZbBLD+9y1+/U4x+yRBhLJG1bGP2eN5cKv3&#10;uR9aAQAAAACAjbZoBOBBtfLH4a7F+1zRnHVyeXn5cTAY9C4uLt5O1vG7d++OT05OPpydnV1NjtcS&#10;eup0OsPd3d0IVU3DVi9evPgoZAUAsPpuG8C6jRTWCpfVfgSyFgW3rqoFAAAAAACspryhKo37y0cA&#10;doubgBXciw8fPpSj0ai8urpqTLbFx48fyxgZOBgMyrlf2ignhsPh+/F43J9szye/9u1knZ2fn3//&#10;/v373uTf9aHf73/4tedstVrjbrc72NnZGe7t7Y0iZNVut8fPnz9XXAAAsKbqDGDdRrtaIeZ0px96&#10;I5Q1H9wS1gIAAAAAgPvxuRGAcaxdGAHIEkiBqhS26vf7nwtZfY3IZUV460MEsyb/zneTFeGso0aj&#10;8efJsZOtra3LnZ2ds+3t7dHLly+vXREAgM2zLAGs24hA1k61H8GsVMkanziYD27FD7nnLjMAAAAA&#10;APxE3lC1aARgehyWQrRXffjwoRGhqghXpSar2Nb5vNFcFaMC0zbarSJo1Wg04uFWMXuvqlfM3o86&#10;nawfJ+v7yTouZu9dnbp6AADrbxUDWLe1X21j5OE420+icatR7Z/4lgAAAAAAYEUtGgEYvqu2RgCy&#10;9NKowAhbRbgq9uNYnc8Z4apmsznudDrjRqMRAatp0CoCV1/5r4ySgAiGxftO/Wp7VMzCWT9M1vvJ&#10;uihm4S0AANbAJgSwbmOnuGnOSiMP87DWZTH7NEPo+cEYAAAAAIB78Ntqu2gEYP44rIQYFViNDIxG&#10;qyLtR9iqLilQFWGraK/a2dkZpbDVPf6nN6oVbVkxzSWCWdGUFcGs15N1VswCW33fJQAAq0UA6+u1&#10;sxe3EcyK4FYEstKrgzQGMQhrAQAAAACQyxuqUoCqXR2ffxxWTowHjGBVarRKIwPjWF3PGcGqGA8Y&#10;YavJ+rR/zyGrrxHnJN5TiuBVvL90XNwEs6Ix610xG2d44TsLAGBJf6ATwLoX8UPzTrXfr36QLoqb&#10;kNZ8cOvKKQMAAAAAWDkRmFoUoPpuweOw8lKgKhqtRqNR2e/3y+FwWEbYqs7nrdqrpqMDo9UqQlZx&#10;bE1Pc0xmifeR4sP+0Zx1OlnfF7Nw1pvJGlbHAAB4QAJYy2m/2r4vbkYexicb5oNb19UP2wAAAAAA&#10;1CdvqHpW7R9UK38c1k60V1WjAqcNVhGuimPRbFXn80a4qtlsjjudzqeQVTRaRfCKqXifKN43ijGG&#10;/Wp7VMzCWdGalRqzTGgBALgHAlirb6f6ITtCWelVR4xETMGtfnb8xOkCAAAAAJiK8FS32l80ArBb&#10;3ASsYO2lUYFV2KpI4wPrfM4IVUW4KkJWjUZjOiowHXNFvlqjWvEB/njvKN4bSmMMXxWzD/8LZgEA&#10;3DEBrM2SwlrX1UrBrWb1eB7c6vnhGwAAAABYMfmIvzxgFcfahRGAbLg0KjCCVSlkFYGrCF7VJQWq&#10;otEq2quq8YHTsJUrcq+iLSveD4oP7sd7Q8fFbIRhCmgdVY/1nSoAgK/4YUsAi89oVyvEJyG2ilkg&#10;a1FwS1gLAAAAAKhThKYiPPW5EYDpcdh4MSawClZNtzEyMB2r6zkjWBXjASNsNVlFGhUYYStXZCXE&#10;h/PjfZ54vyeasyKM9WO1IqSVxhkCAPAZAljchQhi7VT7KayV9tvFz4NbV04ZAAAAAGy8+YaqFLAy&#10;AhB+RRoVmBqt+v1+ORwOp2GrOp+3aq8qos0qWq0icJXCVqyleF8nvqeiJSuasd4Ws1BWbKM1K4JZ&#10;p04TAIAAFg9jv9rGnPE08vCs+GmIK260RGjr3OkCAAAAgJXy22q7aARg/jjwC1LIKpqrosEqwlVx&#10;LMYH1vm8Ea5qNpvjTqczTqMChayY06hWvIcTH7qPUFa0Zr2brFfF7P2feK/H9BQAYGMIYLHsIpSV&#10;mrPSq7vLYnFw68TpAgAAAIBa5CP+8oCVEYDwjSJQlYWtimp84PRYXaK5KhqsImxVtViN0zFXhG8Q&#10;bVnxnk60ZcX7OjG+8Li4CWgdVY/1nSoAYO1+EBLAYo20i5vmrHzkYbN6PD6JkW4CCWsBAAAAsOni&#10;Xlka95cHqL5b8DjwDdKowBS2ijaraLWKsFVdzxmNVdFcFcGqyUrjA6dhK1eEBxAfrI9GrF4xe78m&#10;RhhGMCver4mgVowzvHCaAIBVJYDFpopQVj7ycKv6wX9RcKtXqMkFAAAAYHWkhqr4sOKzat8IQKhZ&#10;ClSlsFW/3689ZBUiWJVCVmlUYBxzRVgR8V5M/D8SQaxoxno7Wd8Xs3GGf56s4WSdOk0AwLITwIIv&#10;s19tY+Rhp5gFsuKFQLv4eXDryukCAAAA4I7FqL9utZ8HrFJDVbe4GQcI1CQbFTgNV0XIajgcltFo&#10;VefzVu1VRYwMjDGB1djA6TFYU41qRVtWvO+SxhhGQOtVcdOY5QP0AMBSEMCCGl4LF7MwVjRnpdr2&#10;s+p4Hty6rl44AAAAALCZ8hF/ecDKCEB4YDEqMIWsIlwVwas4VudzRriq2WyOO53OOI0KjKBVBK5c&#10;Efgkwo7xHky81xLBrBhfeFzMAlox1jDasgSzAID7/yFFAAseVAprxYuEcbUfoaz54JawFgAAAMDq&#10;iNBU3N/JRwAeFDcNVUYAwhKIUYHVyMAIWxVpP8JWdUmBqghbpVGBQlZwd/+LFbPgVXxAPt5TiUBW&#10;BLNivGGMNexXCwDgzglgwepoFzfNWVGtu1XcjDucD26dOF0AAAAAdypvqMoDVkYAwhKLkNVoNCqj&#10;vSqCVdFmFa1WEbaq6zkjWBXjASNYNVmf9qPRyhWBBxHvocT/8/HeSQSwYoxhBLLeTdafi5txhgAA&#10;X00AC9b3xURqzkphrXz8YR7c6hWqeAEAAIDNldqo5gNWcQ/FCEBYASlQlcJW/X6/HA6H09GBdT5v&#10;tFdF2CrarCJklRqtXBFYGY1qxQfc432TCGXFCMMIaL0qZu+vnDpNAMCXEMACwn61jZGHnWIWyHpf&#10;zEJc8aJjWNwEt66cLgAAAGDJpYaqkAesDhY8DqyAaK+qRgVOG6xSk1XdIasIV6WRgbGtmqymYStg&#10;bcWfK/EB9vhQe7wn8pdi9v5JjDOMsYYRyorGLB9uBwBufoAQwAJuaae4ac5KNyrPquPzwS1hLQAA&#10;AOCu5G1UeYDqu2prBCCsgTQqsApbFRG4imN1PmeEqiJc1el0xo1GYzoqMB1zRYD5PzKK2Xsh8R5J&#10;jDA8KmbNWb1q268WALBhBLCAOrWLm+asuFkRwa2o8k03SGPeerRvXVfHAQAAgM2TGqriHsKzaj+N&#10;AMwfB9ZEGhUYwaoUsorAVQSv6pICVdFklUYFprCVKwLcgXj/I5qz4n2PCGC9LmaBrHjv40/FLLR1&#10;4TQBwPoSwAKW6cVJPvJwq7hp0FoU3AIAAACW16IRgO1icYMVsIZiPGBqr4pgVRoZGMfqes4IVsV4&#10;wAhbTVaRRgVG2MoVAR5Io1rxHke85xGhrGjNivasPxaz90NOnSYAWH0CWMCqSs1Zl5PVKW6CW6lx&#10;K6RRieawAwAAwLfLRwDGqL9utf/dgseBDZACVanRqt/vl8PhsIywVZ3PW7VXFdFmFa1WEbgSsgJW&#10;TPw5Ge9hRFtWvKfxl8k6K2YBrTfFLLAlmAUAq/SXuwAWsAF2qhcy0Zy1V8wCWe+LnzZupeDWldMF&#10;AADAhlk0AvCgWvnjwAaK9qoYDxhBqwhcRbgqjkWzVZ3PG+GqZrM57nQ6n0JWqdEKYM21itn7GPEB&#10;82jKisasCGb9UMxCWReFD54DwNIRwAL4qRTW6lUvcprVC5xFwS1hLQAAAJZV3lCVxv3lIwC7xU3A&#10;CqBIowKrsFVRNVtNj9UlQlURroqwVRWwGqdjrgjAz//YrLbxYfNoznpdzIJZJ9W2Xy0A4AEIYAF8&#10;vXa1IqwVH73bKma1wCm4FS960qjEc6cLAACAb/S5EYBPq9enRgACvyiNCkxhq2izqjtkFY1V0VwV&#10;IavYr8YHTsNWrgjAnYj3I2KkYbwPER8cf1XMPlj+42T9Of74L2atWQBAjQSwAO7vBVA+8jCFteJF&#10;Ubv4eXALAACAzZEaqkIa95ePAMwfB/hFMSawaq+abiNklY7V9ZwpZBXtVZNVpFGBEbZyRQAeTKNa&#10;0YoV7038qZhN+Yi2rAhpRTDr1GkCgLshgAWwnFJz1uVkdaoXRx+LWYgrD25F+5ZZ7wAAAMtn0QjA&#10;8F21NQIQ+GrZqMBpuKrf75fD4XAatqrzeav2qiLarGJMYDU2cHoMgJURf1fEh8HjvYV4j+GomDVm&#10;/Ve1H6Gsi8J7DwBwu79gBbAAVt5OcdOctVe9KHpf3DRupeCWsBYAAMC3yxuq5kcA5o8DfLMYFZhC&#10;VhGuiuBVHKvzOSNc1Ww2x51OZ5xGBUbQKgJXrgjA2mtV23i/IUJYb4tZMCveX4jmrH61AIA5AlgA&#10;m6Vd3DRnpZGH8cmWFNyK49G+dVUtAACATbBoBGC7Oj7/OMCdikBV1mhVVOMDp8fqkgJVEbZKowKF&#10;rAD4BfFeQjRnxYSOeO8gRhhGOCuCWjHaMN5fuHCaANhkAlgA/NILqtScFZ+s3CpmYa1OcdO4lUYl&#10;njtdAADAkonA1KIA1XcLHgeo1YcPH6K9qkxhq2izilarCFvV9ZwRrIrxgBGsmqw0PnDaaOWKAHBX&#10;f91UK1qxIpgVYayzyfpxsv44WcNiNtIQANaeABYAdyU1Z8XIwwhpRSgrbiLGp8YjrJWPSgQAAPha&#10;eUPVs2r/oFr54wD3KgWqUtiq3++Xw+FwOjqwzudN7VURsorAVWq0ckUAeEDxd1+8H5AmbxwVsw94&#10;xzjDN8Xs/QPBLADW6y8/ASwAHkCEsUbVi6wYf5iCWzvFz4NbAADA+ovwVLfaXzQCsFvcBKwAHkw2&#10;KnDaYJWarOoOWcWowDQyMLYRuEphKwBYMa1qG/f/Y2xhjDL8r+rrH6tjA6cJgFUjgAXAssubs6JZ&#10;K2ryFwW3el6UAQDAUslH/OUBqzjWLowABJZYGhUYYasIV8V+HKvzOSNc1Ww2x51OZ5xGBUbQKgJX&#10;rggAGyDeB4hAc9z/j3v/r4pZOCveG4jRhv1qAcBSEsACYJ20i5vmrNhuFbNa4xTcipBWGpV45XQB&#10;AMBXidDUdvH5EYDpcYClFqMCq5GB0WhVpP0IW9UlBaoibJVGBaawlSsCAAs1qhXhq7iv/x/FrCUr&#10;2rL+GH+lV18DwIMSwAJgU8WnaVJzVrx4S2GtrerrXvHTUYkAALDO5huqUoDqu2prBCCwkmI8YASr&#10;UqNVGhkYx+p6zghWxXjACFtN1qd9ISsAuFPxd3nc54/JGHE//4didi8/xhm+qfZPnSYA7u0vJgEs&#10;APgiqTkrRh52qhdvEc6KkFZq3Er1yAAAsCx+W20XjQDMHwdYWSlQFY1Wo9Go7Pf75XA4LCNsVefz&#10;Vu1V09GB0WoVIas45ooAwINrVdu4dx8hrPjwdTRnRVArmrOiMWvgNAFwlwSwAODu5c1Ze8VNcGun&#10;+HlwCwAAbitvqMoDVkYAAmsr2quqUYHTBqsIV8WxaLaq83kjXNVsNsedTudTyCoarSJ4BQCsnGjM&#10;Sh+kjvW6WhHM+lMxG3PYd5oA+BoCWADwsPLmrGjWGhc/DW7F2q9eAPpEDgDA+orA1NNqf9EIwPxx&#10;gLWVRgVWYasijQ+s8zkjVBXhqghZNRqN6ajAdMwVAYCN0KhWhK/inny0ZUVzVnyI+t+L2b35C6cJ&#10;gF8igAUAqyM+nbNo5GEKbkVIK41KvHK6AACWQmqoip/fnlX7RgACGy2NCkxhq2izisBV7NclBaqi&#10;0Sraq6rxgdOwlSsCAHxG3IOP+/IRwIr77z8Us3GG30/WX4rZffhTpwmA6V8aAlgAsLZSc1bcTO5U&#10;Lwy3itkneeJ4PioRAIAvF6P+utV+HrBKDVXd4mYcIMBGijGB0V4VYavYRsgqHavrOSNYFeMBI2w1&#10;WUUaFRhhK1cEALhjrWobH5iOEFbcf/+P6ut0DIANIoAFAIQIY30sZp/YifGHEcoaFYsbtwAA1lE+&#10;4i8PWBkBCPAZaVRgarTq9/vlcDichq1qfQE7a68qos0qWq0icJXCVgAADywas9K99FivqxX32aM1&#10;K0YZDpwmgPUjgAUA3FYe1upU+/1icXALAOChRWgqwlP5CMCD4qahKj0OwAIpZBXNVdFgFeGqOBbj&#10;A+t83ghXNZvNcafTGadRgUJWAMAKa1Qr7qFHACvasqIlK+6j/3sxu8fed5oAVpcAFgBQp7w5q129&#10;sIwXkSm4FSGuNCrRp34AgC+VN1TlASsjAAG+UgSqsrBVUY0PnB6rSzRXRYNVhK2qFqtxOuaKAAAb&#10;Iu6fR2tW3De/nKw/F7P76d8Xs8as2L9wmgBW4A90ASwAYEnEi8xFIw+3JmtYzMJaefsWALB+fltt&#10;5wNW8bOBEYAA3yiNCkxhq2izilarCFvV9ZzRWBXNVRGsmqw0PnAatnJFAAB+UauYfXA5PsB8VMzu&#10;l0dz1km1Tp0igOUhgAUArKrUnBU37aNR610xq3Deqo7HG7UpuAUAPJx8xF8esDICEKAGKVCVwlb9&#10;fr/2kFWIYFUKWaVRgXHMFQEAuHPxYeb42S5CWNGO9baYNWedFbPWrDhm4gTAPRPAAgA2Qd6ctVfM&#10;Pik0Km4at+IFa6s6DgD8uryNKg9QfVdtjQAEqFE2KnAaroqQ1XA4LKPRqtYXVrP2qiJGBsaYwGps&#10;4PQYAAAPrlGtuM8dIw3/q5g1Z8UHlv+9OtZ3mgDqIYAFAPBTeXNWNGtdFrNPC6Xg1nUxa986caoA&#10;WEO/zf4+fFbtpxGA+eMA3IM0KjDCVhGuiv04VusLonZ73Gw2x51OZ5xGBUbQKgJXrggAwEqKkH58&#10;CDnCV3G/O9qyYqLEj5P1p2J2L/zCaQL4xj9sBbAAAL5a3pwVb0wPqhexKbiVwlq9QuUzAA8nmqi6&#10;1X4esFrUYAXAPYtRgdXIwGi0KtJ+hK3qkgJVEbZKowKFrAAANlLc345713EPO9qyTotZKOvH6tip&#10;UwTwZQSwAADuT2rOyoNbW8VN41aMRHxfCGsB8OvyEYB5wOq7BY8D8MAiZDUajcrUaBVtVjE6MMJW&#10;dT1nBKtiPGAEqybr0340WrkiAAD8iriHHT+rxv3saMd6W8yas44n600hmAXwMwJYAADLKQ9jxfjD&#10;qISOUSMR2IpPHuWjEgFYH4tGAB5UK38cgCWTAlUpbNXv98vhcFhG2KrWFw47O6MIW0WbVYSsUqOV&#10;KwIAQA0a1YoPF8c0iP8qZs1ZEdT6z2IW1vIBY2AjCWABAKy+PKyVxh+m4NZ84xYA9y9vqErj/vIR&#10;gN3iJmAFwBKL9qpqVOC0wSo1WdUdsopwVRoZGNuqyWoatgIAgCUQPw/HfegIZcX96WjLig8VxyjD&#10;GGmYAlsA6/sHoQAWAMBGyZuz2tWL3hTcOqt+TRqVCMDnfW4E4NPqz1cjAAFWWBoVWIWtighcxbE6&#10;nzNCVRGu6nQ640ajMR0VmI65IgAArLD4cHDcg47JDj8Us5asCGVFOCuNOARYeQJYAAB8Tt6c1a5e&#10;JEdgK8Ygfpis62LWvnXmVAFrJDVUhTTuLx8BmD8OwApLowIjWJVCVhG4iuBVXVKgKpqs0qjAFLZy&#10;RQAA2DBx/zmasyKEdVZtoznreLLeTNapUwSsEgEsAADuSmrOyoNbqSVgvnEL4D4tGgEYvqu2RgAC&#10;rKkYD5jaqyJYlUYGxrG6njOCVTEeMMJWk1WkUYERtnJFAADg13+krlbcX452rO+LWXNWNGj9Z3XM&#10;PWZg6QhgAQDwEPLmrL3Jele9qN6qXkg3q8eunCrgF6SGqgh4Pqv20wjA/HEA1lgaFZgarfr9fjkc&#10;DssIW9X6A+2svaqINqtotYrAlZAVAADUJn6+j/vG8SHfNM7wbTH7UHCMNDyvHgN4mD+kBLAAAFhy&#10;eXNWp3pxHfaqF9dhu3qBDay+RSMA29Xx+ccB2BApZBXNVdFgFeGqOBbNVrX+INpuj5vN5rjT6YzT&#10;qMDUaAUAACyNmMgQ949TMCvGF/6lmLVnxbELpwiomwAWAADrJG/Omg9upcatNCoRuD8RmFoUoPpu&#10;weMAbLA0KrAKWxURuIr9OFaXaK6KBqsIW8V+hKzSMVcEAABWWtwvjuasuB8c94d/LGYBrTfVEswC&#10;7owAFgAAmyw1Z8UL8XiDLQJbMQbxw2RdFz8dlQj83KIRgAfVyh8HgE/SqMAUtoo2q7pDVtFYFc1V&#10;EbKK/Wp84DRs5YoAAMDGaVQr7g1HCCuasiKY9W6yXhWzBi2AWxHAAgCALxM11pfVfgpupdkz841b&#10;sMoiPNWt9heNAOwWNwErAFgoxgRW7VXTbYSs0rG6njOFrKK9arKKNCowwlauCAAA8AXi9Up8WDfu&#10;86Zxhm+LWXNWjDSMgJb7v8DiP0AEsAAA4M7lzVnzwa1e8dNRiXAf8hF/ecAqjrULIwAB+ArZqMBp&#10;uKrf75fD4XAatqr1B61Ze1URbVYxJrAaGzg9BgAAUJO4zxvhqxhnGMGsaM6KUNb31bG+UwSbTQAL&#10;AAAeVt6c1a5euKcX9O+r/dS4BfOeVt8fnxsBmB4HgK8WowJTyCrCVRG8imO1/oDUbo+bzea40+mM&#10;06jACFpF4MoVAQAAlkh82DY+hJKCWefV9k21Lpwi2AwCWAAAsFov5sP8yMOt4qfBrUunaqXNN1Sl&#10;ANV31dYIQADuXASqskarohofOD1WlxSoirBVGhUoZAUAAKyJRrUikHVUzMYYxjbGGL6arFOnCNaL&#10;ABYAAKyv1JwVwa14I7NfveiP0NZ18dPGLer322q7aARg/jgA1OLDhw/RXlWmsFW0WUWrVYSt6nrO&#10;CFbFeMAIVk1WGh84bbRyRQAAgA0Ur7/ifm3cq40wVowwjGBWNGj9pTo2cJpgBf/nFsACAACKnzZn&#10;NYqbsFa4qm4KXHvx/zN5Q1UKULWr4/OPA0DtUqAqha36/X45HA6nowPrfN4qWDUdHRiBq9Ro5YoA&#10;AAB8sbhHG/df0zjDaMmKUNaP1bG+UwTLSwALAAC4rbw5az64dVXtN7P9VROBqUUBqu8WPA4A9y4b&#10;FThtsEpNVnWHrCJclUYGxjZarVLYCgAAgNrEvdZ4vZeCWdGSFa1ZEc46Lkw5gKUggAUAANR9cyA1&#10;Z80Ht95nv+Y+wlp5Q9Wzat8IQACWVhoVGGGrCFfFfhyr8zkjXNVsNsedTmecRgVG0CoCV64IAADA&#10;UmlU67yYBbJ+rLZvJ+tVIZgF90oACwAAWCYpjJUHt7aKxY1b4WCyutX+ohGA3erXAMBSilGB1cjA&#10;aLQq0n6EreqSAlURtkqjAlPYyhUBAABYedGWFfdXY2RhtGV9X9wEs36otsBd/48ngAUAACyZ3cn6&#10;XbX/pLgJU/2+2u5M1stq/6TaRlDrvNq/Km4atfJ9AHgQMR4wglWp0SqNDIxjdT1nBKtiPGCErSbr&#10;076QFQAAwEaLD7jGvdQ0zvC0mI0y/LFaA6cIvo4AFgAAcF8iNBXhqd3iJkD1pFrhd9VjdYmA1nW1&#10;/67aXhc3wa18HwBuJQWqotFqNBqV/X6/HA6HZYSt6nzeqr1qOjowWq0iZBXHXBEAAABuIRqz4vVr&#10;GmP4rtpGOOtNMWvTAn6BABYAAPAt8gBVhKoiQJU3VOWPr5K8OStCWemTXyfZrzlx+QE2S7RXVaMC&#10;pw1WEa6KY9FsVefzRriq2WyOO53Op5BVNFpF8AoAAABq1KhW3CONxqy4J5rGGb6arAunCGYEsAAA&#10;gEXSuL98BGDeUPV7p+iTCGf1qv0IbaVPg/WKxcEtAJZcGhVYha2KND6wzueMUFWEqyJk1Wg0pqMC&#10;0zFXBAAAgCUTbVnRmhX3QiOM9X0xG2cY+z9UW9is/ykEsAAAYGOkEYDhD9X2PkcAMpPCWBHOSiMP&#10;88atPLgFQE3SqMAUtoo2qwhcxX5dorEqmqui0Sr2q/GB07CVKwIAAMCaaBWz+5tpnGGsN9XXPxbu&#10;fbKmBLAAAGC1RWDqd9V+GgEY8garJ07TyoqA1nW1/67aXheLg1sAzIkxgdFeFWGr2EbIKh2r6zlT&#10;yCraqyarSKMCI2zligAAALDBojErXo+nYNbb4iacFavvFLHKBLAAAGA5pQBVBKpeVvtGAPJL8jBW&#10;BLTmxx/mwS2AtZFGBaZGq36/Xw6Hw2nYqs7nrdqrimizijGBEbhKYSsAAADgizWqFfcuY3xhBLRi&#10;nOHral04RawCASwAALg/eRtVGgEYIwEXBaygThHO6lX7EdpKny7Lxx+eOE3Askghq2iuigarCFfF&#10;sRgfWOfzRriq2WyOO53OOI0KFLICAACAexEfrIrWrLh3GW1Z3xc3wawIar1ziliqb1gBLAAA+Cb5&#10;CMAIVz2t9lNDVR6wglWVwlgRzlo0/jAPbgF8tQhUZWGrohofOD1Wl2iuigarCFtVLVbjdMwVAQAA&#10;gKXUKmb3I9M4w1gR0DqutnDvBLAAAGCxCE1FeCofAZg3WBkBCIvlzVnpU2j5+MM8uAVsoDQqMIWt&#10;os0qWq0ibFXXc0ZjVTRXRbBqstL4wGnYyhUBAACAtRGNWXF/IQ9m/aWY3aeMrQ+RUhsBLAAANkke&#10;oIpQVYSr8oaq/HGgfhHKus7258cf5sEtYIWkQFUKW/X7/dpDViGCVSlklUYFxjFXBAAAADZao1oR&#10;xIpQVgS00jjDV8VszCF8EwEsAABW3edGAP6u+HnAClhdeXNWbNNNkXz84YnTBPcnGxU4DVdFyGo4&#10;HJbRaFXn81btVUWMDIwxgdXYwOkxAAAAgFuIexjRmhX3GiOMlQezfihuGv7h17+ZBLAAAFhSaQRg&#10;+EO1zRuqUsAKYF4EsnrZ/qLxh3lwC/gFMSowhawiXBXBqzhW53NGuKrZbI47nc44jQqMoFUErlwR&#10;AAAA4B60itn9w++LWWvW22odV8fgJwSwAAC4T4tGAIbfL3gc4L7kzVnpU235+MM8uAVrKUYFViMD&#10;I2xVpP0IW9UlBaoibJVGBQpZAQAAAEsuGrOiOStCWNGWFU1Zb4rZfcW/FD70ubEEsAAAuAspQBWB&#10;qjTuL2+o+r1TBKyJCGVdZ/vz4w/z4BYslQhZjUajMtqrIlgVbVbRahVhq7qeM4JVMR4wglWT9Wk/&#10;Gq1cEQAAAGCNNKoVQaxozErNWfH1q2I25pA1JoAFAMDnLBoBuFMsDlgB8HN5c1Zs002WfPzhidPE&#10;XUqBqhS26vf75XA4nI4OrPN5o70qwlbRZhUhq9Ro5YoAAAAAGy7uyURrVtwbfF3cNGfFfgposQ4X&#10;WgALAGCjRGDqd9V+jPp7Wu2nhqo8YAXA/YlAVq/az8NaeYgrD26xwaK9qhoVOG2wSk1WdYesIlyV&#10;RgbGtmqymoatAAAAALi1VjG735fast4Ws2DW8WT96PSsFgEsAID1sGgE4JNq5Y8DsB5Sc1bcoEkj&#10;D/Pxh3lwixWVRgVWYasiAldxrM7njFBVhKs6nc640WhMRwWmY64IAAAAwL2Ixqz4oF1qy/qh2o8P&#10;aP7J6VlOAlgAAMsrD1AtGgGYPw4AnxOhrOtqP680TyGuPLjFPUujAiNYlUJWEbiK4FVdUqAqmqzS&#10;qMAUtnJFAAAAAJZWo1pxjy8as1JzVnz9x0J7/oMSwAIAuF+fGwH4u+oxIwABeEh5c1aEstJNm3z8&#10;4YnTdDsxHjC1V0WwKo0MjGN1PWcEq2I8YIStJqtIowIjbOWKAAAAAKyVuMcUrVkXxWyMYWrOinGG&#10;0Z7lw5f3cREEsAAA7kSEpiI89bkRgClgBQDrIgJZvWo/Qlv9bD+FuPLg1lpLowJTo1W/3y+Hw2EZ&#10;Yas6n7dqryqizSparSJwJWQFAAAAQKVVzO7P/VcxC2VFQCuCWceT9aPTc3cEsAAAPi8PUEWoKgWo&#10;fr/gcQDgl6XmrLjhkz51l4e18v2llEJW0VwVDVYRropj0WxV5/NGuKrZbI47nc6nkFVqtAIAAACA&#10;rxCNWfHBwRTMSiMN4wOVf3J6bk8ACwDYRHmAan4EYP44APAwIqB1Xe2/q7bXxU1wK9+/c+/evTsc&#10;Doet9+/fdz9+/Ni5vLzc6Xa7/2+EreoSoaoIV0XYqgpYjdMx3w4AAAAA3JNGtaIpK4JZKaAV9+j+&#10;WGxI2/3XEMACANZFGgEY/lBtd4qbcYBGAALAesqbsyKUlW4CnWS/5mT+Hzo/Pz8YDAZbvV5vGra6&#10;uro66Pf73dFo1Jr/tePxuNje3v5/9vf3T7/lNxqNVdFcFSGr2K/GB07DVi4jAAAAAEss2rKiNeui&#10;mIWz8pGGPxQ1flhyVbR8jwAASywCU7+r9heNAMwDVgDAZtopbkLYh9nx//bhw4fi48ePxeXlZYwO&#10;jO2g3+9fT+zc5gnKsiwipPUlvzaFrKK9arKKNCowwlYuFQAAAAArKj5AGB987BSz9+by9+da1WMR&#10;yopRhtGW9Wqyzibrx005QQJYAMBDSAGq3WJxQ5URgADAFxkOh58CVhG26vV6n44t0Cq+8l5Io9H4&#10;3dbW1v54PO7H6nQ6Ecy6mhy7jDGB1djAadgKAAAAADZIaqT/P6uVRGNWNGeltqyjaj/asv68bifB&#10;CEIA4K48qVZYNAIwfxwA4FbOz8+LvNFqMBhMj9Vpd3e3aDabRbfbLba2topHjx5Nv4616Lc4WdfV&#10;/rtqe13c1K/noxIBAAAAYFM1qhXjCyOYlZqz4j7a/7eq/1ECWADAL8lHAEZ46mm1bwQgAHDnIlAV&#10;waqrq6tp2KoaGzhttKrL9vZ20W63p2GrGBl4cHAw/TqO1ygPY8WNpfQpwZNqmwe3AAAAAGATRFtW&#10;fPLxopiFs1JzVuxHY9ZSf7hRAAsANlOEpiI8lY8AzBuq8nGAAAB3JgWqUtgqvo5Wqwhb1SUaqyJg&#10;FaGqWBGySsdWQISzetV+3GTqV/u94ufBLQAAAABYR61idl/s+2LWlhUN9K8m67hYkntjAlgAsD7y&#10;AFWEquIdRSMAAYB7l48KjLBVr9ebbuPrOkWwKoWsdnZ2PjVabZh0wynCWYvGH+bBLQAAAABYZdGY&#10;Fc1Z/1HMmrMinBXNWRHM+vE+fyMCWACw/NK4v3wEYN5Q9XunCAC4bylQlYet0sjAOqUmq9imUYGx&#10;H41W3FoEtK6r/XfVNh9/mAe3AAAAAGBVpGDW62I2xjA1Z0Uw6091PKEAFgA8jDQCMPyh2hoBCAAs&#10;nTQq8Orqahquiv04VqcUqOp2u59GBaawFQ8mD2PFN8D8+MM8uAUAAAAAy6hRrQhlxQcSU3PW28n6&#10;Y/ENzfECWABwdyIw9btqP40ADKmhKh8HCACwNFJ7VYSsYpuarKLlqi4RpopQVYSr0qjAFLZi5eVh&#10;rdj2q/18/OGJ0wQAAADAkoi2rGjNivtY0Zb1Q3HTnBX7v/rBQwEsAPh1KUAV7wamAJURgADASkmj&#10;AlOjVQSs4us4XpcUqIqwVaydnZ1PIwOhEoGsXra/aPxhHtwCAAAAgPvUqrbRlnVW3DRnxf6P6RcJ&#10;YAGwqfJxf2kEYN5QZQQgALByUsgqtVf1er3pNr6uU7RXRYtVPiowjkEN8uasd9U2H3+YB7cAAAAA&#10;oC7RmBXNWa8n61QAC4B1ko8AjHDV02rfCEAAYG2kQFUetopGq2i2qvUHrd3daaNVt9v9FLJKx2BJ&#10;xf8U19n+/PjDPLgFAAAAAF9NAAuAVRChqQhP5SMA8wYrIwABgLWTRgVeXV1Nw1ax6g5ZRagqwlUR&#10;skrjA1PYCtZc3pwV2361n48/PHGaAAAAAFik5RQA8EDyAFWEqiJclTdU5Y8DAKylNCowglUpZJWO&#10;1SWFrCJcFWMDY1RgClvBBtup1peIQFav2s/DWnmIKw9uAQAAALDmBLAAuGupjSofARhjAecDVgAA&#10;GyEfFZgCVvF17NclBaoibBVrZ2fnU9gK+GZxP+3wFr8+NWdFICvV2OXjD/PgFgAAAAArSAALgC+R&#10;RgCGP1TbvKEqBawAADZSNFZFsCq1V/V6vU/H6hSBqghW5aMCYz8CWMDSyMNa/8ev/NoIZV1X+++y&#10;4ynElQe3AAAAAFgS5Xg8/t9OA8BGWjQCMPx+weMAABsvBaryRqvBYDAdH1inFKjqdrufmq2ErIDi&#10;p81Z8QdRGnmYjz88+f/Zu5vdyNEjDaMqoDb0gou2Uatet++sL92ANxJALyggG9D4zWFkRVenLClL&#10;n5Q/5wAEP1LCYJAbl6SnI3xMAAAAAOOZgAVwfSqgSlBV6/76hKrffEQAAM9LUJWwal3XfWxVawMT&#10;YI2SyVWZYFVrA/tEK4BnTHffJxW/tBIxQdaynRNtPbZzRVw93AIAAADgDQRYAJfh2ArA6e54YAUA&#10;wAsqqKrYKs+ZapXYapSaXpWoKlfWB9Y7gMHyO8Bf3vD9NTkrQVaN+euxVj8DAAAA3DwBFsDnyV/a&#10;ft3OWfX3j+1cE6p6YAUAwBv1VYGJrZZlGR5ZRcKqiqymabr7+vXr/h3ABemx1rcXvjeB1m47P2z3&#10;3d33cKufAQAAAK6SAAvg/R1bAfj37epfBwDgJyWsSmBVsVUiq3o3UoKqhFV9VWDOmWgFcGN6YfrS&#10;lK0+OStRVq08vG/fc+8jBQAAAC7Nl6enp999DAAv6gFVoqrEVX1CVf86AADvLKsC+0SrrA3Mu5Eq&#10;qJrn+bAqsGIrAIZLnLVs50Rbj9t5ufsebvUzAAAAwKcxAQu4Zc+tAPz17q+BFQAAg9Ukq3Vd9/dc&#10;tT5wlMRUiaoSV9WqQJEVwFnI7y1/ecP31+SsBFlV6PaJW/0MAAAA8K4EWMA1SjQ1bed/bvc+oaoC&#10;KwAAPlgFVZlelSlWec5Uq8RWo9T0qkRVuaZpOqwMBOBq9Fjr2wvfm0Brt50ftvvu7ni4BQAAAPAi&#10;ARZwKY6tAIzfjnwdAIBP1FcFJrZalmV/z/NImV6VKVYJqxJZ1UQrAPjxfzLa+aUpWz3GSqBVKw9r&#10;4lYPtwAAAIAb9eXp6el3HwPwiXpA9eMKwP51AADOSAVVPbaqlYEj1SSr3GtVYM6ZcgUAnyxx1rKd&#10;E209bufl7q/hFgAAAHBFTMACRji2AnDa3ocVgAAAF6JWBa7rug+scuXdSImqElfN83xYH1ixFQCc&#10;sfyu9Zc3fH/FWImzjq0/7OEWAAAAcOa/FAB4jQRTv27nYysAe2AFAMAFqVWBCasqsqp3o1Rklbiq&#10;VgVWbAUAN6LHWt9e+N4EWrvt/LDd+/rDHm4BAAAAH0yABVRAlb90VUD19+3qXwcA4ILVqsCaaJXA&#10;Ks95P0oFVYmtck3TdIitAIA36f/j+dKUrR5jJdD6cf1hD7cAAACAd/Dl6enpdx8DXJ0eUB1bAdi/&#10;DgDAlajIqqZXLcuyv+d5pARVCav6qkCRFQBchB5r5f64nfv6w3sfEwAAAPxvJmDB5egrABNP/WM7&#10;/7p9zQpAAIAbUEFVj60y0SqTrYb+Y/Rvf9tPtJrn+RBZ1TsA4GJN2/UaCbKWdj62/rCHWwAAAHAz&#10;BFjw+RJN5Rddz60ArMAKAIAbUqsC13Xdx1a5arLVKImqElfV2sA+0QoAuHn5XXJff/jthe/vk7Me&#10;tntff9jDLQAAALj4H5qB99cDqkRVP06osgIQAIBDUFWxVZ5HR1aZWJWwKlfWBmZVYL0DAHhHvzxz&#10;PiZR1q6df1x/2MMtAAAAODtfnp6efvcxwKv9tt2PrQDsXwcAgL2+KrCmWOU551EqqMrkqlzTNB1i&#10;KwCAC9cnZ+X+uJ37+sN7HxMAAAAfyQQs+L4CMP653a0ABADg1TKxqgKrxFXLshzejZSgKmFVXxWY&#10;cwIsAIArNd19/13eSxJkLdu5x1o94urhFgAAAJxEgMW1SjD163auFYBRE6r6OkAAAHiVrArsE62y&#10;NjDvhv7Ddguq5nk+TLaq2AoAgP8pv//+5Q3fX5OzEmTVP/L6+sMebgEAAMCffgCFS1IBVYKqCqis&#10;AAQA4N0kqEpYta7rPraqtYGZaDVKYqpEVYmralWgyAoA4MP1WOvbS/9svPv/OCse2vuKuHq4BQAA&#10;wJX78vT09LuPgU/W1/3VCsA+oap/HQAAfloFVRVb5TlTrRJbjVLTqxJV5UpkVe8AALhqfXJWoqxa&#10;edjXH977mAAAAC6XCViM0lcAJp76x3a2AhAAgA/RVwUmtlqWZXhkFQmrKrKapukw0QoAgJs1bVe8&#10;tBIxQdaynRNtPbZzRVw93AIAAOAMCLB4q0RT+WVBXwHYJ1T1dYAAADBUwqoEVj22qpWBI9Ukq9xr&#10;VWDOmWgFAAA/Ib+z/+UN31+TsxJk1crDHmv1MwAAAAN/mIMeUCWqSkBlBSAAAGejVgWu67qPq3LO&#10;u5EqqJrn+bAqsGIrAAA4Ez3W+vbSP6v/e+2288N23919D7f6GQAAgDcQYF23WvfXVwDWhCorAAEA&#10;OCs1vSqRVe41ySpTrkZJTJWoKnFVrQqs2AoAAK5M34v90pStPjkrUVatPLxv33PvIwUAAPh/X56e&#10;nn73MVyUWgEY/9zuVgACAHARalVgTbRKYJXnvB+lgqrEVrmmaTqsDAQAAH5a4qxlOyfaetzOy933&#10;cKufAQAAro4JWOchf/n5dTvXCsDoE6ysAAQA4CJUZFXTq5Zl2d/zPFKmV2WKVV8VmHcAAMBQ+TvD&#10;L2/4/pqclSCrVh72iVv9DAAAcDE/GDFOBVQJqmrdX59Q9ZuPCACAS1RBVY+tMtEqk61GSlyViVbz&#10;PB8iq3oHAABchB5rfXvhe/MDxm47P2z33d3xcAsAAODTCLDerk+jqhWAWQl4LLACAICLVqsC13Xd&#10;x1a5RkdWiaoSVyWyqvWBFVsBAAA3pY+0fWnKVo+x8kNLrTysiVs93AIAAHhXX56enn73MfxpBWDi&#10;qn9s55pQ1QMrAAC4KrUqMGFVRVb1bpSKrBJXZW1gVgVWbAUAADBY4qxlOyfaetzOy91fwy0AAIAX&#10;XfsErGMrAPsEKysAAQC4CX1VYAVWec55lAqqElvlmqbpEFsBAAB8ovxt5Jc3fH/FWImzjq0/7OEW&#10;AABwoz9kXJoeUCWqSlzVJ1T1rwMAwM3IxKqEVTW9almWw7uRElQlrOqrAnNOgAUAAHAFeqz17YXv&#10;TaC1284P272vP+zhFgAAcCXOJcB6bgXgr3d/DawAAOBmVVDVJ1r98ccf+/WBQ//BvgVV8zwfJluJ&#10;rAAAAP6ij/x9acpWj7HyQ92P6w97uAUAAJyxL09PT78P/L+faGrazv/c7n1CVQVWAABAk6AqYdW6&#10;rvvYqtYGJsAaJZOrMsGq1gb2iVYAAAB8qh5r5f64nfv6w3sfEwAAfI5TJmAdWwEYvx35OgAA8IwK&#10;qiq2ynOmWiW2GqWmVyWqypX1gfUOAACAszXdff8P3l+SIGtp52PrD3u4BQAA/KQeYFVAlb+81Lq/&#10;PqHqNx8XAAC8TV8VmNhqWZbhkVUkrKrIapqmu69fv+7fAQAAcPXyt5++/vDbC9/fJ2c9bPe+/rCH&#10;WwAAwBFZQfjkYwAAgNMlrEpgVbFVIqt6N1KCqoRVfVVgzploBQAAAAMkytq184/rD3u4BQAAN0OA&#10;BQAAr5RVgX2iVdYG5t1IFVTN83xYFVixFQAAAJyxPjkr98ft3Ncf3vuYAAC4BgIsAABoapLVuq77&#10;e65aHzhKYqpEVYmralWgyAoAAIAbkiBr2c491uoRVw+3AADgrAiwAAC4ORVUZXpVpljlOVOtEluN&#10;UtOrElXlmqbpsDIQAAAAeJOanJUgq0ZT9/WHPdwCAIDhBFgAAFylviowsdWyLPt7nkfK9KpMsUpY&#10;lciqJloBAAAAnyJR1m47P7T3FXH1cAsAAE4iwAIA4GJVUNVjq1oZOFJNssq9VgXmnClXAAAAwMXq&#10;k7MSZdXKw77+8N7HBADAjwRYAACcvVoVuK7rPrDKlXcjVVA1z/NhfWDFVgAAAMDNS5C1bOdEW4/t&#10;XBFXD7cAALhiAiwAAM5CrQpMWFWRVb0bJTFVoqrEVbUqsGIrAAAAgHdUk7MSZNV/VdZjrX4GAODC&#10;CLAAAPgwtSqwJlolsMpz3o9SQVViq1zTNB1iKwAAAIAzlEBrt50ftvvu7nu41c8AAJwBARYAAO+q&#10;IquaXrUsy/6e55ESVCWs6qsCRVYAAADAleuTsxJl1crD+/Y99z4mAICxBFgAALxZBVU9tspEq0y2&#10;GilxVSZazfN8iKzqHQAAAAD/U+KsZTsn2nrczsvd93CrnwEAeCUBFgAAz6pVgeu67mOrXDXZapRE&#10;VYmram1gn2gFAAAAwIepyVkJsuq/uusTt/oZAOCmCbAAAG5cBVUVW+V5dGSViVUJq3JlbWBWBdY7&#10;AAAAAC5OAq3ddn7Y7ru74+EWAMDVEWABANyAviqwpljlOedRKqjK5Kpc0zQdYisAAAAAblaPsRJo&#10;1crDmrjVwy0AgIsgwAIAuBKZWFWBVeKqZVkO70ZKUJWwqq8KzDkBFgAAAAD8hMRZy3ZOtPW4nZe7&#10;v4ZbAACfRoAFAHBhsiqwT7TK2sC8G6mCqnme/7Q+UGQFAAAAwBmpGCtx1rH1hz3cAgB4NwIsAIAz&#10;lKAqYdW6rvvYqtYGZqLVKJlclQlWCatqVWBNtAIAAACAK5NAa7edH7Z7X3/Ywy0AgP9JgAUA8Ekq&#10;qKrYKs+ZapXYapSaXpWoKlciq3oHAAAAABzVY6wEWj+uP+zhFgBwgwRYAAAD9VWBia2WZRkeWUXC&#10;qoqspmk6TLQCAAAAAIbqsVbuj9u5rz+89zEBwHURYAEA/KSEVQmsemxVKwNHqklWudeqwJwz0QoA&#10;AAAAOHsJspZ2Prb+sIdbAMCZEmABALxSrQpc13UfV+WcdyNVUDXP82FVYMVWAAAAAMBN6ZOzHrZ7&#10;X3/Ywy0A4AMJsAAAmppelcgq95pklSlXoySmSlSVuKpWBVZsBQAAAABwgkRZu3b+cf1hD7cAgJ8k&#10;wAIAbk4FVTXRKs9ZHZjYapQKqhJb5Zqm6bAyEAAAAADgE/XJWbk/bue+/vDexwQAzxNgAQBXKTFV&#10;oqqKrZZl2d/zPFKmV2WKVcKqRFY10QoAAAAA4AokyFra+dj6wx5uAcBNEGABABergqoeW2WiVSZb&#10;jZS4KhOt5nnerw6sSVZ5BwAAAADAQU3O6rFWX3/Ywy0AuFgCLADg7NWqwHVd97FVrtGRVaKqxFWJ&#10;rGp9YMVWAAAAAAC8u/zSd7edH9r7irh6uAUAZ0WABQCchVoVmLCqIqt6N0pFVomralVgxVYAAAAA&#10;AJytPjkrUVatPOzrD+99TAB8FAEWAPBh+qrACqzynPMoFVQltso1TdMhtgIAAAAA4OolyFq2c6Kt&#10;x3auiKuHWwDwZgIsAOBdZWJVwqqaXrUsy+HdSAmqElb1VYEiKwAAAAAA3qgmZyXIqpWHff1hD7cA&#10;YE+ABQC8WQVVfaLVH3/8sV8fOFLiqky0muf5MNmq3gEAAAAAwAfLL8V32/mhva+Iq4dbAFwxARYA&#10;8PxPjv/5zz6sWtd1H1vV2sAEWKNkclUmWNXawD7RCgAAAAAALlSfnJUoq1Ye3rfvufcxAVwmARYA&#10;3LgKqiq26usDR+nTq7I2MKsC6x0AAAAAANy4xFnLdk609bidl7vv4VY/A/DJBFgAcAP6qsCEVcuy&#10;7J/zfqSEVZlclWuapkNsBQAAAAAAvJuanJUgq1Ye9olb/QzAAAIsALgSCasSWFVslciq3o2UoCph&#10;VV8VmHMmWgEAAAAAAGclgdZuOz9s993d93CrnwF4JQEWAFzaT0b/+c+fJlplbWDejVRB1TzPh1WB&#10;FVsBAAAAAABXqU/Oyh8iauXhffueex8TgAALAM5SgqqEVeu67mOrXLU+cJTEVImqElfVqkCRFQAA&#10;AAAA8AqJs5btnGjrcTsvd8fDLYCrIsACgE9SQVXFVnnOVKvEVqPU9KpEVbkSWdU7AAAAAACAD1Ix&#10;VuKsWvPRJ271cAvg7AmwAGCgviowsdWyLPt7nkdKWJUpVgmrpmk6TLQCAAAAAAC4MAm0dtv5Ybvv&#10;7o6HWwCfQoAFAD+pgqoeW9XKwJFqklXutSow50y0AgAAAAAAuEE9xkqg9eP6wx5uAbwbARYAvFKt&#10;ClzXdR9X5Zx3I1VQNc/zYVVgxVYAAAAAAACcLHHWsp0TbT1u577+8N7HBLyGAAsAmloVmLAqU6xq&#10;klXejZKYKlFV4qpaFVixFQAAAAAAAGehYqzEWcfWH/ZwC7gxAiwAbk6tCqyJVgms8pz3o1RQldgq&#10;1zRNh9gKAAAAAACAq9InZz1s977+sIdbwBUQYAFwlSqyqulVy7Ls73keKUFVwqq+KlBkBQAAAAAA&#10;wDMSZe3a+cf1hz3cAs6UAAuAi1VBVY+tMtEqk61GSlyViVbzPB8iq3oHAAAAAAAAg/TJWbk/bue+&#10;/vDexwQfT4AFwNmrVYHruu5jq1yjI6tEVYmrElnV+sCKrQAAAAAAAODMJcha2vnY+sMebgE/QYAF&#10;wFmoVYEVW+W53o1SYVWurA3MqsB6BwAAAAAAADekT8562O59/WEPt4AfCLAA+DB9VWDOuec551Eq&#10;qMrkqlzTNB1iKwAAAAAAAODNEmXttvNDe18RVw+34CYIsAB4V5lY1adXLctyeDdSgqqEVX1VYM4J&#10;sAAAAAAAAIBP0SdnJcqqlYd9/eG9j4lLJ8AC4CRZFdgnWmVtYN6NVEHVPM9/Wh8osgIAAAAAAICL&#10;lyBr2c6Jth7buSKuHm7B2RBgAfCsBFUJq9Z13cdWtTYwE61GyeSqTLBKWFWrAmuiFQAAAAAAAMCm&#10;JmclyKpJEX39YQ+3YCgBFsCNq6CqYqs8Z6pVYqtRanpVoqpciazqHQAAAAAAAMA7S5S1284P7X1F&#10;XD3cgjcTYAHcgL4qMLHVsizDI6tIWFWR1TRNh4lWAAAAAAAAAGeqT85KlFUrD+/b99z7mOgEWABX&#10;ImFVAquKrRJZ1buRElQlrMr0qloVmHMmWgEAAAAAAABcscRZy3ZOtPW4nZe77+FWP3OlBFgAF6ZW&#10;Ba7ruo+rcs67kSqomuf5sCqwYisAAAAAAAAAXqUmZyXIqj/y9olb/cwFEWABnKGaZJXIKvdctT5w&#10;lMRUiaoSV9WqwIqtAAAAAAAAAPhQCbR22/lhu+/uvodb/cwnE2ABfJIKqmqiVZ6zOjCx1SgVVCW2&#10;yjVN02FlIAAAAAAAAAAXqU/OSpRVKw/v2/fc+5jGEWABDJSYKlFVxVbLsuzveR4p06syxSphVSKr&#10;mmgFAAAAAAAAwE1LnLVs50Rbj9t5uTsebvEKAiyAn1RBVY+tMtEqk61GSlyViVbzPO9XB9Ykq7wD&#10;AAAAAAAAgHdQMVbirPojeJ+41cOtmyXAAnilWhW4rus+tso1OrJKVJW4KpFVrQ+s2AoAAAAAAAAA&#10;zkj+gL7bzg/bfXd3PNy6KgIsgKZWBSasqsiq3o1SkVXiqloVWLEVAAAAAAAAAFyhHmMl0Ppx/WEP&#10;t86eAAu4ObUqsCZaJbDKc96PUkFVYqtc0zQdYisAAAAAAAAA4FmJs5btnGjrcTv39Yf3n/n/oAAL&#10;uEqZWJWwqqZXLctyeDdSgqqEVX1VoMgKAAAAAAAAAD5MxViJs46tP+zh1rsQYAEXq4KqmmiVcyZa&#10;ZbLVSImrMtFqnufDZKt6BwAAAAAAAABcjD4562G79/WHPdx6lgALOHu1KnBd131slasmW42SyVWZ&#10;YFVrA/tEKwAAAAAAAADg5iTK2rXzYf2hAAs4CxVUVWzV1weO0qdXZW1gVgXWOwAAAAAAAACA1xBg&#10;AR+mrwpMWLUsy/4570epoCqTq3JN03SIrQAAAAAAAAAAfpYAC3hXCasSWFVslciq3o2UoCphVV8V&#10;mHMCLAAAAAAAAACAUQRYwEmyKrBPtMrawLwbqYKqeZ4Pk60qtgIAAAAAAAAA+AwCLOBZCaoSVq3r&#10;uo+tctX6wFESUyWqSlxVqwJFVgAAAAAAAADAuRJgwY2roKpiqzxnqlViq1FqelWiqlyJrOodAAAA&#10;AAAAAMAlEWDBDeirAhNbLcuyv+d5pIRVmWKVsGqapsNEKwAAAAAAAACAayHAgitRQVWPrWpl4Eg1&#10;ySr3WhWYcyZaAQAAAAAAAABcOwEWXJhaFbiu6z6uyjnvRqqgap7nw6rAiq0AAAAAAAAAAG6ZAAvO&#10;UK0KTFiVKVY1ySrvRklMlagqcVWtCqzYCgAAAAAAAACA4wRY8ElqVWBNtEpglee8H6WCqsRWuaZp&#10;OqwMBAAAAAAAAADg7QRYMFBFVjW9almW/T3PI2V6VaZY9VWBeQcAAAAAAAAAwPsSYMFPqqCqx1aZ&#10;aJXJViMlrspEq3meD5FVvQMAAAAAAAAA4GMIsOCValXguq772CrX6MgqUVXiqkRWtT6wYisAAAAA&#10;AAAAAD6fAAuaWhVYsVWe690oFVblytrArAqsdwAAAAAAAAAAnDcBFjenrwrMOfc85zxKBVWZXJVr&#10;mqZDbAUAAAAAAAAAwOUSYHGVMrGqT69aluXwbqQEVQmr+qrAnBNgAQAAAAAAAABwfQRYXKwKqvpE&#10;q6wNzPrAkSqomuf5T+sDRVYAAAAAAAAAALdHgMXZS1CVsGpd131sVWsDE2CNkslVmWBVawP7RCsA&#10;AAAAAAAAACgCLM5CBVUVW+U5U60SW41S06sSVeXK+sB6BwAAAAAAAAAAryHA4sP0VYGJrZZlGR5Z&#10;RcKqiqymabr7+vXr/h0AAAAAAAAAAPwsARbvKmFVAquKrRJZ1buRElQlrOqrAnPORCsAAAAAAAAA&#10;ABhFgMVJalXguq77uCrnvBupgqp5ng+rAiu2AgAAAAAAAACAzyDA4lk1ySqRVe65an3gKImpElUl&#10;rqpVgRVbAQAAAAAAAADAuRFg3bgKqmqiVZ6zOjCx1SgVVCW2yjVN02FlIAAAAAAAAAAAXBIB1g1I&#10;TJWoqmKrZVn29zyPlOlVmWKVsCqRVU20AgAAAAAAAACAayHAuhIVVPXYqlYGjlSTrHLP6sA6Z8oV&#10;AAAAAAAAAABcOwHWhalVgeu67gOrXHk3UqKqxFXzPB/WB1ZsBQAAAAAAAAAAt0yAdYZqVWDCqoqs&#10;6t0oFVklrqpVgRVbAQAAAAAAAAAAxwmwPkmtCqyJVgms8pz3o1RQldgq1zRNh9gKAAAAAAAAAAB4&#10;OwHWQJlYlbCqplcty3J4N1KCqoRVfVWgyAoAAAAAAAAAAN6fAOsnVVBVE61yzkSrTLYaKXFVJlrN&#10;83yYbFXvAAAAAAAAAACAjyHAeqVaFbiu6z62ylWTrUbJ5KpMsKq1gX2iFQAAAAAAAAAA8PkEWE0F&#10;VRVb9fWBo/TpVVkbmFWB9Q4AAAAAAAAAADhvNxdg9VWBNcUqzzmPUkFVJlflmqbpEFsBAAAAAAAA&#10;AACX6yoDrEysqsAqcdWyLId3IyWoSljVVwXmnAALAAAAAAAAAAC4PhcdYGVVYJ9olbWBeTdSBVXz&#10;PB8mW1VsBQAAAAAAAAAA3JazD7ASVCWsWtd1H1vV2sBMtBolMVWiqsRVtSpQZAUAAAAAAAAAAPzo&#10;LAKsCqoqtspzplolthqlplclqsqVyKreAQAAAAAAAAAAvMaHBVh9VWBiq2VZ9vc8j5SwKlOsElZN&#10;03SYaAUAAAAAAAAAAPCz3jXAqqCqx1a1MnCkmmSVe60KzDkTrQAAAAAAAAAAAEY5KcCqVYHruu7j&#10;qpzzbqQKquZ5PqwKrNgKAAAAAAAAAADgMzwbYNX0qkRWudckq0y5GiUxVaKqxFW1KrBiKwAAAAAA&#10;AAAAgHNzCLAeHh7u/v3vf+9XBya2GqWCqsRWuaZpOqwMBAAAAAAAAAAAuCRf+8N7rhHM9KpMseqr&#10;AvMOAAAAAAAAAADgWhwCrMRSb5W4KhOt5nk+RFb1DgAAAAAAAAAA4NodqqvnplMlqkpclciq1gdW&#10;bAUAAAAAAAAAAHDLvjz9Vz3861//2t8TY1VsBQAAAAAAAAAAwHF/CrAAAAAAAAAAAAB4PQ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kEWAAAAAAAAAAAACcSYAEAAAAAAAAAAJxI&#10;gAUAAAAAAAAAAHAiARYAAAAAAAAAAMCJBFgAAAAAAAAAAAAnEmABAAAAAAAAAACcSIAFAAAAAAAA&#10;AABwIgEWAAAAAAAAAADAiQRYAAAAAAAAAAAAJxJgAQAAAAAAAAAAnEiABQAAAAAAAAAAcCIBFgAA&#10;AAAAAAAAwIn+T4ABAE35+RB1xcKhAAAAAElFTkSuQmCCUEsBAi0AFAAGAAgAAAAhALGCZ7YKAQAA&#10;EwIAABMAAAAAAAAAAAAAAAAAAAAAAFtDb250ZW50X1R5cGVzXS54bWxQSwECLQAUAAYACAAAACEA&#10;OP0h/9YAAACUAQAACwAAAAAAAAAAAAAAAAA7AQAAX3JlbHMvLnJlbHNQSwECLQAUAAYACAAAACEA&#10;pU4lNpgFAACsGwAADgAAAAAAAAAAAAAAAAA6AgAAZHJzL2Uyb0RvYy54bWxQSwECLQAUAAYACAAA&#10;ACEAqiYOvrwAAAAhAQAAGQAAAAAAAAAAAAAAAAD+BwAAZHJzL19yZWxzL2Uyb0RvYy54bWwucmVs&#10;c1BLAQItABQABgAIAAAAIQD1ompa2QAAAAYBAAAPAAAAAAAAAAAAAAAAAPEIAABkcnMvZG93bnJl&#10;di54bWxQSwECLQAKAAAAAAAAACEAmxsUEWhkAABoZAAAFAAAAAAAAAAAAAAAAAD3CQAAZHJzL21l&#10;ZGlhL2ltYWdlMS5wbmdQSwUGAAAAAAYABgB8AQAAkW4AAAAA&#10;">
                    <v:shape id="51. laukizuzena" style="position:absolute;width:73152;height:11303;visibility:visible;mso-wrap-style:square;v-text-anchor:middle" coordsize="7312660,1129665" o:spid="_x0000_s1027" fillcolor="#4f81bd [3204]" stroked="f" strokeweight="2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LNwAAAANwAAAAPAAAAZHJzL2Rvd25yZXYueG1sRI/NasJA&#10;EMfvBd9hGaG3ujGglegqkiDYo2kfYMhOk2B2NmRXXd/eORR6m2H+H7/ZHZIb1J2m0Hs2sFxkoIgb&#10;b3tuDfx8nz42oEJEtjh4JgNPCnDYz952WFj/4Avd69gqCeFQoIEuxrHQOjQdOQwLPxLL7ddPDqOs&#10;U6vthA8Jd4POs2ytHfYsDR2OVHbUXOubk956U634Myf6KjlLy1NetVdnzPs8HbegIqX4L/5zn63g&#10;rwRfnpEJ9P4FAAD//wMAUEsBAi0AFAAGAAgAAAAhANvh9svuAAAAhQEAABMAAAAAAAAAAAAAAAAA&#10;AAAAAFtDb250ZW50X1R5cGVzXS54bWxQSwECLQAUAAYACAAAACEAWvQsW78AAAAVAQAACwAAAAAA&#10;AAAAAAAAAAAfAQAAX3JlbHMvLnJlbHNQSwECLQAUAAYACAAAACEAYWOyzcAAAADcAAAADwAAAAAA&#10;AAAAAAAAAAAHAgAAZHJzL2Rvd25yZXYueG1sUEsFBgAAAAADAAMAtwAAAPQCAAAAAA==&#10;">
                      <v:path arrowok="t" o:connecttype="custom" o:connectlocs="0,0;7315200,0;7315200,1130373;3620757,733885;0,1092249;0,0" o:connectangles="0,0,0,0,0,0"/>
                    </v:shape>
                    <v:rect id="151. laukizuzena" style="position:absolute;width:73152;height:12161;visibility:visible;mso-wrap-style:square;v-text-anchor:middle" o:spid="_x0000_s1028" stroked="f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4OwgAAANwAAAAPAAAAZHJzL2Rvd25yZXYueG1sRE9LawIx&#10;EL4X+h/CFLzV7AoWuzWKiK9bqRXscUjG3WU3kyWJ7vrvTaHQ23x8z5kvB9uKG/lQO1aQjzMQxNqZ&#10;mksFp+/t6wxEiMgGW8ek4E4BlovnpzkWxvX8RbdjLEUK4VCggirGrpAy6IoshrHriBN3cd5iTNCX&#10;0njsU7ht5STL3qTFmlNDhR2tK9LN8WoV9Cv57n/OvT5M8s3uMvtsdNg3So1ehtUHiEhD/Bf/uQ8m&#10;zZ/m8PtMukAuHgAAAP//AwBQSwECLQAUAAYACAAAACEA2+H2y+4AAACFAQAAEwAAAAAAAAAAAAAA&#10;AAAAAAAAW0NvbnRlbnRfVHlwZXNdLnhtbFBLAQItABQABgAIAAAAIQBa9CxbvwAAABUBAAALAAAA&#10;AAAAAAAAAAAAAB8BAABfcmVscy8ucmVsc1BLAQItABQABgAIAAAAIQAEpY4OwgAAANwAAAAPAAAA&#10;AAAAAAAAAAAAAAcCAABkcnMvZG93bnJldi54bWxQSwUGAAAAAAMAAwC3AAAA9gIAAAAA&#10;">
                      <v:fill type="frame" o:title="" recolor="t" rotate="t" r:id="rId14"/>
                    </v:rect>
                    <w10:wrap anchorx="page" anchory="page"/>
                  </v:group>
                </w:pict>
              </mc:Fallback>
            </mc:AlternateContent>
          </w: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mc:AlternateContent>
              <mc:Choice Requires="wps">
                <w:drawing>
                  <wp:anchor xmlns:wp14="http://schemas.microsoft.com/office/word/2010/wordprocessingDrawing" distT="0" distB="0" distL="114300" distR="114300" simplePos="0" relativeHeight="251660288" behindDoc="0" locked="0" layoutInCell="1" allowOverlap="1" wp14:anchorId="3C135A1F" wp14:editId="77777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152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  <w:lang w:val="es-ES"/>
                                  </w:rPr>
                                  <w:alias w:val="Egilea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xmlns:wp14="http://schemas.microsoft.com/office/word/2010/wordml" w:rsidRPr="005E4B8F" w:rsidR="006B5319" w:rsidRDefault="006B5319" w14:paraId="6A952F05" wp14:textId="77777777">
                                    <w:pPr>
                                      <w:pStyle w:val="Tarterikez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</w:pPr>
                                    <w:r w:rsidRPr="005E4B8F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Ane Albisua – Miguel </w:t>
                                    </w:r>
                                    <w:proofErr w:type="spellStart"/>
                                    <w:r w:rsidRPr="005E4B8F"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Al</w:t>
                                    </w: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>tuna</w:t>
                                    </w:r>
                                    <w:proofErr w:type="spellEnd"/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es-ES"/>
                                      </w:rPr>
                                      <w:t xml:space="preserve"> LHII</w:t>
                                    </w:r>
                                  </w:p>
                                </w:sdtContent>
                              </w:sdt>
                              <w:p xmlns:wp14="http://schemas.microsoft.com/office/word/2010/wordml" w:rsidRPr="005E4B8F" w:rsidR="006B5319" w:rsidRDefault="008B12EA" w14:paraId="207CCF61" wp14:textId="77777777">
                                <w:pPr>
                                  <w:pStyle w:val="Tarterikez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Helbide elektronikoa"/>
                                    <w:tag w:val="Helbide elektronikoa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B5319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 w14:anchorId="6828ADA7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152. testu-koadroa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sQgwIAAGcFAAAOAAAAZHJzL2Uyb0RvYy54bWysVN1P2zAQf5+0/8HyO03KR8cqUtSBmCYh&#10;QIOJZ9exaYTt8+xrk+6v39lJCmJ7YdqLc7n73ffH2XlnDduqEBtwFZ9OSs6Uk1A37qniPx6uDk45&#10;iyhcLQw4VfGdivx88fHDWevn6hDWYGoVGBlxcd76iq8R/bwoolwrK+IEvHIk1BCsQPoNT0UdREvW&#10;rSkOy3JWtBBqH0CqGIl72Qv5ItvXWkm81ToqZKbiFBvmN+R3ld5icSbmT0H4dSOHMMQ/RGFF48jp&#10;3tSlQME2ofnDlG1kgAgaJxJsAVo3UuUcKJtp+Sab+7XwKudCxYl+X6b4/8zKm+1dYE1NvTs55MwJ&#10;S00icsJQRdwcPIOoA4hUp9bHOcHvPSlg9wU6Ao78SMyUfqeDTV9KjJGcKr7bV1l1yCQxPx2R/ZJE&#10;kmSfp8fHRJP54kXbh4hfFViWiIoH6mIurtheR+yhIyQ5c3DVGJM7aRxrKz47Oimzwl5Cxo1LWJVn&#10;YjCTMuojzxTujEoY474rTTXJCSRGnkZ1YQLbCpojIaVymHPPdgmdUJqCeI/igH+J6j3KfR6jZ3C4&#10;V7aNg5CzfxN2/TyGrHs81fxV3onEbtUNnV5BvaNGB+hXJnp51VA3rkXEOxFoR6iBtPd4S482QFWH&#10;geJsDeHX3/gJT6NLUs5a2rmKx58bERRn5pujoZ7OyjJPBuZf8hAyMTs9OU0DsxrZbmMvgDoxpePi&#10;ZSYTGM1I6gD2kS7DMjkkkXCS3FZ8NZIX2B8BuixSLZcZRBvpBV67ey+T6dSYNGYP3aMIfphFpCm+&#10;gXExxfzNSPbYpOlguUHQTZ7XVNu+oEPNaZvzxA+XJ52L1/8Z9XIfF78B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CXtSsQ&#10;gwIAAGcFAAAOAAAAAAAAAAAAAAAAAC4CAABkcnMvZTJvRG9jLnhtbFBLAQItABQABgAIAAAAIQDs&#10;Cl+U3QAAAAYBAAAPAAAAAAAAAAAAAAAAAN0EAABkcnMvZG93bnJldi54bWxQSwUGAAAAAAQABADz&#10;AAAA5wUAAAAA&#10;">
                    <v:textbox inset="126pt,0,54pt,0">
                      <w:txbxContent>
                        <w:sdt>
                          <w:sdtPr>
                            <w:id w:val="573672336"/>
                            <w:rPr>
                              <w:color w:val="595959" w:themeColor="text1" w:themeTint="A6"/>
                              <w:sz w:val="28"/>
                              <w:szCs w:val="28"/>
                              <w:lang w:val="es-ES"/>
                            </w:rPr>
                            <w:alias w:val="Egilea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:rsidRPr="005E4B8F" w:rsidR="006B5319" w:rsidRDefault="006B5319" w14:paraId="228C0ED4" wp14:textId="77777777">
                              <w:pPr>
                                <w:pStyle w:val="Tarterikez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5E4B8F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 xml:space="preserve">Ane Albisua – Miguel </w:t>
                              </w:r>
                              <w:proofErr w:type="spellStart"/>
                              <w:r w:rsidRPr="005E4B8F"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Al</w:t>
                              </w: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>tuna</w:t>
                              </w:r>
                              <w:proofErr w:type="spellEnd"/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es-ES"/>
                                </w:rPr>
                                <w:t xml:space="preserve"> LHII</w:t>
                              </w:r>
                            </w:p>
                          </w:sdtContent>
                        </w:sdt>
                        <w:p w:rsidRPr="005E4B8F" w:rsidR="006B5319" w:rsidRDefault="006B5319" w14:paraId="05C2A4D3" wp14:textId="77777777">
                          <w:pPr>
                            <w:pStyle w:val="Tarterikez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  <w:lang w:val="es-ES"/>
                            </w:rPr>
                          </w:pPr>
                          <w:sdt>
                            <w:sdtPr>
                              <w:id w:val="41681858"/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Helbide elektronikoa"/>
                              <w:tag w:val="Helbide elektronikoa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mc:AlternateContent>
              <mc:Choice Requires="wps">
                <w:drawing>
                  <wp:anchor xmlns:wp14="http://schemas.microsoft.com/office/word/2010/wordprocessingDrawing" distT="0" distB="0" distL="114300" distR="114300" simplePos="0" relativeHeight="251661312" behindDoc="0" locked="0" layoutInCell="1" allowOverlap="1" wp14:anchorId="79D72A50" wp14:editId="77777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153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xmlns:wp14="http://schemas.microsoft.com/office/word/2010/wordml" w:rsidRPr="005E4B8F" w:rsidR="006B5319" w:rsidRDefault="006B5319" w14:paraId="26AF7AA8" wp14:textId="77777777">
                                <w:pPr>
                                  <w:pStyle w:val="Tarterikez"/>
                                  <w:jc w:val="right"/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color w:val="4F81BD" w:themeColor="accent1"/>
                                    <w:sz w:val="28"/>
                                    <w:szCs w:val="28"/>
                                    <w:lang w:val="eu-ES"/>
                                  </w:rPr>
                                  <w:t>Ikaslearen gida</w:t>
                                </w:r>
                              </w:p>
                              <w:p xmlns:wp14="http://schemas.microsoft.com/office/word/2010/wordml" w:rsidRPr="005E4B8F" w:rsidR="006B5319" w:rsidRDefault="006B5319" w14:paraId="672A6659" wp14:textId="77777777">
                                <w:pPr>
                                  <w:pStyle w:val="Tarterikez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 w14:anchorId="616219A8">
                  <v:shape id="153. testu-koadroa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O2iAIAAG8FAAAOAAAAZHJzL2Uyb0RvYy54bWysVN9P2zAQfp+0/8HyO00KascqUtSBmCYh&#10;hgYTz65j0wjb59nXJt1fv7OTFMb2wrQX53L3+Xw/vruz884atlMhNuAqPp2UnCknoW7cY8W/318d&#10;nXIWUbhaGHCq4nsV+fny/buz1i/UMWzA1CowcuLiovUV3yD6RVFEuVFWxAl45cioIViB9BseizqI&#10;lrxbUxyX5bxoIdQ+gFQxkvayN/Jl9q+1kvhV66iQmYpTbJjPkM91OovlmVg8BuE3jRzCEP8QhRWN&#10;o0cPri4FCrYNzR+ubCMDRNA4kWAL0LqRKudA2UzLV9ncbYRXORcqTvSHMsX/51be7G4Da2rq3eyE&#10;MycsNYnECUMVcXv0BKIOIFKdWh8XBL/zdAG7T9ARcNRHUqb0Ox1s+lJijOxU8f2hyqpDJkn54WQ6&#10;o9ZxJsk2LcuP81nuQ/F83YeInxVYloSKB2pjrq7YXUekUAg6QtJrDq4aY3IrjWNtxecn5PI3C90w&#10;LmlUJsXgJqXUh54l3BuVMMZ9U5qKkjNIikxHdWEC2wkikpBSOczJZ7+ETihNQbzl4oB/juotl/s8&#10;xpfB4eGybRyEnP2rsOunMWTd46mQL/JOInbrrmfD2Nk11HtqeIB+dKKXVw015VpEvBWBZoUaSfOP&#10;X+nQBqj4MEicbSD8/Js+4YnCZOWspdmrePyxFUFxZr44Ivd0XpaZIZh/6YWQhfnp7DQRZz2q3dZe&#10;ADVkSkvGyywmMJpR1AHsA22IVXqQTMJJerbiOIoX2C8D2jBSrVYZRJPpBV67Oy+T69SfxLb77kEE&#10;P1ASic03MA6oWLxiZo/N1PGrLRI/M21TifuCDqWnqc5sHjZQWhsv/zPqeU8ufwEAAP//AwBQSwME&#10;FAAGAAgAAAAhAMZEQwzbAAAABgEAAA8AAABkcnMvZG93bnJldi54bWxMj0FLw0AQhe+C/2EZwZvd&#10;NBJrYzZFCkJVerD2B0yzYxLMzobspk3/vVMvehnm8YY33ytWk+vUkYbQejYwnyWgiCtvW64N7D9f&#10;7h5BhYhssfNMBs4UYFVeXxWYW3/iDzruYq0khEOOBpoY+1zrUDXkMMx8Tyzelx8cRpFDre2AJwl3&#10;nU6T5EE7bFk+NNjTuqHqezc6A+N+s+nf0rN/r1+3izZb82Jc3htzezM9P4GKNMW/Y7jgCzqUwnTw&#10;I9ugOgNSJP7OizfPUtEH2bJlAros9H/88gcAAP//AwBQSwECLQAUAAYACAAAACEAtoM4kv4AAADh&#10;AQAAEwAAAAAAAAAAAAAAAAAAAAAAW0NvbnRlbnRfVHlwZXNdLnhtbFBLAQItABQABgAIAAAAIQA4&#10;/SH/1gAAAJQBAAALAAAAAAAAAAAAAAAAAC8BAABfcmVscy8ucmVsc1BLAQItABQABgAIAAAAIQDn&#10;P/O2iAIAAG8FAAAOAAAAAAAAAAAAAAAAAC4CAABkcnMvZTJvRG9jLnhtbFBLAQItABQABgAIAAAA&#10;IQDGREMM2wAAAAYBAAAPAAAAAAAAAAAAAAAAAOIEAABkcnMvZG93bnJldi54bWxQSwUGAAAAAAQA&#10;BADzAAAA6gUAAAAA&#10;">
                    <v:textbox style="mso-fit-shape-to-text:t" inset="126pt,0,54pt,0">
                      <w:txbxContent>
                        <w:p w:rsidRPr="005E4B8F" w:rsidR="006B5319" w:rsidRDefault="006B5319" w14:paraId="11C611EB" wp14:textId="77777777">
                          <w:pPr>
                            <w:pStyle w:val="Tarterikez"/>
                            <w:jc w:val="right"/>
                            <w:rPr>
                              <w:color w:val="4F81BD" w:themeColor="accent1"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color w:val="4F81BD" w:themeColor="accent1"/>
                              <w:sz w:val="28"/>
                              <w:szCs w:val="28"/>
                              <w:lang w:val="eu-ES"/>
                            </w:rPr>
                            <w:t>Ikaslearen gida</w:t>
                          </w:r>
                        </w:p>
                        <w:p w:rsidRPr="005E4B8F" w:rsidR="006B5319" w:rsidRDefault="006B5319" w14:paraId="0A37501D" wp14:textId="77777777">
                          <w:pPr>
                            <w:pStyle w:val="Tarterikez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mc:AlternateContent>
              <mc:Choice Requires="wps">
                <w:drawing>
                  <wp:anchor xmlns:wp14="http://schemas.microsoft.com/office/word/2010/wordprocessingDrawing" distT="0" distB="0" distL="114300" distR="114300" simplePos="0" relativeHeight="251659264" behindDoc="0" locked="0" layoutInCell="1" allowOverlap="1" wp14:anchorId="29F460E6" wp14:editId="77777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154. testu-koadroa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xmlns:wp14="http://schemas.microsoft.com/office/word/2010/wordml" w:rsidRPr="005E4B8F" w:rsidR="006B5319" w:rsidRDefault="008B12EA" w14:paraId="18FB4B73" wp14:textId="77777777">
                                <w:pPr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rFonts w:ascii="Arial" w:hAnsi="Arial" w:cs="Arial" w:eastAsiaTheme="majorEastAsia"/>
                                      <w:b/>
                                      <w:bCs/>
                                      <w:color w:val="365F91" w:themeColor="accent1" w:themeShade="BF"/>
                                      <w:sz w:val="36"/>
                                      <w:szCs w:val="36"/>
                                      <w:lang w:val="eu-ES"/>
                                    </w:rPr>
                                    <w:alias w:val="Titulua"/>
                                    <w:tag w:val=""/>
                                    <w:id w:val="63014107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6B5319">
                                      <w:rPr>
                                        <w:rFonts w:ascii="Arial" w:hAnsi="Arial" w:cs="Arial" w:eastAsiaTheme="majorEastAsia"/>
                                        <w:b/>
                                        <w:bCs/>
                                        <w:color w:val="365F91" w:themeColor="accent1" w:themeShade="BF"/>
                                        <w:sz w:val="36"/>
                                        <w:szCs w:val="36"/>
                                        <w:lang w:val="eu-ES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xmlns:wp14="http://schemas.microsoft.com/office/word/2010/wordml" w:rsidRPr="00DE439B" w:rsidR="006B5319" w:rsidP="00DE439B" w:rsidRDefault="006B5319" w14:paraId="72F1CAB5" wp14:textId="77777777">
                                <w:pPr>
                                  <w:pStyle w:val="1izenburua"/>
                                  <w:spacing w:line="360" w:lineRule="auto"/>
                                  <w:ind w:left="360"/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  <w:lang w:val="eu-ES"/>
                                  </w:rPr>
                                </w:pPr>
                                <w:bookmarkStart w:name="_Toc202769022" w:id="0"/>
                                <w:r w:rsidRPr="00DE439B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  <w:lang w:val="eu-ES"/>
                                  </w:rPr>
                                  <w:t>“</w:t>
                                </w:r>
                                <w:proofErr w:type="spellStart"/>
                                <w:r w:rsidRPr="00DE439B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  <w:lang w:val="eu-ES"/>
                                  </w:rPr>
                                  <w:t>Sensor</w:t>
                                </w:r>
                                <w:proofErr w:type="spellEnd"/>
                                <w:r w:rsidRPr="00DE439B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  <w:lang w:val="eu-ES"/>
                                  </w:rPr>
                                  <w:t xml:space="preserve"> Box" estazioa: UR Robota, AV Camera eta MIR </w:t>
                                </w:r>
                                <w:proofErr w:type="spellStart"/>
                                <w:r w:rsidRPr="00DE439B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  <w:lang w:val="eu-ES"/>
                                  </w:rPr>
                                  <w:t>Mobile</w:t>
                                </w:r>
                                <w:proofErr w:type="spellEnd"/>
                                <w:r w:rsidRPr="00DE439B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  <w:lang w:val="eu-ES"/>
                                  </w:rPr>
                                  <w:t xml:space="preserve"> Robota integratzea.</w:t>
                                </w:r>
                                <w:bookmarkEnd w:id="0"/>
                              </w:p>
                              <w:p xmlns:wp14="http://schemas.microsoft.com/office/word/2010/wordml" w:rsidRPr="00DE439B" w:rsidR="006B5319" w:rsidRDefault="006B5319" w14:paraId="5DAB6C7B" wp14:textId="77777777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  <w:lang w:val="eu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 w14:anchorId="09A85F5A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154. testu-koadroa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5OHigIAAG8FAAAOAAAAZHJzL2Uyb0RvYy54bWysVE1v2zAMvQ/YfxB0b5w0SxYEdYqsRYcB&#10;RVesHXpWZKkxKomaxMTOfv0o2U67bpcOu8g09Ujx45Fn5601bK9CrMGVfDIac6achKp2jyX/fn91&#10;suAsonCVMOBUyQ8q8vPV+3dnjV+qU9iCqVRg5MTFZeNLvkX0y6KIcqusiCPwytGlhmAF0m94LKog&#10;GvJuTXE6Hs+LBkLlA0gVI2kvu0u+yv61VhK/ah0VMlNyig3zGfK5SWexOhPLxyD8tpZ9GOIforCi&#10;dvTo0dWlQMF2of7Dla1lgAgaRxJsAVrXUuUcKJvJ+FU2d1vhVc6FihP9sUzx/7mVN/vbwOqKejf7&#10;wJkTlppE4oihirg7eQJRBRCpTo2PS4LfeTLA9hO0BBz0kZQp/VYHm76UGKN7qvjhWGXVIpOk/Did&#10;zKh1nEm6m86ni9ks96F4Nvch4mcFliWh5IHamKsr9tcRKRSCDpD0moOr2pjcSuNYU/L5lFz+dkMW&#10;xiWNyqTo3aSUutCzhAejEsa4b0pTUXIGSZHpqC5MYHtBRBJSKoc5+eyX0AmlKYi3GPb456jeYtzl&#10;MbwMDo/GtnYQcvavwq6ehpB1h6dCvsg7idhu2syG06GzG6gO1PAA3ehEL69qasq1iHgrAs0KNZLm&#10;H7/SoQ1Q8aGXONtC+Pk3fcIThemWs4Zmr+Txx04ExZn54ojck/l4nBmC+ZdeCFmYL2aLRJzNoHY7&#10;ewHUkAktGS+zmMBoBlEHsA+0IdbpQboSTtKzJd8M4gV2y4A2jFTrdQbRZHqB1+7Oy+Q69Sex7b59&#10;EMH3lERi8w0MAyqWr5jZYZOlg/UOQdeZtqnEXUH70tNUZzb3GyitjZf/GfW8J1e/AAAA//8DAFBL&#10;AwQUAAYACAAAACEAw01QgNsAAAAGAQAADwAAAGRycy9kb3ducmV2LnhtbEyPwU7DMBBE70j9B2uR&#10;eqN2WgVQiFNVkThU6oUC4urE2yQiXhvbacPf43KBy0ijWc28LbezGdkZfRgsSchWAhhSa/VAnYS3&#10;1+e7R2AhKtJqtIQSvjHAtlrclKrQ9kIveD7GjqUSCoWS0MfoCs5D26NRYWUdUspO1hsVk/Ud115d&#10;UrkZ+VqIe27UQGmhVw7rHtvP42QkYD01m/f6JCaff2TO7Q8ufB2kXN7OuydgEef4dwxX/IQOVWJq&#10;7EQ6sFFCeiT+6jXL8nXyjYT8YSOAVyX/j1/9AAAA//8DAFBLAQItABQABgAIAAAAIQC2gziS/gAA&#10;AOEBAAATAAAAAAAAAAAAAAAAAAAAAABbQ29udGVudF9UeXBlc10ueG1sUEsBAi0AFAAGAAgAAAAh&#10;ADj9If/WAAAAlAEAAAsAAAAAAAAAAAAAAAAALwEAAF9yZWxzLy5yZWxzUEsBAi0AFAAGAAgAAAAh&#10;AFy7k4eKAgAAbwUAAA4AAAAAAAAAAAAAAAAALgIAAGRycy9lMm9Eb2MueG1sUEsBAi0AFAAGAAgA&#10;AAAhAMNNUIDbAAAABgEAAA8AAAAAAAAAAAAAAAAA5AQAAGRycy9kb3ducmV2LnhtbFBLBQYAAAAA&#10;BAAEAPMAAADsBQAAAAA=&#10;">
                    <v:textbox inset="126pt,0,54pt,0">
                      <w:txbxContent>
                        <w:p w:rsidRPr="005E4B8F" w:rsidR="006B5319" w:rsidRDefault="008B12EA" w14:paraId="2FB60F38" wp14:textId="77777777">
                          <w:pPr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  <w:lang w:val="es-ES"/>
                            </w:rPr>
                          </w:pPr>
                          <w:sdt>
                            <w:sdtPr>
                              <w:id w:val="916498830"/>
                              <w:rPr>
                                <w:rFonts w:ascii="Arial" w:hAnsi="Arial" w:cs="Arial" w:eastAsiaTheme="majorEastAsia"/>
                                <w:b/>
                                <w:bCs/>
                                <w:color w:val="365F91" w:themeColor="accent1" w:themeShade="BF"/>
                                <w:sz w:val="36"/>
                                <w:szCs w:val="36"/>
                                <w:lang w:val="eu-ES"/>
                              </w:rPr>
                              <w:alias w:val="Titulua"/>
                              <w:tag w:val=""/>
                              <w:id w:val="630141079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6B5319">
                                <w:rPr>
                                  <w:rFonts w:ascii="Arial" w:hAnsi="Arial" w:cs="Arial" w:eastAsiaTheme="majorEastAsia"/>
                                  <w:b/>
                                  <w:bCs/>
                                  <w:color w:val="365F91" w:themeColor="accent1" w:themeShade="BF"/>
                                  <w:sz w:val="36"/>
                                  <w:szCs w:val="36"/>
                                  <w:lang w:val="eu-ES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Pr="00DE439B" w:rsidR="006B5319" w:rsidP="00DE439B" w:rsidRDefault="006B5319" w14:paraId="04A4A44A" wp14:textId="77777777">
                          <w:pPr>
                            <w:pStyle w:val="1izenburua"/>
                            <w:spacing w:line="360" w:lineRule="auto"/>
                            <w:ind w:left="360"/>
                            <w:rPr>
                              <w:rFonts w:ascii="Arial" w:hAnsi="Arial" w:cs="Arial"/>
                              <w:sz w:val="44"/>
                              <w:szCs w:val="44"/>
                              <w:lang w:val="eu-ES"/>
                            </w:rPr>
                          </w:pPr>
                          <w:r w:rsidRPr="00DE439B">
                            <w:rPr>
                              <w:rFonts w:ascii="Arial" w:hAnsi="Arial" w:cs="Arial"/>
                              <w:sz w:val="44"/>
                              <w:szCs w:val="44"/>
                              <w:lang w:val="eu-ES"/>
                            </w:rPr>
                            <w:t>“</w:t>
                          </w:r>
                          <w:proofErr w:type="spellStart"/>
                          <w:r w:rsidRPr="00DE439B">
                            <w:rPr>
                              <w:rFonts w:ascii="Arial" w:hAnsi="Arial" w:cs="Arial"/>
                              <w:sz w:val="44"/>
                              <w:szCs w:val="44"/>
                              <w:lang w:val="eu-ES"/>
                            </w:rPr>
                            <w:t>Sensor</w:t>
                          </w:r>
                          <w:proofErr w:type="spellEnd"/>
                          <w:r w:rsidRPr="00DE439B">
                            <w:rPr>
                              <w:rFonts w:ascii="Arial" w:hAnsi="Arial" w:cs="Arial"/>
                              <w:sz w:val="44"/>
                              <w:szCs w:val="44"/>
                              <w:lang w:val="eu-ES"/>
                            </w:rPr>
                            <w:t xml:space="preserve"> Box" estazioa: UR Robota, AV Camera eta MIR </w:t>
                          </w:r>
                          <w:proofErr w:type="spellStart"/>
                          <w:r w:rsidRPr="00DE439B">
                            <w:rPr>
                              <w:rFonts w:ascii="Arial" w:hAnsi="Arial" w:cs="Arial"/>
                              <w:sz w:val="44"/>
                              <w:szCs w:val="44"/>
                              <w:lang w:val="eu-ES"/>
                            </w:rPr>
                            <w:t>Mobile</w:t>
                          </w:r>
                          <w:proofErr w:type="spellEnd"/>
                          <w:r w:rsidRPr="00DE439B">
                            <w:rPr>
                              <w:rFonts w:ascii="Arial" w:hAnsi="Arial" w:cs="Arial"/>
                              <w:sz w:val="44"/>
                              <w:szCs w:val="44"/>
                              <w:lang w:val="eu-ES"/>
                            </w:rPr>
                            <w:t xml:space="preserve"> Robota integratzea.</w:t>
                          </w:r>
                        </w:p>
                        <w:p w:rsidRPr="00DE439B" w:rsidR="006B5319" w:rsidRDefault="006B5319" w14:paraId="02EB378F" wp14:textId="77777777">
                          <w:pPr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  <w:lang w:val="eu-E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xmlns:wp14="http://schemas.microsoft.com/office/word/2010/wordml" w:rsidRPr="002C2419" w:rsidR="005E4B8F" w:rsidRDefault="005E4B8F" w14:paraId="470C583E" wp14:textId="77777777">
          <w:pPr>
            <w:rPr>
              <w:rFonts w:ascii="Arial" w:hAnsi="Arial" w:eastAsia="Times New Roman" w:cs="Arial"/>
              <w:sz w:val="24"/>
              <w:szCs w:val="24"/>
              <w:lang w:val="eu-ES" w:eastAsia="eu-ES"/>
            </w:rPr>
          </w:pPr>
          <w:r w:rsidRPr="002C2419">
            <w:rPr>
              <w:rFonts w:ascii="Arial" w:hAnsi="Arial" w:cs="Arial"/>
              <w:noProof/>
              <w:sz w:val="24"/>
              <w:szCs w:val="24"/>
              <w:lang w:val="eu-ES" w:eastAsia="eu-ES"/>
            </w:rPr>
            <w:drawing>
              <wp:anchor xmlns:wp14="http://schemas.microsoft.com/office/word/2010/wordprocessingDrawing" distT="114300" distB="114300" distL="114300" distR="114300" simplePos="0" relativeHeight="251664384" behindDoc="0" locked="0" layoutInCell="1" hidden="0" allowOverlap="1" wp14:anchorId="01FF331A" wp14:editId="365826D1">
                <wp:simplePos x="0" y="0"/>
                <wp:positionH relativeFrom="column">
                  <wp:posOffset>1303020</wp:posOffset>
                </wp:positionH>
                <wp:positionV relativeFrom="paragraph">
                  <wp:posOffset>1025525</wp:posOffset>
                </wp:positionV>
                <wp:extent cx="3246120" cy="1478280"/>
                <wp:effectExtent l="0" t="0" r="0" b="7620"/>
                <wp:wrapNone/>
                <wp:docPr id="1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6120" cy="14782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2419">
            <w:rPr>
              <w:rFonts w:ascii="Arial" w:hAnsi="Arial" w:eastAsia="Times New Roman" w:cs="Arial"/>
              <w:b/>
              <w:bCs/>
              <w:sz w:val="24"/>
              <w:szCs w:val="24"/>
              <w:lang w:val="eu-ES" w:eastAsia="eu-ES"/>
            </w:rPr>
            <w:br w:type="page"/>
          </w:r>
        </w:p>
      </w:sdtContent>
    </w:sdt>
    <w:sdt>
      <w:sdtPr>
        <w:id w:val="-46612841"/>
        <w:docPartObj>
          <w:docPartGallery w:val="Table of Contents"/>
          <w:docPartUnique/>
        </w:docPartObj>
        <w:rPr>
          <w:rFonts w:ascii="Arial" w:hAnsi="Arial" w:eastAsia="ＭＳ 明朝" w:cs="Arial" w:eastAsiaTheme="minorEastAsia"/>
          <w:b w:val="0"/>
          <w:bCs w:val="0"/>
          <w:color w:val="auto"/>
          <w:sz w:val="24"/>
          <w:szCs w:val="24"/>
          <w:lang w:val="eu-ES"/>
        </w:rPr>
      </w:sdtPr>
      <w:sdtEndPr>
        <w:rPr>
          <w:rFonts w:ascii="Arial" w:hAnsi="Arial" w:eastAsia="ＭＳ 明朝" w:cs="Arial" w:eastAsiaTheme="minorEastAsia"/>
          <w:b w:val="0"/>
          <w:bCs w:val="0"/>
          <w:color w:val="auto"/>
          <w:sz w:val="24"/>
          <w:szCs w:val="24"/>
          <w:lang w:val="en-US"/>
        </w:rPr>
      </w:sdtEndPr>
      <w:sdtContent>
        <w:p xmlns:wp14="http://schemas.microsoft.com/office/word/2010/wordml" w:rsidRPr="002C2419" w:rsidR="00C21BB1" w:rsidRDefault="00C21BB1" w14:paraId="6B3CFC2F" wp14:textId="77777777">
          <w:pPr>
            <w:pStyle w:val="TOCizenburua"/>
            <w:rPr>
              <w:rFonts w:ascii="Arial" w:hAnsi="Arial" w:cs="Arial"/>
              <w:sz w:val="24"/>
              <w:szCs w:val="24"/>
              <w:lang w:val="eu-ES"/>
            </w:rPr>
          </w:pPr>
          <w:r w:rsidRPr="002C2419">
            <w:rPr>
              <w:rFonts w:ascii="Arial" w:hAnsi="Arial" w:cs="Arial"/>
              <w:sz w:val="24"/>
              <w:szCs w:val="24"/>
              <w:lang w:val="eu-ES"/>
            </w:rPr>
            <w:t>Edukia</w:t>
          </w:r>
        </w:p>
        <w:p xmlns:wp14="http://schemas.microsoft.com/office/word/2010/wordml" w:rsidRPr="002C2419" w:rsidR="00C21BB1" w:rsidP="00C21BB1" w:rsidRDefault="00C21BB1" w14:paraId="6A05A809" wp14:textId="77777777">
          <w:pPr>
            <w:jc w:val="right"/>
            <w:rPr>
              <w:rFonts w:ascii="Arial" w:hAnsi="Arial" w:cs="Arial"/>
              <w:sz w:val="24"/>
              <w:szCs w:val="24"/>
              <w:lang w:val="eu-ES"/>
            </w:rPr>
          </w:pPr>
        </w:p>
        <w:p xmlns:wp14="http://schemas.microsoft.com/office/word/2010/wordml" w:rsidR="0063592F" w:rsidRDefault="00C21BB1" w14:paraId="2277CBE6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r w:rsidRPr="002C2419">
            <w:rPr>
              <w:rFonts w:ascii="Arial" w:hAnsi="Arial" w:cs="Arial"/>
              <w:sz w:val="24"/>
              <w:szCs w:val="24"/>
            </w:rPr>
            <w:fldChar w:fldCharType="begin"/>
          </w:r>
          <w:r w:rsidRPr="002C2419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2C2419">
            <w:rPr>
              <w:rFonts w:ascii="Arial" w:hAnsi="Arial" w:cs="Arial"/>
              <w:sz w:val="24"/>
              <w:szCs w:val="24"/>
            </w:rPr>
            <w:fldChar w:fldCharType="separate"/>
          </w:r>
          <w:hyperlink w:history="1" w:anchor="_Toc202769022" r:id="rId16">
            <w:r w:rsidRPr="00B96006" w:rsidR="0063592F">
              <w:rPr>
                <w:rStyle w:val="Hiperesteka"/>
                <w:rFonts w:ascii="Arial" w:hAnsi="Arial" w:cs="Arial"/>
                <w:noProof/>
              </w:rPr>
              <w:t>“Sensor Box" estazioa: UR Robota, AV Camera eta MIR Mobile Robota integratzea.</w:t>
            </w:r>
            <w:r w:rsidR="0063592F">
              <w:rPr>
                <w:noProof/>
                <w:webHidden/>
              </w:rPr>
              <w:tab/>
            </w:r>
            <w:r w:rsidR="0063592F">
              <w:rPr>
                <w:noProof/>
                <w:webHidden/>
              </w:rPr>
              <w:fldChar w:fldCharType="begin"/>
            </w:r>
            <w:r w:rsidR="0063592F">
              <w:rPr>
                <w:noProof/>
                <w:webHidden/>
              </w:rPr>
              <w:instrText xml:space="preserve"> PAGEREF _Toc202769022 \h </w:instrText>
            </w:r>
            <w:r w:rsidR="0063592F">
              <w:rPr>
                <w:noProof/>
                <w:webHidden/>
              </w:rPr>
            </w:r>
            <w:r w:rsidR="0063592F">
              <w:rPr>
                <w:noProof/>
                <w:webHidden/>
              </w:rPr>
              <w:fldChar w:fldCharType="separate"/>
            </w:r>
            <w:r w:rsidR="0063592F">
              <w:rPr>
                <w:noProof/>
                <w:webHidden/>
              </w:rPr>
              <w:t>0</w:t>
            </w:r>
            <w:r w:rsidR="0063592F"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01049B7D" wp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23">
            <w:r w:rsidRPr="00B96006">
              <w:rPr>
                <w:rStyle w:val="Hiperesteka"/>
                <w:rFonts w:ascii="Arial" w:hAnsi="Arial" w:cs="Arial"/>
                <w:noProof/>
              </w:rPr>
              <w:t>1.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"Sensor Box" estazioa: UR Robota, AV Camera eta MIR Mobile Robota integratzea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7BA3075C" wp14:textId="77777777">
          <w:pPr>
            <w:pStyle w:val="EA1"/>
            <w:tabs>
              <w:tab w:val="left" w:pos="66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24">
            <w:r w:rsidRPr="00B96006">
              <w:rPr>
                <w:rStyle w:val="Hiperesteka"/>
                <w:rFonts w:ascii="Arial" w:hAnsi="Arial" w:cs="Arial"/>
                <w:noProof/>
              </w:rPr>
              <w:t>1.1.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Zer ikasiko duzu?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5B696BAF" wp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25">
            <w:r w:rsidRPr="00B96006">
              <w:rPr>
                <w:rStyle w:val="Hiperesteka"/>
                <w:rFonts w:ascii="Arial" w:hAnsi="Arial" w:cs="Arial"/>
                <w:noProof/>
              </w:rPr>
              <w:t>2.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Edukiak eta Denbora Banaketa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59888298" wp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26">
            <w:r w:rsidRPr="00B96006">
              <w:rPr>
                <w:rStyle w:val="Hiperesteka"/>
                <w:rFonts w:ascii="Arial" w:hAnsi="Arial" w:cs="Arial"/>
                <w:noProof/>
              </w:rPr>
              <w:t>3.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Metodologia: Nola egingo dugu?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284B2FD4" wp14:textId="77777777">
          <w:pPr>
            <w:pStyle w:val="EA1"/>
            <w:tabs>
              <w:tab w:val="left" w:pos="66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27">
            <w:r w:rsidRPr="00B96006">
              <w:rPr>
                <w:rStyle w:val="Hiperesteka"/>
                <w:rFonts w:ascii="Arial" w:hAnsi="Arial" w:cs="Arial"/>
                <w:noProof/>
              </w:rPr>
              <w:t>3.1.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Ikaskuntza Estrategiak: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2146CA8E" wp14:textId="77777777">
          <w:pPr>
            <w:pStyle w:val="EA1"/>
            <w:tabs>
              <w:tab w:val="left" w:pos="66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28">
            <w:r w:rsidRPr="00B96006">
              <w:rPr>
                <w:rStyle w:val="Hiperesteka"/>
                <w:rFonts w:ascii="Arial" w:hAnsi="Arial" w:cs="Arial"/>
                <w:noProof/>
              </w:rPr>
              <w:t>3.2.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Jarduera Motak: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123A85DF" wp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29">
            <w:r w:rsidRPr="00B96006">
              <w:rPr>
                <w:rStyle w:val="Hiperesteka"/>
                <w:rFonts w:ascii="Arial" w:hAnsi="Arial" w:cs="Arial"/>
                <w:noProof/>
              </w:rPr>
              <w:t>4.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Jardueren Garapena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3E232632" wp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0">
            <w:r w:rsidRPr="00B96006">
              <w:rPr>
                <w:rStyle w:val="Hiperesteka"/>
                <w:rFonts w:ascii="Arial" w:hAnsi="Arial" w:cs="Arial"/>
                <w:noProof/>
              </w:rPr>
              <w:t>5.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Ebaluazioa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375CA7CB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1">
            <w:r w:rsidRPr="00B96006">
              <w:rPr>
                <w:rStyle w:val="Hiperesteka"/>
                <w:rFonts w:ascii="Arial" w:hAnsi="Arial" w:cs="Arial"/>
                <w:noProof/>
              </w:rPr>
              <w:t>Ebaluazio Irizpideak: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5EDBAF09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2">
            <w:r w:rsidRPr="00B96006">
              <w:rPr>
                <w:rStyle w:val="Hiperesteka"/>
                <w:rFonts w:ascii="Arial" w:hAnsi="Arial" w:cs="Arial"/>
                <w:noProof/>
              </w:rPr>
              <w:t>Ebaluazio Tresnak: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43D5BDE1" wp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3">
            <w:r w:rsidRPr="00B96006">
              <w:rPr>
                <w:rStyle w:val="Hiperesteka"/>
                <w:rFonts w:ascii="Arial" w:hAnsi="Arial" w:cs="Arial"/>
                <w:noProof/>
              </w:rPr>
              <w:t>6.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Materialak eta Baliabideak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77DB1574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4">
            <w:r w:rsidRPr="00B96006">
              <w:rPr>
                <w:rStyle w:val="Hiperesteka"/>
                <w:rFonts w:ascii="Arial" w:hAnsi="Arial" w:cs="Arial"/>
                <w:noProof/>
              </w:rPr>
              <w:t>Hardware: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726F9384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5">
            <w:r w:rsidRPr="00B96006">
              <w:rPr>
                <w:rStyle w:val="Hiperesteka"/>
                <w:rFonts w:ascii="Arial" w:hAnsi="Arial" w:cs="Arial"/>
                <w:noProof/>
              </w:rPr>
              <w:t>Software: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58AD4F63" wp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6">
            <w:r w:rsidRPr="00B96006">
              <w:rPr>
                <w:rStyle w:val="Hiperesteka"/>
                <w:rFonts w:ascii="Arial" w:hAnsi="Arial" w:cs="Arial"/>
                <w:noProof/>
              </w:rPr>
              <w:t>7.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Denbora Antolamendua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2D91409E" wp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7">
            <w:r w:rsidRPr="00B96006">
              <w:rPr>
                <w:rStyle w:val="Hiperesteka"/>
                <w:rFonts w:ascii="Arial" w:hAnsi="Arial" w:cs="Arial"/>
                <w:noProof/>
              </w:rPr>
              <w:t>8.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Segurtasun Arauak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5E5D798C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8">
            <w:r w:rsidRPr="00B96006">
              <w:rPr>
                <w:rStyle w:val="Hiperesteka"/>
                <w:rFonts w:ascii="Arial" w:hAnsi="Arial" w:cs="Arial"/>
                <w:noProof/>
              </w:rPr>
              <w:t>Oinarrizko Segurtasun Neurriak: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4705F998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39">
            <w:r w:rsidRPr="00B96006">
              <w:rPr>
                <w:rStyle w:val="Hiperesteka"/>
                <w:rFonts w:ascii="Arial" w:hAnsi="Arial" w:cs="Arial"/>
                <w:noProof/>
              </w:rPr>
              <w:t>Robot Kolaboratiboekin Lan Egiteko Arauak: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4DFA8172" wp14:textId="77777777">
          <w:pPr>
            <w:pStyle w:val="EA1"/>
            <w:tabs>
              <w:tab w:val="left" w:pos="44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40">
            <w:r w:rsidRPr="00B96006">
              <w:rPr>
                <w:rStyle w:val="Hiperesteka"/>
                <w:rFonts w:ascii="Arial" w:hAnsi="Arial" w:cs="Arial"/>
                <w:noProof/>
              </w:rPr>
              <w:t>9.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Laguntza eta Baliabideak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424B126D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41">
            <w:r w:rsidRPr="00B96006">
              <w:rPr>
                <w:rStyle w:val="Hiperesteka"/>
                <w:rFonts w:ascii="Arial" w:hAnsi="Arial" w:cs="Arial"/>
                <w:noProof/>
              </w:rPr>
              <w:t>Irakaslearen Laguntza: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7212F10E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42">
            <w:r w:rsidRPr="00B96006">
              <w:rPr>
                <w:rStyle w:val="Hiperesteka"/>
                <w:rFonts w:ascii="Arial" w:hAnsi="Arial" w:cs="Arial"/>
                <w:noProof/>
              </w:rPr>
              <w:t>Ikasle Baliabideak: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590FCEF2" wp14:textId="77777777">
          <w:pPr>
            <w:pStyle w:val="EA1"/>
            <w:tabs>
              <w:tab w:val="left" w:pos="66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43">
            <w:r w:rsidRPr="00B96006">
              <w:rPr>
                <w:rStyle w:val="Hiperesteka"/>
                <w:rFonts w:ascii="Arial" w:hAnsi="Arial" w:cs="Arial"/>
                <w:noProof/>
              </w:rPr>
              <w:t>10.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Inklusioa eta Aniztasunaren Arreta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58EA7F01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44">
            <w:r w:rsidRPr="00B96006">
              <w:rPr>
                <w:rStyle w:val="Hiperesteka"/>
                <w:rFonts w:ascii="Arial" w:hAnsi="Arial" w:cs="Arial"/>
                <w:noProof/>
              </w:rPr>
              <w:t>Neurri Orokorrak: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04177A83" wp14:textId="77777777">
          <w:pPr>
            <w:pStyle w:val="EA1"/>
            <w:tabs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45">
            <w:r w:rsidRPr="00B96006">
              <w:rPr>
                <w:rStyle w:val="Hiperesteka"/>
                <w:rFonts w:ascii="Arial" w:hAnsi="Arial" w:cs="Arial"/>
                <w:noProof/>
              </w:rPr>
              <w:t>Hezkuntza Premia Berezientzako Egokitzapenak: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="0063592F" w:rsidRDefault="0063592F" w14:paraId="608D78C6" wp14:textId="77777777">
          <w:pPr>
            <w:pStyle w:val="EA1"/>
            <w:tabs>
              <w:tab w:val="left" w:pos="660"/>
              <w:tab w:val="right" w:leader="dot" w:pos="9111"/>
            </w:tabs>
            <w:rPr>
              <w:rFonts w:cstheme="minorBidi"/>
              <w:noProof/>
            </w:rPr>
          </w:pPr>
          <w:hyperlink w:history="1" w:anchor="_Toc202769046">
            <w:r w:rsidRPr="00B96006">
              <w:rPr>
                <w:rStyle w:val="Hiperesteka"/>
                <w:rFonts w:ascii="Arial" w:hAnsi="Arial" w:cs="Arial"/>
                <w:noProof/>
              </w:rPr>
              <w:t>11.</w:t>
            </w:r>
            <w:r>
              <w:rPr>
                <w:rFonts w:cstheme="minorBidi"/>
                <w:noProof/>
              </w:rPr>
              <w:tab/>
            </w:r>
            <w:r w:rsidRPr="00B96006">
              <w:rPr>
                <w:rStyle w:val="Hiperesteka"/>
                <w:rFonts w:ascii="Arial" w:hAnsi="Arial" w:cs="Arial"/>
                <w:noProof/>
              </w:rPr>
              <w:t>Oharrak eta Gomendioak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_Toc202769046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xmlns:wp14="http://schemas.microsoft.com/office/word/2010/wordml" w:rsidRPr="002C2419" w:rsidR="00C21BB1" w:rsidRDefault="00C21BB1" w14:paraId="5A39BBE3" wp14:textId="77777777">
          <w:pPr>
            <w:rPr>
              <w:rFonts w:ascii="Arial" w:hAnsi="Arial" w:cs="Arial"/>
              <w:sz w:val="24"/>
              <w:szCs w:val="24"/>
            </w:rPr>
          </w:pPr>
          <w:r w:rsidRPr="002C2419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xmlns:wp14="http://schemas.microsoft.com/office/word/2010/wordml" w:rsidRPr="002C2419" w:rsidR="00C21BB1" w:rsidRDefault="00C21BB1" w14:paraId="41C8F396" wp14:textId="77777777">
      <w:pPr>
        <w:rPr>
          <w:rFonts w:ascii="Arial" w:hAnsi="Arial" w:cs="Arial" w:eastAsiaTheme="majorEastAsia"/>
          <w:b/>
          <w:bCs/>
          <w:color w:val="365F91" w:themeColor="accent1" w:themeShade="BF"/>
          <w:sz w:val="24"/>
          <w:szCs w:val="24"/>
          <w:lang w:val="eu-ES"/>
        </w:rPr>
      </w:pPr>
      <w:r w:rsidRPr="002C2419">
        <w:rPr>
          <w:rFonts w:ascii="Arial" w:hAnsi="Arial" w:cs="Arial"/>
          <w:sz w:val="24"/>
          <w:szCs w:val="24"/>
          <w:lang w:val="eu-ES"/>
        </w:rPr>
        <w:br w:type="page"/>
      </w:r>
      <w:bookmarkStart w:name="_GoBack" w:id="2"/>
      <w:bookmarkEnd w:id="2"/>
    </w:p>
    <w:p xmlns:wp14="http://schemas.microsoft.com/office/word/2010/wordml" w:rsidRPr="00873731" w:rsidR="001850E1" w:rsidP="000F218A" w:rsidRDefault="001850E1" w14:paraId="42A36E78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bCs w:val="0"/>
          <w:szCs w:val="24"/>
          <w:lang w:val="eu-ES"/>
        </w:rPr>
      </w:pPr>
      <w:bookmarkStart w:name="_Toc202769023" w:id="3"/>
      <w:r w:rsidRPr="00873731">
        <w:rPr>
          <w:rFonts w:ascii="Arial" w:hAnsi="Arial" w:cs="Arial"/>
          <w:bCs w:val="0"/>
          <w:szCs w:val="24"/>
          <w:lang w:val="eu-ES"/>
        </w:rPr>
        <w:t>"</w:t>
      </w:r>
      <w:proofErr w:type="spellStart"/>
      <w:r w:rsidRPr="00873731">
        <w:rPr>
          <w:rFonts w:ascii="Arial" w:hAnsi="Arial" w:cs="Arial"/>
          <w:bCs w:val="0"/>
          <w:szCs w:val="24"/>
          <w:lang w:val="eu-ES"/>
        </w:rPr>
        <w:t>Sensor</w:t>
      </w:r>
      <w:proofErr w:type="spellEnd"/>
      <w:r w:rsidRPr="00873731">
        <w:rPr>
          <w:rFonts w:ascii="Arial" w:hAnsi="Arial" w:cs="Arial"/>
          <w:bCs w:val="0"/>
          <w:szCs w:val="24"/>
          <w:lang w:val="eu-ES"/>
        </w:rPr>
        <w:t xml:space="preserve"> Box" estazioa: UR Robota, AV Camera eta MIR </w:t>
      </w:r>
      <w:proofErr w:type="spellStart"/>
      <w:r w:rsidRPr="00873731">
        <w:rPr>
          <w:rFonts w:ascii="Arial" w:hAnsi="Arial" w:cs="Arial"/>
          <w:bCs w:val="0"/>
          <w:szCs w:val="24"/>
          <w:lang w:val="eu-ES"/>
        </w:rPr>
        <w:t>Mobile</w:t>
      </w:r>
      <w:proofErr w:type="spellEnd"/>
      <w:r w:rsidRPr="00873731">
        <w:rPr>
          <w:rFonts w:ascii="Arial" w:hAnsi="Arial" w:cs="Arial"/>
          <w:bCs w:val="0"/>
          <w:szCs w:val="24"/>
          <w:lang w:val="eu-ES"/>
        </w:rPr>
        <w:t xml:space="preserve"> Robota integratzea</w:t>
      </w:r>
      <w:bookmarkEnd w:id="3"/>
    </w:p>
    <w:p xmlns:wp14="http://schemas.microsoft.com/office/word/2010/wordml" w:rsidRPr="001850E1" w:rsidR="001850E1" w:rsidP="001850E1" w:rsidRDefault="001850E1" w14:paraId="10BABC3B" wp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Ongi etorri automatizazio aurreratuko mundura! Ikastaro honetan industria 4.0ren testuinguruan erabiltzen diren robotak, ikusmen artifizialeko sistemak eta automatizazio soluzioak ezagutuko dituzu eta haiekin lan egiteko trebetasun praktikoak garatuko dituzu.</w:t>
      </w:r>
    </w:p>
    <w:p xmlns:wp14="http://schemas.microsoft.com/office/word/2010/wordml" w:rsidRPr="001850E1" w:rsidR="001850E1" w:rsidP="001850E1" w:rsidRDefault="001850E1" w14:paraId="6387856F" wp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Ikaskuntza ingurune esperimentalean oinarrituta dago (</w:t>
      </w:r>
      <w:proofErr w:type="spellStart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Learning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</w:t>
      </w:r>
      <w:proofErr w:type="spellStart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Factory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), non benetako erronken bidez ikasten den taldeka eta modu praktikoan.</w:t>
      </w:r>
    </w:p>
    <w:p xmlns:wp14="http://schemas.microsoft.com/office/word/2010/wordml" w:rsidR="001850E1" w:rsidP="001850E1" w:rsidRDefault="001850E1" w14:paraId="72A3D3EC" wp14:textId="77777777"/>
    <w:p xmlns:wp14="http://schemas.microsoft.com/office/word/2010/wordml" w:rsidRPr="001850E1" w:rsidR="001850E1" w:rsidP="000F218A" w:rsidRDefault="001850E1" w14:paraId="4813604F" wp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24" w:id="4"/>
      <w:r w:rsidRPr="001850E1">
        <w:rPr>
          <w:rFonts w:ascii="Arial" w:hAnsi="Arial" w:cs="Arial"/>
          <w:szCs w:val="24"/>
          <w:lang w:val="eu-ES"/>
        </w:rPr>
        <w:t>Zer ikasiko duzu?</w:t>
      </w:r>
      <w:bookmarkEnd w:id="4"/>
    </w:p>
    <w:p xmlns:wp14="http://schemas.microsoft.com/office/word/2010/wordml" w:rsidRPr="001850E1" w:rsidR="001850E1" w:rsidP="001850E1" w:rsidRDefault="001850E1" w14:paraId="1814FBC3" wp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Ikastaro honen amaieran gai izango zara:</w:t>
      </w:r>
    </w:p>
    <w:p xmlns:wp14="http://schemas.microsoft.com/office/word/2010/wordml" w:rsidRPr="001850E1" w:rsidR="001850E1" w:rsidP="000F218A" w:rsidRDefault="001850E1" w14:paraId="390747EE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UR robot </w:t>
      </w:r>
      <w:proofErr w:type="spellStart"/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kolaboratiboa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erabiltzen: </w:t>
      </w:r>
      <w:proofErr w:type="spellStart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pick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&amp; </w:t>
      </w:r>
      <w:proofErr w:type="spellStart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place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jarduerak, mugimendu sinpleak programatzen eta sekuentziak diseinatzen</w:t>
      </w:r>
    </w:p>
    <w:p xmlns:wp14="http://schemas.microsoft.com/office/word/2010/wordml" w:rsidRPr="001850E1" w:rsidR="001850E1" w:rsidP="000F218A" w:rsidRDefault="001850E1" w14:paraId="566E4BA8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MiR</w:t>
      </w:r>
      <w:proofErr w:type="spellEnd"/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robota</w:t>
      </w:r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programatzen eta nabigatzen: mapak sortzen, misioak programatzen eta karga/deskarga automatikoak konfiguratzen</w:t>
      </w:r>
    </w:p>
    <w:p xmlns:wp14="http://schemas.microsoft.com/office/word/2010/wordml" w:rsidRPr="001850E1" w:rsidR="001850E1" w:rsidP="000F218A" w:rsidRDefault="001850E1" w14:paraId="105CA352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Cognex</w:t>
      </w:r>
      <w:proofErr w:type="spellEnd"/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ikusmen sistema</w:t>
      </w:r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konfiguratzen: objektuen detekzioa, kalitate-kontrola eta trazabilitatea aplikatzen</w:t>
      </w:r>
    </w:p>
    <w:p xmlns:wp14="http://schemas.microsoft.com/office/word/2010/wordml" w:rsidRPr="003F5A54" w:rsidR="001850E1" w:rsidP="000F218A" w:rsidRDefault="001850E1" w14:paraId="3C1DF96E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3F5A54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Festo</w:t>
      </w:r>
      <w:proofErr w:type="spellEnd"/>
      <w:r w:rsidRPr="003F5A54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maketa eta PLC</w:t>
      </w:r>
      <w:r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(S7-1500)</w:t>
      </w:r>
      <w:r w:rsidRPr="003F5A54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bidezko kontrola</w:t>
      </w:r>
      <w:r w:rsidRPr="003F5A54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erabiltzen: sekuentziak eta kontrol logikoa.</w:t>
      </w:r>
    </w:p>
    <w:p xmlns:wp14="http://schemas.microsoft.com/office/word/2010/wordml" w:rsidRPr="001850E1" w:rsidR="001850E1" w:rsidP="000F218A" w:rsidRDefault="001850E1" w14:paraId="23BFAB8F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Sistema guztiak bateratzen</w:t>
      </w:r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: UR + </w:t>
      </w:r>
      <w:proofErr w:type="spellStart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MiR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+ </w:t>
      </w:r>
      <w:proofErr w:type="spellStart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Cognex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+ </w:t>
      </w:r>
      <w:proofErr w:type="spellStart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Festo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elkarlanean funtzionatzea lortzen</w:t>
      </w:r>
    </w:p>
    <w:p xmlns:wp14="http://schemas.microsoft.com/office/word/2010/wordml" w:rsidRPr="001850E1" w:rsidR="001850E1" w:rsidP="000F218A" w:rsidRDefault="001850E1" w14:paraId="2374FE70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Segurtasunez lan egiten</w:t>
      </w:r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: sentsoreen erabilera eta baldintza </w:t>
      </w:r>
      <w:proofErr w:type="spellStart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>kolaboratiboak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aplikatzen</w:t>
      </w:r>
    </w:p>
    <w:p xmlns:wp14="http://schemas.microsoft.com/office/word/2010/wordml" w:rsidRPr="001850E1" w:rsidR="001850E1" w:rsidP="000F218A" w:rsidRDefault="001850E1" w14:paraId="5FD3C378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Digital </w:t>
      </w:r>
      <w:proofErr w:type="spellStart"/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twin</w:t>
      </w:r>
      <w:proofErr w:type="spellEnd"/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teknologia erabiliz simulazioak egiten</w:t>
      </w:r>
    </w:p>
    <w:p xmlns:wp14="http://schemas.microsoft.com/office/word/2010/wordml" w:rsidR="001850E1" w:rsidP="000F218A" w:rsidRDefault="001850E1" w14:paraId="16AD9B42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1850E1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Proiektu integratua</w:t>
      </w:r>
      <w:r w:rsidRPr="001850E1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garatzen eta aurkeztean</w:t>
      </w:r>
    </w:p>
    <w:p xmlns:wp14="http://schemas.microsoft.com/office/word/2010/wordml" w:rsidRPr="006B5319" w:rsidR="001850E1" w:rsidP="000F218A" w:rsidRDefault="001850E1" w14:paraId="5D083A4F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25" w:id="5"/>
      <w:r w:rsidRPr="006B5319">
        <w:rPr>
          <w:rFonts w:ascii="Arial" w:hAnsi="Arial" w:cs="Arial"/>
          <w:szCs w:val="24"/>
          <w:lang w:val="eu-ES"/>
        </w:rPr>
        <w:t>Edukiak eta Denbora Banaketa</w:t>
      </w:r>
      <w:bookmarkEnd w:id="5"/>
    </w:p>
    <w:p xmlns:wp14="http://schemas.microsoft.com/office/word/2010/wordml" w:rsidRPr="001850E1" w:rsidR="001850E1" w:rsidP="001850E1" w:rsidRDefault="001850E1" w14:paraId="0D0B940D" wp14:textId="77777777">
      <w:pPr>
        <w:rPr>
          <w:lang w:val="eu-ES"/>
        </w:rPr>
      </w:pPr>
    </w:p>
    <w:tbl>
      <w:tblPr>
        <w:tblStyle w:val="4sareta-taula-1enfasia"/>
        <w:tblW w:w="0" w:type="auto"/>
        <w:tblLook w:val="04A0" w:firstRow="1" w:lastRow="0" w:firstColumn="1" w:lastColumn="0" w:noHBand="0" w:noVBand="1"/>
      </w:tblPr>
      <w:tblGrid>
        <w:gridCol w:w="3173"/>
        <w:gridCol w:w="4910"/>
        <w:gridCol w:w="1028"/>
      </w:tblGrid>
      <w:tr xmlns:wp14="http://schemas.microsoft.com/office/word/2010/wordml" w:rsidR="001850E1" w:rsidTr="001850E1" w14:paraId="4B80E562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850E1" w:rsidRDefault="001850E1" w14:paraId="0E2D629A" wp14:textId="77777777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Unitatea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31957722" wp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Edukia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1CB5E3A8" wp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Denbora</w:t>
            </w:r>
            <w:proofErr w:type="spellEnd"/>
          </w:p>
        </w:tc>
      </w:tr>
      <w:tr xmlns:wp14="http://schemas.microsoft.com/office/word/2010/wordml" w:rsidR="001850E1" w:rsidTr="001850E1" w14:paraId="34B03FE9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850E1" w:rsidRDefault="001850E1" w14:paraId="00261EC8" wp14:textId="77777777">
            <w:pPr>
              <w:rPr>
                <w:b w:val="0"/>
                <w:bCs w:val="0"/>
              </w:rPr>
            </w:pPr>
            <w:r>
              <w:t xml:space="preserve">1. </w:t>
            </w:r>
            <w:proofErr w:type="spellStart"/>
            <w:r>
              <w:t>Automatizazio</w:t>
            </w:r>
            <w:proofErr w:type="spellEnd"/>
            <w:r>
              <w:t xml:space="preserve"> </w:t>
            </w:r>
            <w:proofErr w:type="spellStart"/>
            <w:r>
              <w:t>aurreratuaren</w:t>
            </w:r>
            <w:proofErr w:type="spellEnd"/>
            <w:r>
              <w:t xml:space="preserve"> </w:t>
            </w:r>
            <w:proofErr w:type="spellStart"/>
            <w:r>
              <w:t>sarrera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63D8F789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LCAMP Learning Factory </w:t>
            </w:r>
            <w:proofErr w:type="spellStart"/>
            <w:r>
              <w:t>aurkezpena</w:t>
            </w:r>
            <w:proofErr w:type="spellEnd"/>
            <w:r>
              <w:t xml:space="preserve">, </w:t>
            </w:r>
            <w:proofErr w:type="spellStart"/>
            <w:r>
              <w:t>Industria</w:t>
            </w:r>
            <w:proofErr w:type="spellEnd"/>
            <w:r>
              <w:t xml:space="preserve"> 4.0 </w:t>
            </w:r>
            <w:proofErr w:type="spellStart"/>
            <w:r>
              <w:t>kontzeptuak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13D425A6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 </w:t>
            </w:r>
            <w:proofErr w:type="spellStart"/>
            <w:r>
              <w:t>ordu</w:t>
            </w:r>
            <w:proofErr w:type="spellEnd"/>
          </w:p>
        </w:tc>
      </w:tr>
      <w:tr xmlns:wp14="http://schemas.microsoft.com/office/word/2010/wordml" w:rsidR="001850E1" w:rsidTr="001850E1" w14:paraId="53851BF4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850E1" w:rsidRDefault="001850E1" w14:paraId="1910CEB2" wp14:textId="77777777">
            <w:r>
              <w:t xml:space="preserve">2. Siemens S7-1500 PLC </w:t>
            </w:r>
            <w:proofErr w:type="spellStart"/>
            <w:r>
              <w:t>programazioa</w:t>
            </w:r>
            <w:proofErr w:type="spellEnd"/>
          </w:p>
        </w:tc>
        <w:tc>
          <w:tcPr>
            <w:tcW w:w="0" w:type="auto"/>
            <w:hideMark/>
          </w:tcPr>
          <w:p w:rsidRPr="001850E1" w:rsidR="001850E1" w:rsidRDefault="001850E1" w14:paraId="17E065A2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proofErr w:type="spellStart"/>
            <w:r w:rsidRPr="001850E1">
              <w:rPr>
                <w:lang w:val="es-ES"/>
              </w:rPr>
              <w:t>Kontrol</w:t>
            </w:r>
            <w:proofErr w:type="spellEnd"/>
            <w:r w:rsidRPr="001850E1">
              <w:rPr>
                <w:lang w:val="es-ES"/>
              </w:rPr>
              <w:t xml:space="preserve"> </w:t>
            </w:r>
            <w:proofErr w:type="spellStart"/>
            <w:r w:rsidRPr="001850E1">
              <w:rPr>
                <w:lang w:val="es-ES"/>
              </w:rPr>
              <w:t>logikoak</w:t>
            </w:r>
            <w:proofErr w:type="spellEnd"/>
            <w:r w:rsidRPr="001850E1">
              <w:rPr>
                <w:lang w:val="es-ES"/>
              </w:rPr>
              <w:t xml:space="preserve">, </w:t>
            </w:r>
            <w:proofErr w:type="spellStart"/>
            <w:r w:rsidRPr="001850E1">
              <w:rPr>
                <w:lang w:val="es-ES"/>
              </w:rPr>
              <w:t>sekuentziazioa</w:t>
            </w:r>
            <w:proofErr w:type="spellEnd"/>
            <w:r w:rsidRPr="001850E1">
              <w:rPr>
                <w:lang w:val="es-ES"/>
              </w:rPr>
              <w:t xml:space="preserve">, TIA Portal </w:t>
            </w:r>
            <w:proofErr w:type="spellStart"/>
            <w:r w:rsidRPr="001850E1">
              <w:rPr>
                <w:lang w:val="es-ES"/>
              </w:rPr>
              <w:t>erabilera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255F8574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8 </w:t>
            </w:r>
            <w:proofErr w:type="spellStart"/>
            <w:r>
              <w:t>ordu</w:t>
            </w:r>
            <w:proofErr w:type="spellEnd"/>
          </w:p>
        </w:tc>
      </w:tr>
      <w:tr xmlns:wp14="http://schemas.microsoft.com/office/word/2010/wordml" w:rsidR="001850E1" w:rsidTr="001850E1" w14:paraId="70B48BA5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1850E1" w:rsidR="001850E1" w:rsidRDefault="001850E1" w14:paraId="3A2051EB" wp14:textId="77777777">
            <w:pPr>
              <w:rPr>
                <w:lang w:val="es-ES"/>
              </w:rPr>
            </w:pPr>
            <w:r w:rsidRPr="001850E1">
              <w:rPr>
                <w:lang w:val="es-ES"/>
              </w:rPr>
              <w:t xml:space="preserve">3. UR5 </w:t>
            </w:r>
            <w:proofErr w:type="spellStart"/>
            <w:r w:rsidRPr="001850E1">
              <w:rPr>
                <w:lang w:val="es-ES"/>
              </w:rPr>
              <w:t>robota</w:t>
            </w:r>
            <w:proofErr w:type="spellEnd"/>
            <w:r w:rsidRPr="001850E1">
              <w:rPr>
                <w:lang w:val="es-ES"/>
              </w:rPr>
              <w:t xml:space="preserve">: </w:t>
            </w:r>
            <w:proofErr w:type="spellStart"/>
            <w:r w:rsidRPr="001850E1">
              <w:rPr>
                <w:lang w:val="es-ES"/>
              </w:rPr>
              <w:t>Programazioa</w:t>
            </w:r>
            <w:proofErr w:type="spellEnd"/>
            <w:r w:rsidRPr="001850E1">
              <w:rPr>
                <w:lang w:val="es-ES"/>
              </w:rPr>
              <w:t xml:space="preserve"> eta </w:t>
            </w:r>
            <w:proofErr w:type="spellStart"/>
            <w:r w:rsidRPr="001850E1">
              <w:rPr>
                <w:lang w:val="es-ES"/>
              </w:rPr>
              <w:t>aplikazioa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3407CC58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Teach pendant, </w:t>
            </w:r>
            <w:proofErr w:type="spellStart"/>
            <w:r>
              <w:t>mugimenduak</w:t>
            </w:r>
            <w:proofErr w:type="spellEnd"/>
            <w:r>
              <w:t xml:space="preserve">, pick &amp; place </w:t>
            </w:r>
            <w:proofErr w:type="spellStart"/>
            <w:r>
              <w:t>jarduerak</w:t>
            </w:r>
            <w:proofErr w:type="spellEnd"/>
            <w:r>
              <w:t xml:space="preserve">, bloke </w:t>
            </w:r>
            <w:proofErr w:type="spellStart"/>
            <w:r>
              <w:t>bidezko</w:t>
            </w:r>
            <w:proofErr w:type="spellEnd"/>
            <w:r>
              <w:t xml:space="preserve"> </w:t>
            </w:r>
            <w:proofErr w:type="spellStart"/>
            <w:r>
              <w:t>programazioa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3BD567DB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 </w:t>
            </w:r>
            <w:proofErr w:type="spellStart"/>
            <w:r>
              <w:t>ordu</w:t>
            </w:r>
            <w:proofErr w:type="spellEnd"/>
          </w:p>
        </w:tc>
      </w:tr>
      <w:tr xmlns:wp14="http://schemas.microsoft.com/office/word/2010/wordml" w:rsidR="001850E1" w:rsidTr="001850E1" w14:paraId="66451AB5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850E1" w:rsidRDefault="001850E1" w14:paraId="06520EF4" wp14:textId="77777777">
            <w:r>
              <w:t xml:space="preserve">4. </w:t>
            </w:r>
            <w:proofErr w:type="spellStart"/>
            <w:r>
              <w:t>Cognex</w:t>
            </w:r>
            <w:proofErr w:type="spellEnd"/>
            <w:r>
              <w:t xml:space="preserve"> </w:t>
            </w:r>
            <w:proofErr w:type="spellStart"/>
            <w:r>
              <w:t>ikusmen-sistemak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38A17705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In-Sight </w:t>
            </w:r>
            <w:proofErr w:type="spellStart"/>
            <w:r>
              <w:t>softwarea</w:t>
            </w:r>
            <w:proofErr w:type="spellEnd"/>
            <w:r>
              <w:t xml:space="preserve">, </w:t>
            </w:r>
            <w:proofErr w:type="spellStart"/>
            <w:r>
              <w:t>patroi</w:t>
            </w:r>
            <w:proofErr w:type="spellEnd"/>
            <w:r>
              <w:t xml:space="preserve"> </w:t>
            </w:r>
            <w:proofErr w:type="spellStart"/>
            <w:r>
              <w:t>bilaketa</w:t>
            </w:r>
            <w:proofErr w:type="spellEnd"/>
            <w:r>
              <w:t xml:space="preserve">, OCR, </w:t>
            </w:r>
            <w:proofErr w:type="spellStart"/>
            <w:r>
              <w:t>kalitate-kontrola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232242C0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 </w:t>
            </w:r>
            <w:proofErr w:type="spellStart"/>
            <w:r>
              <w:t>ordu</w:t>
            </w:r>
            <w:proofErr w:type="spellEnd"/>
          </w:p>
        </w:tc>
      </w:tr>
      <w:tr xmlns:wp14="http://schemas.microsoft.com/office/word/2010/wordml" w:rsidR="001850E1" w:rsidTr="001850E1" w14:paraId="6128BAAC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1850E1" w:rsidR="001850E1" w:rsidRDefault="001850E1" w14:paraId="05F83ADB" wp14:textId="77777777">
            <w:pPr>
              <w:rPr>
                <w:lang w:val="es-ES"/>
              </w:rPr>
            </w:pPr>
            <w:r w:rsidRPr="001850E1">
              <w:rPr>
                <w:lang w:val="es-ES"/>
              </w:rPr>
              <w:t xml:space="preserve">5. </w:t>
            </w:r>
            <w:proofErr w:type="spellStart"/>
            <w:r w:rsidRPr="001850E1">
              <w:rPr>
                <w:lang w:val="es-ES"/>
              </w:rPr>
              <w:t>MiR</w:t>
            </w:r>
            <w:proofErr w:type="spellEnd"/>
            <w:r w:rsidRPr="001850E1">
              <w:rPr>
                <w:lang w:val="es-ES"/>
              </w:rPr>
              <w:t xml:space="preserve"> </w:t>
            </w:r>
            <w:proofErr w:type="spellStart"/>
            <w:r w:rsidRPr="001850E1">
              <w:rPr>
                <w:lang w:val="es-ES"/>
              </w:rPr>
              <w:t>robota</w:t>
            </w:r>
            <w:proofErr w:type="spellEnd"/>
            <w:r w:rsidRPr="001850E1">
              <w:rPr>
                <w:lang w:val="es-ES"/>
              </w:rPr>
              <w:t xml:space="preserve">: </w:t>
            </w:r>
            <w:proofErr w:type="spellStart"/>
            <w:r w:rsidRPr="001850E1">
              <w:rPr>
                <w:lang w:val="es-ES"/>
              </w:rPr>
              <w:t>Nabigazioa</w:t>
            </w:r>
            <w:proofErr w:type="spellEnd"/>
            <w:r w:rsidRPr="001850E1">
              <w:rPr>
                <w:lang w:val="es-ES"/>
              </w:rPr>
              <w:t xml:space="preserve"> eta </w:t>
            </w:r>
            <w:proofErr w:type="spellStart"/>
            <w:r w:rsidRPr="001850E1">
              <w:rPr>
                <w:lang w:val="es-ES"/>
              </w:rPr>
              <w:t>misioak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5E3F7077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Mapak</w:t>
            </w:r>
            <w:proofErr w:type="spellEnd"/>
            <w:r>
              <w:t xml:space="preserve"> </w:t>
            </w:r>
            <w:proofErr w:type="spellStart"/>
            <w:r>
              <w:t>sortzen</w:t>
            </w:r>
            <w:proofErr w:type="spellEnd"/>
            <w:r>
              <w:t>, waypoint-</w:t>
            </w:r>
            <w:proofErr w:type="spellStart"/>
            <w:r>
              <w:t>ak</w:t>
            </w:r>
            <w:proofErr w:type="spellEnd"/>
            <w:r>
              <w:t xml:space="preserve">, </w:t>
            </w:r>
            <w:proofErr w:type="spellStart"/>
            <w:r>
              <w:t>entregak</w:t>
            </w:r>
            <w:proofErr w:type="spellEnd"/>
            <w:r>
              <w:t xml:space="preserve">, </w:t>
            </w:r>
            <w:proofErr w:type="spellStart"/>
            <w:r>
              <w:t>misioen</w:t>
            </w:r>
            <w:proofErr w:type="spellEnd"/>
            <w:r>
              <w:t xml:space="preserve"> </w:t>
            </w:r>
            <w:proofErr w:type="spellStart"/>
            <w:r>
              <w:t>programazioa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7122A55A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 </w:t>
            </w:r>
            <w:proofErr w:type="spellStart"/>
            <w:r>
              <w:t>ordu</w:t>
            </w:r>
            <w:proofErr w:type="spellEnd"/>
          </w:p>
        </w:tc>
      </w:tr>
      <w:tr xmlns:wp14="http://schemas.microsoft.com/office/word/2010/wordml" w:rsidR="001850E1" w:rsidTr="001850E1" w14:paraId="1C2CF936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850E1" w:rsidRDefault="001850E1" w14:paraId="78267E11" wp14:textId="77777777">
            <w:r>
              <w:t xml:space="preserve">6. Sistema </w:t>
            </w:r>
            <w:proofErr w:type="spellStart"/>
            <w:r>
              <w:t>integratua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2CBB4607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UR + </w:t>
            </w:r>
            <w:proofErr w:type="spellStart"/>
            <w:r>
              <w:t>Cognex</w:t>
            </w:r>
            <w:proofErr w:type="spellEnd"/>
            <w:r>
              <w:t xml:space="preserve"> + </w:t>
            </w:r>
            <w:proofErr w:type="spellStart"/>
            <w:r>
              <w:t>Festo</w:t>
            </w:r>
            <w:proofErr w:type="spellEnd"/>
            <w:r>
              <w:t xml:space="preserve"> + </w:t>
            </w:r>
            <w:proofErr w:type="spellStart"/>
            <w:r>
              <w:t>MiR</w:t>
            </w:r>
            <w:proofErr w:type="spellEnd"/>
            <w:r>
              <w:t xml:space="preserve"> </w:t>
            </w:r>
            <w:proofErr w:type="spellStart"/>
            <w:r>
              <w:t>elkarreragina</w:t>
            </w:r>
            <w:proofErr w:type="spellEnd"/>
            <w:r>
              <w:t xml:space="preserve">, </w:t>
            </w:r>
            <w:proofErr w:type="spellStart"/>
            <w:r>
              <w:t>komunikazio</w:t>
            </w:r>
            <w:proofErr w:type="spellEnd"/>
            <w:r>
              <w:t xml:space="preserve"> </w:t>
            </w:r>
            <w:proofErr w:type="spellStart"/>
            <w:r>
              <w:t>protokoloak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0252CFA3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8 </w:t>
            </w:r>
            <w:proofErr w:type="spellStart"/>
            <w:r>
              <w:t>ordu</w:t>
            </w:r>
            <w:proofErr w:type="spellEnd"/>
          </w:p>
        </w:tc>
      </w:tr>
      <w:tr xmlns:wp14="http://schemas.microsoft.com/office/word/2010/wordml" w:rsidR="001850E1" w:rsidTr="001850E1" w14:paraId="4F0A2DCA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850E1" w:rsidRDefault="001850E1" w14:paraId="33F51044" wp14:textId="77777777">
            <w:r>
              <w:t xml:space="preserve">7. Digital Twin eta </w:t>
            </w:r>
            <w:proofErr w:type="spellStart"/>
            <w:r>
              <w:t>Simumatik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6E7B2991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t>Simulazioak</w:t>
            </w:r>
            <w:proofErr w:type="spellEnd"/>
            <w:r>
              <w:t xml:space="preserve">, </w:t>
            </w:r>
            <w:proofErr w:type="spellStart"/>
            <w:r>
              <w:t>aurreprobak</w:t>
            </w:r>
            <w:proofErr w:type="spellEnd"/>
            <w:r>
              <w:t xml:space="preserve">, </w:t>
            </w:r>
            <w:proofErr w:type="spellStart"/>
            <w:r>
              <w:t>sistema</w:t>
            </w:r>
            <w:proofErr w:type="spellEnd"/>
            <w:r>
              <w:t xml:space="preserve"> </w:t>
            </w:r>
            <w:proofErr w:type="spellStart"/>
            <w:r>
              <w:t>birtuala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2EBAAD57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 </w:t>
            </w:r>
            <w:proofErr w:type="spellStart"/>
            <w:r>
              <w:t>ordu</w:t>
            </w:r>
            <w:proofErr w:type="spellEnd"/>
          </w:p>
        </w:tc>
      </w:tr>
      <w:tr xmlns:wp14="http://schemas.microsoft.com/office/word/2010/wordml" w:rsidR="001850E1" w:rsidTr="001850E1" w14:paraId="38B8C816" wp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1850E1" w:rsidRDefault="001850E1" w14:paraId="031E318F" wp14:textId="77777777">
            <w:r>
              <w:t xml:space="preserve">8. </w:t>
            </w:r>
            <w:proofErr w:type="spellStart"/>
            <w:r>
              <w:t>Proiektu</w:t>
            </w:r>
            <w:proofErr w:type="spellEnd"/>
            <w:r>
              <w:t xml:space="preserve"> </w:t>
            </w:r>
            <w:proofErr w:type="spellStart"/>
            <w:r>
              <w:t>aplikatua</w:t>
            </w:r>
            <w:proofErr w:type="spellEnd"/>
          </w:p>
        </w:tc>
        <w:tc>
          <w:tcPr>
            <w:tcW w:w="0" w:type="auto"/>
            <w:hideMark/>
          </w:tcPr>
          <w:p w:rsidRPr="001850E1" w:rsidR="001850E1" w:rsidRDefault="001850E1" w14:paraId="5D8BBD2A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ES"/>
              </w:rPr>
            </w:pPr>
            <w:proofErr w:type="spellStart"/>
            <w:r w:rsidRPr="001850E1">
              <w:rPr>
                <w:lang w:val="es-ES"/>
              </w:rPr>
              <w:t>Ikasleek</w:t>
            </w:r>
            <w:proofErr w:type="spellEnd"/>
            <w:r w:rsidRPr="001850E1">
              <w:rPr>
                <w:lang w:val="es-ES"/>
              </w:rPr>
              <w:t xml:space="preserve"> sistema </w:t>
            </w:r>
            <w:proofErr w:type="spellStart"/>
            <w:r w:rsidRPr="001850E1">
              <w:rPr>
                <w:lang w:val="es-ES"/>
              </w:rPr>
              <w:t>osatua</w:t>
            </w:r>
            <w:proofErr w:type="spellEnd"/>
            <w:r w:rsidRPr="001850E1">
              <w:rPr>
                <w:lang w:val="es-ES"/>
              </w:rPr>
              <w:t xml:space="preserve"> </w:t>
            </w:r>
            <w:proofErr w:type="spellStart"/>
            <w:r w:rsidRPr="001850E1">
              <w:rPr>
                <w:lang w:val="es-ES"/>
              </w:rPr>
              <w:t>diseinatzen</w:t>
            </w:r>
            <w:proofErr w:type="spellEnd"/>
            <w:r w:rsidRPr="001850E1">
              <w:rPr>
                <w:lang w:val="es-ES"/>
              </w:rPr>
              <w:t xml:space="preserve"> eta </w:t>
            </w:r>
            <w:proofErr w:type="spellStart"/>
            <w:r w:rsidRPr="001850E1">
              <w:rPr>
                <w:lang w:val="es-ES"/>
              </w:rPr>
              <w:t>muntatzen</w:t>
            </w:r>
            <w:proofErr w:type="spellEnd"/>
            <w:r w:rsidRPr="001850E1">
              <w:rPr>
                <w:lang w:val="es-ES"/>
              </w:rPr>
              <w:t xml:space="preserve"> </w:t>
            </w:r>
            <w:proofErr w:type="spellStart"/>
            <w:r w:rsidRPr="001850E1">
              <w:rPr>
                <w:lang w:val="es-ES"/>
              </w:rPr>
              <w:t>dute</w:t>
            </w:r>
            <w:proofErr w:type="spellEnd"/>
          </w:p>
        </w:tc>
        <w:tc>
          <w:tcPr>
            <w:tcW w:w="0" w:type="auto"/>
            <w:hideMark/>
          </w:tcPr>
          <w:p w:rsidR="001850E1" w:rsidRDefault="001850E1" w14:paraId="2525C206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10 </w:t>
            </w:r>
            <w:proofErr w:type="spellStart"/>
            <w:r>
              <w:t>ordu</w:t>
            </w:r>
            <w:proofErr w:type="spellEnd"/>
          </w:p>
        </w:tc>
      </w:tr>
    </w:tbl>
    <w:p xmlns:wp14="http://schemas.microsoft.com/office/word/2010/wordml" w:rsidRPr="001850E1" w:rsidR="001850E1" w:rsidP="001850E1" w:rsidRDefault="001850E1" w14:paraId="56493996" wp14:textId="77777777">
      <w:pPr>
        <w:pStyle w:val="whitespace-normal"/>
        <w:rPr>
          <w:rFonts w:ascii="Arial" w:hAnsi="Arial" w:cs="Arial"/>
        </w:rPr>
      </w:pPr>
      <w:r w:rsidRPr="001850E1">
        <w:rPr>
          <w:rStyle w:val="Lodia"/>
          <w:rFonts w:ascii="Arial" w:hAnsi="Arial" w:cs="Arial"/>
        </w:rPr>
        <w:t xml:space="preserve">Guztira: </w:t>
      </w:r>
      <w:r w:rsidRPr="001850E1">
        <w:rPr>
          <w:rStyle w:val="Lodia"/>
          <w:rFonts w:ascii="Arial" w:hAnsi="Arial" w:cs="Arial"/>
          <w:b w:val="0"/>
        </w:rPr>
        <w:t>50 ordu</w:t>
      </w:r>
    </w:p>
    <w:p xmlns:wp14="http://schemas.microsoft.com/office/word/2010/wordml" w:rsidR="001850E1" w:rsidP="001850E1" w:rsidRDefault="001850E1" w14:paraId="0E27B00A" wp14:textId="77777777"/>
    <w:p xmlns:wp14="http://schemas.microsoft.com/office/word/2010/wordml" w:rsidRPr="001850E1" w:rsidR="001850E1" w:rsidP="000F218A" w:rsidRDefault="001850E1" w14:paraId="55378354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26" w:id="6"/>
      <w:r w:rsidRPr="001850E1">
        <w:rPr>
          <w:rFonts w:ascii="Arial" w:hAnsi="Arial" w:cs="Arial"/>
          <w:szCs w:val="24"/>
          <w:lang w:val="eu-ES"/>
        </w:rPr>
        <w:t>Metodologia: Nola egingo dugu?</w:t>
      </w:r>
      <w:bookmarkEnd w:id="6"/>
    </w:p>
    <w:p xmlns:wp14="http://schemas.microsoft.com/office/word/2010/wordml" w:rsidRPr="001410F8" w:rsidR="001850E1" w:rsidP="000F218A" w:rsidRDefault="001850E1" w14:paraId="312378A0" wp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27" w:id="7"/>
      <w:r w:rsidRPr="001410F8">
        <w:rPr>
          <w:rFonts w:ascii="Arial" w:hAnsi="Arial" w:cs="Arial"/>
          <w:szCs w:val="24"/>
          <w:lang w:val="eu-ES"/>
        </w:rPr>
        <w:t>Ikaskuntza Estrategiak:</w:t>
      </w:r>
      <w:bookmarkEnd w:id="7"/>
    </w:p>
    <w:p xmlns:wp14="http://schemas.microsoft.com/office/word/2010/wordml" w:rsidRPr="001410F8" w:rsidR="001850E1" w:rsidP="000F218A" w:rsidRDefault="001850E1" w14:paraId="53C09A1F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proofErr w:type="spellStart"/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Learning-by-doing</w:t>
      </w:r>
      <w:proofErr w:type="spellEnd"/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:</w:t>
      </w:r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Esperimentatu eta ikasi egiten duzun bitartean</w:t>
      </w:r>
    </w:p>
    <w:p xmlns:wp14="http://schemas.microsoft.com/office/word/2010/wordml" w:rsidRPr="001410F8" w:rsidR="001850E1" w:rsidP="000F218A" w:rsidRDefault="001850E1" w14:paraId="23E45719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CBL (Challenge-</w:t>
      </w:r>
      <w:proofErr w:type="spellStart"/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Based</w:t>
      </w:r>
      <w:proofErr w:type="spellEnd"/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</w:t>
      </w:r>
      <w:proofErr w:type="spellStart"/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Learning</w:t>
      </w:r>
      <w:proofErr w:type="spellEnd"/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):</w:t>
      </w:r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Erronka errealei erantzuna ematea</w:t>
      </w:r>
    </w:p>
    <w:p xmlns:wp14="http://schemas.microsoft.com/office/word/2010/wordml" w:rsidRPr="001410F8" w:rsidR="001850E1" w:rsidP="000F218A" w:rsidRDefault="001850E1" w14:paraId="31CB92ED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Talde lana:</w:t>
      </w:r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Ikaskideekin elkarlanean arazoak konponduko dituzu</w:t>
      </w:r>
    </w:p>
    <w:p xmlns:wp14="http://schemas.microsoft.com/office/word/2010/wordml" w:rsidRPr="001410F8" w:rsidR="001850E1" w:rsidP="000F218A" w:rsidRDefault="001850E1" w14:paraId="2A97D021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Digital </w:t>
      </w:r>
      <w:proofErr w:type="spellStart"/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twin</w:t>
      </w:r>
      <w:proofErr w:type="spellEnd"/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bidezko simulazioa:</w:t>
      </w:r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</w:t>
      </w:r>
      <w:proofErr w:type="spellStart"/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>Simumatik</w:t>
      </w:r>
      <w:proofErr w:type="spellEnd"/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erabiliz </w:t>
      </w:r>
      <w:proofErr w:type="spellStart"/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>aurreproba</w:t>
      </w:r>
      <w:proofErr w:type="spellEnd"/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birtualak</w:t>
      </w:r>
    </w:p>
    <w:p xmlns:wp14="http://schemas.microsoft.com/office/word/2010/wordml" w:rsidRPr="001410F8" w:rsidR="001850E1" w:rsidP="000F218A" w:rsidRDefault="001850E1" w14:paraId="446A81D2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Proiektu erronka:</w:t>
      </w:r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Azken asteetan sistema oso bat diseinatu eta muntatuko duzu</w:t>
      </w:r>
    </w:p>
    <w:p xmlns:wp14="http://schemas.microsoft.com/office/word/2010/wordml" w:rsidRPr="001410F8" w:rsidR="001850E1" w:rsidP="000F218A" w:rsidRDefault="001850E1" w14:paraId="1B9D49A6" wp14:textId="77777777">
      <w:pPr>
        <w:pStyle w:val="1izenburua"/>
        <w:numPr>
          <w:ilvl w:val="1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28" w:id="8"/>
      <w:r w:rsidRPr="001410F8">
        <w:rPr>
          <w:rFonts w:ascii="Arial" w:hAnsi="Arial" w:cs="Arial"/>
          <w:szCs w:val="24"/>
          <w:lang w:val="eu-ES"/>
        </w:rPr>
        <w:t>Jarduera Motak:</w:t>
      </w:r>
      <w:bookmarkEnd w:id="8"/>
    </w:p>
    <w:p xmlns:wp14="http://schemas.microsoft.com/office/word/2010/wordml" w:rsidRPr="001410F8" w:rsidR="001850E1" w:rsidP="000F218A" w:rsidRDefault="001850E1" w14:paraId="7BCBB677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pPr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Kontzeptu teorikoen sarrera:</w:t>
      </w:r>
      <w:r w:rsidRPr="001410F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</w:t>
      </w:r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>Aurkezpen laburrak eta oinarriak</w:t>
      </w:r>
    </w:p>
    <w:p xmlns:wp14="http://schemas.microsoft.com/office/word/2010/wordml" w:rsidRPr="001410F8" w:rsidR="001850E1" w:rsidP="000F218A" w:rsidRDefault="001850E1" w14:paraId="1E371C3D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Praktika gidatuak:</w:t>
      </w:r>
      <w:r w:rsidRPr="001410F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</w:t>
      </w:r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>Irakaslearen laguntzarekin robot programazioa, ikusmen sistemaren kalibrazioa</w:t>
      </w:r>
    </w:p>
    <w:p xmlns:wp14="http://schemas.microsoft.com/office/word/2010/wordml" w:rsidRPr="001410F8" w:rsidR="001850E1" w:rsidP="000F218A" w:rsidRDefault="001850E1" w14:paraId="32B93EEF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Proiektu integratua:</w:t>
      </w:r>
      <w:r w:rsidRPr="001410F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</w:t>
      </w:r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>Taldeka sistemaren integrazioa diseinatu eta gauzatuko duzue</w:t>
      </w:r>
    </w:p>
    <w:p xmlns:wp14="http://schemas.microsoft.com/office/word/2010/wordml" w:rsidRPr="001410F8" w:rsidR="001850E1" w:rsidP="000F218A" w:rsidRDefault="001850E1" w14:paraId="2D4AD081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1410F8">
        <w:rPr>
          <w:rFonts w:ascii="Arial" w:hAnsi="Arial" w:eastAsia="Times New Roman" w:cs="Arial"/>
          <w:b/>
          <w:sz w:val="24"/>
          <w:szCs w:val="24"/>
          <w:lang w:val="eu-ES" w:eastAsia="eu-ES"/>
        </w:rPr>
        <w:t>Aurkezpen eta eztabaida:</w:t>
      </w:r>
      <w:r w:rsidRPr="001410F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</w:t>
      </w:r>
      <w:r w:rsidRPr="001410F8">
        <w:rPr>
          <w:rFonts w:ascii="Arial" w:hAnsi="Arial" w:eastAsia="Times New Roman" w:cs="Arial"/>
          <w:bCs/>
          <w:sz w:val="24"/>
          <w:szCs w:val="24"/>
          <w:lang w:val="eu-ES" w:eastAsia="eu-ES"/>
        </w:rPr>
        <w:t>Taldeek emaitzak azalduko dituzte</w:t>
      </w:r>
    </w:p>
    <w:p xmlns:wp14="http://schemas.microsoft.com/office/word/2010/wordml" w:rsidR="001850E1" w:rsidP="001850E1" w:rsidRDefault="001850E1" w14:paraId="60061E4C" wp14:textId="77777777">
      <w:pPr>
        <w:spacing w:after="0"/>
      </w:pPr>
    </w:p>
    <w:p xmlns:wp14="http://schemas.microsoft.com/office/word/2010/wordml" w:rsidR="001850E1" w:rsidP="000F218A" w:rsidRDefault="006B5319" w14:paraId="062B7595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29" w:id="9"/>
      <w:r>
        <w:rPr>
          <w:rFonts w:ascii="Arial" w:hAnsi="Arial" w:cs="Arial"/>
          <w:szCs w:val="24"/>
          <w:lang w:val="eu-ES"/>
        </w:rPr>
        <w:t>Jardueren Garapena</w:t>
      </w:r>
      <w:bookmarkEnd w:id="9"/>
      <w:r>
        <w:rPr>
          <w:rFonts w:ascii="Arial" w:hAnsi="Arial" w:cs="Arial"/>
          <w:szCs w:val="24"/>
          <w:lang w:val="eu-ES"/>
        </w:rPr>
        <w:t xml:space="preserve"> </w:t>
      </w:r>
    </w:p>
    <w:p xmlns:wp14="http://schemas.microsoft.com/office/word/2010/wordml" w:rsidR="001850E1" w:rsidP="000F218A" w:rsidRDefault="001850E1" w14:paraId="074739A0" wp14:textId="77777777">
      <w:pPr>
        <w:pStyle w:val="Normalaweb"/>
        <w:numPr>
          <w:ilvl w:val="0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</w:rPr>
        <w:t>1. Unitatea: Automatizazio Aurreratuaren Sarrera (2 ordu)</w:t>
      </w:r>
    </w:p>
    <w:p xmlns:wp14="http://schemas.microsoft.com/office/word/2010/wordml" w:rsidR="00031B1A" w:rsidP="00031B1A" w:rsidRDefault="00031B1A" w14:paraId="44EAFD9C" wp14:textId="77777777">
      <w:pPr>
        <w:pStyle w:val="Normalaweb"/>
        <w:spacing w:line="360" w:lineRule="auto"/>
        <w:ind w:left="720"/>
        <w:rPr>
          <w:rStyle w:val="Lodia"/>
          <w:rFonts w:ascii="Arial" w:hAnsi="Arial" w:cs="Arial"/>
        </w:rPr>
      </w:pPr>
    </w:p>
    <w:p xmlns:wp14="http://schemas.microsoft.com/office/word/2010/wordml" w:rsidRPr="006B5319" w:rsidR="001850E1" w:rsidP="000F218A" w:rsidRDefault="001850E1" w14:paraId="746AF94B" wp14:textId="77777777">
      <w:pPr>
        <w:pStyle w:val="Normalaweb"/>
        <w:numPr>
          <w:ilvl w:val="1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</w:rPr>
        <w:t>Helburuak:</w:t>
      </w:r>
    </w:p>
    <w:p xmlns:wp14="http://schemas.microsoft.com/office/word/2010/wordml" w:rsidRPr="006B5319" w:rsidR="001850E1" w:rsidP="000F218A" w:rsidRDefault="001850E1" w14:paraId="10D14B43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Industria 4.0 kontzeptuak ulertzea</w:t>
      </w:r>
    </w:p>
    <w:p xmlns:wp14="http://schemas.microsoft.com/office/word/2010/wordml" w:rsidRPr="006B5319" w:rsidR="001850E1" w:rsidP="000F218A" w:rsidRDefault="001850E1" w14:paraId="77B9429D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LCAMP </w:t>
      </w: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Learning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</w:t>
      </w: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Factory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ingurunea ezagutzea</w:t>
      </w:r>
    </w:p>
    <w:p xmlns:wp14="http://schemas.microsoft.com/office/word/2010/wordml" w:rsidRPr="006B5319" w:rsidR="001850E1" w:rsidP="000F218A" w:rsidRDefault="001850E1" w14:paraId="31104AC4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Sensor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Box </w:t>
      </w: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workstation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-aren osagaiak identifikatzea</w:t>
      </w:r>
    </w:p>
    <w:p xmlns:wp14="http://schemas.microsoft.com/office/word/2010/wordml" w:rsidRPr="006B5319" w:rsidR="001850E1" w:rsidP="000F218A" w:rsidRDefault="001850E1" w14:paraId="6CCEB42E" wp14:textId="77777777">
      <w:pPr>
        <w:pStyle w:val="Normalaweb"/>
        <w:numPr>
          <w:ilvl w:val="1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</w:rPr>
        <w:t>Jarduerak:</w:t>
      </w:r>
    </w:p>
    <w:p xmlns:wp14="http://schemas.microsoft.com/office/word/2010/wordml" w:rsidRPr="006B5319" w:rsidR="001850E1" w:rsidP="000F218A" w:rsidRDefault="001850E1" w14:paraId="40A3FEB4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Aurkezpen teorikoa</w:t>
      </w:r>
    </w:p>
    <w:p xmlns:wp14="http://schemas.microsoft.com/office/word/2010/wordml" w:rsidRPr="006B5319" w:rsidR="001850E1" w:rsidP="000F218A" w:rsidRDefault="001850E1" w14:paraId="30309A56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Instalazioaren bisita gidatua</w:t>
      </w:r>
    </w:p>
    <w:p xmlns:wp14="http://schemas.microsoft.com/office/word/2010/wordml" w:rsidR="00BC4248" w:rsidP="000F218A" w:rsidRDefault="001850E1" w14:paraId="247E16C5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Segurtasun arauak azaltzea</w:t>
      </w:r>
    </w:p>
    <w:p xmlns:wp14="http://schemas.microsoft.com/office/word/2010/wordml" w:rsidR="00BC4248" w:rsidRDefault="00BC4248" w14:paraId="4B94D5A5" wp14:textId="77777777">
      <w:pPr>
        <w:rPr>
          <w:rFonts w:ascii="Arial" w:hAnsi="Arial" w:eastAsia="Times New Roman" w:cs="Arial"/>
          <w:sz w:val="24"/>
          <w:szCs w:val="24"/>
          <w:lang w:val="eu-ES" w:eastAsia="eu-ES"/>
        </w:rPr>
      </w:pPr>
      <w:r>
        <w:rPr>
          <w:rFonts w:ascii="Arial" w:hAnsi="Arial" w:eastAsia="Times New Roman" w:cs="Arial"/>
          <w:sz w:val="24"/>
          <w:szCs w:val="24"/>
          <w:lang w:val="eu-ES" w:eastAsia="eu-ES"/>
        </w:rPr>
        <w:br w:type="page"/>
      </w:r>
    </w:p>
    <w:p xmlns:wp14="http://schemas.microsoft.com/office/word/2010/wordml" w:rsidR="001850E1" w:rsidP="000F218A" w:rsidRDefault="001850E1" w14:paraId="5D50DA10" wp14:textId="77777777">
      <w:pPr>
        <w:pStyle w:val="Normalaweb"/>
        <w:numPr>
          <w:ilvl w:val="0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</w:rPr>
        <w:t>2. Unitatea: Siemens S7-1500 PLC Programazioa (8 ordu)</w:t>
      </w:r>
    </w:p>
    <w:p xmlns:wp14="http://schemas.microsoft.com/office/word/2010/wordml" w:rsidRPr="006B5319" w:rsidR="00873731" w:rsidP="00873731" w:rsidRDefault="00873731" w14:paraId="3DEEC669" wp14:textId="77777777">
      <w:pPr>
        <w:pStyle w:val="Normalaweb"/>
        <w:spacing w:line="360" w:lineRule="auto"/>
        <w:ind w:left="720"/>
        <w:rPr>
          <w:rStyle w:val="Lodia"/>
          <w:rFonts w:ascii="Arial" w:hAnsi="Arial" w:cs="Arial"/>
        </w:rPr>
      </w:pPr>
    </w:p>
    <w:p xmlns:wp14="http://schemas.microsoft.com/office/word/2010/wordml" w:rsidRPr="006B5319" w:rsidR="001850E1" w:rsidP="000F218A" w:rsidRDefault="001850E1" w14:paraId="4FEEA397" wp14:textId="77777777">
      <w:pPr>
        <w:pStyle w:val="Normalaweb"/>
        <w:numPr>
          <w:ilvl w:val="1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</w:rPr>
        <w:t>Helburuak:</w:t>
      </w:r>
    </w:p>
    <w:p xmlns:wp14="http://schemas.microsoft.com/office/word/2010/wordml" w:rsidRPr="006B5319" w:rsidR="001850E1" w:rsidP="000F218A" w:rsidRDefault="001850E1" w14:paraId="7F61C8C7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TIA Portal softwarea erabiltzea</w:t>
      </w:r>
    </w:p>
    <w:p xmlns:wp14="http://schemas.microsoft.com/office/word/2010/wordml" w:rsidRPr="006B5319" w:rsidR="001850E1" w:rsidP="000F218A" w:rsidRDefault="001850E1" w14:paraId="59759DEB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Kontrol logikoak programatzea</w:t>
      </w:r>
    </w:p>
    <w:p xmlns:wp14="http://schemas.microsoft.com/office/word/2010/wordml" w:rsidRPr="006B5319" w:rsidR="001850E1" w:rsidP="000F218A" w:rsidRDefault="001850E1" w14:paraId="460453A1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Input/Output seinaleen tratamendua</w:t>
      </w:r>
    </w:p>
    <w:p xmlns:wp14="http://schemas.microsoft.com/office/word/2010/wordml" w:rsidRPr="006B5319" w:rsidR="001850E1" w:rsidP="000F218A" w:rsidRDefault="001850E1" w14:paraId="17EAD68E" wp14:textId="77777777">
      <w:pPr>
        <w:pStyle w:val="Normalaweb"/>
        <w:numPr>
          <w:ilvl w:val="1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</w:rPr>
        <w:t>Jarduerak:</w:t>
      </w:r>
    </w:p>
    <w:p xmlns:wp14="http://schemas.microsoft.com/office/word/2010/wordml" w:rsidRPr="006B5319" w:rsidR="001850E1" w:rsidP="000F218A" w:rsidRDefault="001850E1" w14:paraId="542BC3FE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TIA Portal konfigurazioa</w:t>
      </w:r>
    </w:p>
    <w:p xmlns:wp14="http://schemas.microsoft.com/office/word/2010/wordml" w:rsidRPr="006B5319" w:rsidR="001850E1" w:rsidP="000F218A" w:rsidRDefault="001850E1" w14:paraId="4FA354D8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Oinarrizko sekuentzien programazioa</w:t>
      </w:r>
    </w:p>
    <w:p xmlns:wp14="http://schemas.microsoft.com/office/word/2010/wordml" w:rsidRPr="006B5319" w:rsidR="001850E1" w:rsidP="000F218A" w:rsidRDefault="001850E1" w14:paraId="2CD6E089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Festo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maketarekin integrazioa</w:t>
      </w:r>
    </w:p>
    <w:p xmlns:wp14="http://schemas.microsoft.com/office/word/2010/wordml" w:rsidRPr="006B5319" w:rsidR="001850E1" w:rsidP="000F218A" w:rsidRDefault="001850E1" w14:paraId="0736B38C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Proba eta </w:t>
      </w: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debugging</w:t>
      </w:r>
      <w:proofErr w:type="spellEnd"/>
    </w:p>
    <w:p xmlns:wp14="http://schemas.microsoft.com/office/word/2010/wordml" w:rsidR="001850E1" w:rsidP="000F218A" w:rsidRDefault="001850E1" w14:paraId="28DB682B" wp14:textId="77777777">
      <w:pPr>
        <w:pStyle w:val="Normalaweb"/>
        <w:numPr>
          <w:ilvl w:val="0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</w:rPr>
        <w:t>3. Unitatea: UR5 Robota Programazioa (6 ordu)</w:t>
      </w:r>
    </w:p>
    <w:p xmlns:wp14="http://schemas.microsoft.com/office/word/2010/wordml" w:rsidRPr="006B5319" w:rsidR="001850E1" w:rsidP="000F218A" w:rsidRDefault="001850E1" w14:paraId="65EAACCC" wp14:textId="77777777">
      <w:pPr>
        <w:pStyle w:val="Normalaweb"/>
        <w:numPr>
          <w:ilvl w:val="1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</w:rPr>
        <w:t>Helburuak:</w:t>
      </w:r>
    </w:p>
    <w:p xmlns:wp14="http://schemas.microsoft.com/office/word/2010/wordml" w:rsidRPr="006B5319" w:rsidR="001850E1" w:rsidP="000F218A" w:rsidRDefault="001850E1" w14:paraId="1797133D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UR robotaren oinarrizko mugimenduak</w:t>
      </w:r>
    </w:p>
    <w:p xmlns:wp14="http://schemas.microsoft.com/office/word/2010/wordml" w:rsidRPr="006B5319" w:rsidR="001850E1" w:rsidP="000F218A" w:rsidRDefault="001850E1" w14:paraId="79BFB1E5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Pick &amp; </w:t>
      </w: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place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jarduerak programatzea</w:t>
      </w:r>
    </w:p>
    <w:p xmlns:wp14="http://schemas.microsoft.com/office/word/2010/wordml" w:rsidRPr="006B5319" w:rsidR="001850E1" w:rsidP="000F218A" w:rsidRDefault="001850E1" w14:paraId="507229B1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Segurtasun konfigurazioa</w:t>
      </w:r>
    </w:p>
    <w:p xmlns:wp14="http://schemas.microsoft.com/office/word/2010/wordml" w:rsidRPr="006B5319" w:rsidR="001850E1" w:rsidP="000F218A" w:rsidRDefault="001850E1" w14:paraId="40F0C5A5" wp14:textId="77777777">
      <w:pPr>
        <w:pStyle w:val="Normalaweb"/>
        <w:numPr>
          <w:ilvl w:val="1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  <w:bCs w:val="0"/>
        </w:rPr>
        <w:t>Jarduerak:</w:t>
      </w:r>
    </w:p>
    <w:p xmlns:wp14="http://schemas.microsoft.com/office/word/2010/wordml" w:rsidRPr="006B5319" w:rsidR="001850E1" w:rsidP="000F218A" w:rsidRDefault="001850E1" w14:paraId="428AA014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Teach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</w:t>
      </w: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pendant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erabilera</w:t>
      </w:r>
    </w:p>
    <w:p xmlns:wp14="http://schemas.microsoft.com/office/word/2010/wordml" w:rsidRPr="006B5319" w:rsidR="001850E1" w:rsidP="000F218A" w:rsidRDefault="001850E1" w14:paraId="7AB4A3C0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Waypoint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-ak eta </w:t>
      </w: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trajektoriak</w:t>
      </w:r>
      <w:proofErr w:type="spellEnd"/>
    </w:p>
    <w:p xmlns:wp14="http://schemas.microsoft.com/office/word/2010/wordml" w:rsidRPr="006B5319" w:rsidR="001850E1" w:rsidP="000F218A" w:rsidRDefault="001850E1" w14:paraId="0CF6567D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Bloke bidezko programazioa</w:t>
      </w:r>
    </w:p>
    <w:p xmlns:wp14="http://schemas.microsoft.com/office/word/2010/wordml" w:rsidR="00BC4248" w:rsidP="000F218A" w:rsidRDefault="001850E1" w14:paraId="5F305755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Kolaborazio moduaren konfigurazioa</w:t>
      </w:r>
    </w:p>
    <w:p xmlns:wp14="http://schemas.microsoft.com/office/word/2010/wordml" w:rsidR="00BC4248" w:rsidRDefault="00BC4248" w14:paraId="3656B9AB" wp14:textId="77777777">
      <w:pPr>
        <w:rPr>
          <w:rFonts w:ascii="Arial" w:hAnsi="Arial" w:eastAsia="Times New Roman" w:cs="Arial"/>
          <w:sz w:val="24"/>
          <w:szCs w:val="24"/>
          <w:lang w:val="eu-ES" w:eastAsia="eu-ES"/>
        </w:rPr>
      </w:pPr>
      <w:r>
        <w:rPr>
          <w:rFonts w:ascii="Arial" w:hAnsi="Arial" w:eastAsia="Times New Roman" w:cs="Arial"/>
          <w:sz w:val="24"/>
          <w:szCs w:val="24"/>
          <w:lang w:val="eu-ES" w:eastAsia="eu-ES"/>
        </w:rPr>
        <w:br w:type="page"/>
      </w:r>
    </w:p>
    <w:p xmlns:wp14="http://schemas.microsoft.com/office/word/2010/wordml" w:rsidRPr="006B5319" w:rsidR="001850E1" w:rsidP="000F218A" w:rsidRDefault="001850E1" w14:paraId="14182B58" wp14:textId="77777777">
      <w:pPr>
        <w:pStyle w:val="Normalaweb"/>
        <w:numPr>
          <w:ilvl w:val="0"/>
          <w:numId w:val="8"/>
        </w:numPr>
        <w:spacing w:line="360" w:lineRule="auto"/>
        <w:rPr>
          <w:rStyle w:val="Lodia"/>
          <w:rFonts w:ascii="Arial" w:hAnsi="Arial" w:cs="Arial"/>
        </w:rPr>
      </w:pPr>
      <w:r w:rsidRPr="006B5319">
        <w:rPr>
          <w:rStyle w:val="Lodia"/>
          <w:rFonts w:ascii="Arial" w:hAnsi="Arial" w:cs="Arial"/>
        </w:rPr>
        <w:t xml:space="preserve">4. Unitatea: </w:t>
      </w:r>
      <w:proofErr w:type="spellStart"/>
      <w:r w:rsidRPr="006B5319">
        <w:rPr>
          <w:rStyle w:val="Lodia"/>
          <w:rFonts w:ascii="Arial" w:hAnsi="Arial" w:cs="Arial"/>
        </w:rPr>
        <w:t>Cognex</w:t>
      </w:r>
      <w:proofErr w:type="spellEnd"/>
      <w:r w:rsidRPr="006B5319">
        <w:rPr>
          <w:rStyle w:val="Lodia"/>
          <w:rFonts w:ascii="Arial" w:hAnsi="Arial" w:cs="Arial"/>
        </w:rPr>
        <w:t xml:space="preserve"> Ikusmen Sistema (6 ordu)</w:t>
      </w:r>
    </w:p>
    <w:p xmlns:wp14="http://schemas.microsoft.com/office/word/2010/wordml" w:rsidRPr="006B5319" w:rsidR="001850E1" w:rsidP="000F218A" w:rsidRDefault="001850E1" w14:paraId="244FF8B2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Helburuak:</w:t>
      </w:r>
    </w:p>
    <w:p xmlns:wp14="http://schemas.microsoft.com/office/word/2010/wordml" w:rsidRPr="006B5319" w:rsidR="001850E1" w:rsidP="000F218A" w:rsidRDefault="001850E1" w14:paraId="56C4A6C3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In-</w:t>
      </w: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Sight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softwarea erabiltzea</w:t>
      </w:r>
    </w:p>
    <w:p xmlns:wp14="http://schemas.microsoft.com/office/word/2010/wordml" w:rsidRPr="006B5319" w:rsidR="001850E1" w:rsidP="000F218A" w:rsidRDefault="001850E1" w14:paraId="3ED31DC7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Objektuen detekzioa konfiguratzea</w:t>
      </w:r>
    </w:p>
    <w:p xmlns:wp14="http://schemas.microsoft.com/office/word/2010/wordml" w:rsidR="001850E1" w:rsidP="000F218A" w:rsidRDefault="001850E1" w14:paraId="4D30B6F1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Kalitate kontrola aplikatzea</w:t>
      </w:r>
    </w:p>
    <w:p xmlns:wp14="http://schemas.microsoft.com/office/word/2010/wordml" w:rsidRPr="006B5319" w:rsidR="00031B1A" w:rsidP="00031B1A" w:rsidRDefault="00031B1A" w14:paraId="45FB0818" wp14:textId="77777777">
      <w:pPr>
        <w:pStyle w:val="Zerrenda-paragrafoa"/>
        <w:spacing w:before="100" w:beforeAutospacing="1" w:after="100" w:afterAutospacing="1" w:line="360" w:lineRule="auto"/>
        <w:ind w:left="216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Pr="006B5319" w:rsidR="001850E1" w:rsidP="000F218A" w:rsidRDefault="001850E1" w14:paraId="4FA01F0F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b/>
          <w:sz w:val="24"/>
          <w:szCs w:val="24"/>
          <w:lang w:val="eu-ES" w:eastAsia="eu-ES"/>
        </w:rPr>
        <w:t>Jarduerak:</w:t>
      </w:r>
    </w:p>
    <w:p xmlns:wp14="http://schemas.microsoft.com/office/word/2010/wordml" w:rsidRPr="006B5319" w:rsidR="001850E1" w:rsidP="000F218A" w:rsidRDefault="001850E1" w14:paraId="42F3419F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Kameraren instalazioa eta kalibrazioa</w:t>
      </w:r>
    </w:p>
    <w:p xmlns:wp14="http://schemas.microsoft.com/office/word/2010/wordml" w:rsidRPr="006B5319" w:rsidR="001850E1" w:rsidP="000F218A" w:rsidRDefault="001850E1" w14:paraId="744BA253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Pattern </w:t>
      </w: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matching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konfigurazioa</w:t>
      </w:r>
    </w:p>
    <w:p xmlns:wp14="http://schemas.microsoft.com/office/word/2010/wordml" w:rsidRPr="006B5319" w:rsidR="001850E1" w:rsidP="000F218A" w:rsidRDefault="001850E1" w14:paraId="2B12F144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OCR aplikazioak</w:t>
      </w:r>
    </w:p>
    <w:p xmlns:wp14="http://schemas.microsoft.com/office/word/2010/wordml" w:rsidR="001850E1" w:rsidP="000F218A" w:rsidRDefault="001850E1" w14:paraId="109E0800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Emaitzen PLC-ra bidaltzea</w:t>
      </w:r>
    </w:p>
    <w:p xmlns:wp14="http://schemas.microsoft.com/office/word/2010/wordml" w:rsidRPr="006B5319" w:rsidR="006B5319" w:rsidP="006B5319" w:rsidRDefault="006B5319" w14:paraId="049F31CB" wp14:textId="77777777">
      <w:pPr>
        <w:pStyle w:val="Zerrenda-paragrafoa"/>
        <w:spacing w:before="100" w:beforeAutospacing="1" w:after="100" w:afterAutospacing="1" w:line="360" w:lineRule="auto"/>
        <w:ind w:left="216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="001850E1" w:rsidP="000F218A" w:rsidRDefault="001850E1" w14:paraId="0E5BB765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5. Unitatea: </w:t>
      </w:r>
      <w:proofErr w:type="spellStart"/>
      <w:r w:rsidRPr="006B5319">
        <w:rPr>
          <w:rFonts w:ascii="Arial" w:hAnsi="Arial" w:eastAsia="Times New Roman" w:cs="Arial"/>
          <w:b/>
          <w:sz w:val="24"/>
          <w:szCs w:val="24"/>
          <w:lang w:val="eu-ES" w:eastAsia="eu-ES"/>
        </w:rPr>
        <w:t>MiR</w:t>
      </w:r>
      <w:proofErr w:type="spellEnd"/>
      <w:r w:rsidRPr="006B5319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Robot Mugikorra (6 ordu)</w:t>
      </w:r>
    </w:p>
    <w:p xmlns:wp14="http://schemas.microsoft.com/office/word/2010/wordml" w:rsidRPr="006B5319" w:rsidR="006B5319" w:rsidP="006B5319" w:rsidRDefault="006B5319" w14:paraId="53128261" wp14:textId="77777777">
      <w:pPr>
        <w:pStyle w:val="Zerrenda-paragrafoa"/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</w:p>
    <w:p xmlns:wp14="http://schemas.microsoft.com/office/word/2010/wordml" w:rsidRPr="006B5319" w:rsidR="001850E1" w:rsidP="000F218A" w:rsidRDefault="001850E1" w14:paraId="10BCC6B2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b/>
          <w:sz w:val="24"/>
          <w:szCs w:val="24"/>
          <w:lang w:val="eu-ES" w:eastAsia="eu-ES"/>
        </w:rPr>
        <w:t>Helburuak:</w:t>
      </w:r>
    </w:p>
    <w:p xmlns:wp14="http://schemas.microsoft.com/office/word/2010/wordml" w:rsidRPr="006B5319" w:rsidR="001850E1" w:rsidP="000F218A" w:rsidRDefault="001850E1" w14:paraId="1552AB96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MiR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robotaren nabigazioa</w:t>
      </w:r>
    </w:p>
    <w:p xmlns:wp14="http://schemas.microsoft.com/office/word/2010/wordml" w:rsidRPr="006B5319" w:rsidR="001850E1" w:rsidP="000F218A" w:rsidRDefault="001850E1" w14:paraId="456840D1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Misioen programazioa</w:t>
      </w:r>
    </w:p>
    <w:p xmlns:wp14="http://schemas.microsoft.com/office/word/2010/wordml" w:rsidR="001850E1" w:rsidP="000F218A" w:rsidRDefault="001850E1" w14:paraId="52CA04CD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Karga/deskarga automatikoa</w:t>
      </w:r>
    </w:p>
    <w:p xmlns:wp14="http://schemas.microsoft.com/office/word/2010/wordml" w:rsidRPr="006B5319" w:rsidR="00031B1A" w:rsidP="00031B1A" w:rsidRDefault="00031B1A" w14:paraId="62486C05" wp14:textId="77777777">
      <w:pPr>
        <w:pStyle w:val="Zerrenda-paragrafoa"/>
        <w:spacing w:before="100" w:beforeAutospacing="1" w:after="100" w:afterAutospacing="1" w:line="360" w:lineRule="auto"/>
        <w:ind w:left="216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Pr="006B5319" w:rsidR="001850E1" w:rsidP="000F218A" w:rsidRDefault="001850E1" w14:paraId="0AECED06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Jarduerak:</w:t>
      </w:r>
    </w:p>
    <w:p xmlns:wp14="http://schemas.microsoft.com/office/word/2010/wordml" w:rsidRPr="006B5319" w:rsidR="001850E1" w:rsidP="000F218A" w:rsidRDefault="001850E1" w14:paraId="0E8BEE79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Maparen sorrera</w:t>
      </w:r>
    </w:p>
    <w:p xmlns:wp14="http://schemas.microsoft.com/office/word/2010/wordml" w:rsidRPr="006B5319" w:rsidR="001850E1" w:rsidP="000F218A" w:rsidRDefault="001850E1" w14:paraId="3184FFA3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Waypoint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eta misioen konfigurazioa</w:t>
      </w:r>
    </w:p>
    <w:p xmlns:wp14="http://schemas.microsoft.com/office/word/2010/wordml" w:rsidRPr="006B5319" w:rsidR="001850E1" w:rsidP="000F218A" w:rsidRDefault="001850E1" w14:paraId="544F4378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Fleet</w:t>
      </w:r>
      <w:proofErr w:type="spellEnd"/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Manager erabilera</w:t>
      </w:r>
    </w:p>
    <w:p xmlns:wp14="http://schemas.microsoft.com/office/word/2010/wordml" w:rsidR="001850E1" w:rsidP="000F218A" w:rsidRDefault="001850E1" w14:paraId="36686668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sz w:val="24"/>
          <w:szCs w:val="24"/>
          <w:lang w:val="eu-ES" w:eastAsia="eu-ES"/>
        </w:rPr>
        <w:t>Segurtasun sentsore eta funtzionalitateak</w:t>
      </w:r>
    </w:p>
    <w:p xmlns:wp14="http://schemas.microsoft.com/office/word/2010/wordml" w:rsidRPr="006B5319" w:rsidR="006B5319" w:rsidP="006B5319" w:rsidRDefault="006B5319" w14:paraId="4101652C" wp14:textId="77777777">
      <w:pPr>
        <w:pStyle w:val="Zerrenda-paragrafoa"/>
        <w:spacing w:before="100" w:beforeAutospacing="1" w:after="100" w:afterAutospacing="1" w:line="360" w:lineRule="auto"/>
        <w:ind w:left="216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="001850E1" w:rsidP="000F218A" w:rsidRDefault="001850E1" w14:paraId="151915A3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  <w:r w:rsidRPr="006B5319">
        <w:rPr>
          <w:rFonts w:ascii="Arial" w:hAnsi="Arial" w:eastAsia="Times New Roman" w:cs="Arial"/>
          <w:b/>
          <w:sz w:val="24"/>
          <w:szCs w:val="24"/>
          <w:lang w:val="eu-ES" w:eastAsia="eu-ES"/>
        </w:rPr>
        <w:t>6. Unitatea: Sistema Integratua (8 ordu)</w:t>
      </w:r>
    </w:p>
    <w:p xmlns:wp14="http://schemas.microsoft.com/office/word/2010/wordml" w:rsidRPr="006B5319" w:rsidR="00031B1A" w:rsidP="00031B1A" w:rsidRDefault="00031B1A" w14:paraId="4B99056E" wp14:textId="77777777">
      <w:pPr>
        <w:pStyle w:val="Zerrenda-paragrafoa"/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</w:p>
    <w:p xmlns:wp14="http://schemas.microsoft.com/office/word/2010/wordml" w:rsidRPr="00031B1A" w:rsidR="001850E1" w:rsidP="000F218A" w:rsidRDefault="001850E1" w14:paraId="4B1E8D8B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Helburuak:</w:t>
      </w:r>
    </w:p>
    <w:p xmlns:wp14="http://schemas.microsoft.com/office/word/2010/wordml" w:rsidRPr="00031B1A" w:rsidR="001850E1" w:rsidP="000F218A" w:rsidRDefault="001850E1" w14:paraId="47A1BB79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Osagai guztien komunikazioa</w:t>
      </w:r>
    </w:p>
    <w:p xmlns:wp14="http://schemas.microsoft.com/office/word/2010/wordml" w:rsidRPr="00031B1A" w:rsidR="001850E1" w:rsidP="000F218A" w:rsidRDefault="001850E1" w14:paraId="44CE495E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Sekuentzia integratu baten garapena</w:t>
      </w:r>
    </w:p>
    <w:p xmlns:wp14="http://schemas.microsoft.com/office/word/2010/wordml" w:rsidR="001850E1" w:rsidP="000F218A" w:rsidRDefault="001850E1" w14:paraId="29EEBCBA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Proba eta optimizazioa</w:t>
      </w:r>
    </w:p>
    <w:p xmlns:wp14="http://schemas.microsoft.com/office/word/2010/wordml" w:rsidRPr="00031B1A" w:rsidR="00031B1A" w:rsidP="00031B1A" w:rsidRDefault="00031B1A" w14:paraId="1299C43A" wp14:textId="77777777">
      <w:pPr>
        <w:pStyle w:val="Zerrenda-paragrafoa"/>
        <w:spacing w:before="100" w:beforeAutospacing="1" w:after="100" w:afterAutospacing="1" w:line="360" w:lineRule="auto"/>
        <w:ind w:left="216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Pr="00031B1A" w:rsidR="001850E1" w:rsidP="000F218A" w:rsidRDefault="001850E1" w14:paraId="29900619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>Jarduerak:</w:t>
      </w:r>
    </w:p>
    <w:p xmlns:wp14="http://schemas.microsoft.com/office/word/2010/wordml" w:rsidRPr="00031B1A" w:rsidR="001850E1" w:rsidP="000F218A" w:rsidRDefault="001850E1" w14:paraId="6AD9438A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Komunikazio protokoloen konfigurazioa</w:t>
      </w:r>
    </w:p>
    <w:p xmlns:wp14="http://schemas.microsoft.com/office/word/2010/wordml" w:rsidRPr="00031B1A" w:rsidR="001850E1" w:rsidP="000F218A" w:rsidRDefault="001850E1" w14:paraId="4668197D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Elkarreragina programatzea</w:t>
      </w:r>
    </w:p>
    <w:p xmlns:wp14="http://schemas.microsoft.com/office/word/2010/wordml" w:rsidRPr="00031B1A" w:rsidR="001850E1" w:rsidP="000F218A" w:rsidRDefault="001850E1" w14:paraId="3C1BB517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Proba integratuak</w:t>
      </w:r>
    </w:p>
    <w:p xmlns:wp14="http://schemas.microsoft.com/office/word/2010/wordml" w:rsidR="001850E1" w:rsidP="000F218A" w:rsidRDefault="001850E1" w14:paraId="3DDDB7EB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Erroreen diagnostikoa</w:t>
      </w:r>
    </w:p>
    <w:p xmlns:wp14="http://schemas.microsoft.com/office/word/2010/wordml" w:rsidRPr="00031B1A" w:rsidR="00031B1A" w:rsidP="00031B1A" w:rsidRDefault="00031B1A" w14:paraId="4DDBEF00" wp14:textId="77777777">
      <w:pPr>
        <w:pStyle w:val="Zerrenda-paragrafoa"/>
        <w:spacing w:before="100" w:beforeAutospacing="1" w:after="100" w:afterAutospacing="1" w:line="360" w:lineRule="auto"/>
        <w:ind w:left="216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Pr="00031B1A" w:rsidR="001850E1" w:rsidP="000F218A" w:rsidRDefault="001850E1" w14:paraId="45FFBA99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lang w:val="es-ES"/>
        </w:rPr>
      </w:pPr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7. Unitatea: Digital </w:t>
      </w:r>
      <w:proofErr w:type="spellStart"/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>Twin</w:t>
      </w:r>
      <w:proofErr w:type="spellEnd"/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eta </w:t>
      </w:r>
      <w:proofErr w:type="spellStart"/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>Simumatik</w:t>
      </w:r>
      <w:proofErr w:type="spellEnd"/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(4 ordu)</w:t>
      </w:r>
    </w:p>
    <w:p xmlns:wp14="http://schemas.microsoft.com/office/word/2010/wordml" w:rsidRPr="001850E1" w:rsidR="00031B1A" w:rsidP="00031B1A" w:rsidRDefault="00031B1A" w14:paraId="3461D779" wp14:textId="77777777">
      <w:pPr>
        <w:pStyle w:val="Zerrenda-paragrafoa"/>
        <w:spacing w:before="100" w:beforeAutospacing="1" w:after="100" w:afterAutospacing="1" w:line="360" w:lineRule="auto"/>
        <w:rPr>
          <w:lang w:val="es-ES"/>
        </w:rPr>
      </w:pPr>
    </w:p>
    <w:p xmlns:wp14="http://schemas.microsoft.com/office/word/2010/wordml" w:rsidRPr="00031B1A" w:rsidR="001850E1" w:rsidP="000F218A" w:rsidRDefault="001850E1" w14:paraId="788AE88A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Helburuak:</w:t>
      </w:r>
    </w:p>
    <w:p xmlns:wp14="http://schemas.microsoft.com/office/word/2010/wordml" w:rsidRPr="00031B1A" w:rsidR="001850E1" w:rsidP="000F218A" w:rsidRDefault="001850E1" w14:paraId="7B329D63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Simulazio birtuala erabiltzea</w:t>
      </w:r>
    </w:p>
    <w:p xmlns:wp14="http://schemas.microsoft.com/office/word/2010/wordml" w:rsidRPr="00031B1A" w:rsidR="001850E1" w:rsidP="000F218A" w:rsidRDefault="001850E1" w14:paraId="178482D4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Aurreprobak</w:t>
      </w:r>
      <w:proofErr w:type="spellEnd"/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egitea</w:t>
      </w:r>
    </w:p>
    <w:p xmlns:wp14="http://schemas.microsoft.com/office/word/2010/wordml" w:rsidR="001850E1" w:rsidP="000F218A" w:rsidRDefault="001850E1" w14:paraId="3BECCC91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Optimizazioa simulazio bidez</w:t>
      </w:r>
    </w:p>
    <w:p xmlns:wp14="http://schemas.microsoft.com/office/word/2010/wordml" w:rsidRPr="00031B1A" w:rsidR="00031B1A" w:rsidP="00031B1A" w:rsidRDefault="00031B1A" w14:paraId="3CF2D8B6" wp14:textId="77777777">
      <w:pPr>
        <w:pStyle w:val="Zerrenda-paragrafoa"/>
        <w:spacing w:before="100" w:beforeAutospacing="1" w:after="100" w:afterAutospacing="1" w:line="360" w:lineRule="auto"/>
        <w:ind w:left="216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Pr="00031B1A" w:rsidR="001850E1" w:rsidP="000F218A" w:rsidRDefault="001850E1" w14:paraId="6CA18DCA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>Jarduerak:</w:t>
      </w:r>
    </w:p>
    <w:p xmlns:wp14="http://schemas.microsoft.com/office/word/2010/wordml" w:rsidRPr="00031B1A" w:rsidR="001850E1" w:rsidP="000F218A" w:rsidRDefault="001850E1" w14:paraId="71970568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Simumatik</w:t>
      </w:r>
      <w:proofErr w:type="spellEnd"/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ingurunearen ezagutza</w:t>
      </w:r>
    </w:p>
    <w:p xmlns:wp14="http://schemas.microsoft.com/office/word/2010/wordml" w:rsidRPr="00031B1A" w:rsidR="001850E1" w:rsidP="000F218A" w:rsidRDefault="001850E1" w14:paraId="3561589C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Sistema birtualaren erabilera</w:t>
      </w:r>
    </w:p>
    <w:p xmlns:wp14="http://schemas.microsoft.com/office/word/2010/wordml" w:rsidR="001850E1" w:rsidP="000F218A" w:rsidRDefault="001850E1" w14:paraId="1D5294A6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sz w:val="24"/>
          <w:szCs w:val="24"/>
          <w:lang w:val="eu-ES" w:eastAsia="eu-ES"/>
        </w:rPr>
        <w:t>Simulazio eta errealitatearen konparaketa</w:t>
      </w:r>
    </w:p>
    <w:p xmlns:wp14="http://schemas.microsoft.com/office/word/2010/wordml" w:rsidRPr="00031B1A" w:rsidR="00031B1A" w:rsidP="00031B1A" w:rsidRDefault="00031B1A" w14:paraId="0FB78278" wp14:textId="77777777">
      <w:pPr>
        <w:pStyle w:val="Zerrenda-paragrafoa"/>
        <w:spacing w:before="100" w:beforeAutospacing="1" w:after="100" w:afterAutospacing="1" w:line="360" w:lineRule="auto"/>
        <w:ind w:left="2160"/>
        <w:rPr>
          <w:rFonts w:ascii="Arial" w:hAnsi="Arial" w:eastAsia="Times New Roman" w:cs="Arial"/>
          <w:sz w:val="24"/>
          <w:szCs w:val="24"/>
          <w:lang w:val="eu-ES" w:eastAsia="eu-ES"/>
        </w:rPr>
      </w:pPr>
    </w:p>
    <w:p xmlns:wp14="http://schemas.microsoft.com/office/word/2010/wordml" w:rsidR="001850E1" w:rsidP="000F218A" w:rsidRDefault="001850E1" w14:paraId="7F5A8B87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>8. Unitatea: Proiektu Aplikatua (10 ordu)</w:t>
      </w:r>
    </w:p>
    <w:p xmlns:wp14="http://schemas.microsoft.com/office/word/2010/wordml" w:rsidRPr="00031B1A" w:rsidR="00031B1A" w:rsidP="00031B1A" w:rsidRDefault="00031B1A" w14:paraId="1FC39945" wp14:textId="77777777">
      <w:pPr>
        <w:pStyle w:val="Zerrenda-paragrafoa"/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</w:p>
    <w:p xmlns:wp14="http://schemas.microsoft.com/office/word/2010/wordml" w:rsidRPr="00031B1A" w:rsidR="001850E1" w:rsidP="000F218A" w:rsidRDefault="001850E1" w14:paraId="6B02BEC5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>Helburuak:</w:t>
      </w:r>
    </w:p>
    <w:p xmlns:wp14="http://schemas.microsoft.com/office/word/2010/wordml" w:rsidRPr="00031B1A" w:rsidR="001850E1" w:rsidP="000F218A" w:rsidRDefault="001850E1" w14:paraId="670CA724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Cs/>
          <w:sz w:val="24"/>
          <w:szCs w:val="24"/>
          <w:lang w:val="eu-ES" w:eastAsia="eu-ES"/>
        </w:rPr>
        <w:t>Ikasitakoa aplikatzea proiektu batean</w:t>
      </w:r>
    </w:p>
    <w:p xmlns:wp14="http://schemas.microsoft.com/office/word/2010/wordml" w:rsidRPr="00031B1A" w:rsidR="001850E1" w:rsidP="000F218A" w:rsidRDefault="001850E1" w14:paraId="03155931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Cs/>
          <w:sz w:val="24"/>
          <w:szCs w:val="24"/>
          <w:lang w:val="eu-ES" w:eastAsia="eu-ES"/>
        </w:rPr>
        <w:t>Taldeka lan egitea</w:t>
      </w:r>
    </w:p>
    <w:p xmlns:wp14="http://schemas.microsoft.com/office/word/2010/wordml" w:rsidR="001850E1" w:rsidP="000F218A" w:rsidRDefault="001850E1" w14:paraId="30874E14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Cs/>
          <w:sz w:val="24"/>
          <w:szCs w:val="24"/>
          <w:lang w:val="eu-ES" w:eastAsia="eu-ES"/>
        </w:rPr>
        <w:t>Emaitzak aurkeztea</w:t>
      </w:r>
    </w:p>
    <w:p xmlns:wp14="http://schemas.microsoft.com/office/word/2010/wordml" w:rsidRPr="00031B1A" w:rsidR="00031B1A" w:rsidP="00031B1A" w:rsidRDefault="00031B1A" w14:paraId="0562CB0E" wp14:textId="77777777">
      <w:pPr>
        <w:pStyle w:val="Zerrenda-paragrafoa"/>
        <w:spacing w:before="100" w:beforeAutospacing="1" w:after="100" w:afterAutospacing="1" w:line="360" w:lineRule="auto"/>
        <w:ind w:left="2160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</w:p>
    <w:p xmlns:wp14="http://schemas.microsoft.com/office/word/2010/wordml" w:rsidRPr="00031B1A" w:rsidR="001850E1" w:rsidP="000F218A" w:rsidRDefault="001850E1" w14:paraId="4A1CA1F1" wp14:textId="77777777">
      <w:pPr>
        <w:pStyle w:val="Zerrenda-paragrafoa"/>
        <w:numPr>
          <w:ilvl w:val="1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/>
          <w:sz w:val="24"/>
          <w:szCs w:val="24"/>
          <w:lang w:val="eu-ES" w:eastAsia="eu-ES"/>
        </w:rPr>
        <w:t>Jarduerak:</w:t>
      </w:r>
    </w:p>
    <w:p xmlns:wp14="http://schemas.microsoft.com/office/word/2010/wordml" w:rsidRPr="00031B1A" w:rsidR="001850E1" w:rsidP="000F218A" w:rsidRDefault="001850E1" w14:paraId="56D6A559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Cs/>
          <w:sz w:val="24"/>
          <w:szCs w:val="24"/>
          <w:lang w:val="eu-ES" w:eastAsia="eu-ES"/>
        </w:rPr>
        <w:t>Proiektuaren planifikazioa</w:t>
      </w:r>
    </w:p>
    <w:p xmlns:wp14="http://schemas.microsoft.com/office/word/2010/wordml" w:rsidRPr="00031B1A" w:rsidR="001850E1" w:rsidP="000F218A" w:rsidRDefault="001850E1" w14:paraId="4E1680C4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Cs/>
          <w:sz w:val="24"/>
          <w:szCs w:val="24"/>
          <w:lang w:val="eu-ES" w:eastAsia="eu-ES"/>
        </w:rPr>
        <w:t>Muntaketa eta integrazioa</w:t>
      </w:r>
    </w:p>
    <w:p xmlns:wp14="http://schemas.microsoft.com/office/word/2010/wordml" w:rsidRPr="00031B1A" w:rsidR="001850E1" w:rsidP="000F218A" w:rsidRDefault="001850E1" w14:paraId="0538769F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Cs/>
          <w:sz w:val="24"/>
          <w:szCs w:val="24"/>
          <w:lang w:val="eu-ES" w:eastAsia="eu-ES"/>
        </w:rPr>
        <w:t>Probak eta finkatze lanak</w:t>
      </w:r>
    </w:p>
    <w:p xmlns:wp14="http://schemas.microsoft.com/office/word/2010/wordml" w:rsidRPr="00031B1A" w:rsidR="001850E1" w:rsidP="000F218A" w:rsidRDefault="001850E1" w14:paraId="293E3735" wp14:textId="77777777">
      <w:pPr>
        <w:pStyle w:val="Zerrenda-paragrafoa"/>
        <w:numPr>
          <w:ilvl w:val="2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031B1A">
        <w:rPr>
          <w:rFonts w:ascii="Arial" w:hAnsi="Arial" w:eastAsia="Times New Roman" w:cs="Arial"/>
          <w:bCs/>
          <w:sz w:val="24"/>
          <w:szCs w:val="24"/>
          <w:lang w:val="eu-ES" w:eastAsia="eu-ES"/>
        </w:rPr>
        <w:t>Aurkezpena eta ebaluazioa</w:t>
      </w:r>
    </w:p>
    <w:p xmlns:wp14="http://schemas.microsoft.com/office/word/2010/wordml" w:rsidRPr="00873731" w:rsidR="001850E1" w:rsidP="000F218A" w:rsidRDefault="001850E1" w14:paraId="5CD6898A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30" w:id="10"/>
      <w:r w:rsidRPr="00873731">
        <w:rPr>
          <w:rFonts w:ascii="Arial" w:hAnsi="Arial" w:cs="Arial"/>
          <w:szCs w:val="24"/>
          <w:lang w:val="eu-ES"/>
        </w:rPr>
        <w:t>Ebaluazioa</w:t>
      </w:r>
      <w:bookmarkEnd w:id="10"/>
    </w:p>
    <w:p xmlns:wp14="http://schemas.microsoft.com/office/word/2010/wordml" w:rsidRPr="00873731" w:rsidR="001850E1" w:rsidP="00873731" w:rsidRDefault="001850E1" w14:paraId="2AEF0AE0" wp14:textId="77777777">
      <w:p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873731">
        <w:rPr>
          <w:rFonts w:ascii="Arial" w:hAnsi="Arial" w:eastAsia="Times New Roman" w:cs="Arial"/>
          <w:sz w:val="24"/>
          <w:szCs w:val="24"/>
          <w:lang w:val="eu-ES" w:eastAsia="eu-ES"/>
        </w:rPr>
        <w:t>Ebaluazio jarraia eta formatiboa izango da, ikaslearen ikaskuntza prozesua hobetzeko helburuarekin.</w:t>
      </w:r>
    </w:p>
    <w:p xmlns:wp14="http://schemas.microsoft.com/office/word/2010/wordml" w:rsidR="001850E1" w:rsidP="00873731" w:rsidRDefault="001850E1" w14:paraId="7219A907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31" w:id="11"/>
      <w:r w:rsidRPr="00873731">
        <w:rPr>
          <w:rFonts w:ascii="Arial" w:hAnsi="Arial" w:cs="Arial"/>
          <w:szCs w:val="24"/>
          <w:lang w:val="eu-ES"/>
        </w:rPr>
        <w:t>Ebaluazio Irizpideak:</w:t>
      </w:r>
      <w:bookmarkEnd w:id="11"/>
    </w:p>
    <w:p xmlns:wp14="http://schemas.microsoft.com/office/word/2010/wordml" w:rsidRPr="00873731" w:rsidR="00873731" w:rsidP="00873731" w:rsidRDefault="00873731" w14:paraId="34CE0A41" wp14:textId="77777777">
      <w:pPr>
        <w:rPr>
          <w:lang w:val="eu-ES"/>
        </w:rPr>
      </w:pPr>
    </w:p>
    <w:tbl>
      <w:tblPr>
        <w:tblStyle w:val="5sareta-taulailuna-1enfasia"/>
        <w:tblW w:w="0" w:type="auto"/>
        <w:jc w:val="center"/>
        <w:tblLook w:val="04A0" w:firstRow="1" w:lastRow="0" w:firstColumn="1" w:lastColumn="0" w:noHBand="0" w:noVBand="1"/>
      </w:tblPr>
      <w:tblGrid>
        <w:gridCol w:w="2256"/>
        <w:gridCol w:w="5998"/>
        <w:gridCol w:w="857"/>
      </w:tblGrid>
      <w:tr xmlns:wp14="http://schemas.microsoft.com/office/word/2010/wordml" w:rsidRPr="00873731" w:rsidR="001850E1" w:rsidTr="00BC4248" w14:paraId="1015532B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873731" w:rsidR="001850E1" w:rsidP="00873731" w:rsidRDefault="001850E1" w14:paraId="0F510780" wp14:textId="77777777">
            <w:pPr>
              <w:spacing w:before="100" w:beforeAutospacing="1" w:after="100" w:afterAutospacing="1" w:line="360" w:lineRule="auto"/>
              <w:jc w:val="center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  <w:t>Arloa</w:t>
            </w:r>
          </w:p>
        </w:tc>
        <w:tc>
          <w:tcPr>
            <w:tcW w:w="0" w:type="auto"/>
            <w:hideMark/>
          </w:tcPr>
          <w:p w:rsidRPr="00873731" w:rsidR="001850E1" w:rsidP="00873731" w:rsidRDefault="001850E1" w14:paraId="602842D8" wp14:textId="77777777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  <w:t>Adierazleak</w:t>
            </w:r>
          </w:p>
        </w:tc>
        <w:tc>
          <w:tcPr>
            <w:tcW w:w="0" w:type="auto"/>
            <w:hideMark/>
          </w:tcPr>
          <w:p w:rsidRPr="00873731" w:rsidR="001850E1" w:rsidP="00873731" w:rsidRDefault="001850E1" w14:paraId="48F4A5F5" wp14:textId="77777777">
            <w:pPr>
              <w:spacing w:before="100" w:beforeAutospacing="1" w:after="100" w:afterAutospacing="1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  <w:t>Pisua</w:t>
            </w:r>
          </w:p>
        </w:tc>
      </w:tr>
      <w:tr xmlns:wp14="http://schemas.microsoft.com/office/word/2010/wordml" w:rsidRPr="00873731" w:rsidR="001850E1" w:rsidTr="00BC4248" w14:paraId="50FCC1C1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873731" w:rsidR="001850E1" w:rsidP="00873731" w:rsidRDefault="001850E1" w14:paraId="16223098" wp14:textId="77777777">
            <w:pPr>
              <w:spacing w:before="100" w:beforeAutospacing="1" w:after="100" w:afterAutospacing="1" w:line="360" w:lineRule="auto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bCs w:val="0"/>
                <w:sz w:val="24"/>
                <w:szCs w:val="24"/>
                <w:lang w:val="eu-ES" w:eastAsia="eu-ES"/>
              </w:rPr>
              <w:t>Ezagutza teknikoa</w:t>
            </w:r>
          </w:p>
        </w:tc>
        <w:tc>
          <w:tcPr>
            <w:tcW w:w="0" w:type="auto"/>
            <w:hideMark/>
          </w:tcPr>
          <w:p w:rsidRPr="00873731" w:rsidR="001850E1" w:rsidP="00873731" w:rsidRDefault="001850E1" w14:paraId="6E33B067" wp14:textId="77777777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  <w:t>Sistemaren konfigurazioa eta programazioa zuzen egitea</w:t>
            </w:r>
          </w:p>
        </w:tc>
        <w:tc>
          <w:tcPr>
            <w:tcW w:w="0" w:type="auto"/>
            <w:vAlign w:val="center"/>
            <w:hideMark/>
          </w:tcPr>
          <w:p w:rsidRPr="00873731" w:rsidR="001850E1" w:rsidP="00873731" w:rsidRDefault="001850E1" w14:paraId="498DFBC8" wp14:textId="77777777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b/>
                <w:sz w:val="24"/>
                <w:szCs w:val="24"/>
                <w:lang w:val="eu-ES" w:eastAsia="eu-ES"/>
              </w:rPr>
              <w:t>30%</w:t>
            </w:r>
          </w:p>
        </w:tc>
      </w:tr>
      <w:tr xmlns:wp14="http://schemas.microsoft.com/office/word/2010/wordml" w:rsidRPr="00873731" w:rsidR="001850E1" w:rsidTr="00BC4248" w14:paraId="4FA325F2" wp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873731" w:rsidR="001850E1" w:rsidP="00873731" w:rsidRDefault="001850E1" w14:paraId="3274DC6A" wp14:textId="77777777">
            <w:pPr>
              <w:spacing w:before="100" w:beforeAutospacing="1" w:after="100" w:afterAutospacing="1" w:line="360" w:lineRule="auto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bCs w:val="0"/>
                <w:sz w:val="24"/>
                <w:szCs w:val="24"/>
                <w:lang w:val="eu-ES" w:eastAsia="eu-ES"/>
              </w:rPr>
              <w:t>Aplikazioa</w:t>
            </w:r>
          </w:p>
        </w:tc>
        <w:tc>
          <w:tcPr>
            <w:tcW w:w="0" w:type="auto"/>
            <w:hideMark/>
          </w:tcPr>
          <w:p w:rsidRPr="00873731" w:rsidR="001850E1" w:rsidP="00873731" w:rsidRDefault="001850E1" w14:paraId="4B0B7BA3" wp14:textId="77777777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  <w:t>Sistemaren integrazioa eta proiektuaren emaitzak</w:t>
            </w:r>
          </w:p>
        </w:tc>
        <w:tc>
          <w:tcPr>
            <w:tcW w:w="0" w:type="auto"/>
            <w:vAlign w:val="center"/>
            <w:hideMark/>
          </w:tcPr>
          <w:p w:rsidRPr="00873731" w:rsidR="001850E1" w:rsidP="00873731" w:rsidRDefault="001850E1" w14:paraId="263416A3" wp14:textId="77777777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b/>
                <w:sz w:val="24"/>
                <w:szCs w:val="24"/>
                <w:lang w:val="eu-ES" w:eastAsia="eu-ES"/>
              </w:rPr>
              <w:t>40%</w:t>
            </w:r>
          </w:p>
        </w:tc>
      </w:tr>
      <w:tr xmlns:wp14="http://schemas.microsoft.com/office/word/2010/wordml" w:rsidRPr="00873731" w:rsidR="001850E1" w:rsidTr="00BC4248" w14:paraId="65797CE9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873731" w:rsidR="001850E1" w:rsidP="00873731" w:rsidRDefault="001850E1" w14:paraId="714F91A4" wp14:textId="77777777">
            <w:pPr>
              <w:spacing w:before="100" w:beforeAutospacing="1" w:after="100" w:afterAutospacing="1" w:line="360" w:lineRule="auto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bCs w:val="0"/>
                <w:sz w:val="24"/>
                <w:szCs w:val="24"/>
                <w:lang w:val="eu-ES" w:eastAsia="eu-ES"/>
              </w:rPr>
              <w:t>Dokumentazioa</w:t>
            </w:r>
          </w:p>
        </w:tc>
        <w:tc>
          <w:tcPr>
            <w:tcW w:w="0" w:type="auto"/>
            <w:hideMark/>
          </w:tcPr>
          <w:p w:rsidRPr="00873731" w:rsidR="001850E1" w:rsidP="00873731" w:rsidRDefault="001850E1" w14:paraId="6FBF5C4E" wp14:textId="77777777">
            <w:pPr>
              <w:spacing w:before="100" w:beforeAutospacing="1" w:after="100" w:afterAutospacing="1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  <w:t>Txosten teknikoa, argazkiak, funtzionamenduaren azalpena</w:t>
            </w:r>
          </w:p>
        </w:tc>
        <w:tc>
          <w:tcPr>
            <w:tcW w:w="0" w:type="auto"/>
            <w:vAlign w:val="center"/>
            <w:hideMark/>
          </w:tcPr>
          <w:p w:rsidRPr="00873731" w:rsidR="001850E1" w:rsidP="00873731" w:rsidRDefault="001850E1" w14:paraId="17DCED26" wp14:textId="77777777">
            <w:pPr>
              <w:spacing w:before="100" w:beforeAutospacing="1" w:after="100" w:afterAutospacing="1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b/>
                <w:sz w:val="24"/>
                <w:szCs w:val="24"/>
                <w:lang w:val="eu-ES" w:eastAsia="eu-ES"/>
              </w:rPr>
              <w:t>20%</w:t>
            </w:r>
          </w:p>
        </w:tc>
      </w:tr>
      <w:tr xmlns:wp14="http://schemas.microsoft.com/office/word/2010/wordml" w:rsidRPr="00873731" w:rsidR="001850E1" w:rsidTr="00BC4248" w14:paraId="442890A2" wp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:rsidRPr="00873731" w:rsidR="001850E1" w:rsidP="00873731" w:rsidRDefault="001850E1" w14:paraId="3FC27BF8" wp14:textId="77777777">
            <w:pPr>
              <w:spacing w:before="100" w:beforeAutospacing="1" w:after="100" w:afterAutospacing="1" w:line="360" w:lineRule="auto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bCs w:val="0"/>
                <w:sz w:val="24"/>
                <w:szCs w:val="24"/>
                <w:lang w:val="eu-ES" w:eastAsia="eu-ES"/>
              </w:rPr>
              <w:t>Jarrera</w:t>
            </w:r>
          </w:p>
        </w:tc>
        <w:tc>
          <w:tcPr>
            <w:tcW w:w="0" w:type="auto"/>
            <w:hideMark/>
          </w:tcPr>
          <w:p w:rsidRPr="00873731" w:rsidR="001850E1" w:rsidP="00873731" w:rsidRDefault="001850E1" w14:paraId="1CF8DBCD" wp14:textId="77777777">
            <w:pPr>
              <w:spacing w:before="100" w:beforeAutospacing="1" w:after="100" w:afterAutospacing="1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sz w:val="24"/>
                <w:szCs w:val="24"/>
                <w:lang w:val="eu-ES" w:eastAsia="eu-ES"/>
              </w:rPr>
              <w:t>Segurtasuna, lankidetza, ekimena, ordena</w:t>
            </w:r>
          </w:p>
        </w:tc>
        <w:tc>
          <w:tcPr>
            <w:tcW w:w="0" w:type="auto"/>
            <w:vAlign w:val="center"/>
            <w:hideMark/>
          </w:tcPr>
          <w:p w:rsidRPr="00873731" w:rsidR="001850E1" w:rsidP="00873731" w:rsidRDefault="001850E1" w14:paraId="434B6B21" wp14:textId="77777777">
            <w:pPr>
              <w:spacing w:before="100" w:beforeAutospacing="1" w:after="100" w:afterAutospacing="1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eastAsia="Times New Roman" w:cs="Arial"/>
                <w:b/>
                <w:sz w:val="24"/>
                <w:szCs w:val="24"/>
                <w:lang w:val="eu-ES" w:eastAsia="eu-ES"/>
              </w:rPr>
            </w:pPr>
            <w:r w:rsidRPr="00873731">
              <w:rPr>
                <w:rFonts w:ascii="Arial" w:hAnsi="Arial" w:eastAsia="Times New Roman" w:cs="Arial"/>
                <w:b/>
                <w:sz w:val="24"/>
                <w:szCs w:val="24"/>
                <w:lang w:val="eu-ES" w:eastAsia="eu-ES"/>
              </w:rPr>
              <w:t>10%</w:t>
            </w:r>
          </w:p>
        </w:tc>
      </w:tr>
    </w:tbl>
    <w:p xmlns:wp14="http://schemas.microsoft.com/office/word/2010/wordml" w:rsidRPr="00873731" w:rsidR="001850E1" w:rsidP="00873731" w:rsidRDefault="001850E1" w14:paraId="0B12F967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32" w:id="12"/>
      <w:r w:rsidRPr="00873731">
        <w:rPr>
          <w:rFonts w:ascii="Arial" w:hAnsi="Arial" w:cs="Arial"/>
          <w:szCs w:val="24"/>
          <w:lang w:val="eu-ES"/>
        </w:rPr>
        <w:t>Ebaluazio Tresnak:</w:t>
      </w:r>
      <w:bookmarkEnd w:id="12"/>
    </w:p>
    <w:p xmlns:wp14="http://schemas.microsoft.com/office/word/2010/wordml" w:rsidRPr="009C5AF5" w:rsidR="001850E1" w:rsidP="000F218A" w:rsidRDefault="001850E1" w14:paraId="6B3E02E4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Praktika gidatuak:</w:t>
      </w:r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Jarduerak egitean behaketa zuzena</w:t>
      </w:r>
    </w:p>
    <w:p xmlns:wp14="http://schemas.microsoft.com/office/word/2010/wordml" w:rsidRPr="009C5AF5" w:rsidR="001850E1" w:rsidP="000F218A" w:rsidRDefault="001850E1" w14:paraId="6A0FD922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Proiektu integratua:</w:t>
      </w:r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Azken proiektuaren ebaluazioa</w:t>
      </w:r>
    </w:p>
    <w:p xmlns:wp14="http://schemas.microsoft.com/office/word/2010/wordml" w:rsidRPr="009C5AF5" w:rsidR="001850E1" w:rsidP="000F218A" w:rsidRDefault="001850E1" w14:paraId="4DB3CE39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Txosten teknikoa:</w:t>
      </w:r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Idatzizko dokumentazioa</w:t>
      </w:r>
    </w:p>
    <w:p xmlns:wp14="http://schemas.microsoft.com/office/word/2010/wordml" w:rsidRPr="009C5AF5" w:rsidR="001850E1" w:rsidP="000F218A" w:rsidRDefault="001850E1" w14:paraId="22094A05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Aurkezpen ahozko:</w:t>
      </w:r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Taldearen aurkezpena</w:t>
      </w:r>
    </w:p>
    <w:p xmlns:wp14="http://schemas.microsoft.com/office/word/2010/wordml" w:rsidRPr="009C5AF5" w:rsidR="001850E1" w:rsidP="000F218A" w:rsidRDefault="001850E1" w14:paraId="307A7B67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Autoebaluazioa:</w:t>
      </w:r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Ikaslearen hausnarketa</w:t>
      </w:r>
    </w:p>
    <w:p xmlns:wp14="http://schemas.microsoft.com/office/word/2010/wordml" w:rsidRPr="00E76665" w:rsidR="001850E1" w:rsidP="000F218A" w:rsidRDefault="00E76665" w14:paraId="53588180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r>
        <w:rPr>
          <w:rFonts w:ascii="Arial" w:hAnsi="Arial" w:cs="Arial"/>
          <w:szCs w:val="24"/>
          <w:lang w:val="eu-ES"/>
        </w:rPr>
        <w:t xml:space="preserve"> </w:t>
      </w:r>
      <w:bookmarkStart w:name="_Toc202769033" w:id="13"/>
      <w:r w:rsidRPr="009C5AF5" w:rsidR="001850E1">
        <w:rPr>
          <w:rFonts w:ascii="Arial" w:hAnsi="Arial" w:cs="Arial"/>
          <w:szCs w:val="24"/>
          <w:lang w:val="eu-ES"/>
        </w:rPr>
        <w:t>Materialak eta Baliabideak</w:t>
      </w:r>
      <w:bookmarkEnd w:id="13"/>
    </w:p>
    <w:p xmlns:wp14="http://schemas.microsoft.com/office/word/2010/wordml" w:rsidRPr="009C5AF5" w:rsidR="001850E1" w:rsidP="009C5AF5" w:rsidRDefault="001850E1" w14:paraId="63EF35BB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34" w:id="14"/>
      <w:r w:rsidRPr="009C5AF5">
        <w:rPr>
          <w:rFonts w:ascii="Arial" w:hAnsi="Arial" w:cs="Arial"/>
          <w:szCs w:val="24"/>
          <w:lang w:val="eu-ES"/>
        </w:rPr>
        <w:t>Hardware:</w:t>
      </w:r>
      <w:bookmarkEnd w:id="14"/>
    </w:p>
    <w:p xmlns:wp14="http://schemas.microsoft.com/office/word/2010/wordml" w:rsidRPr="009C5AF5" w:rsidR="001850E1" w:rsidP="000F218A" w:rsidRDefault="001850E1" w14:paraId="4A0608D7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b/>
          <w:sz w:val="24"/>
          <w:szCs w:val="24"/>
          <w:lang w:val="eu-ES" w:eastAsia="eu-ES"/>
        </w:rPr>
        <w:t>UR5 robota</w:t>
      </w:r>
      <w:r w:rsidRPr="009C5AF5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</w:t>
      </w:r>
      <w:r w:rsidRPr="009C5AF5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eta </w:t>
      </w:r>
      <w:proofErr w:type="spellStart"/>
      <w:r w:rsidRPr="009C5AF5">
        <w:rPr>
          <w:rFonts w:ascii="Arial" w:hAnsi="Arial" w:eastAsia="Times New Roman" w:cs="Arial"/>
          <w:bCs/>
          <w:sz w:val="24"/>
          <w:szCs w:val="24"/>
          <w:lang w:val="eu-ES" w:eastAsia="eu-ES"/>
        </w:rPr>
        <w:t>teach</w:t>
      </w:r>
      <w:proofErr w:type="spellEnd"/>
      <w:r w:rsidRPr="009C5AF5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</w:t>
      </w:r>
      <w:proofErr w:type="spellStart"/>
      <w:r w:rsidRPr="009C5AF5">
        <w:rPr>
          <w:rFonts w:ascii="Arial" w:hAnsi="Arial" w:eastAsia="Times New Roman" w:cs="Arial"/>
          <w:bCs/>
          <w:sz w:val="24"/>
          <w:szCs w:val="24"/>
          <w:lang w:val="eu-ES" w:eastAsia="eu-ES"/>
        </w:rPr>
        <w:t>pendant</w:t>
      </w:r>
      <w:proofErr w:type="spellEnd"/>
    </w:p>
    <w:p xmlns:wp14="http://schemas.microsoft.com/office/word/2010/wordml" w:rsidRPr="009C5AF5" w:rsidR="001850E1" w:rsidP="000F218A" w:rsidRDefault="001850E1" w14:paraId="5BCF3F23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b/>
          <w:sz w:val="24"/>
          <w:szCs w:val="24"/>
          <w:lang w:val="eu-ES" w:eastAsia="eu-ES"/>
        </w:rPr>
        <w:t>MiR100</w:t>
      </w:r>
      <w:r w:rsidRPr="009C5AF5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robot mugikorra</w:t>
      </w:r>
    </w:p>
    <w:p xmlns:wp14="http://schemas.microsoft.com/office/word/2010/wordml" w:rsidRPr="009C5AF5" w:rsidR="001850E1" w:rsidP="000F218A" w:rsidRDefault="001850E1" w14:paraId="6A95BCC2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proofErr w:type="spellStart"/>
      <w:r w:rsidRPr="009C5AF5">
        <w:rPr>
          <w:rFonts w:ascii="Arial" w:hAnsi="Arial" w:eastAsia="Times New Roman" w:cs="Arial"/>
          <w:b/>
          <w:sz w:val="24"/>
          <w:szCs w:val="24"/>
          <w:lang w:val="eu-ES" w:eastAsia="eu-ES"/>
        </w:rPr>
        <w:t>Cognex</w:t>
      </w:r>
      <w:proofErr w:type="spellEnd"/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In-</w:t>
      </w:r>
      <w:proofErr w:type="spellStart"/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>Sight</w:t>
      </w:r>
      <w:proofErr w:type="spellEnd"/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kamera</w:t>
      </w:r>
      <w:r w:rsidRPr="009C5AF5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eta argiztapen sistema</w:t>
      </w:r>
    </w:p>
    <w:p xmlns:wp14="http://schemas.microsoft.com/office/word/2010/wordml" w:rsidRPr="009C5AF5" w:rsidR="001850E1" w:rsidP="000F218A" w:rsidRDefault="001850E1" w14:paraId="7C92635D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proofErr w:type="spellStart"/>
      <w:r w:rsidRPr="009C5AF5">
        <w:rPr>
          <w:rFonts w:ascii="Arial" w:hAnsi="Arial" w:eastAsia="Times New Roman" w:cs="Arial"/>
          <w:b/>
          <w:sz w:val="24"/>
          <w:szCs w:val="24"/>
          <w:lang w:val="eu-ES" w:eastAsia="eu-ES"/>
        </w:rPr>
        <w:t>Festo</w:t>
      </w:r>
      <w:proofErr w:type="spellEnd"/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maketa:</w:t>
      </w:r>
      <w:r w:rsidRPr="009C5AF5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paletak, zinta garraiatzailea, balbulak pneumatikoak</w:t>
      </w:r>
    </w:p>
    <w:p xmlns:wp14="http://schemas.microsoft.com/office/word/2010/wordml" w:rsidRPr="009C5AF5" w:rsidR="001850E1" w:rsidP="000F218A" w:rsidRDefault="001850E1" w14:paraId="310EADCB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b/>
          <w:sz w:val="24"/>
          <w:szCs w:val="24"/>
          <w:lang w:val="eu-ES" w:eastAsia="eu-ES"/>
        </w:rPr>
        <w:t>Siemens S7-1500 PLC</w:t>
      </w:r>
      <w:r w:rsidRPr="009C5AF5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eta Input/Output moduluak</w:t>
      </w:r>
    </w:p>
    <w:p xmlns:wp14="http://schemas.microsoft.com/office/word/2010/wordml" w:rsidRPr="009C5AF5" w:rsidR="001850E1" w:rsidP="000F218A" w:rsidRDefault="001850E1" w14:paraId="680B38D4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 xml:space="preserve">Ethernet </w:t>
      </w:r>
      <w:proofErr w:type="spellStart"/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>switch</w:t>
      </w:r>
      <w:proofErr w:type="spellEnd"/>
      <w:r w:rsidRPr="009C5AF5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eta komunikazio osagaiak</w:t>
      </w:r>
    </w:p>
    <w:p xmlns:wp14="http://schemas.microsoft.com/office/word/2010/wordml" w:rsidRPr="009C5AF5" w:rsidR="001850E1" w:rsidP="000F218A" w:rsidRDefault="001850E1" w14:paraId="5479CF9A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9C5AF5">
        <w:rPr>
          <w:rFonts w:ascii="Arial" w:hAnsi="Arial" w:eastAsia="Times New Roman" w:cs="Arial"/>
          <w:sz w:val="24"/>
          <w:szCs w:val="24"/>
          <w:lang w:val="eu-ES" w:eastAsia="eu-ES"/>
        </w:rPr>
        <w:t>PC eta programazio softwarea</w:t>
      </w:r>
    </w:p>
    <w:p xmlns:wp14="http://schemas.microsoft.com/office/word/2010/wordml" w:rsidRPr="009C5AF5" w:rsidR="001850E1" w:rsidP="009C5AF5" w:rsidRDefault="001850E1" w14:paraId="5B05594F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35" w:id="15"/>
      <w:r w:rsidRPr="009C5AF5">
        <w:rPr>
          <w:rFonts w:ascii="Arial" w:hAnsi="Arial" w:cs="Arial"/>
          <w:szCs w:val="24"/>
          <w:lang w:val="eu-ES"/>
        </w:rPr>
        <w:t>Software:</w:t>
      </w:r>
      <w:bookmarkEnd w:id="15"/>
    </w:p>
    <w:p xmlns:wp14="http://schemas.microsoft.com/office/word/2010/wordml" w:rsidRPr="00DA739E" w:rsidR="001850E1" w:rsidP="000F218A" w:rsidRDefault="001850E1" w14:paraId="2399D5F4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  <w:proofErr w:type="spellStart"/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URCaps</w:t>
      </w:r>
      <w:proofErr w:type="spellEnd"/>
      <w:r w:rsidRPr="00DA739E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</w:t>
      </w:r>
      <w:r w:rsidRPr="00DA739E">
        <w:rPr>
          <w:rFonts w:ascii="Arial" w:hAnsi="Arial" w:eastAsia="Times New Roman" w:cs="Arial"/>
          <w:sz w:val="24"/>
          <w:szCs w:val="24"/>
          <w:lang w:val="eu-ES" w:eastAsia="eu-ES"/>
        </w:rPr>
        <w:t>(UR robotaren programaziorako)</w:t>
      </w:r>
    </w:p>
    <w:p xmlns:wp14="http://schemas.microsoft.com/office/word/2010/wordml" w:rsidRPr="00DA739E" w:rsidR="001850E1" w:rsidP="000F218A" w:rsidRDefault="001850E1" w14:paraId="4E4CFF72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Cognex</w:t>
      </w:r>
      <w:proofErr w:type="spellEnd"/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In-</w:t>
      </w:r>
      <w:proofErr w:type="spellStart"/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Sight</w:t>
      </w:r>
      <w:proofErr w:type="spellEnd"/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Explorer</w:t>
      </w:r>
      <w:r w:rsidRPr="00DA739E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</w:t>
      </w:r>
      <w:r w:rsidRPr="00DA739E">
        <w:rPr>
          <w:rFonts w:ascii="Arial" w:hAnsi="Arial" w:eastAsia="Times New Roman" w:cs="Arial"/>
          <w:sz w:val="24"/>
          <w:szCs w:val="24"/>
          <w:lang w:val="eu-ES" w:eastAsia="eu-ES"/>
        </w:rPr>
        <w:t>(ikusmen sistemarako)</w:t>
      </w:r>
    </w:p>
    <w:p xmlns:wp14="http://schemas.microsoft.com/office/word/2010/wordml" w:rsidRPr="00DA739E" w:rsidR="001850E1" w:rsidP="000F218A" w:rsidRDefault="001850E1" w14:paraId="4B0416C3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/>
          <w:sz w:val="24"/>
          <w:szCs w:val="24"/>
          <w:lang w:val="eu-ES" w:eastAsia="eu-ES"/>
        </w:rPr>
      </w:pPr>
      <w:proofErr w:type="spellStart"/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MiR</w:t>
      </w:r>
      <w:proofErr w:type="spellEnd"/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 </w:t>
      </w:r>
      <w:proofErr w:type="spellStart"/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Fleet</w:t>
      </w:r>
      <w:proofErr w:type="spellEnd"/>
      <w:r w:rsidRPr="00DA739E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</w:t>
      </w:r>
      <w:r w:rsidRPr="00DA739E">
        <w:rPr>
          <w:rFonts w:ascii="Arial" w:hAnsi="Arial" w:eastAsia="Times New Roman" w:cs="Arial"/>
          <w:sz w:val="24"/>
          <w:szCs w:val="24"/>
          <w:lang w:val="eu-ES" w:eastAsia="eu-ES"/>
        </w:rPr>
        <w:t>(</w:t>
      </w:r>
      <w:proofErr w:type="spellStart"/>
      <w:r w:rsidRPr="00DA739E">
        <w:rPr>
          <w:rFonts w:ascii="Arial" w:hAnsi="Arial" w:eastAsia="Times New Roman" w:cs="Arial"/>
          <w:sz w:val="24"/>
          <w:szCs w:val="24"/>
          <w:lang w:val="eu-ES" w:eastAsia="eu-ES"/>
        </w:rPr>
        <w:t>MiR</w:t>
      </w:r>
      <w:proofErr w:type="spellEnd"/>
      <w:r w:rsidRPr="00DA739E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robotaren kudeaketarako)</w:t>
      </w:r>
    </w:p>
    <w:p xmlns:wp14="http://schemas.microsoft.com/office/word/2010/wordml" w:rsidRPr="00DA739E" w:rsidR="001850E1" w:rsidP="000F218A" w:rsidRDefault="001850E1" w14:paraId="751087DA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Siemens TIA Portal</w:t>
      </w:r>
      <w:r w:rsidRPr="00DA739E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</w:t>
      </w:r>
      <w:r w:rsidRPr="00DA739E">
        <w:rPr>
          <w:rFonts w:ascii="Arial" w:hAnsi="Arial" w:eastAsia="Times New Roman" w:cs="Arial"/>
          <w:sz w:val="24"/>
          <w:szCs w:val="24"/>
          <w:lang w:val="eu-ES" w:eastAsia="eu-ES"/>
        </w:rPr>
        <w:t>(PLC programaziorako)</w:t>
      </w:r>
    </w:p>
    <w:p xmlns:wp14="http://schemas.microsoft.com/office/word/2010/wordml" w:rsidRPr="00DA739E" w:rsidR="001850E1" w:rsidP="000F218A" w:rsidRDefault="001850E1" w14:paraId="7AA66611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proofErr w:type="spellStart"/>
      <w:r w:rsidRPr="00DA739E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Simumatik</w:t>
      </w:r>
      <w:proofErr w:type="spellEnd"/>
      <w:r w:rsidRPr="00DA739E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</w:t>
      </w:r>
      <w:r w:rsidRPr="00DA739E">
        <w:rPr>
          <w:rFonts w:ascii="Arial" w:hAnsi="Arial" w:eastAsia="Times New Roman" w:cs="Arial"/>
          <w:sz w:val="24"/>
          <w:szCs w:val="24"/>
          <w:lang w:val="eu-ES" w:eastAsia="eu-ES"/>
        </w:rPr>
        <w:t xml:space="preserve">(digital </w:t>
      </w:r>
      <w:proofErr w:type="spellStart"/>
      <w:r w:rsidRPr="00DA739E">
        <w:rPr>
          <w:rFonts w:ascii="Arial" w:hAnsi="Arial" w:eastAsia="Times New Roman" w:cs="Arial"/>
          <w:sz w:val="24"/>
          <w:szCs w:val="24"/>
          <w:lang w:val="eu-ES" w:eastAsia="eu-ES"/>
        </w:rPr>
        <w:t>twin</w:t>
      </w:r>
      <w:proofErr w:type="spellEnd"/>
      <w:r w:rsidRPr="00DA739E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simulaziorako)</w:t>
      </w:r>
    </w:p>
    <w:p xmlns:wp14="http://schemas.microsoft.com/office/word/2010/wordml" w:rsidR="001850E1" w:rsidP="000F218A" w:rsidRDefault="001850E1" w14:paraId="1C8E73D6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36" w:id="16"/>
      <w:r w:rsidRPr="00E76665">
        <w:rPr>
          <w:rFonts w:ascii="Arial" w:hAnsi="Arial" w:cs="Arial"/>
          <w:szCs w:val="24"/>
          <w:lang w:val="eu-ES"/>
        </w:rPr>
        <w:t>Denbora Antolamendua</w:t>
      </w:r>
      <w:bookmarkEnd w:id="16"/>
    </w:p>
    <w:p xmlns:wp14="http://schemas.microsoft.com/office/word/2010/wordml" w:rsidRPr="00E76665" w:rsidR="00E76665" w:rsidP="00E76665" w:rsidRDefault="00E76665" w14:paraId="62EBF3C5" wp14:textId="77777777">
      <w:pPr>
        <w:rPr>
          <w:lang w:val="eu-ES"/>
        </w:rPr>
      </w:pPr>
    </w:p>
    <w:tbl>
      <w:tblPr>
        <w:tblStyle w:val="4sareta-taula-1enfasia"/>
        <w:tblW w:w="0" w:type="auto"/>
        <w:jc w:val="center"/>
        <w:tblLook w:val="04A0" w:firstRow="1" w:lastRow="0" w:firstColumn="1" w:lastColumn="0" w:noHBand="0" w:noVBand="1"/>
      </w:tblPr>
      <w:tblGrid>
        <w:gridCol w:w="1097"/>
        <w:gridCol w:w="5754"/>
      </w:tblGrid>
      <w:tr xmlns:wp14="http://schemas.microsoft.com/office/word/2010/wordml" w:rsidR="001850E1" w:rsidTr="00BC4248" w14:paraId="7832FD39" wp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BC4248" w:rsidR="001850E1" w:rsidRDefault="001850E1" w14:paraId="06B268B5" wp14:textId="77777777">
            <w:pPr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proofErr w:type="spellStart"/>
            <w:r w:rsidRPr="00BC4248">
              <w:rPr>
                <w:rFonts w:ascii="Arial" w:hAnsi="Arial" w:cs="Arial"/>
                <w:bCs w:val="0"/>
                <w:sz w:val="24"/>
                <w:szCs w:val="24"/>
              </w:rPr>
              <w:t>Astea</w:t>
            </w:r>
            <w:proofErr w:type="spellEnd"/>
          </w:p>
        </w:tc>
        <w:tc>
          <w:tcPr>
            <w:tcW w:w="0" w:type="auto"/>
            <w:hideMark/>
          </w:tcPr>
          <w:p w:rsidRPr="00BC4248" w:rsidR="001850E1" w:rsidRDefault="001850E1" w14:paraId="204ECFAE" wp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24"/>
                <w:szCs w:val="24"/>
              </w:rPr>
            </w:pPr>
            <w:proofErr w:type="spellStart"/>
            <w:r w:rsidRPr="00BC4248">
              <w:rPr>
                <w:rFonts w:ascii="Arial" w:hAnsi="Arial" w:cs="Arial"/>
                <w:bCs w:val="0"/>
                <w:sz w:val="24"/>
                <w:szCs w:val="24"/>
              </w:rPr>
              <w:t>Jarduera</w:t>
            </w:r>
            <w:proofErr w:type="spellEnd"/>
            <w:r w:rsidRPr="00BC4248">
              <w:rPr>
                <w:rFonts w:ascii="Arial" w:hAnsi="Arial" w:cs="Arial"/>
                <w:bCs w:val="0"/>
                <w:sz w:val="24"/>
                <w:szCs w:val="24"/>
              </w:rPr>
              <w:t xml:space="preserve"> </w:t>
            </w:r>
            <w:proofErr w:type="spellStart"/>
            <w:r w:rsidRPr="00BC4248">
              <w:rPr>
                <w:rFonts w:ascii="Arial" w:hAnsi="Arial" w:cs="Arial"/>
                <w:bCs w:val="0"/>
                <w:sz w:val="24"/>
                <w:szCs w:val="24"/>
              </w:rPr>
              <w:t>Nagusiak</w:t>
            </w:r>
            <w:proofErr w:type="spellEnd"/>
          </w:p>
        </w:tc>
      </w:tr>
      <w:tr xmlns:wp14="http://schemas.microsoft.com/office/word/2010/wordml" w:rsidRPr="001850E1" w:rsidR="001850E1" w:rsidTr="00BC4248" w14:paraId="7ED48618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BC4248" w:rsidR="001850E1" w:rsidRDefault="001850E1" w14:paraId="02B28B4C" wp14:textId="7777777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BC4248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1. </w:t>
            </w:r>
            <w:proofErr w:type="spellStart"/>
            <w:r w:rsidRPr="00BC4248">
              <w:rPr>
                <w:rStyle w:val="Lodia"/>
                <w:rFonts w:ascii="Arial" w:hAnsi="Arial" w:cs="Arial"/>
                <w:b/>
                <w:sz w:val="24"/>
                <w:szCs w:val="24"/>
              </w:rPr>
              <w:t>astea</w:t>
            </w:r>
            <w:proofErr w:type="spellEnd"/>
          </w:p>
        </w:tc>
        <w:tc>
          <w:tcPr>
            <w:tcW w:w="0" w:type="auto"/>
            <w:hideMark/>
          </w:tcPr>
          <w:p w:rsidRPr="00BC4248" w:rsidR="001850E1" w:rsidRDefault="001850E1" w14:paraId="663B64FE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UR eta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Cognex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trebakuntza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oinarrizkoa</w:t>
            </w:r>
            <w:proofErr w:type="spellEnd"/>
          </w:p>
        </w:tc>
      </w:tr>
      <w:tr xmlns:wp14="http://schemas.microsoft.com/office/word/2010/wordml" w:rsidRPr="001850E1" w:rsidR="001850E1" w:rsidTr="00BC4248" w14:paraId="7A4FB91A" wp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BC4248" w:rsidR="001850E1" w:rsidRDefault="001850E1" w14:paraId="422291AF" wp14:textId="7777777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BC4248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2. </w:t>
            </w:r>
            <w:proofErr w:type="spellStart"/>
            <w:r w:rsidRPr="00BC4248">
              <w:rPr>
                <w:rStyle w:val="Lodia"/>
                <w:rFonts w:ascii="Arial" w:hAnsi="Arial" w:cs="Arial"/>
                <w:b/>
                <w:sz w:val="24"/>
                <w:szCs w:val="24"/>
              </w:rPr>
              <w:t>astea</w:t>
            </w:r>
            <w:proofErr w:type="spellEnd"/>
          </w:p>
        </w:tc>
        <w:tc>
          <w:tcPr>
            <w:tcW w:w="0" w:type="auto"/>
            <w:hideMark/>
          </w:tcPr>
          <w:p w:rsidRPr="00BC4248" w:rsidR="001850E1" w:rsidRDefault="001850E1" w14:paraId="48107643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MiR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Festo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proiektuaren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zatien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garapena</w:t>
            </w:r>
            <w:proofErr w:type="spellEnd"/>
          </w:p>
        </w:tc>
      </w:tr>
      <w:tr xmlns:wp14="http://schemas.microsoft.com/office/word/2010/wordml" w:rsidR="001850E1" w:rsidTr="00BC4248" w14:paraId="5CB00A56" wp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BC4248" w:rsidR="001850E1" w:rsidRDefault="001850E1" w14:paraId="59B27A5E" wp14:textId="7777777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BC4248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3. </w:t>
            </w:r>
            <w:proofErr w:type="spellStart"/>
            <w:r w:rsidRPr="00BC4248">
              <w:rPr>
                <w:rStyle w:val="Lodia"/>
                <w:rFonts w:ascii="Arial" w:hAnsi="Arial" w:cs="Arial"/>
                <w:b/>
                <w:sz w:val="24"/>
                <w:szCs w:val="24"/>
              </w:rPr>
              <w:t>astea</w:t>
            </w:r>
            <w:proofErr w:type="spellEnd"/>
          </w:p>
        </w:tc>
        <w:tc>
          <w:tcPr>
            <w:tcW w:w="0" w:type="auto"/>
            <w:hideMark/>
          </w:tcPr>
          <w:p w:rsidRPr="00BC4248" w:rsidR="001850E1" w:rsidRDefault="001850E1" w14:paraId="129C64AC" wp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BC4248">
              <w:rPr>
                <w:rFonts w:ascii="Arial" w:hAnsi="Arial" w:cs="Arial"/>
                <w:sz w:val="24"/>
                <w:szCs w:val="24"/>
              </w:rPr>
              <w:t>Proiektuaren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</w:rPr>
              <w:t>muntaketa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</w:rPr>
              <w:t xml:space="preserve"> eta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</w:rPr>
              <w:t>integrazioa</w:t>
            </w:r>
            <w:proofErr w:type="spellEnd"/>
          </w:p>
        </w:tc>
      </w:tr>
      <w:tr xmlns:wp14="http://schemas.microsoft.com/office/word/2010/wordml" w:rsidRPr="001850E1" w:rsidR="001850E1" w:rsidTr="00BC4248" w14:paraId="204E0B15" wp14:textId="7777777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Pr="00BC4248" w:rsidR="001850E1" w:rsidRDefault="001850E1" w14:paraId="4B773E3D" wp14:textId="77777777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r w:rsidRPr="00BC4248">
              <w:rPr>
                <w:rStyle w:val="Lodia"/>
                <w:rFonts w:ascii="Arial" w:hAnsi="Arial" w:cs="Arial"/>
                <w:b/>
                <w:sz w:val="24"/>
                <w:szCs w:val="24"/>
              </w:rPr>
              <w:t xml:space="preserve">4. </w:t>
            </w:r>
            <w:proofErr w:type="spellStart"/>
            <w:r w:rsidRPr="00BC4248">
              <w:rPr>
                <w:rStyle w:val="Lodia"/>
                <w:rFonts w:ascii="Arial" w:hAnsi="Arial" w:cs="Arial"/>
                <w:b/>
                <w:sz w:val="24"/>
                <w:szCs w:val="24"/>
              </w:rPr>
              <w:t>astea</w:t>
            </w:r>
            <w:proofErr w:type="spellEnd"/>
          </w:p>
        </w:tc>
        <w:tc>
          <w:tcPr>
            <w:tcW w:w="0" w:type="auto"/>
            <w:hideMark/>
          </w:tcPr>
          <w:p w:rsidRPr="00BC4248" w:rsidR="001850E1" w:rsidRDefault="001850E1" w14:paraId="3435DB59" wp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es-ES"/>
              </w:rPr>
            </w:pP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Probak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dokumentazioa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aurkezpena</w:t>
            </w:r>
            <w:proofErr w:type="spellEnd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 xml:space="preserve"> eta </w:t>
            </w:r>
            <w:proofErr w:type="spellStart"/>
            <w:r w:rsidRPr="00BC4248">
              <w:rPr>
                <w:rFonts w:ascii="Arial" w:hAnsi="Arial" w:cs="Arial"/>
                <w:sz w:val="24"/>
                <w:szCs w:val="24"/>
                <w:lang w:val="es-ES"/>
              </w:rPr>
              <w:t>ebaluazioa</w:t>
            </w:r>
            <w:proofErr w:type="spellEnd"/>
          </w:p>
        </w:tc>
      </w:tr>
    </w:tbl>
    <w:p xmlns:wp14="http://schemas.microsoft.com/office/word/2010/wordml" w:rsidR="001850E1" w:rsidP="001850E1" w:rsidRDefault="001850E1" w14:paraId="6D98A12B" wp14:textId="77777777"/>
    <w:p xmlns:wp14="http://schemas.microsoft.com/office/word/2010/wordml" w:rsidRPr="00BC4248" w:rsidR="001850E1" w:rsidP="000F218A" w:rsidRDefault="001850E1" w14:paraId="2CB1007C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37" w:id="17"/>
      <w:r w:rsidRPr="00BC4248">
        <w:rPr>
          <w:rFonts w:ascii="Arial" w:hAnsi="Arial" w:cs="Arial"/>
          <w:szCs w:val="24"/>
          <w:lang w:val="eu-ES"/>
        </w:rPr>
        <w:t>Segurtasun Arauak</w:t>
      </w:r>
      <w:bookmarkEnd w:id="17"/>
    </w:p>
    <w:p xmlns:wp14="http://schemas.microsoft.com/office/word/2010/wordml" w:rsidRPr="00BC4248" w:rsidR="001850E1" w:rsidP="00BC4248" w:rsidRDefault="001850E1" w14:paraId="77A12CBD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38" w:id="18"/>
      <w:r w:rsidRPr="00BC4248">
        <w:rPr>
          <w:rFonts w:ascii="Arial" w:hAnsi="Arial" w:cs="Arial"/>
          <w:szCs w:val="24"/>
          <w:lang w:val="eu-ES"/>
        </w:rPr>
        <w:t>Oinarrizko Segurtasun Neurriak:</w:t>
      </w:r>
      <w:bookmarkEnd w:id="18"/>
    </w:p>
    <w:p xmlns:wp14="http://schemas.microsoft.com/office/word/2010/wordml" w:rsidR="00BC4248" w:rsidP="000F218A" w:rsidRDefault="001850E1" w14:paraId="6FFA6A44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Segurtasun ekipamendua: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</w:t>
      </w:r>
    </w:p>
    <w:p xmlns:wp14="http://schemas.microsoft.com/office/word/2010/wordml" w:rsidRPr="00BC4248" w:rsidR="001850E1" w:rsidP="000F218A" w:rsidRDefault="001850E1" w14:paraId="465835C2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Lan gunea: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Garbi eta antolatuta mantendu</w:t>
      </w:r>
    </w:p>
    <w:p xmlns:wp14="http://schemas.microsoft.com/office/word/2010/wordml" w:rsidRPr="00BC4248" w:rsidR="001850E1" w:rsidP="000F218A" w:rsidRDefault="001850E1" w14:paraId="484FB16C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proofErr w:type="spellStart"/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Emergency</w:t>
      </w:r>
      <w:proofErr w:type="spellEnd"/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stop: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Larrialdiko gelditzeko botoiak ezagutu eta erabili</w:t>
      </w:r>
    </w:p>
    <w:p xmlns:wp14="http://schemas.microsoft.com/office/word/2010/wordml" w:rsidRPr="00BC4248" w:rsidR="001850E1" w:rsidP="000F218A" w:rsidRDefault="001850E1" w14:paraId="0CF7747C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Robot segurtasuna: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Kolaborazio modua aktibatuta mantendu</w:t>
      </w:r>
    </w:p>
    <w:p xmlns:wp14="http://schemas.microsoft.com/office/word/2010/wordml" w:rsidRPr="00BC4248" w:rsidR="001850E1" w:rsidP="000F218A" w:rsidRDefault="001850E1" w14:paraId="500887BB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Komunikazioa: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Taldean lan egitean komunikazio argia mantendu</w:t>
      </w:r>
    </w:p>
    <w:p xmlns:wp14="http://schemas.microsoft.com/office/word/2010/wordml" w:rsidRPr="00BC4248" w:rsidR="001850E1" w:rsidP="00BC4248" w:rsidRDefault="001850E1" w14:paraId="6CF798D7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39" w:id="19"/>
      <w:r w:rsidRPr="00BC4248">
        <w:rPr>
          <w:rFonts w:ascii="Arial" w:hAnsi="Arial" w:cs="Arial"/>
          <w:szCs w:val="24"/>
          <w:lang w:val="eu-ES"/>
        </w:rPr>
        <w:t xml:space="preserve">Robot </w:t>
      </w:r>
      <w:proofErr w:type="spellStart"/>
      <w:r w:rsidRPr="00BC4248">
        <w:rPr>
          <w:rFonts w:ascii="Arial" w:hAnsi="Arial" w:cs="Arial"/>
          <w:szCs w:val="24"/>
          <w:lang w:val="eu-ES"/>
        </w:rPr>
        <w:t>Kolaboratiboekin</w:t>
      </w:r>
      <w:proofErr w:type="spellEnd"/>
      <w:r w:rsidRPr="00BC4248">
        <w:rPr>
          <w:rFonts w:ascii="Arial" w:hAnsi="Arial" w:cs="Arial"/>
          <w:szCs w:val="24"/>
          <w:lang w:val="eu-ES"/>
        </w:rPr>
        <w:t xml:space="preserve"> Lan Egiteko Arauak:</w:t>
      </w:r>
      <w:bookmarkEnd w:id="19"/>
    </w:p>
    <w:p xmlns:wp14="http://schemas.microsoft.com/office/word/2010/wordml" w:rsidRPr="00BC4248" w:rsidR="001850E1" w:rsidP="000F218A" w:rsidRDefault="001850E1" w14:paraId="6ABF85DF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Azalera </w:t>
      </w:r>
      <w:proofErr w:type="spellStart"/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kolaboratiboa</w:t>
      </w:r>
      <w:proofErr w:type="spellEnd"/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Mugimendua mugatu eta kontrolatu</w:t>
      </w:r>
    </w:p>
    <w:p xmlns:wp14="http://schemas.microsoft.com/office/word/2010/wordml" w:rsidRPr="00BC4248" w:rsidR="001850E1" w:rsidP="000F218A" w:rsidRDefault="001850E1" w14:paraId="3E293472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Abiadura muga: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Kolaborazio moduan abiadura txikia mantendu</w:t>
      </w:r>
    </w:p>
    <w:p xmlns:wp14="http://schemas.microsoft.com/office/word/2010/wordml" w:rsidRPr="00BC4248" w:rsidR="001850E1" w:rsidP="000F218A" w:rsidRDefault="001850E1" w14:paraId="18FA8415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Sentsore konfigurazioa: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Segurtasun sentsoreak aktibatuta</w:t>
      </w:r>
    </w:p>
    <w:p xmlns:wp14="http://schemas.microsoft.com/office/word/2010/wordml" w:rsidRPr="00BC4248" w:rsidR="001850E1" w:rsidP="000F218A" w:rsidRDefault="001850E1" w14:paraId="42FB1F1D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Larrialdi prozedurak: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Larrialdi kasuetarako prozedurak ezagutu</w:t>
      </w:r>
    </w:p>
    <w:p xmlns:wp14="http://schemas.microsoft.com/office/word/2010/wordml" w:rsidR="001850E1" w:rsidP="001850E1" w:rsidRDefault="001850E1" w14:paraId="2946DB82" wp14:textId="77777777">
      <w:pPr>
        <w:spacing w:after="0"/>
      </w:pPr>
    </w:p>
    <w:p xmlns:wp14="http://schemas.microsoft.com/office/word/2010/wordml" w:rsidRPr="00BC4248" w:rsidR="001850E1" w:rsidP="000F218A" w:rsidRDefault="001850E1" w14:paraId="4599D81C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40" w:id="20"/>
      <w:r w:rsidRPr="00BC4248">
        <w:rPr>
          <w:rFonts w:ascii="Arial" w:hAnsi="Arial" w:cs="Arial"/>
          <w:szCs w:val="24"/>
          <w:lang w:val="eu-ES"/>
        </w:rPr>
        <w:t>Laguntza eta Baliabideak</w:t>
      </w:r>
      <w:bookmarkEnd w:id="20"/>
    </w:p>
    <w:p xmlns:wp14="http://schemas.microsoft.com/office/word/2010/wordml" w:rsidRPr="00BC4248" w:rsidR="001850E1" w:rsidP="00BC4248" w:rsidRDefault="001850E1" w14:paraId="7A6C5D63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41" w:id="21"/>
      <w:r w:rsidRPr="00BC4248">
        <w:rPr>
          <w:rFonts w:ascii="Arial" w:hAnsi="Arial" w:cs="Arial"/>
          <w:szCs w:val="24"/>
          <w:lang w:val="eu-ES"/>
        </w:rPr>
        <w:t>Irakaslearen Laguntza:</w:t>
      </w:r>
      <w:bookmarkEnd w:id="21"/>
    </w:p>
    <w:p xmlns:wp14="http://schemas.microsoft.com/office/word/2010/wordml" w:rsidRPr="00BC4248" w:rsidR="001850E1" w:rsidP="000F218A" w:rsidRDefault="001850E1" w14:paraId="3D940B3B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Tutoretza pertsonalizatua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>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Zailtasunak dituzun kasuetan</w:t>
      </w:r>
    </w:p>
    <w:p xmlns:wp14="http://schemas.microsoft.com/office/word/2010/wordml" w:rsidRPr="00BC4248" w:rsidR="001850E1" w:rsidP="000F218A" w:rsidRDefault="001850E1" w14:paraId="7EAC571E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Talde laguntza: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Taldearen arteko lankidetza sustatzea</w:t>
      </w:r>
    </w:p>
    <w:p xmlns:wp14="http://schemas.microsoft.com/office/word/2010/wordml" w:rsidRPr="00BC4248" w:rsidR="001850E1" w:rsidP="000F218A" w:rsidRDefault="001850E1" w14:paraId="112E7F3B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Dokumentazio gehigarria: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Material osagarriak eskuragarri</w:t>
      </w:r>
    </w:p>
    <w:p xmlns:wp14="http://schemas.microsoft.com/office/word/2010/wordml" w:rsidRPr="00BC4248" w:rsidR="001850E1" w:rsidP="00BC4248" w:rsidRDefault="001850E1" w14:paraId="3B2C7BC8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42" w:id="22"/>
      <w:r w:rsidRPr="00BC4248">
        <w:rPr>
          <w:rFonts w:ascii="Arial" w:hAnsi="Arial" w:cs="Arial"/>
          <w:szCs w:val="24"/>
          <w:lang w:val="eu-ES"/>
        </w:rPr>
        <w:t>Ikasle Baliabideak:</w:t>
      </w:r>
      <w:bookmarkEnd w:id="22"/>
    </w:p>
    <w:p xmlns:wp14="http://schemas.microsoft.com/office/word/2010/wordml" w:rsidRPr="00BC4248" w:rsidR="001850E1" w:rsidP="000F218A" w:rsidRDefault="001850E1" w14:paraId="419F4027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Manual teknikoak: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Osagai bakoitzerako dokumentazioa</w:t>
      </w:r>
    </w:p>
    <w:p xmlns:wp14="http://schemas.microsoft.com/office/word/2010/wordml" w:rsidRPr="00BC4248" w:rsidR="001850E1" w:rsidP="000F218A" w:rsidRDefault="001850E1" w14:paraId="53BEC95C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Bideo tutorialak: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Prozedura nagusientzat</w:t>
      </w:r>
    </w:p>
    <w:p xmlns:wp14="http://schemas.microsoft.com/office/word/2010/wordml" w:rsidRPr="00BC4248" w:rsidR="001850E1" w:rsidP="000F218A" w:rsidRDefault="001850E1" w14:paraId="13576215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FAQ dokumentua: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Maiz egiten diren galderen erantzunak</w:t>
      </w:r>
    </w:p>
    <w:p xmlns:wp14="http://schemas.microsoft.com/office/word/2010/wordml" w:rsidRPr="00BC4248" w:rsidR="001850E1" w:rsidP="000F218A" w:rsidRDefault="001850E1" w14:paraId="2923CCA0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Proiektu adibideak: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Aurretik egindako proiektu onak</w:t>
      </w:r>
    </w:p>
    <w:p xmlns:wp14="http://schemas.microsoft.com/office/word/2010/wordml" w:rsidR="001850E1" w:rsidP="001850E1" w:rsidRDefault="001850E1" w14:paraId="5997CC1D" wp14:textId="77777777">
      <w:pPr>
        <w:spacing w:after="0"/>
      </w:pPr>
    </w:p>
    <w:p xmlns:wp14="http://schemas.microsoft.com/office/word/2010/wordml" w:rsidRPr="00BC4248" w:rsidR="001850E1" w:rsidP="000F218A" w:rsidRDefault="001850E1" w14:paraId="0892E964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43" w:id="23"/>
      <w:r w:rsidRPr="00BC4248">
        <w:rPr>
          <w:rFonts w:ascii="Arial" w:hAnsi="Arial" w:cs="Arial"/>
          <w:szCs w:val="24"/>
          <w:lang w:val="eu-ES"/>
        </w:rPr>
        <w:t>Inklusioa eta Aniztasunaren Arreta</w:t>
      </w:r>
      <w:bookmarkEnd w:id="23"/>
    </w:p>
    <w:p xmlns:wp14="http://schemas.microsoft.com/office/word/2010/wordml" w:rsidRPr="00BC4248" w:rsidR="001850E1" w:rsidP="00BC4248" w:rsidRDefault="001850E1" w14:paraId="31844696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44" w:id="24"/>
      <w:r w:rsidRPr="00BC4248">
        <w:rPr>
          <w:rFonts w:ascii="Arial" w:hAnsi="Arial" w:cs="Arial"/>
          <w:szCs w:val="24"/>
          <w:lang w:val="eu-ES"/>
        </w:rPr>
        <w:t>Neurri Orokorrak:</w:t>
      </w:r>
      <w:bookmarkEnd w:id="24"/>
    </w:p>
    <w:p xmlns:wp14="http://schemas.microsoft.com/office/word/2010/wordml" w:rsidRPr="00BC4248" w:rsidR="001850E1" w:rsidP="000F218A" w:rsidRDefault="001850E1" w14:paraId="09F4A3C7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Laguntza pertsonalizatua: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Ikasle bakoitzaren beharretara egokitua</w:t>
      </w:r>
    </w:p>
    <w:p xmlns:wp14="http://schemas.microsoft.com/office/word/2010/wordml" w:rsidRPr="00BC4248" w:rsidR="001850E1" w:rsidP="000F218A" w:rsidRDefault="001850E1" w14:paraId="1B8396BD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Talde lana: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Ikaskideen arteko elkarlaguntza</w:t>
      </w:r>
    </w:p>
    <w:p xmlns:wp14="http://schemas.microsoft.com/office/word/2010/wordml" w:rsidRPr="00BC4248" w:rsidR="001850E1" w:rsidP="000F218A" w:rsidRDefault="001850E1" w14:paraId="51D716D2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Zailtasun mailak: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Jarduera ezberdinak zailtasun maila ezberdinetan</w:t>
      </w:r>
    </w:p>
    <w:p xmlns:wp14="http://schemas.microsoft.com/office/word/2010/wordml" w:rsidRPr="00BC4248" w:rsidR="001850E1" w:rsidP="000F218A" w:rsidRDefault="001850E1" w14:paraId="312C0CDB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Ikaskuntza estiloak: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Material bisualak, entzunezko azalpenak eta praktika jarduerak</w:t>
      </w:r>
    </w:p>
    <w:p xmlns:wp14="http://schemas.microsoft.com/office/word/2010/wordml" w:rsidRPr="00BC4248" w:rsidR="001850E1" w:rsidP="00BC4248" w:rsidRDefault="001850E1" w14:paraId="33406268" wp14:textId="77777777">
      <w:pPr>
        <w:pStyle w:val="1izenburua"/>
        <w:spacing w:line="360" w:lineRule="auto"/>
        <w:ind w:left="360"/>
        <w:rPr>
          <w:rFonts w:ascii="Arial" w:hAnsi="Arial" w:cs="Arial"/>
          <w:szCs w:val="24"/>
          <w:lang w:val="eu-ES"/>
        </w:rPr>
      </w:pPr>
      <w:bookmarkStart w:name="_Toc202769045" w:id="25"/>
      <w:r w:rsidRPr="00BC4248">
        <w:rPr>
          <w:rFonts w:ascii="Arial" w:hAnsi="Arial" w:cs="Arial"/>
          <w:szCs w:val="24"/>
          <w:lang w:val="eu-ES"/>
        </w:rPr>
        <w:t>Hezkuntza Premia Berezientzako Egokitzapenak:</w:t>
      </w:r>
      <w:bookmarkEnd w:id="25"/>
    </w:p>
    <w:p xmlns:wp14="http://schemas.microsoft.com/office/word/2010/wordml" w:rsidRPr="00BC4248" w:rsidR="001850E1" w:rsidP="000F218A" w:rsidRDefault="001850E1" w14:paraId="65EB53B9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Material formatua: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Letra tamaina handitzea, kolore kontraste hobetzea</w:t>
      </w:r>
    </w:p>
    <w:p xmlns:wp14="http://schemas.microsoft.com/office/word/2010/wordml" w:rsidRPr="00BC4248" w:rsidR="001850E1" w:rsidP="000F218A" w:rsidRDefault="001850E1" w14:paraId="2953520F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Denbora gehigarria: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Praktikak burutzeko denbora osagarria</w:t>
      </w:r>
    </w:p>
    <w:p xmlns:wp14="http://schemas.microsoft.com/office/word/2010/wordml" w:rsidRPr="00BC4248" w:rsidR="001850E1" w:rsidP="000F218A" w:rsidRDefault="001850E1" w14:paraId="21ACCA08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Laguntza teknikoa: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Tresna espezifikoak mugikortasun zailtasunetarako</w:t>
      </w:r>
    </w:p>
    <w:p xmlns:wp14="http://schemas.microsoft.com/office/word/2010/wordml" w:rsidRPr="00BC4248" w:rsidR="001850E1" w:rsidP="000F218A" w:rsidRDefault="001850E1" w14:paraId="0BB1FCCD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bCs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>Tutoretza indibidualak:</w:t>
      </w:r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 xml:space="preserve"> Arreta pertsonalizatua behar dutenentzat</w:t>
      </w:r>
    </w:p>
    <w:p xmlns:wp14="http://schemas.microsoft.com/office/word/2010/wordml" w:rsidRPr="00BC4248" w:rsidR="001850E1" w:rsidP="000F218A" w:rsidRDefault="001850E1" w14:paraId="09B2C132" wp14:textId="77777777">
      <w:pPr>
        <w:pStyle w:val="1izenburua"/>
        <w:numPr>
          <w:ilvl w:val="0"/>
          <w:numId w:val="7"/>
        </w:numPr>
        <w:spacing w:line="360" w:lineRule="auto"/>
        <w:rPr>
          <w:rFonts w:ascii="Arial" w:hAnsi="Arial" w:cs="Arial"/>
          <w:szCs w:val="24"/>
          <w:lang w:val="eu-ES"/>
        </w:rPr>
      </w:pPr>
      <w:bookmarkStart w:name="_Toc202769046" w:id="26"/>
      <w:r w:rsidRPr="00BC4248">
        <w:rPr>
          <w:rFonts w:ascii="Arial" w:hAnsi="Arial" w:cs="Arial"/>
          <w:szCs w:val="24"/>
          <w:lang w:val="eu-ES"/>
        </w:rPr>
        <w:t>Oharrak eta Gomendioak</w:t>
      </w:r>
      <w:bookmarkEnd w:id="26"/>
    </w:p>
    <w:p xmlns:wp14="http://schemas.microsoft.com/office/word/2010/wordml" w:rsidRPr="00BC4248" w:rsidR="001850E1" w:rsidP="000F218A" w:rsidRDefault="001850E1" w14:paraId="575013F5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 xml:space="preserve">Prestakuntza </w:t>
      </w:r>
      <w:proofErr w:type="spellStart"/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aurretiarra</w:t>
      </w:r>
      <w:proofErr w:type="spellEnd"/>
      <w:r w:rsidRPr="00BC4248">
        <w:rPr>
          <w:rFonts w:ascii="Arial" w:hAnsi="Arial" w:eastAsia="Times New Roman" w:cs="Arial"/>
          <w:bCs/>
          <w:sz w:val="24"/>
          <w:szCs w:val="24"/>
          <w:lang w:val="eu-ES" w:eastAsia="eu-ES"/>
        </w:rPr>
        <w:t>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Oinarrizko automatizazio kontzeptuak berrikustea</w:t>
      </w:r>
    </w:p>
    <w:p xmlns:wp14="http://schemas.microsoft.com/office/word/2010/wordml" w:rsidRPr="00BC4248" w:rsidR="001850E1" w:rsidP="000F218A" w:rsidRDefault="001850E1" w14:paraId="5FE59061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Dokumentazioa: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Prozesu guztia dokumentatu argazki eta oharrekin</w:t>
      </w:r>
    </w:p>
    <w:p xmlns:wp14="http://schemas.microsoft.com/office/word/2010/wordml" w:rsidRPr="00BC4248" w:rsidR="001850E1" w:rsidP="000F218A" w:rsidRDefault="001850E1" w14:paraId="34954480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Lankidetza: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Taldean lan egitea eta ezagutza partekatzea</w:t>
      </w:r>
    </w:p>
    <w:p xmlns:wp14="http://schemas.microsoft.com/office/word/2010/wordml" w:rsidRPr="00BC4248" w:rsidR="001850E1" w:rsidP="000F218A" w:rsidRDefault="001850E1" w14:paraId="36BF8326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Segurtasuna: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 xml:space="preserve"> Segurtasun arauak beti errespetatzea</w:t>
      </w:r>
    </w:p>
    <w:p xmlns:wp14="http://schemas.microsoft.com/office/word/2010/wordml" w:rsidRPr="00BC4248" w:rsidR="001850E1" w:rsidP="000F218A" w:rsidRDefault="001850E1" w14:paraId="54118524" wp14:textId="77777777">
      <w:pPr>
        <w:pStyle w:val="Zerrenda-paragrafoa"/>
        <w:numPr>
          <w:ilvl w:val="0"/>
          <w:numId w:val="9"/>
        </w:numPr>
        <w:spacing w:before="100" w:beforeAutospacing="1" w:after="100" w:afterAutospacing="1" w:line="360" w:lineRule="auto"/>
        <w:rPr>
          <w:rFonts w:ascii="Arial" w:hAnsi="Arial" w:eastAsia="Times New Roman" w:cs="Arial"/>
          <w:sz w:val="24"/>
          <w:szCs w:val="24"/>
          <w:lang w:val="eu-ES" w:eastAsia="eu-ES"/>
        </w:rPr>
      </w:pPr>
      <w:r w:rsidRPr="00BC4248">
        <w:rPr>
          <w:rFonts w:ascii="Arial" w:hAnsi="Arial" w:eastAsia="Times New Roman" w:cs="Arial"/>
          <w:b/>
          <w:bCs/>
          <w:sz w:val="24"/>
          <w:szCs w:val="24"/>
          <w:lang w:val="eu-ES" w:eastAsia="eu-ES"/>
        </w:rPr>
        <w:t>Galderak:</w:t>
      </w:r>
      <w:r w:rsidRPr="00BC4248">
        <w:rPr>
          <w:rFonts w:ascii="Arial" w:hAnsi="Arial" w:eastAsia="Times New Roman" w:cs="Arial"/>
          <w:b/>
          <w:sz w:val="24"/>
          <w:szCs w:val="24"/>
          <w:lang w:val="eu-ES" w:eastAsia="eu-ES"/>
        </w:rPr>
        <w:t xml:space="preserve"> </w:t>
      </w:r>
      <w:r w:rsidRPr="00BC4248">
        <w:rPr>
          <w:rFonts w:ascii="Arial" w:hAnsi="Arial" w:eastAsia="Times New Roman" w:cs="Arial"/>
          <w:sz w:val="24"/>
          <w:szCs w:val="24"/>
          <w:lang w:val="eu-ES" w:eastAsia="eu-ES"/>
        </w:rPr>
        <w:t>Zalantzak daudenean galdetzea, ez geratzea isilik</w:t>
      </w:r>
    </w:p>
    <w:p xmlns:wp14="http://schemas.microsoft.com/office/word/2010/wordml" w:rsidR="001850E1" w:rsidP="001850E1" w:rsidRDefault="001850E1" w14:paraId="110FFD37" wp14:textId="77777777">
      <w:pPr>
        <w:spacing w:after="0"/>
      </w:pPr>
    </w:p>
    <w:p xmlns:wp14="http://schemas.microsoft.com/office/word/2010/wordml" w:rsidRPr="00BC4248" w:rsidR="001850E1" w:rsidP="00BC4248" w:rsidRDefault="001850E1" w14:paraId="1300D864" wp14:textId="77777777">
      <w:pPr>
        <w:pStyle w:val="whitespace-normal"/>
        <w:spacing w:line="360" w:lineRule="auto"/>
        <w:rPr>
          <w:rFonts w:ascii="Arial" w:hAnsi="Arial" w:cs="Arial"/>
        </w:rPr>
      </w:pPr>
      <w:r w:rsidRPr="00BC4248">
        <w:rPr>
          <w:rStyle w:val="Enfasia"/>
          <w:rFonts w:ascii="Arial" w:hAnsi="Arial" w:cs="Arial"/>
        </w:rPr>
        <w:t>Ikastaro hau osatu ondoren, automatizazio aurreratuko sistemen integratzaile gisa lan egiteko oinarrizko gaitasunak izango dituzu. Industria 4.0ren erronkei aurre egiteko prest egongo zara!</w:t>
      </w:r>
    </w:p>
    <w:p xmlns:wp14="http://schemas.microsoft.com/office/word/2010/wordml" w:rsidRPr="002C2419" w:rsidR="00885DF0" w:rsidP="00D3238E" w:rsidRDefault="00885DF0" w14:paraId="6B699379" wp14:textId="77777777">
      <w:pPr>
        <w:pStyle w:val="1izenburua"/>
        <w:spacing w:line="360" w:lineRule="auto"/>
        <w:ind w:left="360"/>
        <w:rPr>
          <w:rFonts w:ascii="Arial" w:hAnsi="Arial" w:cs="Arial"/>
          <w:sz w:val="24"/>
          <w:szCs w:val="24"/>
          <w:lang w:val="eu-ES"/>
        </w:rPr>
      </w:pPr>
    </w:p>
    <w:sectPr w:rsidRPr="002C2419" w:rsidR="00885DF0" w:rsidSect="00093622">
      <w:headerReference w:type="default" r:id="rId17"/>
      <w:footerReference w:type="default" r:id="rId18"/>
      <w:pgSz w:w="12240" w:h="15840" w:orient="portrait"/>
      <w:pgMar w:top="1701" w:right="1418" w:bottom="1418" w:left="1701" w:header="142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8B12EA" w:rsidP="00530AAA" w:rsidRDefault="008B12EA" w14:paraId="08CE6F91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B12EA" w:rsidP="00530AAA" w:rsidRDefault="008B12EA" w14:paraId="61CDCEA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0339317"/>
      <w:docPartObj>
        <w:docPartGallery w:val="Page Numbers (Bottom of Page)"/>
        <w:docPartUnique/>
      </w:docPartObj>
    </w:sdtPr>
    <w:sdtEndPr/>
    <w:sdtContent>
      <w:p xmlns:wp14="http://schemas.microsoft.com/office/word/2010/wordml" w:rsidR="006B5319" w:rsidRDefault="006B5319" w14:paraId="0EB546F9" wp14:textId="77777777">
        <w:pPr>
          <w:pStyle w:val="Orri-o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3592F" w:rsidR="0063592F">
          <w:rPr>
            <w:noProof/>
            <w:lang w:val="eu-ES"/>
          </w:rPr>
          <w:t>2</w:t>
        </w:r>
        <w:r>
          <w:fldChar w:fldCharType="end"/>
        </w:r>
      </w:p>
    </w:sdtContent>
  </w:sdt>
  <w:p xmlns:wp14="http://schemas.microsoft.com/office/word/2010/wordml" w:rsidR="006B5319" w:rsidRDefault="006B5319" w14:paraId="3FE9F23F" wp14:textId="77777777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8B12EA" w:rsidP="00530AAA" w:rsidRDefault="008B12EA" w14:paraId="6BB9E25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B12EA" w:rsidP="00530AAA" w:rsidRDefault="008B12EA" w14:paraId="23DE523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6B5319" w:rsidP="00530AAA" w:rsidRDefault="006B5319" w14:paraId="26B2E0D0" wp14:textId="77777777">
    <w:pPr>
      <w:pStyle w:val="1izenburua"/>
      <w:spacing w:line="360" w:lineRule="auto"/>
      <w:jc w:val="right"/>
      <w:rPr>
        <w:rFonts w:ascii="Arial" w:hAnsi="Arial" w:cs="Arial"/>
        <w:lang w:val="eu-ES"/>
      </w:rPr>
    </w:pPr>
    <w:r>
      <w:rPr>
        <w:noProof/>
        <w:lang w:val="eu-ES" w:eastAsia="eu-ES"/>
      </w:rPr>
      <w:drawing>
        <wp:anchor xmlns:wp14="http://schemas.microsoft.com/office/word/2010/wordprocessingDrawing" distT="114300" distB="114300" distL="114300" distR="114300" simplePos="0" relativeHeight="251659264" behindDoc="0" locked="0" layoutInCell="1" hidden="0" allowOverlap="1" wp14:anchorId="0478F42E" wp14:editId="2F3C440E">
          <wp:simplePos x="0" y="0"/>
          <wp:positionH relativeFrom="margin">
            <wp:align>center</wp:align>
          </wp:positionH>
          <wp:positionV relativeFrom="paragraph">
            <wp:posOffset>60960</wp:posOffset>
          </wp:positionV>
          <wp:extent cx="1281113" cy="547384"/>
          <wp:effectExtent l="0" t="0" r="0" b="5080"/>
          <wp:wrapNone/>
          <wp:docPr id="10" name="image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1113" cy="5473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u-ES" w:eastAsia="eu-ES"/>
      </w:rPr>
      <w:drawing>
        <wp:anchor xmlns:wp14="http://schemas.microsoft.com/office/word/2010/wordprocessingDrawing" distT="0" distB="0" distL="114300" distR="114300" simplePos="0" relativeHeight="251661312" behindDoc="0" locked="0" layoutInCell="1" allowOverlap="1" wp14:anchorId="292FB70F" wp14:editId="268E7DA9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050475" cy="611079"/>
          <wp:effectExtent l="0" t="0" r="0" b="0"/>
          <wp:wrapNone/>
          <wp:docPr id="11" name="Irudi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riginala sloganareki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0475" cy="611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lang w:val="eu-ES"/>
      </w:rPr>
      <w:t>I</w:t>
    </w:r>
    <w:r w:rsidRPr="00530AAA">
      <w:rPr>
        <w:rFonts w:ascii="Arial" w:hAnsi="Arial" w:cs="Arial"/>
        <w:lang w:val="eu-ES"/>
      </w:rPr>
      <w:t>kaslearen Gida</w:t>
    </w:r>
  </w:p>
  <w:p xmlns:wp14="http://schemas.microsoft.com/office/word/2010/wordml" w:rsidR="006B5319" w:rsidRDefault="006B5319" w14:paraId="1F72F646" wp14:textId="77777777">
    <w:pPr>
      <w:pStyle w:val="Goiburu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FB12693A"/>
    <w:lvl w:ilvl="0">
      <w:start w:val="1"/>
      <w:numFmt w:val="decimal"/>
      <w:pStyle w:val="Zenbaki-zerren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38441652"/>
    <w:lvl w:ilvl="0">
      <w:start w:val="1"/>
      <w:numFmt w:val="decimal"/>
      <w:pStyle w:val="Zenbaki-zerren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3EAFDEC"/>
    <w:lvl w:ilvl="0">
      <w:start w:val="1"/>
      <w:numFmt w:val="bullet"/>
      <w:pStyle w:val="Bulet-zerrenda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3" w15:restartNumberingAfterBreak="0">
    <w:nsid w:val="FFFFFF83"/>
    <w:multiLevelType w:val="singleLevel"/>
    <w:tmpl w:val="3D1EFFD4"/>
    <w:lvl w:ilvl="0">
      <w:start w:val="1"/>
      <w:numFmt w:val="bullet"/>
      <w:pStyle w:val="Bulet-zerrenda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4" w15:restartNumberingAfterBreak="0">
    <w:nsid w:val="FFFFFF88"/>
    <w:multiLevelType w:val="singleLevel"/>
    <w:tmpl w:val="D0A62B40"/>
    <w:lvl w:ilvl="0">
      <w:start w:val="1"/>
      <w:numFmt w:val="decimal"/>
      <w:pStyle w:val="Zenbaki-zerren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9761A62"/>
    <w:lvl w:ilvl="0">
      <w:start w:val="1"/>
      <w:numFmt w:val="bullet"/>
      <w:pStyle w:val="Bulet-zerrenda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6" w15:restartNumberingAfterBreak="0">
    <w:nsid w:val="37E87BE2"/>
    <w:multiLevelType w:val="multilevel"/>
    <w:tmpl w:val="042D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3776A4A"/>
    <w:multiLevelType w:val="hybridMultilevel"/>
    <w:tmpl w:val="D250D4D8"/>
    <w:lvl w:ilvl="0" w:tplc="042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D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D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DFA0AC9"/>
    <w:multiLevelType w:val="multilevel"/>
    <w:tmpl w:val="DEB08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8"/>
  </w:num>
  <w:num w:numId="9">
    <w:abstractNumId w:val="7"/>
  </w:num>
  <w:numIdMacAtCleanup w:val="9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2452D"/>
    <w:rsid w:val="00031B1A"/>
    <w:rsid w:val="00034616"/>
    <w:rsid w:val="0006063C"/>
    <w:rsid w:val="00093622"/>
    <w:rsid w:val="000A2664"/>
    <w:rsid w:val="000B27C0"/>
    <w:rsid w:val="000C62C9"/>
    <w:rsid w:val="000F0F40"/>
    <w:rsid w:val="000F218A"/>
    <w:rsid w:val="00130B8F"/>
    <w:rsid w:val="00132A65"/>
    <w:rsid w:val="001410F8"/>
    <w:rsid w:val="001453EA"/>
    <w:rsid w:val="0015074B"/>
    <w:rsid w:val="00162BE6"/>
    <w:rsid w:val="001850E1"/>
    <w:rsid w:val="001978FA"/>
    <w:rsid w:val="001C16F6"/>
    <w:rsid w:val="001D704D"/>
    <w:rsid w:val="0029639D"/>
    <w:rsid w:val="002B13C4"/>
    <w:rsid w:val="002B2B58"/>
    <w:rsid w:val="002B3523"/>
    <w:rsid w:val="002C2419"/>
    <w:rsid w:val="002F2DB3"/>
    <w:rsid w:val="0031604C"/>
    <w:rsid w:val="00326F90"/>
    <w:rsid w:val="003337E1"/>
    <w:rsid w:val="00350B03"/>
    <w:rsid w:val="003A4CB4"/>
    <w:rsid w:val="003C6E5F"/>
    <w:rsid w:val="003E6CD8"/>
    <w:rsid w:val="004356F1"/>
    <w:rsid w:val="00501802"/>
    <w:rsid w:val="00513386"/>
    <w:rsid w:val="00514E60"/>
    <w:rsid w:val="00527618"/>
    <w:rsid w:val="00530AAA"/>
    <w:rsid w:val="005E4B8F"/>
    <w:rsid w:val="0063592F"/>
    <w:rsid w:val="00677CB4"/>
    <w:rsid w:val="006B5319"/>
    <w:rsid w:val="006F5C00"/>
    <w:rsid w:val="00721D1A"/>
    <w:rsid w:val="00742573"/>
    <w:rsid w:val="007757AC"/>
    <w:rsid w:val="00792BAE"/>
    <w:rsid w:val="007A45AD"/>
    <w:rsid w:val="008651D1"/>
    <w:rsid w:val="00873731"/>
    <w:rsid w:val="00885DF0"/>
    <w:rsid w:val="008B12EA"/>
    <w:rsid w:val="008B4288"/>
    <w:rsid w:val="008D1705"/>
    <w:rsid w:val="00970E19"/>
    <w:rsid w:val="009872AA"/>
    <w:rsid w:val="009A3940"/>
    <w:rsid w:val="009C5AF5"/>
    <w:rsid w:val="009E7014"/>
    <w:rsid w:val="00A15E57"/>
    <w:rsid w:val="00A43817"/>
    <w:rsid w:val="00A46CBB"/>
    <w:rsid w:val="00A511E6"/>
    <w:rsid w:val="00A91E8B"/>
    <w:rsid w:val="00AA1D8D"/>
    <w:rsid w:val="00AC1A24"/>
    <w:rsid w:val="00AC61F8"/>
    <w:rsid w:val="00AD5564"/>
    <w:rsid w:val="00B47730"/>
    <w:rsid w:val="00BB4643"/>
    <w:rsid w:val="00BC4248"/>
    <w:rsid w:val="00C21BB1"/>
    <w:rsid w:val="00C24244"/>
    <w:rsid w:val="00C742C7"/>
    <w:rsid w:val="00C847DF"/>
    <w:rsid w:val="00CB0664"/>
    <w:rsid w:val="00D226DF"/>
    <w:rsid w:val="00D3238E"/>
    <w:rsid w:val="00DA739E"/>
    <w:rsid w:val="00DE439B"/>
    <w:rsid w:val="00DF3B80"/>
    <w:rsid w:val="00E05DEB"/>
    <w:rsid w:val="00E26D75"/>
    <w:rsid w:val="00E447B9"/>
    <w:rsid w:val="00E76665"/>
    <w:rsid w:val="00F411A0"/>
    <w:rsid w:val="00F629F5"/>
    <w:rsid w:val="00F91A3C"/>
    <w:rsid w:val="00FA0B43"/>
    <w:rsid w:val="00FB5A8A"/>
    <w:rsid w:val="00FC693F"/>
    <w:rsid w:val="60F00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2944BF"/>
  <w14:defaultImageDpi w14:val="300"/>
  <w15:docId w15:val="{3649ADE8-F2E7-4064-A355-B1A61B4168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a" w:default="1">
    <w:name w:val="Normal"/>
    <w:qFormat/>
    <w:rsid w:val="00FC693F"/>
  </w:style>
  <w:style w:type="paragraph" w:styleId="1izenburua">
    <w:name w:val="heading 1"/>
    <w:basedOn w:val="Normala"/>
    <w:next w:val="Normala"/>
    <w:link w:val="1izenburuaK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2izenburua">
    <w:name w:val="heading 2"/>
    <w:basedOn w:val="Normala"/>
    <w:next w:val="Normala"/>
    <w:link w:val="2izenburuaK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3izenburua">
    <w:name w:val="heading 3"/>
    <w:basedOn w:val="Normala"/>
    <w:next w:val="Normala"/>
    <w:link w:val="3izenburuaK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4izenburua">
    <w:name w:val="heading 4"/>
    <w:basedOn w:val="Normala"/>
    <w:next w:val="Normala"/>
    <w:link w:val="4izenburuaK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5izenburua">
    <w:name w:val="heading 5"/>
    <w:basedOn w:val="Normala"/>
    <w:next w:val="Normala"/>
    <w:link w:val="5izenburuaK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6izenburua">
    <w:name w:val="heading 6"/>
    <w:basedOn w:val="Normala"/>
    <w:next w:val="Normala"/>
    <w:link w:val="6izenburuaK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7izenburua">
    <w:name w:val="heading 7"/>
    <w:basedOn w:val="Normala"/>
    <w:next w:val="Normala"/>
    <w:link w:val="7izenburuaK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8izenburua">
    <w:name w:val="heading 8"/>
    <w:basedOn w:val="Normala"/>
    <w:next w:val="Normala"/>
    <w:link w:val="8izenburuaK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paragraph" w:styleId="9izenburua">
    <w:name w:val="heading 9"/>
    <w:basedOn w:val="Normala"/>
    <w:next w:val="Normala"/>
    <w:link w:val="9izenburuaK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character" w:styleId="Paragrafoarenletra-tipolehenetsia" w:default="1">
    <w:name w:val="Default Paragraph Font"/>
    <w:uiPriority w:val="1"/>
    <w:semiHidden/>
    <w:unhideWhenUsed/>
  </w:style>
  <w:style w:type="table" w:styleId="Taulanormal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Zerrendarikez" w:default="1">
    <w:name w:val="No List"/>
    <w:uiPriority w:val="99"/>
    <w:semiHidden/>
    <w:unhideWhenUsed/>
  </w:style>
  <w:style w:type="paragraph" w:styleId="Goiburua">
    <w:name w:val="header"/>
    <w:basedOn w:val="Normala"/>
    <w:link w:val="Goiburua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GoiburuaKar" w:customStyle="1">
    <w:name w:val="Goiburua Kar"/>
    <w:basedOn w:val="Paragrafoarenletra-tipolehenetsia"/>
    <w:link w:val="Goiburua"/>
    <w:uiPriority w:val="99"/>
    <w:rsid w:val="00E618BF"/>
  </w:style>
  <w:style w:type="paragraph" w:styleId="Orri-oina">
    <w:name w:val="footer"/>
    <w:basedOn w:val="Normala"/>
    <w:link w:val="Orri-oinaK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Orri-oinaKar" w:customStyle="1">
    <w:name w:val="Orri-oina Kar"/>
    <w:basedOn w:val="Paragrafoarenletra-tipolehenetsia"/>
    <w:link w:val="Orri-oina"/>
    <w:uiPriority w:val="99"/>
    <w:rsid w:val="00E618BF"/>
  </w:style>
  <w:style w:type="paragraph" w:styleId="Tarterikez">
    <w:name w:val="No Spacing"/>
    <w:link w:val="TarterikezKar"/>
    <w:uiPriority w:val="1"/>
    <w:qFormat/>
    <w:rsid w:val="00FC693F"/>
    <w:pPr>
      <w:spacing w:after="0" w:line="240" w:lineRule="auto"/>
    </w:pPr>
  </w:style>
  <w:style w:type="character" w:styleId="1izenburuaKar" w:customStyle="1">
    <w:name w:val="1. izenburua Kar"/>
    <w:basedOn w:val="Paragrafoarenletra-tipolehenetsia"/>
    <w:link w:val="1izenburua"/>
    <w:uiPriority w:val="9"/>
    <w:rsid w:val="00FC693F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2izenburuaKar" w:customStyle="1">
    <w:name w:val="2. izenburua Kar"/>
    <w:basedOn w:val="Paragrafoarenletra-tipolehenetsia"/>
    <w:link w:val="2izenburua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3izenburuaKar" w:customStyle="1">
    <w:name w:val="3. izenburua Kar"/>
    <w:basedOn w:val="Paragrafoarenletra-tipolehenetsia"/>
    <w:link w:val="3izenburua"/>
    <w:uiPriority w:val="9"/>
    <w:rsid w:val="00FC693F"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Titulua">
    <w:name w:val="Title"/>
    <w:basedOn w:val="Normala"/>
    <w:next w:val="Normala"/>
    <w:link w:val="TituluaKar"/>
    <w:uiPriority w:val="10"/>
    <w:qFormat/>
    <w:rsid w:val="00FC693F"/>
    <w:pPr>
      <w:pBdr>
        <w:bottom w:val="single" w:color="4F81BD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uluaKar" w:customStyle="1">
    <w:name w:val="Titulua Kar"/>
    <w:basedOn w:val="Paragrafoarenletra-tipolehenetsia"/>
    <w:link w:val="Titulua"/>
    <w:uiPriority w:val="10"/>
    <w:rsid w:val="00FC693F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Azpititulua">
    <w:name w:val="Subtitle"/>
    <w:basedOn w:val="Normala"/>
    <w:next w:val="Normala"/>
    <w:link w:val="AzpitituluaKar"/>
    <w:uiPriority w:val="11"/>
    <w:qFormat/>
    <w:rsid w:val="00FC693F"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AzpitituluaKar" w:customStyle="1">
    <w:name w:val="Azpititulua Kar"/>
    <w:basedOn w:val="Paragrafoarenletra-tipolehenetsia"/>
    <w:link w:val="Azpititulua"/>
    <w:uiPriority w:val="11"/>
    <w:rsid w:val="00FC693F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Zerrenda-paragrafoa">
    <w:name w:val="List Paragraph"/>
    <w:basedOn w:val="Normala"/>
    <w:uiPriority w:val="34"/>
    <w:qFormat/>
    <w:rsid w:val="00FC693F"/>
    <w:pPr>
      <w:ind w:left="720"/>
      <w:contextualSpacing/>
    </w:pPr>
  </w:style>
  <w:style w:type="paragraph" w:styleId="Gorputz-testua">
    <w:name w:val="Body Text"/>
    <w:basedOn w:val="Normala"/>
    <w:link w:val="Gorputz-testuaKar"/>
    <w:uiPriority w:val="99"/>
    <w:unhideWhenUsed/>
    <w:rsid w:val="00AA1D8D"/>
    <w:pPr>
      <w:spacing w:after="120"/>
    </w:pPr>
  </w:style>
  <w:style w:type="character" w:styleId="Gorputz-testuaKar" w:customStyle="1">
    <w:name w:val="Gorputz-testua Kar"/>
    <w:basedOn w:val="Paragrafoarenletra-tipolehenetsia"/>
    <w:link w:val="Gorputz-testua"/>
    <w:uiPriority w:val="99"/>
    <w:rsid w:val="00AA1D8D"/>
  </w:style>
  <w:style w:type="paragraph" w:styleId="Gorputz-testua2">
    <w:name w:val="Body Text 2"/>
    <w:basedOn w:val="Normala"/>
    <w:link w:val="Gorputz-testua2Kar"/>
    <w:uiPriority w:val="99"/>
    <w:unhideWhenUsed/>
    <w:rsid w:val="00AA1D8D"/>
    <w:pPr>
      <w:spacing w:after="120" w:line="480" w:lineRule="auto"/>
    </w:pPr>
  </w:style>
  <w:style w:type="character" w:styleId="Gorputz-testua2Kar" w:customStyle="1">
    <w:name w:val="Gorputz-testua 2 Kar"/>
    <w:basedOn w:val="Paragrafoarenletra-tipolehenetsia"/>
    <w:link w:val="Gorputz-testua2"/>
    <w:uiPriority w:val="99"/>
    <w:rsid w:val="00AA1D8D"/>
  </w:style>
  <w:style w:type="paragraph" w:styleId="Gorputz-testua3">
    <w:name w:val="Body Text 3"/>
    <w:basedOn w:val="Normala"/>
    <w:link w:val="Gorputz-testua3Kar"/>
    <w:uiPriority w:val="99"/>
    <w:unhideWhenUsed/>
    <w:rsid w:val="00AA1D8D"/>
    <w:pPr>
      <w:spacing w:after="120"/>
    </w:pPr>
    <w:rPr>
      <w:sz w:val="16"/>
      <w:szCs w:val="16"/>
    </w:rPr>
  </w:style>
  <w:style w:type="character" w:styleId="Gorputz-testua3Kar" w:customStyle="1">
    <w:name w:val="Gorputz-testua 3 Kar"/>
    <w:basedOn w:val="Paragrafoarenletra-tipolehenetsia"/>
    <w:link w:val="Gorputz-testua3"/>
    <w:uiPriority w:val="99"/>
    <w:rsid w:val="00AA1D8D"/>
    <w:rPr>
      <w:sz w:val="16"/>
      <w:szCs w:val="16"/>
    </w:rPr>
  </w:style>
  <w:style w:type="paragraph" w:styleId="Zerrenda">
    <w:name w:val="List"/>
    <w:basedOn w:val="Normala"/>
    <w:uiPriority w:val="99"/>
    <w:unhideWhenUsed/>
    <w:rsid w:val="00AA1D8D"/>
    <w:pPr>
      <w:ind w:left="360" w:hanging="360"/>
      <w:contextualSpacing/>
    </w:pPr>
  </w:style>
  <w:style w:type="paragraph" w:styleId="Zerrenda2">
    <w:name w:val="List 2"/>
    <w:basedOn w:val="Normala"/>
    <w:uiPriority w:val="99"/>
    <w:unhideWhenUsed/>
    <w:rsid w:val="00326F90"/>
    <w:pPr>
      <w:ind w:left="720" w:hanging="360"/>
      <w:contextualSpacing/>
    </w:pPr>
  </w:style>
  <w:style w:type="paragraph" w:styleId="Zerrenda3">
    <w:name w:val="List 3"/>
    <w:basedOn w:val="Normala"/>
    <w:uiPriority w:val="99"/>
    <w:unhideWhenUsed/>
    <w:rsid w:val="00326F90"/>
    <w:pPr>
      <w:ind w:left="1080" w:hanging="360"/>
      <w:contextualSpacing/>
    </w:pPr>
  </w:style>
  <w:style w:type="paragraph" w:styleId="Bulet-zerrenda">
    <w:name w:val="List Bullet"/>
    <w:basedOn w:val="Normala"/>
    <w:uiPriority w:val="99"/>
    <w:unhideWhenUsed/>
    <w:rsid w:val="00326F90"/>
    <w:pPr>
      <w:numPr>
        <w:numId w:val="1"/>
      </w:numPr>
      <w:contextualSpacing/>
    </w:pPr>
  </w:style>
  <w:style w:type="paragraph" w:styleId="Bulet-zerrenda2">
    <w:name w:val="List Bullet 2"/>
    <w:basedOn w:val="Normala"/>
    <w:uiPriority w:val="99"/>
    <w:unhideWhenUsed/>
    <w:rsid w:val="00326F90"/>
    <w:pPr>
      <w:numPr>
        <w:numId w:val="2"/>
      </w:numPr>
      <w:contextualSpacing/>
    </w:pPr>
  </w:style>
  <w:style w:type="paragraph" w:styleId="Bulet-zerrenda3">
    <w:name w:val="List Bullet 3"/>
    <w:basedOn w:val="Normala"/>
    <w:uiPriority w:val="99"/>
    <w:unhideWhenUsed/>
    <w:rsid w:val="00326F90"/>
    <w:pPr>
      <w:numPr>
        <w:numId w:val="3"/>
      </w:numPr>
      <w:contextualSpacing/>
    </w:pPr>
  </w:style>
  <w:style w:type="paragraph" w:styleId="Zenbaki-zerrenda">
    <w:name w:val="List Number"/>
    <w:basedOn w:val="Normala"/>
    <w:uiPriority w:val="99"/>
    <w:unhideWhenUsed/>
    <w:rsid w:val="00326F90"/>
    <w:pPr>
      <w:numPr>
        <w:numId w:val="4"/>
      </w:numPr>
      <w:contextualSpacing/>
    </w:pPr>
  </w:style>
  <w:style w:type="paragraph" w:styleId="Zenbaki-zerrenda2">
    <w:name w:val="List Number 2"/>
    <w:basedOn w:val="Normala"/>
    <w:uiPriority w:val="99"/>
    <w:unhideWhenUsed/>
    <w:rsid w:val="0029639D"/>
    <w:pPr>
      <w:numPr>
        <w:numId w:val="5"/>
      </w:numPr>
      <w:contextualSpacing/>
    </w:pPr>
  </w:style>
  <w:style w:type="paragraph" w:styleId="Zenbaki-zerrenda3">
    <w:name w:val="List Number 3"/>
    <w:basedOn w:val="Normala"/>
    <w:uiPriority w:val="99"/>
    <w:unhideWhenUsed/>
    <w:rsid w:val="0029639D"/>
    <w:pPr>
      <w:numPr>
        <w:numId w:val="6"/>
      </w:numPr>
      <w:contextualSpacing/>
    </w:pPr>
  </w:style>
  <w:style w:type="paragraph" w:styleId="Zerrendajarraitua">
    <w:name w:val="List Continue"/>
    <w:basedOn w:val="Normala"/>
    <w:uiPriority w:val="99"/>
    <w:unhideWhenUsed/>
    <w:rsid w:val="0029639D"/>
    <w:pPr>
      <w:spacing w:after="120"/>
      <w:ind w:left="360"/>
      <w:contextualSpacing/>
    </w:pPr>
  </w:style>
  <w:style w:type="paragraph" w:styleId="Zerrendajarraitua2">
    <w:name w:val="List Continue 2"/>
    <w:basedOn w:val="Normala"/>
    <w:uiPriority w:val="99"/>
    <w:unhideWhenUsed/>
    <w:rsid w:val="0029639D"/>
    <w:pPr>
      <w:spacing w:after="120"/>
      <w:ind w:left="720"/>
      <w:contextualSpacing/>
    </w:pPr>
  </w:style>
  <w:style w:type="paragraph" w:styleId="Zerrendajarraitua3">
    <w:name w:val="List Continue 3"/>
    <w:basedOn w:val="Normala"/>
    <w:uiPriority w:val="99"/>
    <w:unhideWhenUsed/>
    <w:rsid w:val="0029639D"/>
    <w:pPr>
      <w:spacing w:after="120"/>
      <w:ind w:left="1080"/>
      <w:contextualSpacing/>
    </w:pPr>
  </w:style>
  <w:style w:type="paragraph" w:styleId="Makrokotestua">
    <w:name w:val="macro"/>
    <w:link w:val="MakrokotestuaK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krokotestuaKar" w:customStyle="1">
    <w:name w:val="Makroko testua Kar"/>
    <w:basedOn w:val="Paragrafoarenletra-tipolehenetsia"/>
    <w:link w:val="Makrokotestua"/>
    <w:uiPriority w:val="99"/>
    <w:rsid w:val="0029639D"/>
    <w:rPr>
      <w:rFonts w:ascii="Courier" w:hAnsi="Courier"/>
      <w:sz w:val="20"/>
      <w:szCs w:val="20"/>
    </w:rPr>
  </w:style>
  <w:style w:type="paragraph" w:styleId="Aipua">
    <w:name w:val="Quote"/>
    <w:basedOn w:val="Normala"/>
    <w:next w:val="Normala"/>
    <w:link w:val="AipuaKar"/>
    <w:uiPriority w:val="29"/>
    <w:qFormat/>
    <w:rsid w:val="00FC693F"/>
    <w:rPr>
      <w:i/>
      <w:iCs/>
      <w:color w:val="000000" w:themeColor="text1"/>
    </w:rPr>
  </w:style>
  <w:style w:type="character" w:styleId="AipuaKar" w:customStyle="1">
    <w:name w:val="Aipua Kar"/>
    <w:basedOn w:val="Paragrafoarenletra-tipolehenetsia"/>
    <w:link w:val="Aipua"/>
    <w:uiPriority w:val="29"/>
    <w:rsid w:val="00FC693F"/>
    <w:rPr>
      <w:i/>
      <w:iCs/>
      <w:color w:val="000000" w:themeColor="text1"/>
    </w:rPr>
  </w:style>
  <w:style w:type="character" w:styleId="4izenburuaKar" w:customStyle="1">
    <w:name w:val="4. izenburua Kar"/>
    <w:basedOn w:val="Paragrafoarenletra-tipolehenetsia"/>
    <w:link w:val="4izenburua"/>
    <w:uiPriority w:val="9"/>
    <w:semiHidden/>
    <w:rsid w:val="00FC693F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5izenburuaKar" w:customStyle="1">
    <w:name w:val="5. izenburua Kar"/>
    <w:basedOn w:val="Paragrafoarenletra-tipolehenetsia"/>
    <w:link w:val="5izenburua"/>
    <w:uiPriority w:val="9"/>
    <w:semiHidden/>
    <w:rsid w:val="00FC693F"/>
    <w:rPr>
      <w:rFonts w:asciiTheme="majorHAnsi" w:hAnsiTheme="majorHAnsi" w:eastAsiaTheme="majorEastAsia" w:cstheme="majorBidi"/>
      <w:color w:val="243F60" w:themeColor="accent1" w:themeShade="7F"/>
    </w:rPr>
  </w:style>
  <w:style w:type="character" w:styleId="6izenburuaKar" w:customStyle="1">
    <w:name w:val="6. izenburua Kar"/>
    <w:basedOn w:val="Paragrafoarenletra-tipolehenetsia"/>
    <w:link w:val="6izenburua"/>
    <w:uiPriority w:val="9"/>
    <w:semiHidden/>
    <w:rsid w:val="00FC693F"/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character" w:styleId="7izenburuaKar" w:customStyle="1">
    <w:name w:val="7. izenburua Kar"/>
    <w:basedOn w:val="Paragrafoarenletra-tipolehenetsia"/>
    <w:link w:val="7izenburua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character" w:styleId="8izenburuaKar" w:customStyle="1">
    <w:name w:val="8. izenburua Kar"/>
    <w:basedOn w:val="Paragrafoarenletra-tipolehenetsia"/>
    <w:link w:val="8izenburua"/>
    <w:uiPriority w:val="9"/>
    <w:semiHidden/>
    <w:rsid w:val="00FC693F"/>
    <w:rPr>
      <w:rFonts w:asciiTheme="majorHAnsi" w:hAnsiTheme="majorHAnsi" w:eastAsiaTheme="majorEastAsia" w:cstheme="majorBidi"/>
      <w:color w:val="4F81BD" w:themeColor="accent1"/>
      <w:sz w:val="20"/>
      <w:szCs w:val="20"/>
    </w:rPr>
  </w:style>
  <w:style w:type="character" w:styleId="9izenburuaKar" w:customStyle="1">
    <w:name w:val="9. izenburua Kar"/>
    <w:basedOn w:val="Paragrafoarenletra-tipolehenetsia"/>
    <w:link w:val="9izenburua"/>
    <w:uiPriority w:val="9"/>
    <w:semiHidden/>
    <w:rsid w:val="00FC693F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</w:rPr>
  </w:style>
  <w:style w:type="paragraph" w:styleId="Epigrafea">
    <w:name w:val="caption"/>
    <w:basedOn w:val="Normala"/>
    <w:next w:val="Normala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odia">
    <w:name w:val="Strong"/>
    <w:basedOn w:val="Paragrafoarenletra-tipolehenetsia"/>
    <w:uiPriority w:val="22"/>
    <w:qFormat/>
    <w:rsid w:val="00FC693F"/>
    <w:rPr>
      <w:b/>
      <w:bCs/>
    </w:rPr>
  </w:style>
  <w:style w:type="character" w:styleId="Enfasia">
    <w:name w:val="Emphasis"/>
    <w:basedOn w:val="Paragrafoarenletra-tipolehenetsia"/>
    <w:uiPriority w:val="20"/>
    <w:qFormat/>
    <w:rsid w:val="00FC693F"/>
    <w:rPr>
      <w:i/>
      <w:iCs/>
    </w:rPr>
  </w:style>
  <w:style w:type="paragraph" w:styleId="Aipamenhandia">
    <w:name w:val="Intense Quote"/>
    <w:basedOn w:val="Normala"/>
    <w:next w:val="Normala"/>
    <w:link w:val="AipamenhandiaKar"/>
    <w:uiPriority w:val="30"/>
    <w:qFormat/>
    <w:rsid w:val="00FC693F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styleId="AipamenhandiaKar" w:customStyle="1">
    <w:name w:val="Aipamen handia Kar"/>
    <w:basedOn w:val="Paragrafoarenletra-tipolehenetsia"/>
    <w:link w:val="Aipamenhandia"/>
    <w:uiPriority w:val="30"/>
    <w:rsid w:val="00FC693F"/>
    <w:rPr>
      <w:b/>
      <w:bCs/>
      <w:i/>
      <w:iCs/>
      <w:color w:val="4F81BD" w:themeColor="accent1"/>
    </w:rPr>
  </w:style>
  <w:style w:type="character" w:styleId="Enfasileuna">
    <w:name w:val="Subtle Emphasis"/>
    <w:basedOn w:val="Paragrafoarenletra-tipolehenetsia"/>
    <w:uiPriority w:val="19"/>
    <w:qFormat/>
    <w:rsid w:val="00FC693F"/>
    <w:rPr>
      <w:i/>
      <w:iCs/>
      <w:color w:val="808080" w:themeColor="text1" w:themeTint="7F"/>
    </w:rPr>
  </w:style>
  <w:style w:type="character" w:styleId="Enfasibizia">
    <w:name w:val="Intense Emphasis"/>
    <w:basedOn w:val="Paragrafoarenletra-tipolehenetsia"/>
    <w:uiPriority w:val="21"/>
    <w:qFormat/>
    <w:rsid w:val="00FC693F"/>
    <w:rPr>
      <w:b/>
      <w:bCs/>
      <w:i/>
      <w:iCs/>
      <w:color w:val="4F81BD" w:themeColor="accent1"/>
    </w:rPr>
  </w:style>
  <w:style w:type="character" w:styleId="Erreferentzialeuna">
    <w:name w:val="Subtle Reference"/>
    <w:basedOn w:val="Paragrafoarenletra-tipolehenetsia"/>
    <w:uiPriority w:val="31"/>
    <w:qFormat/>
    <w:rsid w:val="00FC693F"/>
    <w:rPr>
      <w:smallCaps/>
      <w:color w:val="C0504D" w:themeColor="accent2"/>
      <w:u w:val="single"/>
    </w:rPr>
  </w:style>
  <w:style w:type="character" w:styleId="Erreferentziabizia">
    <w:name w:val="Intense Reference"/>
    <w:basedOn w:val="Paragrafoarenletra-tipolehenetsi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Liburuarentitulua">
    <w:name w:val="Book Title"/>
    <w:basedOn w:val="Paragrafoarenletra-tipolehenetsia"/>
    <w:uiPriority w:val="33"/>
    <w:qFormat/>
    <w:rsid w:val="00FC693F"/>
    <w:rPr>
      <w:b/>
      <w:bCs/>
      <w:smallCaps/>
      <w:spacing w:val="5"/>
    </w:rPr>
  </w:style>
  <w:style w:type="paragraph" w:styleId="TOCizenburua">
    <w:name w:val="TOC Heading"/>
    <w:basedOn w:val="1izenburua"/>
    <w:next w:val="Normala"/>
    <w:uiPriority w:val="39"/>
    <w:unhideWhenUsed/>
    <w:qFormat/>
    <w:rsid w:val="00FC693F"/>
    <w:pPr>
      <w:outlineLvl w:val="9"/>
    </w:pPr>
  </w:style>
  <w:style w:type="table" w:styleId="Saretaduntaula">
    <w:name w:val="Table Grid"/>
    <w:basedOn w:val="Taulanormala"/>
    <w:uiPriority w:val="59"/>
    <w:rsid w:val="00FC693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Itzalduraargia">
    <w:name w:val="Light Shading"/>
    <w:basedOn w:val="Taulanormala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Itzalduraargia-1enfasia">
    <w:name w:val="Light Shading Accent 1"/>
    <w:basedOn w:val="Taulanormala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Itzalduraargia-2enfasia">
    <w:name w:val="Light Shading Accent 2"/>
    <w:basedOn w:val="Taulanormala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Itzalduraargia-3enfasia">
    <w:name w:val="Light Shading Accent 3"/>
    <w:basedOn w:val="Taulanormala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Itzalduraargia-4enfasia">
    <w:name w:val="Light Shading Accent 4"/>
    <w:basedOn w:val="Taulanormala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Itzalduraargia-5enfasia">
    <w:name w:val="Light Shading Accent 5"/>
    <w:basedOn w:val="Taulanormala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Itzalduraargia-6enfasia">
    <w:name w:val="Light Shading Accent 6"/>
    <w:basedOn w:val="Taulanormala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Zerrendaargia">
    <w:name w:val="Light List"/>
    <w:basedOn w:val="Taulanorma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Zerrendaargia-1enfasia">
    <w:name w:val="Light List Accent 1"/>
    <w:basedOn w:val="Taulanormala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Zerrendaargia-2enfasia">
    <w:name w:val="Light List Accent 2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Zerrendaargia-3enfasia">
    <w:name w:val="Light List Accent 3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Zerrendaargia-4enfasia">
    <w:name w:val="Light List Accent 4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Zerrendaargia-5enfasia">
    <w:name w:val="Light List Accent 5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Zerrendaargia-6enfasia">
    <w:name w:val="Light List Accent 6"/>
    <w:basedOn w:val="Taulanormala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Saretaargia">
    <w:name w:val="Light Grid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Saretaargia-1enfasia">
    <w:name w:val="Light Grid Accent 1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</w:style>
  <w:style w:type="table" w:styleId="Saretaargia-2enfasia">
    <w:name w:val="Light Grid Accent 2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color="C0504D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color="C0504D" w:themeColor="accent2" w:sz="8" w:space="0"/>
        </w:tcBorders>
      </w:tcPr>
    </w:tblStylePr>
  </w:style>
  <w:style w:type="table" w:styleId="Saretaargia-3enfasia">
    <w:name w:val="Light Grid Accent 3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color="9BBB59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color="9BBB59" w:themeColor="accent3" w:sz="8" w:space="0"/>
        </w:tcBorders>
      </w:tcPr>
    </w:tblStylePr>
  </w:style>
  <w:style w:type="table" w:styleId="Saretaargia-4enfasia">
    <w:name w:val="Light Grid Accent 4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color="8064A2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color="8064A2" w:themeColor="accent4" w:sz="8" w:space="0"/>
        </w:tcBorders>
      </w:tcPr>
    </w:tblStylePr>
  </w:style>
  <w:style w:type="table" w:styleId="Saretaargia-5enfasia">
    <w:name w:val="Light Grid Accent 5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color="4BACC6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color="4BACC6" w:themeColor="accent5" w:sz="8" w:space="0"/>
        </w:tcBorders>
      </w:tcPr>
    </w:tblStylePr>
  </w:style>
  <w:style w:type="table" w:styleId="Saretaargia-6enfasia">
    <w:name w:val="Light Grid Accent 6"/>
    <w:basedOn w:val="Taulanormala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color="F79646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color="F79646" w:themeColor="accent6" w:sz="8" w:space="0"/>
        </w:tcBorders>
      </w:tcPr>
    </w:tblStylePr>
  </w:style>
  <w:style w:type="table" w:styleId="1itzalduraertaina">
    <w:name w:val="Medium Shading 1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1enfasia">
    <w:name w:val="Medium Shading 1 Accent 1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2enfasia">
    <w:name w:val="Medium Shading 1 Accent 2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3enfasia">
    <w:name w:val="Medium Shading 1 Accent 3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3CC82" w:themeColor="accent3" w:themeTint="BF" w:sz="8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themeColor="accent3" w:themeTint="BF" w:sz="6" w:space="0"/>
          <w:left w:val="single" w:color="B3CC82" w:themeColor="accent3" w:themeTint="BF" w:sz="8" w:space="0"/>
          <w:bottom w:val="single" w:color="B3CC82" w:themeColor="accent3" w:themeTint="BF" w:sz="8" w:space="0"/>
          <w:right w:val="single" w:color="B3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4enfasia">
    <w:name w:val="Medium Shading 1 Accent 4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5enfasia">
    <w:name w:val="Medium Shading 1 Accent 5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itzalduraertaina-6enfasia">
    <w:name w:val="Medium Shading 1 Accent 6"/>
    <w:basedOn w:val="Taulanormala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itzalduraertaina">
    <w:name w:val="Medium Shading 2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1enfasia">
    <w:name w:val="Medium Shading 2 Accent 1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2enfasia">
    <w:name w:val="Medium Shading 2 Accent 2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3enfasia">
    <w:name w:val="Medium Shading 2 Accent 3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4enfasia">
    <w:name w:val="Medium Shading 2 Accent 4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5enfasia">
    <w:name w:val="Medium Shading 2 Accent 5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2itzalduraertaina-6enfasia">
    <w:name w:val="Medium Shading 2 Accent 6"/>
    <w:basedOn w:val="Taulanormala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zerrendaertaina">
    <w:name w:val="Medium List 1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zerrendaertaina-1enfasia">
    <w:name w:val="Medium List 1 Accent 1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bottom w:val="single" w:color="4F81B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zerrendaertaina-2enfasia">
    <w:name w:val="Medium List 1 Accent 2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bottom w:val="single" w:color="C0504D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zerrendaertaina-3enfasia">
    <w:name w:val="Medium List 1 Accent 3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bottom w:val="single" w:color="9BBB59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zerrendaertaina-4enfasia">
    <w:name w:val="Medium List 1 Accent 4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bottom w:val="single" w:color="8064A2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zerrendaertaina-5enfasia">
    <w:name w:val="Medium List 1 Accent 5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zerrendaertaina-6enfasia">
    <w:name w:val="Medium List 1 Accent 6"/>
    <w:basedOn w:val="Taulanormala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bottom w:val="single" w:color="F79646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zerrendaertaina">
    <w:name w:val="Medium List 2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1enfasia">
    <w:name w:val="Medium List 2 Accent 1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2enfasia">
    <w:name w:val="Medium List 2 Accent 2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3enfasia">
    <w:name w:val="Medium List 2 Accent 3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4enfasia">
    <w:name w:val="Medium List 2 Accent 4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5enfasia">
    <w:name w:val="Medium List 2 Accent 5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zerrendaertaina-6enfasia">
    <w:name w:val="Medium List 2 Accent 6"/>
    <w:basedOn w:val="Taulanormala"/>
    <w:uiPriority w:val="66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saretaertaina">
    <w:name w:val="Medium Grid 1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saretaertaina-1enfasia">
    <w:name w:val="Medium Grid 1 Accent 1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saretaertaina-2enfasia">
    <w:name w:val="Medium Grid 1 Accent 2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saretaertaina-3enfasia">
    <w:name w:val="Medium Grid 1 Accent 3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B3CC82" w:themeColor="accent3" w:themeTint="BF" w:sz="8" w:space="0"/>
        <w:left w:val="single" w:color="B3CC82" w:themeColor="accent3" w:themeTint="BF" w:sz="8" w:space="0"/>
        <w:bottom w:val="single" w:color="B3CC82" w:themeColor="accent3" w:themeTint="BF" w:sz="8" w:space="0"/>
        <w:right w:val="single" w:color="B3CC82" w:themeColor="accent3" w:themeTint="BF" w:sz="8" w:space="0"/>
        <w:insideH w:val="single" w:color="B3CC82" w:themeColor="accent3" w:themeTint="BF" w:sz="8" w:space="0"/>
        <w:insideV w:val="single" w:color="B3CC82" w:themeColor="accent3" w:themeTint="BF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saretaertaina-4enfasia">
    <w:name w:val="Medium Grid 1 Accent 4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saretaertaina-5enfasia">
    <w:name w:val="Medium Grid 1 Accent 5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saretaertaina-6enfasia">
    <w:name w:val="Medium Grid 1 Accent 6"/>
    <w:basedOn w:val="Taulanormala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saretaertaina">
    <w:name w:val="Medium Grid 2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1enfasia">
    <w:name w:val="Medium Grid 2 Accent 1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color="4F81BD" w:themeColor="accent1" w:sz="6" w:space="0"/>
          <w:insideV w:val="single" w:color="4F81BD" w:themeColor="accent1" w:sz="6" w:space="0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2enfasia">
    <w:name w:val="Medium Grid 2 Accent 2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color="C0504D" w:themeColor="accent2" w:sz="6" w:space="0"/>
          <w:insideV w:val="single" w:color="C0504D" w:themeColor="accent2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3enfasia">
    <w:name w:val="Medium Grid 2 Accent 3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color="9BBB59" w:themeColor="accent3" w:sz="6" w:space="0"/>
          <w:insideV w:val="single" w:color="9BBB59" w:themeColor="accent3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4enfasia">
    <w:name w:val="Medium Grid 2 Accent 4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color="8064A2" w:themeColor="accent4" w:sz="6" w:space="0"/>
          <w:insideV w:val="single" w:color="8064A2" w:themeColor="accent4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5enfasia">
    <w:name w:val="Medium Grid 2 Accent 5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color="4BACC6" w:themeColor="accent5" w:sz="6" w:space="0"/>
          <w:insideV w:val="single" w:color="4BACC6" w:themeColor="accent5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saretaertaina-6enfasia">
    <w:name w:val="Medium Grid 2 Accent 6"/>
    <w:basedOn w:val="Taulanormala"/>
    <w:uiPriority w:val="68"/>
    <w:rsid w:val="00CB0664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color="F79646" w:themeColor="accent6" w:sz="6" w:space="0"/>
          <w:insideV w:val="single" w:color="F79646" w:themeColor="accent6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saretaertaina">
    <w:name w:val="Medium Grid 3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3saretaertaina-1enfasia">
    <w:name w:val="Medium Grid 3 Accent 1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7BFDE" w:themeFill="accent1" w:themeFillTint="7F"/>
      </w:tcPr>
    </w:tblStylePr>
  </w:style>
  <w:style w:type="table" w:styleId="3saretaertaina-2enfasia">
    <w:name w:val="Medium Grid 3 Accent 2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FA7A6" w:themeFill="accent2" w:themeFillTint="7F"/>
      </w:tcPr>
    </w:tblStylePr>
  </w:style>
  <w:style w:type="table" w:styleId="3saretaertaina-3enfasia">
    <w:name w:val="Medium Grid 3 Accent 3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DDDAC" w:themeFill="accent3" w:themeFillTint="7F"/>
      </w:tcPr>
    </w:tblStylePr>
  </w:style>
  <w:style w:type="table" w:styleId="3saretaertaina-4enfasia">
    <w:name w:val="Medium Grid 3 Accent 4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1D0" w:themeFill="accent4" w:themeFillTint="7F"/>
      </w:tcPr>
    </w:tblStylePr>
  </w:style>
  <w:style w:type="table" w:styleId="3saretaertaina-5enfasia">
    <w:name w:val="Medium Grid 3 Accent 5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5D5E2" w:themeFill="accent5" w:themeFillTint="7F"/>
      </w:tcPr>
    </w:tblStylePr>
  </w:style>
  <w:style w:type="table" w:styleId="3saretaertaina-6enfasia">
    <w:name w:val="Medium Grid 3 Accent 6"/>
    <w:basedOn w:val="Taulanormala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FBCAA2" w:themeFill="accent6" w:themeFillTint="7F"/>
      </w:tcPr>
    </w:tblStylePr>
  </w:style>
  <w:style w:type="table" w:styleId="Zerrendailuna">
    <w:name w:val="Dark List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Zerrendailuna-1enfasia">
    <w:name w:val="Dark List Accent 1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Zerrendailuna-2enfasia">
    <w:name w:val="Dark List Accent 2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Zerrendailuna-3enfasia">
    <w:name w:val="Dark List Accent 3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Zerrendailuna-4enfasia">
    <w:name w:val="Dark List Accent 4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Zerrendailuna-5enfasia">
    <w:name w:val="Dark List Accent 5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Zerrendailuna-6enfasia">
    <w:name w:val="Dark List Accent 6"/>
    <w:basedOn w:val="Taulanormala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etakoitzaldura">
    <w:name w:val="Colorful Shading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1enfasia">
    <w:name w:val="Colorful Shading Accent 1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C4C74" w:themeColor="accent1" w:themeShade="99" w:sz="4" w:space="0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2enfasia">
    <w:name w:val="Colorful Shading Accent 2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772C2A" w:themeColor="accent2" w:themeShade="99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3enfasia">
    <w:name w:val="Colorful Shading Accent 3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E7530" w:themeColor="accent3" w:themeShade="99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etakoitzaldura-4enfasia">
    <w:name w:val="Colorful Shading Accent 4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3B62" w:themeColor="accent4" w:themeShade="99" w:sz="4" w:space="0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5enfasia">
    <w:name w:val="Colorful Shading Accent 5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76A7C" w:themeColor="accent5" w:themeShade="99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itzaldura-6enfasia">
    <w:name w:val="Colorful Shading Accent 6"/>
    <w:basedOn w:val="Taulanormala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B65608" w:themeColor="accent6" w:themeShade="99" w:sz="4" w:space="0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etakozerrenda">
    <w:name w:val="Colorful List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Zerrendakoloretsua-1enfasia">
    <w:name w:val="Colorful List Accent 1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Zerrendakoloretsua-2enfasia">
    <w:name w:val="Colorful List Accent 2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Zerrendakoloretsua-3enfasia">
    <w:name w:val="Colorful List Accent 3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Zerrendakoloretsua-4enfasia">
    <w:name w:val="Colorful List Accent 4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Zerrendakoloretsua-5enfasia">
    <w:name w:val="Colorful List Accent 5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Zerrendakoloretsua-6enfasia">
    <w:name w:val="Colorful List Accent 6"/>
    <w:basedOn w:val="Taulanormala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etakosareta">
    <w:name w:val="Colorful Grid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etakosareta-1enfasia">
    <w:name w:val="Colorful Grid Accent 1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etakosareta-2enfasia">
    <w:name w:val="Colorful Grid Accent 2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etakosareta-3enfasia">
    <w:name w:val="Colorful Grid Accent 3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etakosareta-4enfasia">
    <w:name w:val="Colorful Grid Accent 4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etakosareta-5enfasia">
    <w:name w:val="Colorful Grid Accent 5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etakosareta-6enfasia">
    <w:name w:val="Colorful Grid Accent 6"/>
    <w:basedOn w:val="Taulanormala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esteka">
    <w:name w:val="Hyperlink"/>
    <w:basedOn w:val="Paragrafoarenletra-tipolehenetsia"/>
    <w:uiPriority w:val="99"/>
    <w:unhideWhenUsed/>
    <w:rsid w:val="00A46CBB"/>
    <w:rPr>
      <w:color w:val="0000FF" w:themeColor="hyperlink"/>
      <w:u w:val="single"/>
    </w:rPr>
  </w:style>
  <w:style w:type="character" w:styleId="BisitatutakoHiperesteka">
    <w:name w:val="FollowedHyperlink"/>
    <w:basedOn w:val="Paragrafoarenletra-tipolehenetsia"/>
    <w:uiPriority w:val="99"/>
    <w:semiHidden/>
    <w:unhideWhenUsed/>
    <w:rsid w:val="00A46CBB"/>
    <w:rPr>
      <w:color w:val="800080" w:themeColor="followedHyperlink"/>
      <w:u w:val="single"/>
    </w:rPr>
  </w:style>
  <w:style w:type="paragraph" w:styleId="Normalaweb">
    <w:name w:val="Normal (Web)"/>
    <w:basedOn w:val="Normala"/>
    <w:uiPriority w:val="99"/>
    <w:unhideWhenUsed/>
    <w:rsid w:val="00E447B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u-ES" w:eastAsia="eu-ES"/>
    </w:rPr>
  </w:style>
  <w:style w:type="character" w:styleId="citation-299" w:customStyle="1">
    <w:name w:val="citation-299"/>
    <w:basedOn w:val="Paragrafoarenletra-tipolehenetsia"/>
    <w:rsid w:val="000B27C0"/>
  </w:style>
  <w:style w:type="character" w:styleId="citation-298" w:customStyle="1">
    <w:name w:val="citation-298"/>
    <w:basedOn w:val="Paragrafoarenletra-tipolehenetsia"/>
    <w:rsid w:val="000B27C0"/>
  </w:style>
  <w:style w:type="character" w:styleId="citation-297" w:customStyle="1">
    <w:name w:val="citation-297"/>
    <w:basedOn w:val="Paragrafoarenletra-tipolehenetsia"/>
    <w:rsid w:val="000B27C0"/>
  </w:style>
  <w:style w:type="character" w:styleId="citation-296" w:customStyle="1">
    <w:name w:val="citation-296"/>
    <w:basedOn w:val="Paragrafoarenletra-tipolehenetsia"/>
    <w:rsid w:val="000B27C0"/>
  </w:style>
  <w:style w:type="character" w:styleId="citation-295" w:customStyle="1">
    <w:name w:val="citation-295"/>
    <w:basedOn w:val="Paragrafoarenletra-tipolehenetsia"/>
    <w:rsid w:val="000B27C0"/>
  </w:style>
  <w:style w:type="character" w:styleId="citation-294" w:customStyle="1">
    <w:name w:val="citation-294"/>
    <w:basedOn w:val="Paragrafoarenletra-tipolehenetsia"/>
    <w:rsid w:val="000B27C0"/>
  </w:style>
  <w:style w:type="character" w:styleId="citation-293" w:customStyle="1">
    <w:name w:val="citation-293"/>
    <w:basedOn w:val="Paragrafoarenletra-tipolehenetsia"/>
    <w:rsid w:val="000B27C0"/>
  </w:style>
  <w:style w:type="character" w:styleId="citation-292" w:customStyle="1">
    <w:name w:val="citation-292"/>
    <w:basedOn w:val="Paragrafoarenletra-tipolehenetsia"/>
    <w:rsid w:val="000B27C0"/>
  </w:style>
  <w:style w:type="character" w:styleId="citation-291" w:customStyle="1">
    <w:name w:val="citation-291"/>
    <w:basedOn w:val="Paragrafoarenletra-tipolehenetsia"/>
    <w:rsid w:val="000B27C0"/>
  </w:style>
  <w:style w:type="character" w:styleId="citation-290" w:customStyle="1">
    <w:name w:val="citation-290"/>
    <w:basedOn w:val="Paragrafoarenletra-tipolehenetsia"/>
    <w:rsid w:val="000B27C0"/>
  </w:style>
  <w:style w:type="character" w:styleId="citation-289" w:customStyle="1">
    <w:name w:val="citation-289"/>
    <w:basedOn w:val="Paragrafoarenletra-tipolehenetsia"/>
    <w:rsid w:val="000B27C0"/>
  </w:style>
  <w:style w:type="character" w:styleId="citation-288" w:customStyle="1">
    <w:name w:val="citation-288"/>
    <w:basedOn w:val="Paragrafoarenletra-tipolehenetsia"/>
    <w:rsid w:val="000B27C0"/>
  </w:style>
  <w:style w:type="character" w:styleId="citation-287" w:customStyle="1">
    <w:name w:val="citation-287"/>
    <w:basedOn w:val="Paragrafoarenletra-tipolehenetsia"/>
    <w:rsid w:val="000B27C0"/>
  </w:style>
  <w:style w:type="character" w:styleId="citation-286" w:customStyle="1">
    <w:name w:val="citation-286"/>
    <w:basedOn w:val="Paragrafoarenletra-tipolehenetsia"/>
    <w:rsid w:val="000B27C0"/>
  </w:style>
  <w:style w:type="character" w:styleId="citation-285" w:customStyle="1">
    <w:name w:val="citation-285"/>
    <w:basedOn w:val="Paragrafoarenletra-tipolehenetsia"/>
    <w:rsid w:val="000B27C0"/>
  </w:style>
  <w:style w:type="character" w:styleId="citation-284" w:customStyle="1">
    <w:name w:val="citation-284"/>
    <w:basedOn w:val="Paragrafoarenletra-tipolehenetsia"/>
    <w:rsid w:val="000B27C0"/>
  </w:style>
  <w:style w:type="character" w:styleId="citation-283" w:customStyle="1">
    <w:name w:val="citation-283"/>
    <w:basedOn w:val="Paragrafoarenletra-tipolehenetsia"/>
    <w:rsid w:val="000B27C0"/>
  </w:style>
  <w:style w:type="character" w:styleId="citation-282" w:customStyle="1">
    <w:name w:val="citation-282"/>
    <w:basedOn w:val="Paragrafoarenletra-tipolehenetsia"/>
    <w:rsid w:val="000B27C0"/>
  </w:style>
  <w:style w:type="character" w:styleId="citation-281" w:customStyle="1">
    <w:name w:val="citation-281"/>
    <w:basedOn w:val="Paragrafoarenletra-tipolehenetsia"/>
    <w:rsid w:val="000B27C0"/>
  </w:style>
  <w:style w:type="character" w:styleId="citation-280" w:customStyle="1">
    <w:name w:val="citation-280"/>
    <w:basedOn w:val="Paragrafoarenletra-tipolehenetsia"/>
    <w:rsid w:val="000B27C0"/>
  </w:style>
  <w:style w:type="character" w:styleId="citation-279" w:customStyle="1">
    <w:name w:val="citation-279"/>
    <w:basedOn w:val="Paragrafoarenletra-tipolehenetsia"/>
    <w:rsid w:val="000B27C0"/>
  </w:style>
  <w:style w:type="character" w:styleId="citation-278" w:customStyle="1">
    <w:name w:val="citation-278"/>
    <w:basedOn w:val="Paragrafoarenletra-tipolehenetsia"/>
    <w:rsid w:val="000B27C0"/>
  </w:style>
  <w:style w:type="character" w:styleId="citation-277" w:customStyle="1">
    <w:name w:val="citation-277"/>
    <w:basedOn w:val="Paragrafoarenletra-tipolehenetsia"/>
    <w:rsid w:val="000B27C0"/>
  </w:style>
  <w:style w:type="character" w:styleId="citation-276" w:customStyle="1">
    <w:name w:val="citation-276"/>
    <w:basedOn w:val="Paragrafoarenletra-tipolehenetsia"/>
    <w:rsid w:val="000B27C0"/>
  </w:style>
  <w:style w:type="character" w:styleId="citation-275" w:customStyle="1">
    <w:name w:val="citation-275"/>
    <w:basedOn w:val="Paragrafoarenletra-tipolehenetsia"/>
    <w:rsid w:val="000B27C0"/>
  </w:style>
  <w:style w:type="character" w:styleId="citation-274" w:customStyle="1">
    <w:name w:val="citation-274"/>
    <w:basedOn w:val="Paragrafoarenletra-tipolehenetsia"/>
    <w:rsid w:val="000B27C0"/>
  </w:style>
  <w:style w:type="character" w:styleId="citation-273" w:customStyle="1">
    <w:name w:val="citation-273"/>
    <w:basedOn w:val="Paragrafoarenletra-tipolehenetsia"/>
    <w:rsid w:val="000B27C0"/>
  </w:style>
  <w:style w:type="character" w:styleId="citation-272" w:customStyle="1">
    <w:name w:val="citation-272"/>
    <w:basedOn w:val="Paragrafoarenletra-tipolehenetsia"/>
    <w:rsid w:val="000B27C0"/>
  </w:style>
  <w:style w:type="character" w:styleId="citation-271" w:customStyle="1">
    <w:name w:val="citation-271"/>
    <w:basedOn w:val="Paragrafoarenletra-tipolehenetsia"/>
    <w:rsid w:val="000B27C0"/>
  </w:style>
  <w:style w:type="character" w:styleId="citation-270" w:customStyle="1">
    <w:name w:val="citation-270"/>
    <w:basedOn w:val="Paragrafoarenletra-tipolehenetsia"/>
    <w:rsid w:val="000B27C0"/>
  </w:style>
  <w:style w:type="character" w:styleId="citation-269" w:customStyle="1">
    <w:name w:val="citation-269"/>
    <w:basedOn w:val="Paragrafoarenletra-tipolehenetsia"/>
    <w:rsid w:val="000B27C0"/>
  </w:style>
  <w:style w:type="character" w:styleId="citation-268" w:customStyle="1">
    <w:name w:val="citation-268"/>
    <w:basedOn w:val="Paragrafoarenletra-tipolehenetsia"/>
    <w:rsid w:val="000B27C0"/>
  </w:style>
  <w:style w:type="character" w:styleId="citation-267" w:customStyle="1">
    <w:name w:val="citation-267"/>
    <w:basedOn w:val="Paragrafoarenletra-tipolehenetsia"/>
    <w:rsid w:val="000B27C0"/>
  </w:style>
  <w:style w:type="character" w:styleId="citation-266" w:customStyle="1">
    <w:name w:val="citation-266"/>
    <w:basedOn w:val="Paragrafoarenletra-tipolehenetsia"/>
    <w:rsid w:val="000B27C0"/>
  </w:style>
  <w:style w:type="character" w:styleId="citation-265" w:customStyle="1">
    <w:name w:val="citation-265"/>
    <w:basedOn w:val="Paragrafoarenletra-tipolehenetsia"/>
    <w:rsid w:val="000B27C0"/>
  </w:style>
  <w:style w:type="character" w:styleId="citation-264" w:customStyle="1">
    <w:name w:val="citation-264"/>
    <w:basedOn w:val="Paragrafoarenletra-tipolehenetsia"/>
    <w:rsid w:val="000B27C0"/>
  </w:style>
  <w:style w:type="character" w:styleId="citation-263" w:customStyle="1">
    <w:name w:val="citation-263"/>
    <w:basedOn w:val="Paragrafoarenletra-tipolehenetsia"/>
    <w:rsid w:val="000B27C0"/>
  </w:style>
  <w:style w:type="character" w:styleId="citation-262" w:customStyle="1">
    <w:name w:val="citation-262"/>
    <w:basedOn w:val="Paragrafoarenletra-tipolehenetsia"/>
    <w:rsid w:val="000B27C0"/>
  </w:style>
  <w:style w:type="character" w:styleId="citation-261" w:customStyle="1">
    <w:name w:val="citation-261"/>
    <w:basedOn w:val="Paragrafoarenletra-tipolehenetsia"/>
    <w:rsid w:val="000B27C0"/>
  </w:style>
  <w:style w:type="character" w:styleId="citation-260" w:customStyle="1">
    <w:name w:val="citation-260"/>
    <w:basedOn w:val="Paragrafoarenletra-tipolehenetsia"/>
    <w:rsid w:val="000B27C0"/>
  </w:style>
  <w:style w:type="character" w:styleId="citation-259" w:customStyle="1">
    <w:name w:val="citation-259"/>
    <w:basedOn w:val="Paragrafoarenletra-tipolehenetsia"/>
    <w:rsid w:val="000B27C0"/>
  </w:style>
  <w:style w:type="character" w:styleId="citation-258" w:customStyle="1">
    <w:name w:val="citation-258"/>
    <w:basedOn w:val="Paragrafoarenletra-tipolehenetsia"/>
    <w:rsid w:val="000B27C0"/>
  </w:style>
  <w:style w:type="character" w:styleId="citation-257" w:customStyle="1">
    <w:name w:val="citation-257"/>
    <w:basedOn w:val="Paragrafoarenletra-tipolehenetsia"/>
    <w:rsid w:val="000B27C0"/>
  </w:style>
  <w:style w:type="character" w:styleId="citation-256" w:customStyle="1">
    <w:name w:val="citation-256"/>
    <w:basedOn w:val="Paragrafoarenletra-tipolehenetsia"/>
    <w:rsid w:val="000B27C0"/>
  </w:style>
  <w:style w:type="character" w:styleId="citation-255" w:customStyle="1">
    <w:name w:val="citation-255"/>
    <w:basedOn w:val="Paragrafoarenletra-tipolehenetsia"/>
    <w:rsid w:val="000B27C0"/>
  </w:style>
  <w:style w:type="character" w:styleId="citation-254" w:customStyle="1">
    <w:name w:val="citation-254"/>
    <w:basedOn w:val="Paragrafoarenletra-tipolehenetsia"/>
    <w:rsid w:val="000B27C0"/>
  </w:style>
  <w:style w:type="character" w:styleId="citation-253" w:customStyle="1">
    <w:name w:val="citation-253"/>
    <w:basedOn w:val="Paragrafoarenletra-tipolehenetsia"/>
    <w:rsid w:val="000B27C0"/>
  </w:style>
  <w:style w:type="character" w:styleId="citation-252" w:customStyle="1">
    <w:name w:val="citation-252"/>
    <w:basedOn w:val="Paragrafoarenletra-tipolehenetsia"/>
    <w:rsid w:val="000B27C0"/>
  </w:style>
  <w:style w:type="character" w:styleId="citation-251" w:customStyle="1">
    <w:name w:val="citation-251"/>
    <w:basedOn w:val="Paragrafoarenletra-tipolehenetsia"/>
    <w:rsid w:val="000B27C0"/>
  </w:style>
  <w:style w:type="character" w:styleId="citation-250" w:customStyle="1">
    <w:name w:val="citation-250"/>
    <w:basedOn w:val="Paragrafoarenletra-tipolehenetsia"/>
    <w:rsid w:val="000B27C0"/>
  </w:style>
  <w:style w:type="character" w:styleId="citation-249" w:customStyle="1">
    <w:name w:val="citation-249"/>
    <w:basedOn w:val="Paragrafoarenletra-tipolehenetsia"/>
    <w:rsid w:val="000B27C0"/>
  </w:style>
  <w:style w:type="character" w:styleId="citation-248" w:customStyle="1">
    <w:name w:val="citation-248"/>
    <w:basedOn w:val="Paragrafoarenletra-tipolehenetsia"/>
    <w:rsid w:val="000B27C0"/>
  </w:style>
  <w:style w:type="character" w:styleId="citation-247" w:customStyle="1">
    <w:name w:val="citation-247"/>
    <w:basedOn w:val="Paragrafoarenletra-tipolehenetsia"/>
    <w:rsid w:val="000B27C0"/>
  </w:style>
  <w:style w:type="character" w:styleId="citation-246" w:customStyle="1">
    <w:name w:val="citation-246"/>
    <w:basedOn w:val="Paragrafoarenletra-tipolehenetsia"/>
    <w:rsid w:val="000B27C0"/>
  </w:style>
  <w:style w:type="character" w:styleId="citation-245" w:customStyle="1">
    <w:name w:val="citation-245"/>
    <w:basedOn w:val="Paragrafoarenletra-tipolehenetsia"/>
    <w:rsid w:val="000B27C0"/>
  </w:style>
  <w:style w:type="character" w:styleId="citation-197" w:customStyle="1">
    <w:name w:val="citation-197"/>
    <w:basedOn w:val="Paragrafoarenletra-tipolehenetsia"/>
    <w:rsid w:val="00C742C7"/>
  </w:style>
  <w:style w:type="character" w:styleId="citation-196" w:customStyle="1">
    <w:name w:val="citation-196"/>
    <w:basedOn w:val="Paragrafoarenletra-tipolehenetsia"/>
    <w:rsid w:val="00C742C7"/>
  </w:style>
  <w:style w:type="character" w:styleId="citation-195" w:customStyle="1">
    <w:name w:val="citation-195"/>
    <w:basedOn w:val="Paragrafoarenletra-tipolehenetsia"/>
    <w:rsid w:val="00C742C7"/>
  </w:style>
  <w:style w:type="character" w:styleId="citation-194" w:customStyle="1">
    <w:name w:val="citation-194"/>
    <w:basedOn w:val="Paragrafoarenletra-tipolehenetsia"/>
    <w:rsid w:val="00C742C7"/>
  </w:style>
  <w:style w:type="character" w:styleId="citation-193" w:customStyle="1">
    <w:name w:val="citation-193"/>
    <w:basedOn w:val="Paragrafoarenletra-tipolehenetsia"/>
    <w:rsid w:val="00C742C7"/>
  </w:style>
  <w:style w:type="character" w:styleId="citation-192" w:customStyle="1">
    <w:name w:val="citation-192"/>
    <w:basedOn w:val="Paragrafoarenletra-tipolehenetsia"/>
    <w:rsid w:val="00C742C7"/>
  </w:style>
  <w:style w:type="character" w:styleId="citation-191" w:customStyle="1">
    <w:name w:val="citation-191"/>
    <w:basedOn w:val="Paragrafoarenletra-tipolehenetsia"/>
    <w:rsid w:val="00C742C7"/>
  </w:style>
  <w:style w:type="character" w:styleId="citation-190" w:customStyle="1">
    <w:name w:val="citation-190"/>
    <w:basedOn w:val="Paragrafoarenletra-tipolehenetsia"/>
    <w:rsid w:val="00C742C7"/>
  </w:style>
  <w:style w:type="character" w:styleId="citation-189" w:customStyle="1">
    <w:name w:val="citation-189"/>
    <w:basedOn w:val="Paragrafoarenletra-tipolehenetsia"/>
    <w:rsid w:val="00C742C7"/>
  </w:style>
  <w:style w:type="character" w:styleId="citation-188" w:customStyle="1">
    <w:name w:val="citation-188"/>
    <w:basedOn w:val="Paragrafoarenletra-tipolehenetsia"/>
    <w:rsid w:val="00C742C7"/>
  </w:style>
  <w:style w:type="character" w:styleId="citation-187" w:customStyle="1">
    <w:name w:val="citation-187"/>
    <w:basedOn w:val="Paragrafoarenletra-tipolehenetsia"/>
    <w:rsid w:val="00C742C7"/>
  </w:style>
  <w:style w:type="character" w:styleId="citation-186" w:customStyle="1">
    <w:name w:val="citation-186"/>
    <w:basedOn w:val="Paragrafoarenletra-tipolehenetsia"/>
    <w:rsid w:val="00C742C7"/>
  </w:style>
  <w:style w:type="character" w:styleId="citation-185" w:customStyle="1">
    <w:name w:val="citation-185"/>
    <w:basedOn w:val="Paragrafoarenletra-tipolehenetsia"/>
    <w:rsid w:val="00C742C7"/>
  </w:style>
  <w:style w:type="character" w:styleId="citation-184" w:customStyle="1">
    <w:name w:val="citation-184"/>
    <w:basedOn w:val="Paragrafoarenletra-tipolehenetsia"/>
    <w:rsid w:val="00C742C7"/>
  </w:style>
  <w:style w:type="character" w:styleId="citation-183" w:customStyle="1">
    <w:name w:val="citation-183"/>
    <w:basedOn w:val="Paragrafoarenletra-tipolehenetsia"/>
    <w:rsid w:val="00C742C7"/>
  </w:style>
  <w:style w:type="character" w:styleId="citation-182" w:customStyle="1">
    <w:name w:val="citation-182"/>
    <w:basedOn w:val="Paragrafoarenletra-tipolehenetsia"/>
    <w:rsid w:val="00C742C7"/>
  </w:style>
  <w:style w:type="character" w:styleId="citation-181" w:customStyle="1">
    <w:name w:val="citation-181"/>
    <w:basedOn w:val="Paragrafoarenletra-tipolehenetsia"/>
    <w:rsid w:val="00C742C7"/>
  </w:style>
  <w:style w:type="character" w:styleId="citation-180" w:customStyle="1">
    <w:name w:val="citation-180"/>
    <w:basedOn w:val="Paragrafoarenletra-tipolehenetsia"/>
    <w:rsid w:val="00C742C7"/>
  </w:style>
  <w:style w:type="character" w:styleId="citation-179" w:customStyle="1">
    <w:name w:val="citation-179"/>
    <w:basedOn w:val="Paragrafoarenletra-tipolehenetsia"/>
    <w:rsid w:val="00C742C7"/>
  </w:style>
  <w:style w:type="character" w:styleId="citation-178" w:customStyle="1">
    <w:name w:val="citation-178"/>
    <w:basedOn w:val="Paragrafoarenletra-tipolehenetsia"/>
    <w:rsid w:val="00C742C7"/>
  </w:style>
  <w:style w:type="character" w:styleId="citation-177" w:customStyle="1">
    <w:name w:val="citation-177"/>
    <w:basedOn w:val="Paragrafoarenletra-tipolehenetsia"/>
    <w:rsid w:val="00C742C7"/>
  </w:style>
  <w:style w:type="character" w:styleId="citation-176" w:customStyle="1">
    <w:name w:val="citation-176"/>
    <w:basedOn w:val="Paragrafoarenletra-tipolehenetsia"/>
    <w:rsid w:val="00C742C7"/>
  </w:style>
  <w:style w:type="character" w:styleId="citation-175" w:customStyle="1">
    <w:name w:val="citation-175"/>
    <w:basedOn w:val="Paragrafoarenletra-tipolehenetsia"/>
    <w:rsid w:val="00C742C7"/>
  </w:style>
  <w:style w:type="character" w:styleId="citation-174" w:customStyle="1">
    <w:name w:val="citation-174"/>
    <w:basedOn w:val="Paragrafoarenletra-tipolehenetsia"/>
    <w:rsid w:val="00C742C7"/>
  </w:style>
  <w:style w:type="character" w:styleId="citation-173" w:customStyle="1">
    <w:name w:val="citation-173"/>
    <w:basedOn w:val="Paragrafoarenletra-tipolehenetsia"/>
    <w:rsid w:val="00C742C7"/>
  </w:style>
  <w:style w:type="character" w:styleId="citation-172" w:customStyle="1">
    <w:name w:val="citation-172"/>
    <w:basedOn w:val="Paragrafoarenletra-tipolehenetsia"/>
    <w:rsid w:val="00C742C7"/>
  </w:style>
  <w:style w:type="character" w:styleId="citation-171" w:customStyle="1">
    <w:name w:val="citation-171"/>
    <w:basedOn w:val="Paragrafoarenletra-tipolehenetsia"/>
    <w:rsid w:val="00C742C7"/>
  </w:style>
  <w:style w:type="character" w:styleId="citation-170" w:customStyle="1">
    <w:name w:val="citation-170"/>
    <w:basedOn w:val="Paragrafoarenletra-tipolehenetsia"/>
    <w:rsid w:val="00C742C7"/>
  </w:style>
  <w:style w:type="character" w:styleId="citation-169" w:customStyle="1">
    <w:name w:val="citation-169"/>
    <w:basedOn w:val="Paragrafoarenletra-tipolehenetsia"/>
    <w:rsid w:val="00C742C7"/>
  </w:style>
  <w:style w:type="character" w:styleId="citation-168" w:customStyle="1">
    <w:name w:val="citation-168"/>
    <w:basedOn w:val="Paragrafoarenletra-tipolehenetsia"/>
    <w:rsid w:val="00C742C7"/>
  </w:style>
  <w:style w:type="character" w:styleId="citation-167" w:customStyle="1">
    <w:name w:val="citation-167"/>
    <w:basedOn w:val="Paragrafoarenletra-tipolehenetsia"/>
    <w:rsid w:val="00C742C7"/>
  </w:style>
  <w:style w:type="character" w:styleId="citation-166" w:customStyle="1">
    <w:name w:val="citation-166"/>
    <w:basedOn w:val="Paragrafoarenletra-tipolehenetsia"/>
    <w:rsid w:val="00C742C7"/>
  </w:style>
  <w:style w:type="character" w:styleId="citation-165" w:customStyle="1">
    <w:name w:val="citation-165"/>
    <w:basedOn w:val="Paragrafoarenletra-tipolehenetsia"/>
    <w:rsid w:val="00C742C7"/>
  </w:style>
  <w:style w:type="character" w:styleId="citation-164" w:customStyle="1">
    <w:name w:val="citation-164"/>
    <w:basedOn w:val="Paragrafoarenletra-tipolehenetsia"/>
    <w:rsid w:val="00C742C7"/>
  </w:style>
  <w:style w:type="character" w:styleId="citation-163" w:customStyle="1">
    <w:name w:val="citation-163"/>
    <w:basedOn w:val="Paragrafoarenletra-tipolehenetsia"/>
    <w:rsid w:val="00C742C7"/>
  </w:style>
  <w:style w:type="character" w:styleId="citation-162" w:customStyle="1">
    <w:name w:val="citation-162"/>
    <w:basedOn w:val="Paragrafoarenletra-tipolehenetsia"/>
    <w:rsid w:val="00C742C7"/>
  </w:style>
  <w:style w:type="character" w:styleId="citation-161" w:customStyle="1">
    <w:name w:val="citation-161"/>
    <w:basedOn w:val="Paragrafoarenletra-tipolehenetsia"/>
    <w:rsid w:val="00C742C7"/>
  </w:style>
  <w:style w:type="character" w:styleId="citation-160" w:customStyle="1">
    <w:name w:val="citation-160"/>
    <w:basedOn w:val="Paragrafoarenletra-tipolehenetsia"/>
    <w:rsid w:val="00C742C7"/>
  </w:style>
  <w:style w:type="character" w:styleId="citation-159" w:customStyle="1">
    <w:name w:val="citation-159"/>
    <w:basedOn w:val="Paragrafoarenletra-tipolehenetsia"/>
    <w:rsid w:val="00C742C7"/>
  </w:style>
  <w:style w:type="character" w:styleId="citation-158" w:customStyle="1">
    <w:name w:val="citation-158"/>
    <w:basedOn w:val="Paragrafoarenletra-tipolehenetsia"/>
    <w:rsid w:val="00C742C7"/>
  </w:style>
  <w:style w:type="character" w:styleId="citation-157" w:customStyle="1">
    <w:name w:val="citation-157"/>
    <w:basedOn w:val="Paragrafoarenletra-tipolehenetsia"/>
    <w:rsid w:val="00C742C7"/>
  </w:style>
  <w:style w:type="character" w:styleId="citation-156" w:customStyle="1">
    <w:name w:val="citation-156"/>
    <w:basedOn w:val="Paragrafoarenletra-tipolehenetsia"/>
    <w:rsid w:val="00C742C7"/>
  </w:style>
  <w:style w:type="character" w:styleId="citation-155" w:customStyle="1">
    <w:name w:val="citation-155"/>
    <w:basedOn w:val="Paragrafoarenletra-tipolehenetsia"/>
    <w:rsid w:val="00C742C7"/>
  </w:style>
  <w:style w:type="character" w:styleId="citation-154" w:customStyle="1">
    <w:name w:val="citation-154"/>
    <w:basedOn w:val="Paragrafoarenletra-tipolehenetsia"/>
    <w:rsid w:val="00C742C7"/>
  </w:style>
  <w:style w:type="character" w:styleId="citation-153" w:customStyle="1">
    <w:name w:val="citation-153"/>
    <w:basedOn w:val="Paragrafoarenletra-tipolehenetsia"/>
    <w:rsid w:val="00C742C7"/>
  </w:style>
  <w:style w:type="character" w:styleId="citation-152" w:customStyle="1">
    <w:name w:val="citation-152"/>
    <w:basedOn w:val="Paragrafoarenletra-tipolehenetsia"/>
    <w:rsid w:val="00C742C7"/>
  </w:style>
  <w:style w:type="character" w:styleId="citation-151" w:customStyle="1">
    <w:name w:val="citation-151"/>
    <w:basedOn w:val="Paragrafoarenletra-tipolehenetsia"/>
    <w:rsid w:val="00C742C7"/>
  </w:style>
  <w:style w:type="character" w:styleId="citation-150" w:customStyle="1">
    <w:name w:val="citation-150"/>
    <w:basedOn w:val="Paragrafoarenletra-tipolehenetsia"/>
    <w:rsid w:val="00C742C7"/>
  </w:style>
  <w:style w:type="character" w:styleId="citation-149" w:customStyle="1">
    <w:name w:val="citation-149"/>
    <w:basedOn w:val="Paragrafoarenletra-tipolehenetsia"/>
    <w:rsid w:val="00C742C7"/>
  </w:style>
  <w:style w:type="character" w:styleId="citation-148" w:customStyle="1">
    <w:name w:val="citation-148"/>
    <w:basedOn w:val="Paragrafoarenletra-tipolehenetsia"/>
    <w:rsid w:val="00C742C7"/>
  </w:style>
  <w:style w:type="character" w:styleId="citation-147" w:customStyle="1">
    <w:name w:val="citation-147"/>
    <w:basedOn w:val="Paragrafoarenletra-tipolehenetsia"/>
    <w:rsid w:val="00C742C7"/>
  </w:style>
  <w:style w:type="character" w:styleId="citation-146" w:customStyle="1">
    <w:name w:val="citation-146"/>
    <w:basedOn w:val="Paragrafoarenletra-tipolehenetsia"/>
    <w:rsid w:val="00C742C7"/>
  </w:style>
  <w:style w:type="character" w:styleId="citation-145" w:customStyle="1">
    <w:name w:val="citation-145"/>
    <w:basedOn w:val="Paragrafoarenletra-tipolehenetsia"/>
    <w:rsid w:val="00C742C7"/>
  </w:style>
  <w:style w:type="character" w:styleId="citation-144" w:customStyle="1">
    <w:name w:val="citation-144"/>
    <w:basedOn w:val="Paragrafoarenletra-tipolehenetsia"/>
    <w:rsid w:val="00C742C7"/>
  </w:style>
  <w:style w:type="character" w:styleId="citation-143" w:customStyle="1">
    <w:name w:val="citation-143"/>
    <w:basedOn w:val="Paragrafoarenletra-tipolehenetsia"/>
    <w:rsid w:val="00C742C7"/>
  </w:style>
  <w:style w:type="character" w:styleId="citation-142" w:customStyle="1">
    <w:name w:val="citation-142"/>
    <w:basedOn w:val="Paragrafoarenletra-tipolehenetsia"/>
    <w:rsid w:val="00C742C7"/>
  </w:style>
  <w:style w:type="character" w:styleId="citation-141" w:customStyle="1">
    <w:name w:val="citation-141"/>
    <w:basedOn w:val="Paragrafoarenletra-tipolehenetsia"/>
    <w:rsid w:val="00C742C7"/>
  </w:style>
  <w:style w:type="character" w:styleId="citation-140" w:customStyle="1">
    <w:name w:val="citation-140"/>
    <w:basedOn w:val="Paragrafoarenletra-tipolehenetsia"/>
    <w:rsid w:val="00C742C7"/>
  </w:style>
  <w:style w:type="character" w:styleId="citation-139" w:customStyle="1">
    <w:name w:val="citation-139"/>
    <w:basedOn w:val="Paragrafoarenletra-tipolehenetsia"/>
    <w:rsid w:val="00C742C7"/>
  </w:style>
  <w:style w:type="character" w:styleId="citation-138" w:customStyle="1">
    <w:name w:val="citation-138"/>
    <w:basedOn w:val="Paragrafoarenletra-tipolehenetsia"/>
    <w:rsid w:val="00C742C7"/>
  </w:style>
  <w:style w:type="character" w:styleId="citation-137" w:customStyle="1">
    <w:name w:val="citation-137"/>
    <w:basedOn w:val="Paragrafoarenletra-tipolehenetsia"/>
    <w:rsid w:val="00C742C7"/>
  </w:style>
  <w:style w:type="character" w:styleId="citation-136" w:customStyle="1">
    <w:name w:val="citation-136"/>
    <w:basedOn w:val="Paragrafoarenletra-tipolehenetsia"/>
    <w:rsid w:val="00C742C7"/>
  </w:style>
  <w:style w:type="character" w:styleId="citation-135" w:customStyle="1">
    <w:name w:val="citation-135"/>
    <w:basedOn w:val="Paragrafoarenletra-tipolehenetsia"/>
    <w:rsid w:val="00C742C7"/>
  </w:style>
  <w:style w:type="character" w:styleId="citation-134" w:customStyle="1">
    <w:name w:val="citation-134"/>
    <w:basedOn w:val="Paragrafoarenletra-tipolehenetsia"/>
    <w:rsid w:val="00C742C7"/>
  </w:style>
  <w:style w:type="character" w:styleId="citation-133" w:customStyle="1">
    <w:name w:val="citation-133"/>
    <w:basedOn w:val="Paragrafoarenletra-tipolehenetsia"/>
    <w:rsid w:val="00C742C7"/>
  </w:style>
  <w:style w:type="character" w:styleId="citation-132" w:customStyle="1">
    <w:name w:val="citation-132"/>
    <w:basedOn w:val="Paragrafoarenletra-tipolehenetsia"/>
    <w:rsid w:val="00C742C7"/>
  </w:style>
  <w:style w:type="character" w:styleId="citation-833" w:customStyle="1">
    <w:name w:val="citation-833"/>
    <w:basedOn w:val="Paragrafoarenletra-tipolehenetsia"/>
    <w:rsid w:val="00C742C7"/>
  </w:style>
  <w:style w:type="character" w:styleId="citation-832" w:customStyle="1">
    <w:name w:val="citation-832"/>
    <w:basedOn w:val="Paragrafoarenletra-tipolehenetsia"/>
    <w:rsid w:val="00C742C7"/>
  </w:style>
  <w:style w:type="character" w:styleId="citation-831" w:customStyle="1">
    <w:name w:val="citation-831"/>
    <w:basedOn w:val="Paragrafoarenletra-tipolehenetsia"/>
    <w:rsid w:val="00C742C7"/>
  </w:style>
  <w:style w:type="character" w:styleId="citation-830" w:customStyle="1">
    <w:name w:val="citation-830"/>
    <w:basedOn w:val="Paragrafoarenletra-tipolehenetsia"/>
    <w:rsid w:val="00C742C7"/>
  </w:style>
  <w:style w:type="character" w:styleId="citation-829" w:customStyle="1">
    <w:name w:val="citation-829"/>
    <w:basedOn w:val="Paragrafoarenletra-tipolehenetsia"/>
    <w:rsid w:val="00C742C7"/>
  </w:style>
  <w:style w:type="character" w:styleId="citation-828" w:customStyle="1">
    <w:name w:val="citation-828"/>
    <w:basedOn w:val="Paragrafoarenletra-tipolehenetsia"/>
    <w:rsid w:val="00C742C7"/>
  </w:style>
  <w:style w:type="character" w:styleId="citation-827" w:customStyle="1">
    <w:name w:val="citation-827"/>
    <w:basedOn w:val="Paragrafoarenletra-tipolehenetsia"/>
    <w:rsid w:val="00C742C7"/>
  </w:style>
  <w:style w:type="character" w:styleId="citation-826" w:customStyle="1">
    <w:name w:val="citation-826"/>
    <w:basedOn w:val="Paragrafoarenletra-tipolehenetsia"/>
    <w:rsid w:val="00C742C7"/>
  </w:style>
  <w:style w:type="character" w:styleId="citation-825" w:customStyle="1">
    <w:name w:val="citation-825"/>
    <w:basedOn w:val="Paragrafoarenletra-tipolehenetsia"/>
    <w:rsid w:val="00C742C7"/>
  </w:style>
  <w:style w:type="character" w:styleId="citation-824" w:customStyle="1">
    <w:name w:val="citation-824"/>
    <w:basedOn w:val="Paragrafoarenletra-tipolehenetsia"/>
    <w:rsid w:val="00C742C7"/>
  </w:style>
  <w:style w:type="character" w:styleId="citation-823" w:customStyle="1">
    <w:name w:val="citation-823"/>
    <w:basedOn w:val="Paragrafoarenletra-tipolehenetsia"/>
    <w:rsid w:val="00C742C7"/>
  </w:style>
  <w:style w:type="character" w:styleId="citation-822" w:customStyle="1">
    <w:name w:val="citation-822"/>
    <w:basedOn w:val="Paragrafoarenletra-tipolehenetsia"/>
    <w:rsid w:val="00C742C7"/>
  </w:style>
  <w:style w:type="character" w:styleId="citation-821" w:customStyle="1">
    <w:name w:val="citation-821"/>
    <w:basedOn w:val="Paragrafoarenletra-tipolehenetsia"/>
    <w:rsid w:val="00C742C7"/>
  </w:style>
  <w:style w:type="character" w:styleId="citation-820" w:customStyle="1">
    <w:name w:val="citation-820"/>
    <w:basedOn w:val="Paragrafoarenletra-tipolehenetsia"/>
    <w:rsid w:val="00C742C7"/>
  </w:style>
  <w:style w:type="character" w:styleId="citation-819" w:customStyle="1">
    <w:name w:val="citation-819"/>
    <w:basedOn w:val="Paragrafoarenletra-tipolehenetsia"/>
    <w:rsid w:val="00C742C7"/>
  </w:style>
  <w:style w:type="character" w:styleId="citation-818" w:customStyle="1">
    <w:name w:val="citation-818"/>
    <w:basedOn w:val="Paragrafoarenletra-tipolehenetsia"/>
    <w:rsid w:val="00C742C7"/>
  </w:style>
  <w:style w:type="character" w:styleId="citation-817" w:customStyle="1">
    <w:name w:val="citation-817"/>
    <w:basedOn w:val="Paragrafoarenletra-tipolehenetsia"/>
    <w:rsid w:val="00C742C7"/>
  </w:style>
  <w:style w:type="character" w:styleId="citation-816" w:customStyle="1">
    <w:name w:val="citation-816"/>
    <w:basedOn w:val="Paragrafoarenletra-tipolehenetsia"/>
    <w:rsid w:val="00C742C7"/>
  </w:style>
  <w:style w:type="character" w:styleId="citation-815" w:customStyle="1">
    <w:name w:val="citation-815"/>
    <w:basedOn w:val="Paragrafoarenletra-tipolehenetsia"/>
    <w:rsid w:val="00C742C7"/>
  </w:style>
  <w:style w:type="character" w:styleId="citation-814" w:customStyle="1">
    <w:name w:val="citation-814"/>
    <w:basedOn w:val="Paragrafoarenletra-tipolehenetsia"/>
    <w:rsid w:val="00C742C7"/>
  </w:style>
  <w:style w:type="character" w:styleId="citation-813" w:customStyle="1">
    <w:name w:val="citation-813"/>
    <w:basedOn w:val="Paragrafoarenletra-tipolehenetsia"/>
    <w:rsid w:val="00C742C7"/>
  </w:style>
  <w:style w:type="character" w:styleId="citation-812" w:customStyle="1">
    <w:name w:val="citation-812"/>
    <w:basedOn w:val="Paragrafoarenletra-tipolehenetsia"/>
    <w:rsid w:val="00C742C7"/>
  </w:style>
  <w:style w:type="character" w:styleId="citation-811" w:customStyle="1">
    <w:name w:val="citation-811"/>
    <w:basedOn w:val="Paragrafoarenletra-tipolehenetsia"/>
    <w:rsid w:val="00C742C7"/>
  </w:style>
  <w:style w:type="character" w:styleId="citation-810" w:customStyle="1">
    <w:name w:val="citation-810"/>
    <w:basedOn w:val="Paragrafoarenletra-tipolehenetsia"/>
    <w:rsid w:val="00C742C7"/>
  </w:style>
  <w:style w:type="character" w:styleId="citation-809" w:customStyle="1">
    <w:name w:val="citation-809"/>
    <w:basedOn w:val="Paragrafoarenletra-tipolehenetsia"/>
    <w:rsid w:val="00C742C7"/>
  </w:style>
  <w:style w:type="character" w:styleId="citation-808" w:customStyle="1">
    <w:name w:val="citation-808"/>
    <w:basedOn w:val="Paragrafoarenletra-tipolehenetsia"/>
    <w:rsid w:val="00C742C7"/>
  </w:style>
  <w:style w:type="character" w:styleId="citation-807" w:customStyle="1">
    <w:name w:val="citation-807"/>
    <w:basedOn w:val="Paragrafoarenletra-tipolehenetsia"/>
    <w:rsid w:val="00C742C7"/>
  </w:style>
  <w:style w:type="character" w:styleId="citation-806" w:customStyle="1">
    <w:name w:val="citation-806"/>
    <w:basedOn w:val="Paragrafoarenletra-tipolehenetsia"/>
    <w:rsid w:val="00C742C7"/>
  </w:style>
  <w:style w:type="character" w:styleId="citation-805" w:customStyle="1">
    <w:name w:val="citation-805"/>
    <w:basedOn w:val="Paragrafoarenletra-tipolehenetsia"/>
    <w:rsid w:val="00C742C7"/>
  </w:style>
  <w:style w:type="character" w:styleId="citation-804" w:customStyle="1">
    <w:name w:val="citation-804"/>
    <w:basedOn w:val="Paragrafoarenletra-tipolehenetsia"/>
    <w:rsid w:val="00C742C7"/>
  </w:style>
  <w:style w:type="character" w:styleId="citation-803" w:customStyle="1">
    <w:name w:val="citation-803"/>
    <w:basedOn w:val="Paragrafoarenletra-tipolehenetsia"/>
    <w:rsid w:val="00C742C7"/>
  </w:style>
  <w:style w:type="character" w:styleId="citation-802" w:customStyle="1">
    <w:name w:val="citation-802"/>
    <w:basedOn w:val="Paragrafoarenletra-tipolehenetsia"/>
    <w:rsid w:val="00C742C7"/>
  </w:style>
  <w:style w:type="character" w:styleId="citation-801" w:customStyle="1">
    <w:name w:val="citation-801"/>
    <w:basedOn w:val="Paragrafoarenletra-tipolehenetsia"/>
    <w:rsid w:val="00C742C7"/>
  </w:style>
  <w:style w:type="character" w:styleId="citation-800" w:customStyle="1">
    <w:name w:val="citation-800"/>
    <w:basedOn w:val="Paragrafoarenletra-tipolehenetsia"/>
    <w:rsid w:val="00C742C7"/>
  </w:style>
  <w:style w:type="character" w:styleId="citation-799" w:customStyle="1">
    <w:name w:val="citation-799"/>
    <w:basedOn w:val="Paragrafoarenletra-tipolehenetsia"/>
    <w:rsid w:val="00C742C7"/>
  </w:style>
  <w:style w:type="character" w:styleId="citation-798" w:customStyle="1">
    <w:name w:val="citation-798"/>
    <w:basedOn w:val="Paragrafoarenletra-tipolehenetsia"/>
    <w:rsid w:val="00C742C7"/>
  </w:style>
  <w:style w:type="character" w:styleId="citation-797" w:customStyle="1">
    <w:name w:val="citation-797"/>
    <w:basedOn w:val="Paragrafoarenletra-tipolehenetsia"/>
    <w:rsid w:val="00C742C7"/>
  </w:style>
  <w:style w:type="character" w:styleId="citation-796" w:customStyle="1">
    <w:name w:val="citation-796"/>
    <w:basedOn w:val="Paragrafoarenletra-tipolehenetsia"/>
    <w:rsid w:val="00C742C7"/>
  </w:style>
  <w:style w:type="character" w:styleId="citation-795" w:customStyle="1">
    <w:name w:val="citation-795"/>
    <w:basedOn w:val="Paragrafoarenletra-tipolehenetsia"/>
    <w:rsid w:val="00C742C7"/>
  </w:style>
  <w:style w:type="character" w:styleId="citation-794" w:customStyle="1">
    <w:name w:val="citation-794"/>
    <w:basedOn w:val="Paragrafoarenletra-tipolehenetsia"/>
    <w:rsid w:val="00C742C7"/>
  </w:style>
  <w:style w:type="character" w:styleId="citation-793" w:customStyle="1">
    <w:name w:val="citation-793"/>
    <w:basedOn w:val="Paragrafoarenletra-tipolehenetsia"/>
    <w:rsid w:val="00C742C7"/>
  </w:style>
  <w:style w:type="character" w:styleId="citation-792" w:customStyle="1">
    <w:name w:val="citation-792"/>
    <w:basedOn w:val="Paragrafoarenletra-tipolehenetsia"/>
    <w:rsid w:val="00C742C7"/>
  </w:style>
  <w:style w:type="character" w:styleId="citation-791" w:customStyle="1">
    <w:name w:val="citation-791"/>
    <w:basedOn w:val="Paragrafoarenletra-tipolehenetsia"/>
    <w:rsid w:val="00C742C7"/>
  </w:style>
  <w:style w:type="character" w:styleId="citation-790" w:customStyle="1">
    <w:name w:val="citation-790"/>
    <w:basedOn w:val="Paragrafoarenletra-tipolehenetsia"/>
    <w:rsid w:val="00C742C7"/>
  </w:style>
  <w:style w:type="character" w:styleId="citation-789" w:customStyle="1">
    <w:name w:val="citation-789"/>
    <w:basedOn w:val="Paragrafoarenletra-tipolehenetsia"/>
    <w:rsid w:val="00C742C7"/>
  </w:style>
  <w:style w:type="character" w:styleId="citation-788" w:customStyle="1">
    <w:name w:val="citation-788"/>
    <w:basedOn w:val="Paragrafoarenletra-tipolehenetsia"/>
    <w:rsid w:val="00C742C7"/>
  </w:style>
  <w:style w:type="character" w:styleId="citation-787" w:customStyle="1">
    <w:name w:val="citation-787"/>
    <w:basedOn w:val="Paragrafoarenletra-tipolehenetsia"/>
    <w:rsid w:val="00C742C7"/>
  </w:style>
  <w:style w:type="character" w:styleId="citation-786" w:customStyle="1">
    <w:name w:val="citation-786"/>
    <w:basedOn w:val="Paragrafoarenletra-tipolehenetsia"/>
    <w:rsid w:val="00C742C7"/>
  </w:style>
  <w:style w:type="character" w:styleId="citation-785" w:customStyle="1">
    <w:name w:val="citation-785"/>
    <w:basedOn w:val="Paragrafoarenletra-tipolehenetsia"/>
    <w:rsid w:val="00C742C7"/>
  </w:style>
  <w:style w:type="character" w:styleId="citation-784" w:customStyle="1">
    <w:name w:val="citation-784"/>
    <w:basedOn w:val="Paragrafoarenletra-tipolehenetsia"/>
    <w:rsid w:val="00C742C7"/>
  </w:style>
  <w:style w:type="character" w:styleId="citation-783" w:customStyle="1">
    <w:name w:val="citation-783"/>
    <w:basedOn w:val="Paragrafoarenletra-tipolehenetsia"/>
    <w:rsid w:val="00C742C7"/>
  </w:style>
  <w:style w:type="character" w:styleId="citation-782" w:customStyle="1">
    <w:name w:val="citation-782"/>
    <w:basedOn w:val="Paragrafoarenletra-tipolehenetsia"/>
    <w:rsid w:val="00C742C7"/>
  </w:style>
  <w:style w:type="character" w:styleId="citation-781" w:customStyle="1">
    <w:name w:val="citation-781"/>
    <w:basedOn w:val="Paragrafoarenletra-tipolehenetsia"/>
    <w:rsid w:val="00C742C7"/>
  </w:style>
  <w:style w:type="character" w:styleId="citation-780" w:customStyle="1">
    <w:name w:val="citation-780"/>
    <w:basedOn w:val="Paragrafoarenletra-tipolehenetsia"/>
    <w:rsid w:val="00C742C7"/>
  </w:style>
  <w:style w:type="character" w:styleId="citation-779" w:customStyle="1">
    <w:name w:val="citation-779"/>
    <w:basedOn w:val="Paragrafoarenletra-tipolehenetsia"/>
    <w:rsid w:val="00C742C7"/>
  </w:style>
  <w:style w:type="character" w:styleId="citation-778" w:customStyle="1">
    <w:name w:val="citation-778"/>
    <w:basedOn w:val="Paragrafoarenletra-tipolehenetsia"/>
    <w:rsid w:val="00C742C7"/>
  </w:style>
  <w:style w:type="character" w:styleId="citation-777" w:customStyle="1">
    <w:name w:val="citation-777"/>
    <w:basedOn w:val="Paragrafoarenletra-tipolehenetsia"/>
    <w:rsid w:val="00C742C7"/>
  </w:style>
  <w:style w:type="character" w:styleId="citation-776" w:customStyle="1">
    <w:name w:val="citation-776"/>
    <w:basedOn w:val="Paragrafoarenletra-tipolehenetsia"/>
    <w:rsid w:val="00C742C7"/>
  </w:style>
  <w:style w:type="character" w:styleId="citation-775" w:customStyle="1">
    <w:name w:val="citation-775"/>
    <w:basedOn w:val="Paragrafoarenletra-tipolehenetsia"/>
    <w:rsid w:val="00C742C7"/>
  </w:style>
  <w:style w:type="character" w:styleId="citation-774" w:customStyle="1">
    <w:name w:val="citation-774"/>
    <w:basedOn w:val="Paragrafoarenletra-tipolehenetsia"/>
    <w:rsid w:val="00C742C7"/>
  </w:style>
  <w:style w:type="character" w:styleId="citation-773" w:customStyle="1">
    <w:name w:val="citation-773"/>
    <w:basedOn w:val="Paragrafoarenletra-tipolehenetsia"/>
    <w:rsid w:val="00C742C7"/>
  </w:style>
  <w:style w:type="character" w:styleId="citation-772" w:customStyle="1">
    <w:name w:val="citation-772"/>
    <w:basedOn w:val="Paragrafoarenletra-tipolehenetsia"/>
    <w:rsid w:val="00C742C7"/>
  </w:style>
  <w:style w:type="character" w:styleId="citation-771" w:customStyle="1">
    <w:name w:val="citation-771"/>
    <w:basedOn w:val="Paragrafoarenletra-tipolehenetsia"/>
    <w:rsid w:val="00C742C7"/>
  </w:style>
  <w:style w:type="character" w:styleId="citation-770" w:customStyle="1">
    <w:name w:val="citation-770"/>
    <w:basedOn w:val="Paragrafoarenletra-tipolehenetsia"/>
    <w:rsid w:val="00C742C7"/>
  </w:style>
  <w:style w:type="character" w:styleId="citation-769" w:customStyle="1">
    <w:name w:val="citation-769"/>
    <w:basedOn w:val="Paragrafoarenletra-tipolehenetsia"/>
    <w:rsid w:val="00C742C7"/>
  </w:style>
  <w:style w:type="character" w:styleId="citation-768" w:customStyle="1">
    <w:name w:val="citation-768"/>
    <w:basedOn w:val="Paragrafoarenletra-tipolehenetsia"/>
    <w:rsid w:val="00C742C7"/>
  </w:style>
  <w:style w:type="character" w:styleId="citation-767" w:customStyle="1">
    <w:name w:val="citation-767"/>
    <w:basedOn w:val="Paragrafoarenletra-tipolehenetsia"/>
    <w:rsid w:val="00C742C7"/>
  </w:style>
  <w:style w:type="character" w:styleId="citation-766" w:customStyle="1">
    <w:name w:val="citation-766"/>
    <w:basedOn w:val="Paragrafoarenletra-tipolehenetsia"/>
    <w:rsid w:val="00C742C7"/>
  </w:style>
  <w:style w:type="character" w:styleId="citation-765" w:customStyle="1">
    <w:name w:val="citation-765"/>
    <w:basedOn w:val="Paragrafoarenletra-tipolehenetsia"/>
    <w:rsid w:val="00C742C7"/>
  </w:style>
  <w:style w:type="character" w:styleId="citation-764" w:customStyle="1">
    <w:name w:val="citation-764"/>
    <w:basedOn w:val="Paragrafoarenletra-tipolehenetsia"/>
    <w:rsid w:val="00C742C7"/>
  </w:style>
  <w:style w:type="character" w:styleId="citation-763" w:customStyle="1">
    <w:name w:val="citation-763"/>
    <w:basedOn w:val="Paragrafoarenletra-tipolehenetsia"/>
    <w:rsid w:val="00C742C7"/>
  </w:style>
  <w:style w:type="character" w:styleId="citation-762" w:customStyle="1">
    <w:name w:val="citation-762"/>
    <w:basedOn w:val="Paragrafoarenletra-tipolehenetsia"/>
    <w:rsid w:val="00C742C7"/>
  </w:style>
  <w:style w:type="character" w:styleId="citation-761" w:customStyle="1">
    <w:name w:val="citation-761"/>
    <w:basedOn w:val="Paragrafoarenletra-tipolehenetsia"/>
    <w:rsid w:val="00C742C7"/>
  </w:style>
  <w:style w:type="character" w:styleId="citation-760" w:customStyle="1">
    <w:name w:val="citation-760"/>
    <w:basedOn w:val="Paragrafoarenletra-tipolehenetsia"/>
    <w:rsid w:val="00C742C7"/>
  </w:style>
  <w:style w:type="character" w:styleId="citation-759" w:customStyle="1">
    <w:name w:val="citation-759"/>
    <w:basedOn w:val="Paragrafoarenletra-tipolehenetsia"/>
    <w:rsid w:val="00C742C7"/>
  </w:style>
  <w:style w:type="character" w:styleId="citation-758" w:customStyle="1">
    <w:name w:val="citation-758"/>
    <w:basedOn w:val="Paragrafoarenletra-tipolehenetsia"/>
    <w:rsid w:val="00C742C7"/>
  </w:style>
  <w:style w:type="character" w:styleId="citation-757" w:customStyle="1">
    <w:name w:val="citation-757"/>
    <w:basedOn w:val="Paragrafoarenletra-tipolehenetsia"/>
    <w:rsid w:val="00C742C7"/>
  </w:style>
  <w:style w:type="character" w:styleId="citation-756" w:customStyle="1">
    <w:name w:val="citation-756"/>
    <w:basedOn w:val="Paragrafoarenletra-tipolehenetsia"/>
    <w:rsid w:val="00C742C7"/>
  </w:style>
  <w:style w:type="character" w:styleId="citation-755" w:customStyle="1">
    <w:name w:val="citation-755"/>
    <w:basedOn w:val="Paragrafoarenletra-tipolehenetsia"/>
    <w:rsid w:val="00C742C7"/>
  </w:style>
  <w:style w:type="character" w:styleId="citation-754" w:customStyle="1">
    <w:name w:val="citation-754"/>
    <w:basedOn w:val="Paragrafoarenletra-tipolehenetsia"/>
    <w:rsid w:val="00C742C7"/>
  </w:style>
  <w:style w:type="character" w:styleId="citation-753" w:customStyle="1">
    <w:name w:val="citation-753"/>
    <w:basedOn w:val="Paragrafoarenletra-tipolehenetsia"/>
    <w:rsid w:val="00C742C7"/>
  </w:style>
  <w:style w:type="character" w:styleId="citation-752" w:customStyle="1">
    <w:name w:val="citation-752"/>
    <w:basedOn w:val="Paragrafoarenletra-tipolehenetsia"/>
    <w:rsid w:val="00C742C7"/>
  </w:style>
  <w:style w:type="character" w:styleId="citation-751" w:customStyle="1">
    <w:name w:val="citation-751"/>
    <w:basedOn w:val="Paragrafoarenletra-tipolehenetsia"/>
    <w:rsid w:val="00C742C7"/>
  </w:style>
  <w:style w:type="character" w:styleId="citation-750" w:customStyle="1">
    <w:name w:val="citation-750"/>
    <w:basedOn w:val="Paragrafoarenletra-tipolehenetsia"/>
    <w:rsid w:val="00C742C7"/>
  </w:style>
  <w:style w:type="character" w:styleId="citation-749" w:customStyle="1">
    <w:name w:val="citation-749"/>
    <w:basedOn w:val="Paragrafoarenletra-tipolehenetsia"/>
    <w:rsid w:val="00C742C7"/>
  </w:style>
  <w:style w:type="character" w:styleId="citation-748" w:customStyle="1">
    <w:name w:val="citation-748"/>
    <w:basedOn w:val="Paragrafoarenletra-tipolehenetsia"/>
    <w:rsid w:val="00C742C7"/>
  </w:style>
  <w:style w:type="character" w:styleId="citation-747" w:customStyle="1">
    <w:name w:val="citation-747"/>
    <w:basedOn w:val="Paragrafoarenletra-tipolehenetsia"/>
    <w:rsid w:val="00C742C7"/>
  </w:style>
  <w:style w:type="character" w:styleId="citation-746" w:customStyle="1">
    <w:name w:val="citation-746"/>
    <w:basedOn w:val="Paragrafoarenletra-tipolehenetsia"/>
    <w:rsid w:val="00C742C7"/>
  </w:style>
  <w:style w:type="character" w:styleId="citation-745" w:customStyle="1">
    <w:name w:val="citation-745"/>
    <w:basedOn w:val="Paragrafoarenletra-tipolehenetsia"/>
    <w:rsid w:val="00C742C7"/>
  </w:style>
  <w:style w:type="character" w:styleId="citation-744" w:customStyle="1">
    <w:name w:val="citation-744"/>
    <w:basedOn w:val="Paragrafoarenletra-tipolehenetsia"/>
    <w:rsid w:val="00C742C7"/>
  </w:style>
  <w:style w:type="character" w:styleId="citation-743" w:customStyle="1">
    <w:name w:val="citation-743"/>
    <w:basedOn w:val="Paragrafoarenletra-tipolehenetsia"/>
    <w:rsid w:val="00C742C7"/>
  </w:style>
  <w:style w:type="character" w:styleId="citation-742" w:customStyle="1">
    <w:name w:val="citation-742"/>
    <w:basedOn w:val="Paragrafoarenletra-tipolehenetsia"/>
    <w:rsid w:val="00C742C7"/>
  </w:style>
  <w:style w:type="character" w:styleId="citation-741" w:customStyle="1">
    <w:name w:val="citation-741"/>
    <w:basedOn w:val="Paragrafoarenletra-tipolehenetsia"/>
    <w:rsid w:val="00C742C7"/>
  </w:style>
  <w:style w:type="character" w:styleId="citation-740" w:customStyle="1">
    <w:name w:val="citation-740"/>
    <w:basedOn w:val="Paragrafoarenletra-tipolehenetsia"/>
    <w:rsid w:val="00C742C7"/>
  </w:style>
  <w:style w:type="character" w:styleId="citation-739" w:customStyle="1">
    <w:name w:val="citation-739"/>
    <w:basedOn w:val="Paragrafoarenletra-tipolehenetsia"/>
    <w:rsid w:val="00C742C7"/>
  </w:style>
  <w:style w:type="character" w:styleId="citation-738" w:customStyle="1">
    <w:name w:val="citation-738"/>
    <w:basedOn w:val="Paragrafoarenletra-tipolehenetsia"/>
    <w:rsid w:val="00C742C7"/>
  </w:style>
  <w:style w:type="character" w:styleId="citation-737" w:customStyle="1">
    <w:name w:val="citation-737"/>
    <w:basedOn w:val="Paragrafoarenletra-tipolehenetsia"/>
    <w:rsid w:val="00C742C7"/>
  </w:style>
  <w:style w:type="character" w:styleId="citation-736" w:customStyle="1">
    <w:name w:val="citation-736"/>
    <w:basedOn w:val="Paragrafoarenletra-tipolehenetsia"/>
    <w:rsid w:val="00C742C7"/>
  </w:style>
  <w:style w:type="character" w:styleId="citation-735" w:customStyle="1">
    <w:name w:val="citation-735"/>
    <w:basedOn w:val="Paragrafoarenletra-tipolehenetsia"/>
    <w:rsid w:val="00C742C7"/>
  </w:style>
  <w:style w:type="character" w:styleId="citation-734" w:customStyle="1">
    <w:name w:val="citation-734"/>
    <w:basedOn w:val="Paragrafoarenletra-tipolehenetsia"/>
    <w:rsid w:val="00C742C7"/>
  </w:style>
  <w:style w:type="character" w:styleId="citation-733" w:customStyle="1">
    <w:name w:val="citation-733"/>
    <w:basedOn w:val="Paragrafoarenletra-tipolehenetsia"/>
    <w:rsid w:val="00C742C7"/>
  </w:style>
  <w:style w:type="character" w:styleId="citation-732" w:customStyle="1">
    <w:name w:val="citation-732"/>
    <w:basedOn w:val="Paragrafoarenletra-tipolehenetsia"/>
    <w:rsid w:val="00C742C7"/>
  </w:style>
  <w:style w:type="character" w:styleId="citation-731" w:customStyle="1">
    <w:name w:val="citation-731"/>
    <w:basedOn w:val="Paragrafoarenletra-tipolehenetsia"/>
    <w:rsid w:val="00C742C7"/>
  </w:style>
  <w:style w:type="character" w:styleId="citation-730" w:customStyle="1">
    <w:name w:val="citation-730"/>
    <w:basedOn w:val="Paragrafoarenletra-tipolehenetsia"/>
    <w:rsid w:val="00C742C7"/>
  </w:style>
  <w:style w:type="character" w:styleId="citation-729" w:customStyle="1">
    <w:name w:val="citation-729"/>
    <w:basedOn w:val="Paragrafoarenletra-tipolehenetsia"/>
    <w:rsid w:val="00C742C7"/>
  </w:style>
  <w:style w:type="character" w:styleId="citation-728" w:customStyle="1">
    <w:name w:val="citation-728"/>
    <w:basedOn w:val="Paragrafoarenletra-tipolehenetsia"/>
    <w:rsid w:val="00C742C7"/>
  </w:style>
  <w:style w:type="character" w:styleId="citation-727" w:customStyle="1">
    <w:name w:val="citation-727"/>
    <w:basedOn w:val="Paragrafoarenletra-tipolehenetsia"/>
    <w:rsid w:val="00C742C7"/>
  </w:style>
  <w:style w:type="character" w:styleId="citation-726" w:customStyle="1">
    <w:name w:val="citation-726"/>
    <w:basedOn w:val="Paragrafoarenletra-tipolehenetsia"/>
    <w:rsid w:val="00C742C7"/>
  </w:style>
  <w:style w:type="character" w:styleId="citation-725" w:customStyle="1">
    <w:name w:val="citation-725"/>
    <w:basedOn w:val="Paragrafoarenletra-tipolehenetsia"/>
    <w:rsid w:val="00C742C7"/>
  </w:style>
  <w:style w:type="character" w:styleId="citation-724" w:customStyle="1">
    <w:name w:val="citation-724"/>
    <w:basedOn w:val="Paragrafoarenletra-tipolehenetsia"/>
    <w:rsid w:val="00C742C7"/>
  </w:style>
  <w:style w:type="character" w:styleId="citation-723" w:customStyle="1">
    <w:name w:val="citation-723"/>
    <w:basedOn w:val="Paragrafoarenletra-tipolehenetsia"/>
    <w:rsid w:val="00C742C7"/>
  </w:style>
  <w:style w:type="character" w:styleId="citation-722" w:customStyle="1">
    <w:name w:val="citation-722"/>
    <w:basedOn w:val="Paragrafoarenletra-tipolehenetsia"/>
    <w:rsid w:val="00C742C7"/>
  </w:style>
  <w:style w:type="character" w:styleId="citation-721" w:customStyle="1">
    <w:name w:val="citation-721"/>
    <w:basedOn w:val="Paragrafoarenletra-tipolehenetsia"/>
    <w:rsid w:val="00C742C7"/>
  </w:style>
  <w:style w:type="character" w:styleId="citation-720" w:customStyle="1">
    <w:name w:val="citation-720"/>
    <w:basedOn w:val="Paragrafoarenletra-tipolehenetsia"/>
    <w:rsid w:val="00C742C7"/>
  </w:style>
  <w:style w:type="character" w:styleId="citation-719" w:customStyle="1">
    <w:name w:val="citation-719"/>
    <w:basedOn w:val="Paragrafoarenletra-tipolehenetsia"/>
    <w:rsid w:val="00C742C7"/>
  </w:style>
  <w:style w:type="character" w:styleId="citation-718" w:customStyle="1">
    <w:name w:val="citation-718"/>
    <w:basedOn w:val="Paragrafoarenletra-tipolehenetsia"/>
    <w:rsid w:val="00C742C7"/>
  </w:style>
  <w:style w:type="character" w:styleId="citation-717" w:customStyle="1">
    <w:name w:val="citation-717"/>
    <w:basedOn w:val="Paragrafoarenletra-tipolehenetsia"/>
    <w:rsid w:val="00C742C7"/>
  </w:style>
  <w:style w:type="character" w:styleId="citation-716" w:customStyle="1">
    <w:name w:val="citation-716"/>
    <w:basedOn w:val="Paragrafoarenletra-tipolehenetsia"/>
    <w:rsid w:val="00C742C7"/>
  </w:style>
  <w:style w:type="character" w:styleId="citation-715" w:customStyle="1">
    <w:name w:val="citation-715"/>
    <w:basedOn w:val="Paragrafoarenletra-tipolehenetsia"/>
    <w:rsid w:val="00C742C7"/>
  </w:style>
  <w:style w:type="character" w:styleId="citation-714" w:customStyle="1">
    <w:name w:val="citation-714"/>
    <w:basedOn w:val="Paragrafoarenletra-tipolehenetsia"/>
    <w:rsid w:val="00C742C7"/>
  </w:style>
  <w:style w:type="character" w:styleId="citation-713" w:customStyle="1">
    <w:name w:val="citation-713"/>
    <w:basedOn w:val="Paragrafoarenletra-tipolehenetsia"/>
    <w:rsid w:val="00C742C7"/>
  </w:style>
  <w:style w:type="character" w:styleId="citation-712" w:customStyle="1">
    <w:name w:val="citation-712"/>
    <w:basedOn w:val="Paragrafoarenletra-tipolehenetsia"/>
    <w:rsid w:val="00C742C7"/>
  </w:style>
  <w:style w:type="character" w:styleId="citation-711" w:customStyle="1">
    <w:name w:val="citation-711"/>
    <w:basedOn w:val="Paragrafoarenletra-tipolehenetsia"/>
    <w:rsid w:val="00C742C7"/>
  </w:style>
  <w:style w:type="character" w:styleId="citation-710" w:customStyle="1">
    <w:name w:val="citation-710"/>
    <w:basedOn w:val="Paragrafoarenletra-tipolehenetsia"/>
    <w:rsid w:val="00C742C7"/>
  </w:style>
  <w:style w:type="character" w:styleId="citation-709" w:customStyle="1">
    <w:name w:val="citation-709"/>
    <w:basedOn w:val="Paragrafoarenletra-tipolehenetsia"/>
    <w:rsid w:val="00C742C7"/>
  </w:style>
  <w:style w:type="character" w:styleId="citation-708" w:customStyle="1">
    <w:name w:val="citation-708"/>
    <w:basedOn w:val="Paragrafoarenletra-tipolehenetsia"/>
    <w:rsid w:val="00C742C7"/>
  </w:style>
  <w:style w:type="character" w:styleId="citation-707" w:customStyle="1">
    <w:name w:val="citation-707"/>
    <w:basedOn w:val="Paragrafoarenletra-tipolehenetsia"/>
    <w:rsid w:val="00C742C7"/>
  </w:style>
  <w:style w:type="character" w:styleId="citation-706" w:customStyle="1">
    <w:name w:val="citation-706"/>
    <w:basedOn w:val="Paragrafoarenletra-tipolehenetsia"/>
    <w:rsid w:val="00C742C7"/>
  </w:style>
  <w:style w:type="character" w:styleId="citation-705" w:customStyle="1">
    <w:name w:val="citation-705"/>
    <w:basedOn w:val="Paragrafoarenletra-tipolehenetsia"/>
    <w:rsid w:val="00C742C7"/>
  </w:style>
  <w:style w:type="character" w:styleId="citation-704" w:customStyle="1">
    <w:name w:val="citation-704"/>
    <w:basedOn w:val="Paragrafoarenletra-tipolehenetsia"/>
    <w:rsid w:val="00C742C7"/>
  </w:style>
  <w:style w:type="character" w:styleId="citation-703" w:customStyle="1">
    <w:name w:val="citation-703"/>
    <w:basedOn w:val="Paragrafoarenletra-tipolehenetsia"/>
    <w:rsid w:val="00C742C7"/>
  </w:style>
  <w:style w:type="character" w:styleId="citation-702" w:customStyle="1">
    <w:name w:val="citation-702"/>
    <w:basedOn w:val="Paragrafoarenletra-tipolehenetsia"/>
    <w:rsid w:val="00C742C7"/>
  </w:style>
  <w:style w:type="character" w:styleId="citation-701" w:customStyle="1">
    <w:name w:val="citation-701"/>
    <w:basedOn w:val="Paragrafoarenletra-tipolehenetsia"/>
    <w:rsid w:val="00C742C7"/>
  </w:style>
  <w:style w:type="character" w:styleId="citation-700" w:customStyle="1">
    <w:name w:val="citation-700"/>
    <w:basedOn w:val="Paragrafoarenletra-tipolehenetsia"/>
    <w:rsid w:val="00C742C7"/>
  </w:style>
  <w:style w:type="character" w:styleId="citation-699" w:customStyle="1">
    <w:name w:val="citation-699"/>
    <w:basedOn w:val="Paragrafoarenletra-tipolehenetsia"/>
    <w:rsid w:val="00C742C7"/>
  </w:style>
  <w:style w:type="character" w:styleId="citation-698" w:customStyle="1">
    <w:name w:val="citation-698"/>
    <w:basedOn w:val="Paragrafoarenletra-tipolehenetsia"/>
    <w:rsid w:val="00C742C7"/>
  </w:style>
  <w:style w:type="character" w:styleId="citation-697" w:customStyle="1">
    <w:name w:val="citation-697"/>
    <w:basedOn w:val="Paragrafoarenletra-tipolehenetsia"/>
    <w:rsid w:val="00C742C7"/>
  </w:style>
  <w:style w:type="character" w:styleId="citation-696" w:customStyle="1">
    <w:name w:val="citation-696"/>
    <w:basedOn w:val="Paragrafoarenletra-tipolehenetsia"/>
    <w:rsid w:val="00C742C7"/>
  </w:style>
  <w:style w:type="character" w:styleId="citation-695" w:customStyle="1">
    <w:name w:val="citation-695"/>
    <w:basedOn w:val="Paragrafoarenletra-tipolehenetsia"/>
    <w:rsid w:val="00C742C7"/>
  </w:style>
  <w:style w:type="character" w:styleId="citation-694" w:customStyle="1">
    <w:name w:val="citation-694"/>
    <w:basedOn w:val="Paragrafoarenletra-tipolehenetsia"/>
    <w:rsid w:val="00C742C7"/>
  </w:style>
  <w:style w:type="character" w:styleId="citation-693" w:customStyle="1">
    <w:name w:val="citation-693"/>
    <w:basedOn w:val="Paragrafoarenletra-tipolehenetsia"/>
    <w:rsid w:val="00C742C7"/>
  </w:style>
  <w:style w:type="character" w:styleId="citation-692" w:customStyle="1">
    <w:name w:val="citation-692"/>
    <w:basedOn w:val="Paragrafoarenletra-tipolehenetsia"/>
    <w:rsid w:val="00C742C7"/>
  </w:style>
  <w:style w:type="character" w:styleId="citation-691" w:customStyle="1">
    <w:name w:val="citation-691"/>
    <w:basedOn w:val="Paragrafoarenletra-tipolehenetsia"/>
    <w:rsid w:val="00C742C7"/>
  </w:style>
  <w:style w:type="character" w:styleId="TarterikezKar" w:customStyle="1">
    <w:name w:val="Tarterik ez Kar"/>
    <w:basedOn w:val="Paragrafoarenletra-tipolehenetsia"/>
    <w:link w:val="Tarterikez"/>
    <w:uiPriority w:val="1"/>
    <w:rsid w:val="005E4B8F"/>
  </w:style>
  <w:style w:type="paragraph" w:styleId="EA2">
    <w:name w:val="toc 2"/>
    <w:basedOn w:val="Normala"/>
    <w:next w:val="Normala"/>
    <w:autoRedefine/>
    <w:uiPriority w:val="39"/>
    <w:unhideWhenUsed/>
    <w:rsid w:val="00721D1A"/>
    <w:pPr>
      <w:spacing w:after="100" w:line="259" w:lineRule="auto"/>
      <w:ind w:left="220"/>
    </w:pPr>
    <w:rPr>
      <w:rFonts w:cs="Times New Roman"/>
      <w:lang w:val="eu-ES" w:eastAsia="eu-ES"/>
    </w:rPr>
  </w:style>
  <w:style w:type="paragraph" w:styleId="EA1">
    <w:name w:val="toc 1"/>
    <w:basedOn w:val="Normala"/>
    <w:next w:val="Normala"/>
    <w:autoRedefine/>
    <w:uiPriority w:val="39"/>
    <w:unhideWhenUsed/>
    <w:rsid w:val="00721D1A"/>
    <w:pPr>
      <w:spacing w:after="100" w:line="259" w:lineRule="auto"/>
    </w:pPr>
    <w:rPr>
      <w:rFonts w:cs="Times New Roman"/>
      <w:lang w:val="eu-ES" w:eastAsia="eu-ES"/>
    </w:rPr>
  </w:style>
  <w:style w:type="paragraph" w:styleId="EA3">
    <w:name w:val="toc 3"/>
    <w:basedOn w:val="Normala"/>
    <w:next w:val="Normala"/>
    <w:autoRedefine/>
    <w:uiPriority w:val="39"/>
    <w:unhideWhenUsed/>
    <w:rsid w:val="00721D1A"/>
    <w:pPr>
      <w:spacing w:after="100" w:line="259" w:lineRule="auto"/>
      <w:ind w:left="440"/>
    </w:pPr>
    <w:rPr>
      <w:rFonts w:cs="Times New Roman"/>
      <w:lang w:val="eu-ES" w:eastAsia="eu-ES"/>
    </w:rPr>
  </w:style>
  <w:style w:type="table" w:styleId="5sareta-taulailuna-1enfasia">
    <w:name w:val="Grid Table 5 Dark Accent 1"/>
    <w:basedOn w:val="Taulanormala"/>
    <w:uiPriority w:val="50"/>
    <w:rsid w:val="00D3238E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4sareta-taula-1enfasia">
    <w:name w:val="Grid Table 4 Accent 1"/>
    <w:basedOn w:val="Taulanormala"/>
    <w:uiPriority w:val="49"/>
    <w:rsid w:val="00D3238E"/>
    <w:pPr>
      <w:spacing w:after="0" w:line="240" w:lineRule="auto"/>
    </w:pPr>
    <w:tblPr>
      <w:tblStyleRowBandSize w:val="1"/>
      <w:tblStyleColBandSize w:val="1"/>
      <w:tblBorders>
        <w:top w:val="single" w:color="95B3D7" w:themeColor="accent1" w:themeTint="99" w:sz="4" w:space="0"/>
        <w:left w:val="single" w:color="95B3D7" w:themeColor="accent1" w:themeTint="99" w:sz="4" w:space="0"/>
        <w:bottom w:val="single" w:color="95B3D7" w:themeColor="accent1" w:themeTint="99" w:sz="4" w:space="0"/>
        <w:right w:val="single" w:color="95B3D7" w:themeColor="accent1" w:themeTint="99" w:sz="4" w:space="0"/>
        <w:insideH w:val="single" w:color="95B3D7" w:themeColor="accent1" w:themeTint="99" w:sz="4" w:space="0"/>
        <w:insideV w:val="single" w:color="95B3D7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whitespace-normal" w:customStyle="1">
    <w:name w:val="whitespace-normal"/>
    <w:basedOn w:val="Normala"/>
    <w:rsid w:val="001850E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u-ES" w:eastAsia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3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image" Target="media/image1.jp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file:///C:/Users/aalbisua/Documents/MIGUEL%20ALTUNA%202024-2025/MIGUEL%20ALTUNA%2024-25/LCAMP/IKASTAROA/UR_MIR_FESTO/EU/0_1_Ikaslearen%20gida.docx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image" Target="media/image4.png" Id="rId15" /><Relationship Type="http://schemas.openxmlformats.org/officeDocument/2006/relationships/footnotes" Target="foot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png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Urratsez-urratseko motorren funtzionamendua, driverren erregulazioa eta DC-DC erregulatzaileen parametrizazioa nola egin behar den aztertzeaz gain, estainatze-teknika praktikoekin osatu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26C5034DEF31469D687DC74110F0C4" ma:contentTypeVersion="18" ma:contentTypeDescription="Crear nuevo documento." ma:contentTypeScope="" ma:versionID="ab034c50eaa6b3fbb9a1ab661e02bafd">
  <xsd:schema xmlns:xsd="http://www.w3.org/2001/XMLSchema" xmlns:xs="http://www.w3.org/2001/XMLSchema" xmlns:p="http://schemas.microsoft.com/office/2006/metadata/properties" xmlns:ns2="fab0e02d-7b70-4413-b572-d44f1292ffc6" xmlns:ns3="328b14d6-6e2c-4870-bd3d-20a4f0e49c9e" targetNamespace="http://schemas.microsoft.com/office/2006/metadata/properties" ma:root="true" ma:fieldsID="8ed54f0aaa4a1dcd2d7d7a0e4354427d" ns2:_="" ns3:_="">
    <xsd:import namespace="fab0e02d-7b70-4413-b572-d44f1292ffc6"/>
    <xsd:import namespace="328b14d6-6e2c-4870-bd3d-20a4f0e49c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b0e02d-7b70-4413-b572-d44f1292ff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18748ed3-a044-4069-afca-14a5a74919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b14d6-6e2c-4870-bd3d-20a4f0e49c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84c96b-0302-40db-b824-a3a76ee72efe}" ma:internalName="TaxCatchAll" ma:showField="CatchAllData" ma:web="328b14d6-6e2c-4870-bd3d-20a4f0e49c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ab0e02d-7b70-4413-b572-d44f1292ffc6">
      <Terms xmlns="http://schemas.microsoft.com/office/infopath/2007/PartnerControls"/>
    </lcf76f155ced4ddcb4097134ff3c332f>
    <TaxCatchAll xmlns="328b14d6-6e2c-4870-bd3d-20a4f0e49c9e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B663F1-4E57-4531-A02C-7722AF992013}"/>
</file>

<file path=customXml/itemProps3.xml><?xml version="1.0" encoding="utf-8"?>
<ds:datastoreItem xmlns:ds="http://schemas.openxmlformats.org/officeDocument/2006/customXml" ds:itemID="{66E66221-0E29-4D90-90E4-E90D51F99993}">
  <ds:schemaRefs>
    <ds:schemaRef ds:uri="http://schemas.microsoft.com/office/2006/metadata/properties"/>
    <ds:schemaRef ds:uri="http://schemas.microsoft.com/office/infopath/2007/PartnerControls"/>
    <ds:schemaRef ds:uri="fab0e02d-7b70-4413-b572-d44f1292ffc6"/>
    <ds:schemaRef ds:uri="328b14d6-6e2c-4870-bd3d-20a4f0e49c9e"/>
  </ds:schemaRefs>
</ds:datastoreItem>
</file>

<file path=customXml/itemProps4.xml><?xml version="1.0" encoding="utf-8"?>
<ds:datastoreItem xmlns:ds="http://schemas.openxmlformats.org/officeDocument/2006/customXml" ds:itemID="{1F5BBACA-C442-4ED8-85FB-680A99FEABF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B43D359-12D0-4681-A30E-8D232D79BCA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Manager/>
  <ap:Company/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Osagaien soldadura, motorren driver-en erregulazioa eta DC-DC bihurgailuak</dc:subject>
  <dc:creator>Ane Albisua – Miguel Altuna LHII</dc:creator>
  <cp:keywords/>
  <dc:description>generated by python-docx</dc:description>
  <cp:lastModifiedBy>lerrasti</cp:lastModifiedBy>
  <cp:revision>10</cp:revision>
  <dcterms:created xsi:type="dcterms:W3CDTF">2025-07-04T08:47:00Z</dcterms:created>
  <dcterms:modified xsi:type="dcterms:W3CDTF">2025-11-13T12:13:44Z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0x010100B026C5034DEF31469D687DC74110F0C4</vt:lpwstr>
  </property>
  <property fmtid="{D5CDD505-2E9C-101B-9397-08002B2CF9AE}" pid="3" name="MediaServiceImageTags">
    <vt:lpwstr/>
  </property>
</Properties>
</file>