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sdt>
      <w:sdtPr>
        <w:rPr>
          <w:rFonts w:ascii="Arial" w:hAnsi="Arial" w:cs="Arial"/>
          <w:sz w:val="24"/>
          <w:szCs w:val="24"/>
        </w:rPr>
        <w:id w:val="669683428"/>
        <w:docPartObj>
          <w:docPartGallery w:val="Cover Pages"/>
          <w:docPartUnique/>
        </w:docPartObj>
      </w:sdtPr>
      <w:sdtEndPr>
        <w:rPr>
          <w:rFonts w:ascii="Arial" w:hAnsi="Arial" w:eastAsia="Times New Roman" w:cs="Arial"/>
          <w:b w:val="1"/>
          <w:bCs w:val="1"/>
          <w:sz w:val="24"/>
          <w:szCs w:val="24"/>
          <w:lang w:val="eu-ES" w:eastAsia="eu-ES"/>
        </w:rPr>
      </w:sdtEndPr>
      <w:sdtContent>
        <w:p xmlns:wp14="http://schemas.microsoft.com/office/word/2010/wordml" w:rsidRPr="002C2419" w:rsidR="005E4B8F" w:rsidRDefault="005E4B8F" w14:paraId="4B44D6E8" wp14:textId="77777777">
          <w:pPr>
            <w:rPr>
              <w:rFonts w:ascii="Arial" w:hAnsi="Arial" w:cs="Arial"/>
              <w:sz w:val="24"/>
              <w:szCs w:val="24"/>
              <w:lang w:val="es-ES"/>
            </w:rPr>
          </w:pPr>
          <w:r w:rsidRPr="002C2419">
            <w:rPr>
              <w:rFonts w:ascii="Arial" w:hAnsi="Arial" w:cs="Arial"/>
              <w:noProof/>
              <w:sz w:val="24"/>
              <w:szCs w:val="24"/>
              <w:lang w:val="eu-ES" w:eastAsia="eu-ES"/>
            </w:rPr>
            <w:drawing>
              <wp:anchor xmlns:wp14="http://schemas.microsoft.com/office/word/2010/wordprocessingDrawing" distT="0" distB="0" distL="114300" distR="114300" simplePos="0" relativeHeight="251665408" behindDoc="0" locked="0" layoutInCell="1" allowOverlap="1" wp14:anchorId="2C00D65E" wp14:editId="7777777">
                <wp:simplePos x="0" y="0"/>
                <wp:positionH relativeFrom="column">
                  <wp:posOffset>-851535</wp:posOffset>
                </wp:positionH>
                <wp:positionV relativeFrom="paragraph">
                  <wp:posOffset>-882015</wp:posOffset>
                </wp:positionV>
                <wp:extent cx="2056569" cy="1196340"/>
                <wp:effectExtent l="0" t="0" r="1270" b="3810"/>
                <wp:wrapNone/>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12">
                          <a:extLst>
                            <a:ext uri="{28A0092B-C50C-407E-A947-70E740481C1C}">
                              <a14:useLocalDpi xmlns:a14="http://schemas.microsoft.com/office/drawing/2010/main" val="0"/>
                            </a:ext>
                          </a:extLst>
                        </a:blip>
                        <a:stretch>
                          <a:fillRect/>
                        </a:stretch>
                      </pic:blipFill>
                      <pic:spPr>
                        <a:xfrm>
                          <a:off x="0" y="0"/>
                          <a:ext cx="2058143" cy="1197256"/>
                        </a:xfrm>
                        <a:prstGeom prst="rect">
                          <a:avLst/>
                        </a:prstGeom>
                      </pic:spPr>
                    </pic:pic>
                  </a:graphicData>
                </a:graphic>
                <wp14:sizeRelH relativeFrom="margin">
                  <wp14:pctWidth>0</wp14:pctWidth>
                </wp14:sizeRelH>
                <wp14:sizeRelV relativeFrom="margin">
                  <wp14:pctHeight>0</wp14:pctHeight>
                </wp14:sizeRelV>
              </wp:anchor>
            </w:drawing>
          </w:r>
          <w:r w:rsidRPr="002C2419">
            <w:rPr>
              <w:rFonts w:ascii="Arial" w:hAnsi="Arial" w:cs="Arial"/>
              <w:noProof/>
              <w:sz w:val="24"/>
              <w:szCs w:val="24"/>
              <w:lang w:val="eu-ES" w:eastAsia="eu-ES"/>
            </w:rPr>
            <mc:AlternateContent>
              <mc:Choice Requires="wpg">
                <w:drawing>
                  <wp:anchor xmlns:wp14="http://schemas.microsoft.com/office/word/2010/wordprocessingDrawing" distT="0" distB="0" distL="114300" distR="114300" simplePos="0" relativeHeight="251662336" behindDoc="0" locked="0" layoutInCell="1" allowOverlap="1" wp14:anchorId="10CDE870" wp14:editId="777777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149. taldea"/>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51. laukizuzena"/>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151. laukizuzena"/>
                            <wps:cNvSpPr/>
                            <wps:spPr>
                              <a:xfrm>
                                <a:off x="0" y="0"/>
                                <a:ext cx="7315200" cy="1216152"/>
                              </a:xfrm>
                              <a:prstGeom prst="rect">
                                <a:avLst/>
                              </a:prstGeom>
                              <a:blipFill>
                                <a:blip r:embed="rId13"/>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1A34F1CA">
                  <v:group id="149. taldea" style="position:absolute;margin-left:0;margin-top:0;width:8in;height:95.7pt;z-index:251662336;mso-width-percent:941;mso-height-percent:121;mso-top-percent:23;mso-position-horizontal:center;mso-position-horizontal-relative:page;mso-position-vertical-relative:page;mso-width-percent:941;mso-height-percent:121;mso-top-percent:23" coordsize="73152,12161" coordorigin="" o:spid="_x0000_s1026" w14:anchorId="3DF18A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">
                    <v:shape id="51. laukizuzena" style="position:absolute;width:73152;height:11303;visibility:visible;mso-wrap-style:square;v-text-anchor:middle" coordsize="7312660,1129665" o:spid="_x0000_s1027" fillcolor="#4f81bd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v:path arrowok="t" o:connecttype="custom" o:connectlocs="0,0;7315200,0;7315200,1130373;3620757,733885;0,1092249;0,0" o:connectangles="0,0,0,0,0,0"/>
                    </v:shape>
                    <v:rect id="151. laukizuzena"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v:fill type="frame" o:title="" recolor="t" rotate="t" r:id="rId14"/>
                    </v:rect>
                    <w10:wrap anchorx="page" anchory="page"/>
                  </v:group>
                </w:pict>
              </mc:Fallback>
            </mc:AlternateContent>
          </w:r>
          <w:r w:rsidRPr="002C2419">
            <w:rPr>
              <w:rFonts w:ascii="Arial" w:hAnsi="Arial" w:cs="Arial"/>
              <w:noProof/>
              <w:sz w:val="24"/>
              <w:szCs w:val="24"/>
              <w:lang w:val="eu-ES" w:eastAsia="eu-ES"/>
            </w:rPr>
            <mc:AlternateContent>
              <mc:Choice Requires="wps">
                <w:drawing>
                  <wp:anchor xmlns:wp14="http://schemas.microsoft.com/office/word/2010/wordprocessingDrawing" distT="0" distB="0" distL="114300" distR="114300" simplePos="0" relativeHeight="251660288" behindDoc="0" locked="0" layoutInCell="1" allowOverlap="1" wp14:anchorId="56294D06" wp14:editId="7777777">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152. testu-koadroa"/>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lang w:val="es-ES"/>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xmlns:wp14="http://schemas.microsoft.com/office/word/2010/wordml" w:rsidRPr="005E4B8F" w:rsidR="005E4B8F" w:rsidRDefault="005E4B8F" w14:paraId="6A952F05" wp14:textId="77777777">
                                    <w:pPr>
                                      <w:pStyle w:val="Tarterikez"/>
                                      <w:jc w:val="right"/>
                                      <w:rPr>
                                        <w:color w:val="595959" w:themeColor="text1" w:themeTint="A6"/>
                                        <w:sz w:val="28"/>
                                        <w:szCs w:val="28"/>
                                        <w:lang w:val="es-ES"/>
                                      </w:rPr>
                                    </w:pPr>
                                    <w:r w:rsidRPr="005E4B8F">
                                      <w:rPr>
                                        <w:color w:val="595959" w:themeColor="text1" w:themeTint="A6"/>
                                        <w:sz w:val="28"/>
                                        <w:szCs w:val="28"/>
                                        <w:lang w:val="es-ES"/>
                                      </w:rPr>
                                      <w:t xml:space="preserve">Ane Albisua – Miguel </w:t>
                                    </w:r>
                                    <w:proofErr w:type="spellStart"/>
                                    <w:r w:rsidRPr="005E4B8F">
                                      <w:rPr>
                                        <w:color w:val="595959" w:themeColor="text1" w:themeTint="A6"/>
                                        <w:sz w:val="28"/>
                                        <w:szCs w:val="28"/>
                                        <w:lang w:val="es-ES"/>
                                      </w:rPr>
                                      <w:t>Al</w:t>
                                    </w:r>
                                    <w:r>
                                      <w:rPr>
                                        <w:color w:val="595959" w:themeColor="text1" w:themeTint="A6"/>
                                        <w:sz w:val="28"/>
                                        <w:szCs w:val="28"/>
                                        <w:lang w:val="es-ES"/>
                                      </w:rPr>
                                      <w:t>tuna</w:t>
                                    </w:r>
                                    <w:proofErr w:type="spellEnd"/>
                                    <w:r>
                                      <w:rPr>
                                        <w:color w:val="595959" w:themeColor="text1" w:themeTint="A6"/>
                                        <w:sz w:val="28"/>
                                        <w:szCs w:val="28"/>
                                        <w:lang w:val="es-ES"/>
                                      </w:rPr>
                                      <w:t xml:space="preserve"> LHII</w:t>
                                    </w:r>
                                  </w:p>
                                </w:sdtContent>
                              </w:sdt>
                              <w:p xmlns:wp14="http://schemas.microsoft.com/office/word/2010/wordml" w:rsidRPr="005E4B8F" w:rsidR="005E4B8F" w:rsidRDefault="002C75F1" w14:paraId="207CCF61" wp14:textId="77777777">
                                <w:pPr>
                                  <w:pStyle w:val="Tarterikez"/>
                                  <w:jc w:val="right"/>
                                  <w:rPr>
                                    <w:color w:val="595959" w:themeColor="text1" w:themeTint="A6"/>
                                    <w:sz w:val="18"/>
                                    <w:szCs w:val="18"/>
                                    <w:lang w:val="es-ES"/>
                                  </w:rPr>
                                </w:pPr>
                                <w:sdt>
                                  <w:sdtPr>
                                    <w:rPr>
                                      <w:color w:val="595959" w:themeColor="text1" w:themeTint="A6"/>
                                      <w:sz w:val="18"/>
                                      <w:szCs w:val="18"/>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w14:anchorId="5E601B53">
                  <v:shapetype id="_x0000_t202" coordsize="21600,21600" o:spt="202" path="m,l,21600r21600,l21600,xe">
                    <v:stroke joinstyle="miter"/>
                    <v:path gradientshapeok="t" o:connecttype="rect"/>
                  </v:shapetype>
                  <v:shape id="152. testu-koadroa"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">
                    <v:textbox inset="126pt,0,54pt,0">
                      <w:txbxContent>
                        <w:sdt>
                          <w:sdtPr>
                            <w:id w:val="183992199"/>
                            <w:rPr>
                              <w:color w:val="595959" w:themeColor="text1" w:themeTint="A6"/>
                              <w:sz w:val="28"/>
                              <w:szCs w:val="28"/>
                              <w:lang w:val="es-ES"/>
                            </w:rPr>
                            <w:alias w:val="Egilea"/>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Pr="005E4B8F" w:rsidR="005E4B8F" w:rsidRDefault="005E4B8F" w14:paraId="228C0ED4" wp14:textId="77777777">
                              <w:pPr>
                                <w:pStyle w:val="Tarterikez"/>
                                <w:jc w:val="right"/>
                                <w:rPr>
                                  <w:color w:val="595959" w:themeColor="text1" w:themeTint="A6"/>
                                  <w:sz w:val="28"/>
                                  <w:szCs w:val="28"/>
                                  <w:lang w:val="es-ES"/>
                                </w:rPr>
                              </w:pPr>
                              <w:r w:rsidRPr="005E4B8F">
                                <w:rPr>
                                  <w:color w:val="595959" w:themeColor="text1" w:themeTint="A6"/>
                                  <w:sz w:val="28"/>
                                  <w:szCs w:val="28"/>
                                  <w:lang w:val="es-ES"/>
                                </w:rPr>
                                <w:t xml:space="preserve">Ane Albisua – Miguel </w:t>
                              </w:r>
                              <w:proofErr w:type="spellStart"/>
                              <w:r w:rsidRPr="005E4B8F">
                                <w:rPr>
                                  <w:color w:val="595959" w:themeColor="text1" w:themeTint="A6"/>
                                  <w:sz w:val="28"/>
                                  <w:szCs w:val="28"/>
                                  <w:lang w:val="es-ES"/>
                                </w:rPr>
                                <w:t>Al</w:t>
                              </w:r>
                              <w:r>
                                <w:rPr>
                                  <w:color w:val="595959" w:themeColor="text1" w:themeTint="A6"/>
                                  <w:sz w:val="28"/>
                                  <w:szCs w:val="28"/>
                                  <w:lang w:val="es-ES"/>
                                </w:rPr>
                                <w:t>tuna</w:t>
                              </w:r>
                              <w:proofErr w:type="spellEnd"/>
                              <w:r>
                                <w:rPr>
                                  <w:color w:val="595959" w:themeColor="text1" w:themeTint="A6"/>
                                  <w:sz w:val="28"/>
                                  <w:szCs w:val="28"/>
                                  <w:lang w:val="es-ES"/>
                                </w:rPr>
                                <w:t xml:space="preserve"> LHII</w:t>
                              </w:r>
                            </w:p>
                          </w:sdtContent>
                        </w:sdt>
                        <w:p w:rsidRPr="005E4B8F" w:rsidR="005E4B8F" w:rsidRDefault="002B3523" w14:paraId="05C2A4D3" wp14:textId="77777777">
                          <w:pPr>
                            <w:pStyle w:val="Tarterikez"/>
                            <w:jc w:val="right"/>
                            <w:rPr>
                              <w:color w:val="595959" w:themeColor="text1" w:themeTint="A6"/>
                              <w:sz w:val="18"/>
                              <w:szCs w:val="18"/>
                              <w:lang w:val="es-ES"/>
                            </w:rPr>
                          </w:pPr>
                          <w:sdt>
                            <w:sdtPr>
                              <w:id w:val="736371744"/>
                              <w:rPr>
                                <w:color w:val="595959" w:themeColor="text1" w:themeTint="A6"/>
                                <w:sz w:val="18"/>
                                <w:szCs w:val="18"/>
                              </w:rPr>
                              <w:alias w:val="Helbide elektronikoa"/>
                              <w:tag w:val="Helbide elektronikoa"/>
                              <w:id w:val="942260680"/>
                              <w:showingPlcHdr/>
                              <w:dataBinding w:prefixMappings="xmlns:ns0='http://schemas.microsoft.com/office/2006/coverPageProps' " w:xpath="/ns0:CoverPageProperties[1]/ns0:CompanyEmail[1]" w:storeItemID="{55AF091B-3C7A-41E3-B477-F2FDAA23CFDA}"/>
                              <w:text/>
                            </w:sdtPr>
                            <w:sdtEndPr/>
                            <w:sdtContent>
                              <w:r w:rsidR="005E4B8F">
                                <w:rPr>
                                  <w:color w:val="595959" w:themeColor="text1" w:themeTint="A6"/>
                                  <w:sz w:val="18"/>
                                  <w:szCs w:val="18"/>
                                </w:rPr>
                                <w:t xml:space="preserve">     </w:t>
                              </w:r>
                            </w:sdtContent>
                          </w:sdt>
                        </w:p>
                      </w:txbxContent>
                    </v:textbox>
                    <w10:wrap type="square" anchorx="page" anchory="page"/>
                  </v:shape>
                </w:pict>
              </mc:Fallback>
            </mc:AlternateContent>
          </w:r>
          <w:r w:rsidRPr="002C2419">
            <w:rPr>
              <w:rFonts w:ascii="Arial" w:hAnsi="Arial" w:cs="Arial"/>
              <w:noProof/>
              <w:sz w:val="24"/>
              <w:szCs w:val="24"/>
              <w:lang w:val="eu-ES" w:eastAsia="eu-ES"/>
            </w:rPr>
            <mc:AlternateContent>
              <mc:Choice Requires="wps">
                <w:drawing>
                  <wp:anchor xmlns:wp14="http://schemas.microsoft.com/office/word/2010/wordprocessingDrawing" distT="0" distB="0" distL="114300" distR="114300" simplePos="0" relativeHeight="251661312" behindDoc="0" locked="0" layoutInCell="1" allowOverlap="1" wp14:anchorId="53CA5BA7" wp14:editId="7777777">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153. testu-koadroa"/>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5E4B8F" w:rsidRDefault="00721D1A" w14:paraId="4A9FB712" wp14:textId="77777777">
                                <w:pPr>
                                  <w:pStyle w:val="Tarterikez"/>
                                  <w:jc w:val="right"/>
                                  <w:rPr>
                                    <w:color w:val="4F81BD" w:themeColor="accent1"/>
                                    <w:sz w:val="28"/>
                                    <w:szCs w:val="28"/>
                                    <w:lang w:val="es-ES"/>
                                  </w:rPr>
                                </w:pPr>
                                <w:r>
                                  <w:rPr>
                                    <w:color w:val="4F81BD" w:themeColor="accent1"/>
                                    <w:sz w:val="28"/>
                                    <w:szCs w:val="28"/>
                                    <w:lang w:val="eu-ES"/>
                                  </w:rPr>
                                  <w:t>Irakaslearen gida</w:t>
                                </w:r>
                              </w:p>
                              <w:p xmlns:wp14="http://schemas.microsoft.com/office/word/2010/wordml" w:rsidRPr="005E4B8F" w:rsidR="005E4B8F" w:rsidRDefault="005E4B8F" w14:paraId="672A6659" wp14:textId="77777777">
                                <w:pPr>
                                  <w:pStyle w:val="Tarterikez"/>
                                  <w:jc w:val="right"/>
                                  <w:rPr>
                                    <w:color w:val="595959" w:themeColor="text1" w:themeTint="A6"/>
                                    <w:sz w:val="20"/>
                                    <w:szCs w:val="20"/>
                                    <w:lang w:val="es-ES"/>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w14:anchorId="1FF4D337">
                  <v:shape id="153. testu-koadroa"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">
                    <v:textbox style="mso-fit-shape-to-text:t" inset="126pt,0,54pt,0">
                      <w:txbxContent>
                        <w:p w:rsidRPr="005E4B8F" w:rsidR="005E4B8F" w:rsidRDefault="00721D1A" w14:paraId="43CAD729" wp14:textId="77777777">
                          <w:pPr>
                            <w:pStyle w:val="Tarterikez"/>
                            <w:jc w:val="right"/>
                            <w:rPr>
                              <w:color w:val="4F81BD" w:themeColor="accent1"/>
                              <w:sz w:val="28"/>
                              <w:szCs w:val="28"/>
                              <w:lang w:val="es-ES"/>
                            </w:rPr>
                          </w:pPr>
                          <w:r>
                            <w:rPr>
                              <w:color w:val="4F81BD" w:themeColor="accent1"/>
                              <w:sz w:val="28"/>
                              <w:szCs w:val="28"/>
                              <w:lang w:val="eu-ES"/>
                            </w:rPr>
                            <w:t>Irakaslearen gida</w:t>
                          </w:r>
                        </w:p>
                        <w:p w:rsidRPr="005E4B8F" w:rsidR="005E4B8F" w:rsidRDefault="005E4B8F" w14:paraId="0A37501D" wp14:textId="77777777">
                          <w:pPr>
                            <w:pStyle w:val="Tarterikez"/>
                            <w:jc w:val="right"/>
                            <w:rPr>
                              <w:color w:val="595959" w:themeColor="text1" w:themeTint="A6"/>
                              <w:sz w:val="20"/>
                              <w:szCs w:val="20"/>
                              <w:lang w:val="es-ES"/>
                            </w:rPr>
                          </w:pPr>
                        </w:p>
                      </w:txbxContent>
                    </v:textbox>
                    <w10:wrap type="square" anchorx="page" anchory="page"/>
                  </v:shape>
                </w:pict>
              </mc:Fallback>
            </mc:AlternateContent>
          </w:r>
          <w:r w:rsidRPr="002C2419">
            <w:rPr>
              <w:rFonts w:ascii="Arial" w:hAnsi="Arial" w:cs="Arial"/>
              <w:noProof/>
              <w:sz w:val="24"/>
              <w:szCs w:val="24"/>
              <w:lang w:val="eu-ES" w:eastAsia="eu-ES"/>
            </w:rPr>
            <mc:AlternateContent>
              <mc:Choice Requires="wps">
                <w:drawing>
                  <wp:anchor xmlns:wp14="http://schemas.microsoft.com/office/word/2010/wordprocessingDrawing" distT="0" distB="0" distL="114300" distR="114300" simplePos="0" relativeHeight="251659264" behindDoc="0" locked="0" layoutInCell="1" allowOverlap="1" wp14:anchorId="13B50A15" wp14:editId="7777777">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154. testu-koadroa"/>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xmlns:wp14="http://schemas.microsoft.com/office/word/2010/wordml" w:rsidRPr="005E4B8F" w:rsidR="005E4B8F" w:rsidRDefault="002C75F1" w14:paraId="18FB4B73" wp14:textId="77777777">
                                <w:pPr>
                                  <w:jc w:val="right"/>
                                  <w:rPr>
                                    <w:color w:val="4F81BD" w:themeColor="accent1"/>
                                    <w:sz w:val="36"/>
                                    <w:szCs w:val="36"/>
                                    <w:lang w:val="es-ES"/>
                                  </w:rPr>
                                </w:pPr>
                                <w:sdt>
                                  <w:sdtPr>
                                    <w:rPr>
                                      <w:rFonts w:ascii="Arial" w:hAnsi="Arial" w:cs="Arial" w:eastAsiaTheme="majorEastAsia"/>
                                      <w:b/>
                                      <w:bCs/>
                                      <w:color w:val="365F91" w:themeColor="accent1" w:themeShade="BF"/>
                                      <w:sz w:val="36"/>
                                      <w:szCs w:val="36"/>
                                      <w:lang w:val="eu-ES"/>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u-ES"/>
                                      </w:rPr>
                                      <w:t xml:space="preserve">     </w:t>
                                    </w:r>
                                  </w:sdtContent>
                                </w:sdt>
                              </w:p>
                              <w:p xmlns:wp14="http://schemas.microsoft.com/office/word/2010/wordml" w:rsidRPr="00DE439B" w:rsidR="00DE439B" w:rsidP="00DE439B" w:rsidRDefault="00DE439B" w14:paraId="72F1CAB5" wp14:textId="77777777">
                                <w:pPr>
                                  <w:pStyle w:val="1izenburua"/>
                                  <w:spacing w:line="360" w:lineRule="auto"/>
                                  <w:ind w:left="360"/>
                                  <w:rPr>
                                    <w:rFonts w:ascii="Arial" w:hAnsi="Arial" w:cs="Arial"/>
                                    <w:sz w:val="44"/>
                                    <w:szCs w:val="44"/>
                                    <w:lang w:val="eu-ES"/>
                                  </w:rPr>
                                </w:pPr>
                                <w:bookmarkStart w:name="_Toc202768973" w:id="0"/>
                                <w:r w:rsidRPr="00DE439B">
                                  <w:rPr>
                                    <w:rFonts w:ascii="Arial" w:hAnsi="Arial" w:cs="Arial"/>
                                    <w:sz w:val="44"/>
                                    <w:szCs w:val="44"/>
                                    <w:lang w:val="eu-ES"/>
                                  </w:rPr>
                                  <w:t>“</w:t>
                                </w:r>
                                <w:proofErr w:type="spellStart"/>
                                <w:r w:rsidRPr="00DE439B">
                                  <w:rPr>
                                    <w:rFonts w:ascii="Arial" w:hAnsi="Arial" w:cs="Arial"/>
                                    <w:sz w:val="44"/>
                                    <w:szCs w:val="44"/>
                                    <w:lang w:val="eu-ES"/>
                                  </w:rPr>
                                  <w:t>Sensor</w:t>
                                </w:r>
                                <w:proofErr w:type="spellEnd"/>
                                <w:r w:rsidRPr="00DE439B">
                                  <w:rPr>
                                    <w:rFonts w:ascii="Arial" w:hAnsi="Arial" w:cs="Arial"/>
                                    <w:sz w:val="44"/>
                                    <w:szCs w:val="44"/>
                                    <w:lang w:val="eu-ES"/>
                                  </w:rPr>
                                  <w:t xml:space="preserve"> Box" estazioa: UR Robota, AV Camera eta MIR </w:t>
                                </w:r>
                                <w:proofErr w:type="spellStart"/>
                                <w:r w:rsidRPr="00DE439B">
                                  <w:rPr>
                                    <w:rFonts w:ascii="Arial" w:hAnsi="Arial" w:cs="Arial"/>
                                    <w:sz w:val="44"/>
                                    <w:szCs w:val="44"/>
                                    <w:lang w:val="eu-ES"/>
                                  </w:rPr>
                                  <w:t>Mobile</w:t>
                                </w:r>
                                <w:proofErr w:type="spellEnd"/>
                                <w:r w:rsidRPr="00DE439B">
                                  <w:rPr>
                                    <w:rFonts w:ascii="Arial" w:hAnsi="Arial" w:cs="Arial"/>
                                    <w:sz w:val="44"/>
                                    <w:szCs w:val="44"/>
                                    <w:lang w:val="eu-ES"/>
                                  </w:rPr>
                                  <w:t xml:space="preserve"> Robota integratzea.</w:t>
                                </w:r>
                                <w:bookmarkEnd w:id="0"/>
                              </w:p>
                              <w:p xmlns:wp14="http://schemas.microsoft.com/office/word/2010/wordml" w:rsidRPr="00DE439B" w:rsidR="005E4B8F" w:rsidRDefault="005E4B8F" w14:paraId="5DAB6C7B" wp14:textId="77777777">
                                <w:pPr>
                                  <w:jc w:val="right"/>
                                  <w:rPr>
                                    <w:smallCaps/>
                                    <w:color w:val="404040" w:themeColor="text1" w:themeTint="BF"/>
                                    <w:sz w:val="36"/>
                                    <w:szCs w:val="36"/>
                                    <w:lang w:val="eu-ES"/>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w14:anchorId="34733B3A">
                  <v:shapetype id="_x0000_t202" coordsize="21600,21600" o:spt="202" path="m,l,21600r21600,l21600,xe">
                    <v:stroke joinstyle="miter"/>
                    <v:path gradientshapeok="t" o:connecttype="rect"/>
                  </v:shapetype>
                  <v:shape id="154. testu-koadroa"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">
                    <v:textbox inset="126pt,0,54pt,0">
                      <w:txbxContent>
                        <w:p w:rsidRPr="005E4B8F" w:rsidR="005E4B8F" w:rsidRDefault="002C75F1" w14:paraId="2FB60F38" wp14:textId="77777777">
                          <w:pPr>
                            <w:jc w:val="right"/>
                            <w:rPr>
                              <w:color w:val="4F81BD" w:themeColor="accent1"/>
                              <w:sz w:val="36"/>
                              <w:szCs w:val="36"/>
                              <w:lang w:val="es-ES"/>
                            </w:rPr>
                          </w:pPr>
                          <w:sdt>
                            <w:sdtPr>
                              <w:id w:val="1152488698"/>
                              <w:rPr>
                                <w:rFonts w:ascii="Arial" w:hAnsi="Arial" w:cs="Arial" w:eastAsiaTheme="majorEastAsia"/>
                                <w:b/>
                                <w:bCs/>
                                <w:color w:val="365F91" w:themeColor="accent1" w:themeShade="BF"/>
                                <w:sz w:val="36"/>
                                <w:szCs w:val="36"/>
                                <w:lang w:val="eu-ES"/>
                              </w:rPr>
                              <w:alias w:val="Titulua"/>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sdtContent>
                              <w:r w:rsidR="00DE439B">
                                <w:rPr>
                                  <w:rFonts w:ascii="Arial" w:hAnsi="Arial" w:cs="Arial" w:eastAsiaTheme="majorEastAsia"/>
                                  <w:b/>
                                  <w:bCs/>
                                  <w:color w:val="365F91" w:themeColor="accent1" w:themeShade="BF"/>
                                  <w:sz w:val="36"/>
                                  <w:szCs w:val="36"/>
                                  <w:lang w:val="eu-ES"/>
                                </w:rPr>
                                <w:t xml:space="preserve">     </w:t>
                              </w:r>
                            </w:sdtContent>
                          </w:sdt>
                        </w:p>
                        <w:p w:rsidRPr="00DE439B" w:rsidR="00DE439B" w:rsidP="00DE439B" w:rsidRDefault="00DE439B" w14:paraId="04A4A44A" wp14:textId="77777777">
                          <w:pPr>
                            <w:pStyle w:val="1izenburua"/>
                            <w:spacing w:line="360" w:lineRule="auto"/>
                            <w:ind w:left="360"/>
                            <w:rPr>
                              <w:rFonts w:ascii="Arial" w:hAnsi="Arial" w:cs="Arial"/>
                              <w:sz w:val="44"/>
                              <w:szCs w:val="44"/>
                              <w:lang w:val="eu-ES"/>
                            </w:rPr>
                          </w:pPr>
                          <w:r w:rsidRPr="00DE439B">
                            <w:rPr>
                              <w:rFonts w:ascii="Arial" w:hAnsi="Arial" w:cs="Arial"/>
                              <w:sz w:val="44"/>
                              <w:szCs w:val="44"/>
                              <w:lang w:val="eu-ES"/>
                            </w:rPr>
                            <w:t>“</w:t>
                          </w:r>
                          <w:proofErr w:type="spellStart"/>
                          <w:r w:rsidRPr="00DE439B">
                            <w:rPr>
                              <w:rFonts w:ascii="Arial" w:hAnsi="Arial" w:cs="Arial"/>
                              <w:sz w:val="44"/>
                              <w:szCs w:val="44"/>
                              <w:lang w:val="eu-ES"/>
                            </w:rPr>
                            <w:t>Sensor</w:t>
                          </w:r>
                          <w:proofErr w:type="spellEnd"/>
                          <w:r w:rsidRPr="00DE439B">
                            <w:rPr>
                              <w:rFonts w:ascii="Arial" w:hAnsi="Arial" w:cs="Arial"/>
                              <w:sz w:val="44"/>
                              <w:szCs w:val="44"/>
                              <w:lang w:val="eu-ES"/>
                            </w:rPr>
                            <w:t xml:space="preserve"> Box" estazioa: UR Robota, AV Camera eta MIR </w:t>
                          </w:r>
                          <w:proofErr w:type="spellStart"/>
                          <w:r w:rsidRPr="00DE439B">
                            <w:rPr>
                              <w:rFonts w:ascii="Arial" w:hAnsi="Arial" w:cs="Arial"/>
                              <w:sz w:val="44"/>
                              <w:szCs w:val="44"/>
                              <w:lang w:val="eu-ES"/>
                            </w:rPr>
                            <w:t>Mobile</w:t>
                          </w:r>
                          <w:proofErr w:type="spellEnd"/>
                          <w:r w:rsidRPr="00DE439B">
                            <w:rPr>
                              <w:rFonts w:ascii="Arial" w:hAnsi="Arial" w:cs="Arial"/>
                              <w:sz w:val="44"/>
                              <w:szCs w:val="44"/>
                              <w:lang w:val="eu-ES"/>
                            </w:rPr>
                            <w:t xml:space="preserve"> Robota integratzea.</w:t>
                          </w:r>
                        </w:p>
                        <w:p w:rsidRPr="00DE439B" w:rsidR="005E4B8F" w:rsidRDefault="005E4B8F" w14:paraId="02EB378F" wp14:textId="77777777">
                          <w:pPr>
                            <w:jc w:val="right"/>
                            <w:rPr>
                              <w:smallCaps/>
                              <w:color w:val="404040" w:themeColor="text1" w:themeTint="BF"/>
                              <w:sz w:val="36"/>
                              <w:szCs w:val="36"/>
                              <w:lang w:val="eu-ES"/>
                            </w:rPr>
                          </w:pPr>
                        </w:p>
                      </w:txbxContent>
                    </v:textbox>
                    <w10:wrap type="square" anchorx="page" anchory="page"/>
                  </v:shape>
                </w:pict>
              </mc:Fallback>
            </mc:AlternateContent>
          </w:r>
        </w:p>
        <w:p xmlns:wp14="http://schemas.microsoft.com/office/word/2010/wordml" w:rsidRPr="002C2419" w:rsidR="005E4B8F" w:rsidRDefault="005E4B8F" w14:paraId="470C583E" wp14:textId="77777777">
          <w:pPr>
            <w:rPr>
              <w:rFonts w:ascii="Arial" w:hAnsi="Arial" w:eastAsia="Times New Roman" w:cs="Arial"/>
              <w:sz w:val="24"/>
              <w:szCs w:val="24"/>
              <w:lang w:val="eu-ES" w:eastAsia="eu-ES"/>
            </w:rPr>
          </w:pPr>
          <w:r w:rsidRPr="002C2419">
            <w:rPr>
              <w:rFonts w:ascii="Arial" w:hAnsi="Arial" w:cs="Arial"/>
              <w:noProof/>
              <w:sz w:val="24"/>
              <w:szCs w:val="24"/>
              <w:lang w:val="eu-ES" w:eastAsia="eu-ES"/>
            </w:rPr>
            <w:drawing>
              <wp:anchor xmlns:wp14="http://schemas.microsoft.com/office/word/2010/wordprocessingDrawing" distT="114300" distB="114300" distL="114300" distR="114300" simplePos="0" relativeHeight="251664384" behindDoc="0" locked="0" layoutInCell="1" hidden="0" allowOverlap="1" wp14:anchorId="01FF331A" wp14:editId="365826D1">
                <wp:simplePos x="0" y="0"/>
                <wp:positionH relativeFrom="column">
                  <wp:posOffset>1303020</wp:posOffset>
                </wp:positionH>
                <wp:positionV relativeFrom="paragraph">
                  <wp:posOffset>1025525</wp:posOffset>
                </wp:positionV>
                <wp:extent cx="3246120" cy="1478280"/>
                <wp:effectExtent l="0" t="0" r="0" b="7620"/>
                <wp:wrapNone/>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5"/>
                        <a:srcRect/>
                        <a:stretch>
                          <a:fillRect/>
                        </a:stretch>
                      </pic:blipFill>
                      <pic:spPr>
                        <a:xfrm>
                          <a:off x="0" y="0"/>
                          <a:ext cx="3246120" cy="1478280"/>
                        </a:xfrm>
                        <a:prstGeom prst="rect">
                          <a:avLst/>
                        </a:prstGeom>
                        <a:ln/>
                      </pic:spPr>
                    </pic:pic>
                  </a:graphicData>
                </a:graphic>
                <wp14:sizeRelH relativeFrom="margin">
                  <wp14:pctWidth>0</wp14:pctWidth>
                </wp14:sizeRelH>
                <wp14:sizeRelV relativeFrom="margin">
                  <wp14:pctHeight>0</wp14:pctHeight>
                </wp14:sizeRelV>
              </wp:anchor>
            </w:drawing>
          </w:r>
          <w:r w:rsidRPr="002C2419">
            <w:rPr>
              <w:rFonts w:ascii="Arial" w:hAnsi="Arial" w:eastAsia="Times New Roman" w:cs="Arial"/>
              <w:b/>
              <w:bCs/>
              <w:sz w:val="24"/>
              <w:szCs w:val="24"/>
              <w:lang w:val="eu-ES" w:eastAsia="eu-ES"/>
            </w:rPr>
            <w:br w:type="page"/>
          </w:r>
        </w:p>
      </w:sdtContent>
    </w:sdt>
    <w:sdt>
      <w:sdtPr>
        <w:id w:val="-46612841"/>
        <w:docPartObj>
          <w:docPartGallery w:val="Table of Contents"/>
          <w:docPartUnique/>
        </w:docPartObj>
        <w:rPr>
          <w:rFonts w:ascii="Arial" w:hAnsi="Arial" w:eastAsia="ＭＳ 明朝" w:cs="Arial" w:eastAsiaTheme="minorEastAsia"/>
          <w:b w:val="0"/>
          <w:bCs w:val="0"/>
          <w:color w:val="auto"/>
          <w:sz w:val="24"/>
          <w:szCs w:val="24"/>
          <w:lang w:val="eu-ES"/>
        </w:rPr>
      </w:sdtPr>
      <w:sdtEndPr>
        <w:rPr>
          <w:rFonts w:ascii="Arial" w:hAnsi="Arial" w:eastAsia="ＭＳ 明朝" w:cs="Arial" w:eastAsiaTheme="minorEastAsia"/>
          <w:b w:val="0"/>
          <w:bCs w:val="0"/>
          <w:color w:val="auto"/>
          <w:sz w:val="24"/>
          <w:szCs w:val="24"/>
          <w:lang w:val="en-US"/>
        </w:rPr>
      </w:sdtEndPr>
      <w:sdtContent>
        <w:p xmlns:wp14="http://schemas.microsoft.com/office/word/2010/wordml" w:rsidRPr="002C2419" w:rsidR="00C21BB1" w:rsidRDefault="00C21BB1" w14:paraId="6B3CFC2F" wp14:textId="77777777">
          <w:pPr>
            <w:pStyle w:val="TOCizenburua"/>
            <w:rPr>
              <w:rFonts w:ascii="Arial" w:hAnsi="Arial" w:cs="Arial"/>
              <w:sz w:val="24"/>
              <w:szCs w:val="24"/>
              <w:lang w:val="eu-ES"/>
            </w:rPr>
          </w:pPr>
          <w:r w:rsidRPr="002C2419">
            <w:rPr>
              <w:rFonts w:ascii="Arial" w:hAnsi="Arial" w:cs="Arial"/>
              <w:sz w:val="24"/>
              <w:szCs w:val="24"/>
              <w:lang w:val="eu-ES"/>
            </w:rPr>
            <w:t>Edukia</w:t>
          </w:r>
        </w:p>
        <w:p xmlns:wp14="http://schemas.microsoft.com/office/word/2010/wordml" w:rsidRPr="002C2419" w:rsidR="00C21BB1" w:rsidP="00C21BB1" w:rsidRDefault="00C21BB1" w14:paraId="6A05A809" wp14:textId="77777777">
          <w:pPr>
            <w:jc w:val="right"/>
            <w:rPr>
              <w:rFonts w:ascii="Arial" w:hAnsi="Arial" w:cs="Arial"/>
              <w:sz w:val="24"/>
              <w:szCs w:val="24"/>
              <w:lang w:val="eu-ES"/>
            </w:rPr>
          </w:pPr>
          <w:bookmarkStart w:name="_GoBack" w:id="2"/>
        </w:p>
        <w:bookmarkEnd w:id="2"/>
        <w:p xmlns:wp14="http://schemas.microsoft.com/office/word/2010/wordml" w:rsidR="00311A94" w:rsidRDefault="00C21BB1" w14:paraId="57A07BA1" wp14:textId="77777777">
          <w:pPr>
            <w:pStyle w:val="EA1"/>
            <w:tabs>
              <w:tab w:val="right" w:leader="dot" w:pos="9111"/>
            </w:tabs>
            <w:rPr>
              <w:rFonts w:cstheme="minorBidi"/>
              <w:noProof/>
            </w:rPr>
          </w:pPr>
          <w:r w:rsidRPr="002C2419">
            <w:rPr>
              <w:rFonts w:ascii="Arial" w:hAnsi="Arial" w:cs="Arial"/>
              <w:sz w:val="24"/>
              <w:szCs w:val="24"/>
            </w:rPr>
            <w:fldChar w:fldCharType="begin"/>
          </w:r>
          <w:r w:rsidRPr="002C2419">
            <w:rPr>
              <w:rFonts w:ascii="Arial" w:hAnsi="Arial" w:cs="Arial"/>
              <w:sz w:val="24"/>
              <w:szCs w:val="24"/>
            </w:rPr>
            <w:instrText xml:space="preserve"> TOC \o "1-3" \h \z \u </w:instrText>
          </w:r>
          <w:r w:rsidRPr="002C2419">
            <w:rPr>
              <w:rFonts w:ascii="Arial" w:hAnsi="Arial" w:cs="Arial"/>
              <w:sz w:val="24"/>
              <w:szCs w:val="24"/>
            </w:rPr>
            <w:fldChar w:fldCharType="separate"/>
          </w:r>
          <w:hyperlink w:history="1" w:anchor="_Toc202768973" r:id="rId16">
            <w:r w:rsidRPr="00BB1D12" w:rsidR="00311A94">
              <w:rPr>
                <w:rStyle w:val="Hiperesteka"/>
                <w:rFonts w:ascii="Arial" w:hAnsi="Arial" w:cs="Arial"/>
                <w:noProof/>
              </w:rPr>
              <w:t>“Sensor Box" estazioa: UR Robota, AV Camera eta MIR Mobile Robota integratzea.</w:t>
            </w:r>
            <w:r w:rsidR="00311A94">
              <w:rPr>
                <w:noProof/>
                <w:webHidden/>
              </w:rPr>
              <w:tab/>
            </w:r>
            <w:r w:rsidR="00311A94">
              <w:rPr>
                <w:noProof/>
                <w:webHidden/>
              </w:rPr>
              <w:fldChar w:fldCharType="begin"/>
            </w:r>
            <w:r w:rsidR="00311A94">
              <w:rPr>
                <w:noProof/>
                <w:webHidden/>
              </w:rPr>
              <w:instrText xml:space="preserve"> PAGEREF _Toc202768973 \h </w:instrText>
            </w:r>
            <w:r w:rsidR="00311A94">
              <w:rPr>
                <w:noProof/>
                <w:webHidden/>
              </w:rPr>
            </w:r>
            <w:r w:rsidR="00311A94">
              <w:rPr>
                <w:noProof/>
                <w:webHidden/>
              </w:rPr>
              <w:fldChar w:fldCharType="separate"/>
            </w:r>
            <w:r w:rsidR="00311A94">
              <w:rPr>
                <w:noProof/>
                <w:webHidden/>
              </w:rPr>
              <w:t>0</w:t>
            </w:r>
            <w:r w:rsidR="00311A94">
              <w:rPr>
                <w:noProof/>
                <w:webHidden/>
              </w:rPr>
              <w:fldChar w:fldCharType="end"/>
            </w:r>
          </w:hyperlink>
        </w:p>
        <w:p xmlns:wp14="http://schemas.microsoft.com/office/word/2010/wordml" w:rsidR="00311A94" w:rsidRDefault="00311A94" w14:paraId="5C5B1EC6" wp14:textId="77777777">
          <w:pPr>
            <w:pStyle w:val="EA1"/>
            <w:tabs>
              <w:tab w:val="left" w:pos="440"/>
              <w:tab w:val="right" w:leader="dot" w:pos="9111"/>
            </w:tabs>
            <w:rPr>
              <w:rFonts w:cstheme="minorBidi"/>
              <w:noProof/>
            </w:rPr>
          </w:pPr>
          <w:hyperlink w:history="1" w:anchor="_Toc202768974">
            <w:r w:rsidRPr="00BB1D12">
              <w:rPr>
                <w:rStyle w:val="Hiperesteka"/>
                <w:rFonts w:ascii="Arial" w:hAnsi="Arial" w:cs="Arial"/>
                <w:noProof/>
              </w:rPr>
              <w:t>1.</w:t>
            </w:r>
            <w:r>
              <w:rPr>
                <w:rFonts w:cstheme="minorBidi"/>
                <w:noProof/>
              </w:rPr>
              <w:tab/>
            </w:r>
            <w:r w:rsidRPr="00BB1D12">
              <w:rPr>
                <w:rStyle w:val="Hiperesteka"/>
                <w:rFonts w:ascii="Arial" w:hAnsi="Arial" w:cs="Arial"/>
                <w:noProof/>
              </w:rPr>
              <w:t>"Sensor Box" estazioa: UR Robota, AV Camera eta MIR Mobile Robota integratzea.</w:t>
            </w:r>
            <w:r>
              <w:rPr>
                <w:noProof/>
                <w:webHidden/>
              </w:rPr>
              <w:tab/>
            </w:r>
            <w:r>
              <w:rPr>
                <w:noProof/>
                <w:webHidden/>
              </w:rPr>
              <w:fldChar w:fldCharType="begin"/>
            </w:r>
            <w:r>
              <w:rPr>
                <w:noProof/>
                <w:webHidden/>
              </w:rPr>
              <w:instrText xml:space="preserve"> PAGEREF _Toc202768974 \h </w:instrText>
            </w:r>
            <w:r>
              <w:rPr>
                <w:noProof/>
                <w:webHidden/>
              </w:rPr>
            </w:r>
            <w:r>
              <w:rPr>
                <w:noProof/>
                <w:webHidden/>
              </w:rPr>
              <w:fldChar w:fldCharType="separate"/>
            </w:r>
            <w:r>
              <w:rPr>
                <w:noProof/>
                <w:webHidden/>
              </w:rPr>
              <w:t>2</w:t>
            </w:r>
            <w:r>
              <w:rPr>
                <w:noProof/>
                <w:webHidden/>
              </w:rPr>
              <w:fldChar w:fldCharType="end"/>
            </w:r>
          </w:hyperlink>
        </w:p>
        <w:p xmlns:wp14="http://schemas.microsoft.com/office/word/2010/wordml" w:rsidR="00311A94" w:rsidRDefault="00311A94" w14:paraId="48E4429F" wp14:textId="77777777">
          <w:pPr>
            <w:pStyle w:val="EA1"/>
            <w:tabs>
              <w:tab w:val="left" w:pos="660"/>
              <w:tab w:val="right" w:leader="dot" w:pos="9111"/>
            </w:tabs>
            <w:rPr>
              <w:rFonts w:cstheme="minorBidi"/>
              <w:noProof/>
            </w:rPr>
          </w:pPr>
          <w:hyperlink w:history="1" w:anchor="_Toc202768975">
            <w:r w:rsidRPr="00BB1D12">
              <w:rPr>
                <w:rStyle w:val="Hiperesteka"/>
                <w:rFonts w:ascii="Arial" w:hAnsi="Arial" w:cs="Arial"/>
                <w:noProof/>
              </w:rPr>
              <w:t>1.1.</w:t>
            </w:r>
            <w:r>
              <w:rPr>
                <w:rFonts w:cstheme="minorBidi"/>
                <w:noProof/>
              </w:rPr>
              <w:tab/>
            </w:r>
            <w:r w:rsidRPr="00BB1D12">
              <w:rPr>
                <w:rStyle w:val="Hiperesteka"/>
                <w:rFonts w:ascii="Arial" w:hAnsi="Arial" w:cs="Arial"/>
                <w:noProof/>
              </w:rPr>
              <w:t>Helburuak</w:t>
            </w:r>
            <w:r>
              <w:rPr>
                <w:noProof/>
                <w:webHidden/>
              </w:rPr>
              <w:tab/>
            </w:r>
            <w:r>
              <w:rPr>
                <w:noProof/>
                <w:webHidden/>
              </w:rPr>
              <w:fldChar w:fldCharType="begin"/>
            </w:r>
            <w:r>
              <w:rPr>
                <w:noProof/>
                <w:webHidden/>
              </w:rPr>
              <w:instrText xml:space="preserve"> PAGEREF _Toc202768975 \h </w:instrText>
            </w:r>
            <w:r>
              <w:rPr>
                <w:noProof/>
                <w:webHidden/>
              </w:rPr>
            </w:r>
            <w:r>
              <w:rPr>
                <w:noProof/>
                <w:webHidden/>
              </w:rPr>
              <w:fldChar w:fldCharType="separate"/>
            </w:r>
            <w:r>
              <w:rPr>
                <w:noProof/>
                <w:webHidden/>
              </w:rPr>
              <w:t>2</w:t>
            </w:r>
            <w:r>
              <w:rPr>
                <w:noProof/>
                <w:webHidden/>
              </w:rPr>
              <w:fldChar w:fldCharType="end"/>
            </w:r>
          </w:hyperlink>
        </w:p>
        <w:p xmlns:wp14="http://schemas.microsoft.com/office/word/2010/wordml" w:rsidR="00311A94" w:rsidRDefault="00311A94" w14:paraId="5CCFEC3B" wp14:textId="77777777">
          <w:pPr>
            <w:pStyle w:val="EA1"/>
            <w:tabs>
              <w:tab w:val="left" w:pos="440"/>
              <w:tab w:val="right" w:leader="dot" w:pos="9111"/>
            </w:tabs>
            <w:rPr>
              <w:rFonts w:cstheme="minorBidi"/>
              <w:noProof/>
            </w:rPr>
          </w:pPr>
          <w:hyperlink w:history="1" w:anchor="_Toc202768976">
            <w:r w:rsidRPr="00BB1D12">
              <w:rPr>
                <w:rStyle w:val="Hiperesteka"/>
                <w:rFonts w:ascii="Arial" w:hAnsi="Arial" w:cs="Arial"/>
                <w:noProof/>
              </w:rPr>
              <w:t>2.</w:t>
            </w:r>
            <w:r>
              <w:rPr>
                <w:rFonts w:cstheme="minorBidi"/>
                <w:noProof/>
              </w:rPr>
              <w:tab/>
            </w:r>
            <w:r w:rsidRPr="00BB1D12">
              <w:rPr>
                <w:rStyle w:val="Hiperesteka"/>
                <w:rFonts w:ascii="Arial" w:hAnsi="Arial" w:cs="Arial"/>
                <w:noProof/>
              </w:rPr>
              <w:t>Curriculum-a eta Helburu Didaktikoak</w:t>
            </w:r>
            <w:r>
              <w:rPr>
                <w:noProof/>
                <w:webHidden/>
              </w:rPr>
              <w:tab/>
            </w:r>
            <w:r>
              <w:rPr>
                <w:noProof/>
                <w:webHidden/>
              </w:rPr>
              <w:fldChar w:fldCharType="begin"/>
            </w:r>
            <w:r>
              <w:rPr>
                <w:noProof/>
                <w:webHidden/>
              </w:rPr>
              <w:instrText xml:space="preserve"> PAGEREF _Toc202768976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311A94" w:rsidRDefault="00311A94" w14:paraId="379EA20C" wp14:textId="77777777">
          <w:pPr>
            <w:pStyle w:val="EA1"/>
            <w:tabs>
              <w:tab w:val="left" w:pos="660"/>
              <w:tab w:val="right" w:leader="dot" w:pos="9111"/>
            </w:tabs>
            <w:rPr>
              <w:rFonts w:cstheme="minorBidi"/>
              <w:noProof/>
            </w:rPr>
          </w:pPr>
          <w:hyperlink w:history="1" w:anchor="_Toc202768977">
            <w:r w:rsidRPr="00BB1D12">
              <w:rPr>
                <w:rStyle w:val="Hiperesteka"/>
                <w:rFonts w:ascii="Arial" w:hAnsi="Arial" w:cs="Arial"/>
                <w:noProof/>
              </w:rPr>
              <w:t>2.1.</w:t>
            </w:r>
            <w:r>
              <w:rPr>
                <w:rFonts w:cstheme="minorBidi"/>
                <w:noProof/>
              </w:rPr>
              <w:tab/>
            </w:r>
            <w:r w:rsidRPr="00BB1D12">
              <w:rPr>
                <w:rStyle w:val="Hiperesteka"/>
                <w:rFonts w:ascii="Arial" w:hAnsi="Arial" w:cs="Arial"/>
                <w:noProof/>
              </w:rPr>
              <w:t>Hezkuntza sistemaren curriculumarekin lerrokatutako helburuak</w:t>
            </w:r>
            <w:r>
              <w:rPr>
                <w:noProof/>
                <w:webHidden/>
              </w:rPr>
              <w:tab/>
            </w:r>
            <w:r>
              <w:rPr>
                <w:noProof/>
                <w:webHidden/>
              </w:rPr>
              <w:fldChar w:fldCharType="begin"/>
            </w:r>
            <w:r>
              <w:rPr>
                <w:noProof/>
                <w:webHidden/>
              </w:rPr>
              <w:instrText xml:space="preserve"> PAGEREF _Toc202768977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311A94" w:rsidRDefault="00311A94" w14:paraId="6FA35B60" wp14:textId="77777777">
          <w:pPr>
            <w:pStyle w:val="EA1"/>
            <w:tabs>
              <w:tab w:val="left" w:pos="880"/>
              <w:tab w:val="right" w:leader="dot" w:pos="9111"/>
            </w:tabs>
            <w:rPr>
              <w:rFonts w:cstheme="minorBidi"/>
              <w:noProof/>
            </w:rPr>
          </w:pPr>
          <w:hyperlink w:history="1" w:anchor="_Toc202768978">
            <w:r w:rsidRPr="00BB1D12">
              <w:rPr>
                <w:rStyle w:val="Hiperesteka"/>
                <w:rFonts w:ascii="Arial" w:hAnsi="Arial" w:cs="Arial"/>
                <w:noProof/>
              </w:rPr>
              <w:t>2.1.1.</w:t>
            </w:r>
            <w:r>
              <w:rPr>
                <w:rFonts w:cstheme="minorBidi"/>
                <w:noProof/>
              </w:rPr>
              <w:tab/>
            </w:r>
            <w:r w:rsidRPr="00BB1D12">
              <w:rPr>
                <w:rStyle w:val="Hiperesteka"/>
                <w:rFonts w:ascii="Arial" w:hAnsi="Arial" w:cs="Arial"/>
                <w:noProof/>
              </w:rPr>
              <w:t>Konpetentzia teknikoak</w:t>
            </w:r>
            <w:r>
              <w:rPr>
                <w:noProof/>
                <w:webHidden/>
              </w:rPr>
              <w:tab/>
            </w:r>
            <w:r>
              <w:rPr>
                <w:noProof/>
                <w:webHidden/>
              </w:rPr>
              <w:fldChar w:fldCharType="begin"/>
            </w:r>
            <w:r>
              <w:rPr>
                <w:noProof/>
                <w:webHidden/>
              </w:rPr>
              <w:instrText xml:space="preserve"> PAGEREF _Toc202768978 \h </w:instrText>
            </w:r>
            <w:r>
              <w:rPr>
                <w:noProof/>
                <w:webHidden/>
              </w:rPr>
            </w:r>
            <w:r>
              <w:rPr>
                <w:noProof/>
                <w:webHidden/>
              </w:rPr>
              <w:fldChar w:fldCharType="separate"/>
            </w:r>
            <w:r>
              <w:rPr>
                <w:noProof/>
                <w:webHidden/>
              </w:rPr>
              <w:t>3</w:t>
            </w:r>
            <w:r>
              <w:rPr>
                <w:noProof/>
                <w:webHidden/>
              </w:rPr>
              <w:fldChar w:fldCharType="end"/>
            </w:r>
          </w:hyperlink>
        </w:p>
        <w:p xmlns:wp14="http://schemas.microsoft.com/office/word/2010/wordml" w:rsidR="00311A94" w:rsidRDefault="00311A94" w14:paraId="68D6C614" wp14:textId="77777777">
          <w:pPr>
            <w:pStyle w:val="EA1"/>
            <w:tabs>
              <w:tab w:val="left" w:pos="880"/>
              <w:tab w:val="right" w:leader="dot" w:pos="9111"/>
            </w:tabs>
            <w:rPr>
              <w:rFonts w:cstheme="minorBidi"/>
              <w:noProof/>
            </w:rPr>
          </w:pPr>
          <w:hyperlink w:history="1" w:anchor="_Toc202768979">
            <w:r w:rsidRPr="00BB1D12">
              <w:rPr>
                <w:rStyle w:val="Hiperesteka"/>
                <w:rFonts w:ascii="Arial" w:hAnsi="Arial" w:cs="Arial"/>
                <w:noProof/>
              </w:rPr>
              <w:t>2.1.2.</w:t>
            </w:r>
            <w:r>
              <w:rPr>
                <w:rFonts w:cstheme="minorBidi"/>
                <w:noProof/>
              </w:rPr>
              <w:tab/>
            </w:r>
            <w:r w:rsidRPr="00BB1D12">
              <w:rPr>
                <w:rStyle w:val="Hiperesteka"/>
                <w:rFonts w:ascii="Arial" w:hAnsi="Arial" w:cs="Arial"/>
                <w:noProof/>
              </w:rPr>
              <w:t>Zeharkako gaitasunak:</w:t>
            </w:r>
            <w:r>
              <w:rPr>
                <w:noProof/>
                <w:webHidden/>
              </w:rPr>
              <w:tab/>
            </w:r>
            <w:r>
              <w:rPr>
                <w:noProof/>
                <w:webHidden/>
              </w:rPr>
              <w:fldChar w:fldCharType="begin"/>
            </w:r>
            <w:r>
              <w:rPr>
                <w:noProof/>
                <w:webHidden/>
              </w:rPr>
              <w:instrText xml:space="preserve"> PAGEREF _Toc202768979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11A94" w:rsidRDefault="00311A94" w14:paraId="38E1A248" wp14:textId="77777777">
          <w:pPr>
            <w:pStyle w:val="EA1"/>
            <w:tabs>
              <w:tab w:val="left" w:pos="440"/>
              <w:tab w:val="right" w:leader="dot" w:pos="9111"/>
            </w:tabs>
            <w:rPr>
              <w:rFonts w:cstheme="minorBidi"/>
              <w:noProof/>
            </w:rPr>
          </w:pPr>
          <w:hyperlink w:history="1" w:anchor="_Toc202768980">
            <w:r w:rsidRPr="00BB1D12">
              <w:rPr>
                <w:rStyle w:val="Hiperesteka"/>
                <w:rFonts w:ascii="Arial" w:hAnsi="Arial" w:cs="Arial"/>
                <w:noProof/>
              </w:rPr>
              <w:t>3.</w:t>
            </w:r>
            <w:r>
              <w:rPr>
                <w:rFonts w:cstheme="minorBidi"/>
                <w:noProof/>
              </w:rPr>
              <w:tab/>
            </w:r>
            <w:r w:rsidRPr="00BB1D12">
              <w:rPr>
                <w:rStyle w:val="Hiperesteka"/>
                <w:rFonts w:ascii="Arial" w:hAnsi="Arial" w:cs="Arial"/>
                <w:noProof/>
              </w:rPr>
              <w:t>Edukiak</w:t>
            </w:r>
            <w:r>
              <w:rPr>
                <w:noProof/>
                <w:webHidden/>
              </w:rPr>
              <w:tab/>
            </w:r>
            <w:r>
              <w:rPr>
                <w:noProof/>
                <w:webHidden/>
              </w:rPr>
              <w:fldChar w:fldCharType="begin"/>
            </w:r>
            <w:r>
              <w:rPr>
                <w:noProof/>
                <w:webHidden/>
              </w:rPr>
              <w:instrText xml:space="preserve"> PAGEREF _Toc202768980 \h </w:instrText>
            </w:r>
            <w:r>
              <w:rPr>
                <w:noProof/>
                <w:webHidden/>
              </w:rPr>
            </w:r>
            <w:r>
              <w:rPr>
                <w:noProof/>
                <w:webHidden/>
              </w:rPr>
              <w:fldChar w:fldCharType="separate"/>
            </w:r>
            <w:r>
              <w:rPr>
                <w:noProof/>
                <w:webHidden/>
              </w:rPr>
              <w:t>5</w:t>
            </w:r>
            <w:r>
              <w:rPr>
                <w:noProof/>
                <w:webHidden/>
              </w:rPr>
              <w:fldChar w:fldCharType="end"/>
            </w:r>
          </w:hyperlink>
        </w:p>
        <w:p xmlns:wp14="http://schemas.microsoft.com/office/word/2010/wordml" w:rsidR="00311A94" w:rsidRDefault="00311A94" w14:paraId="5929CE86" wp14:textId="77777777">
          <w:pPr>
            <w:pStyle w:val="EA1"/>
            <w:tabs>
              <w:tab w:val="left" w:pos="440"/>
              <w:tab w:val="right" w:leader="dot" w:pos="9111"/>
            </w:tabs>
            <w:rPr>
              <w:rFonts w:cstheme="minorBidi"/>
              <w:noProof/>
            </w:rPr>
          </w:pPr>
          <w:hyperlink w:history="1" w:anchor="_Toc202768981">
            <w:r w:rsidRPr="00BB1D12">
              <w:rPr>
                <w:rStyle w:val="Hiperesteka"/>
                <w:rFonts w:ascii="Arial" w:hAnsi="Arial" w:cs="Arial"/>
                <w:noProof/>
              </w:rPr>
              <w:t>4.</w:t>
            </w:r>
            <w:r>
              <w:rPr>
                <w:rFonts w:cstheme="minorBidi"/>
                <w:noProof/>
              </w:rPr>
              <w:tab/>
            </w:r>
            <w:r w:rsidRPr="00BB1D12">
              <w:rPr>
                <w:rStyle w:val="Hiperesteka"/>
                <w:rFonts w:ascii="Arial" w:hAnsi="Arial" w:cs="Arial"/>
                <w:noProof/>
              </w:rPr>
              <w:t>Metodologia</w:t>
            </w:r>
            <w:r>
              <w:rPr>
                <w:noProof/>
                <w:webHidden/>
              </w:rPr>
              <w:tab/>
            </w:r>
            <w:r>
              <w:rPr>
                <w:noProof/>
                <w:webHidden/>
              </w:rPr>
              <w:fldChar w:fldCharType="begin"/>
            </w:r>
            <w:r>
              <w:rPr>
                <w:noProof/>
                <w:webHidden/>
              </w:rPr>
              <w:instrText xml:space="preserve"> PAGEREF _Toc202768981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11A94" w:rsidRDefault="00311A94" w14:paraId="76710228" wp14:textId="77777777">
          <w:pPr>
            <w:pStyle w:val="EA1"/>
            <w:tabs>
              <w:tab w:val="left" w:pos="440"/>
              <w:tab w:val="right" w:leader="dot" w:pos="9111"/>
            </w:tabs>
            <w:rPr>
              <w:rFonts w:cstheme="minorBidi"/>
              <w:noProof/>
            </w:rPr>
          </w:pPr>
          <w:hyperlink w:history="1" w:anchor="_Toc202768982">
            <w:r w:rsidRPr="00BB1D12">
              <w:rPr>
                <w:rStyle w:val="Hiperesteka"/>
                <w:rFonts w:ascii="Arial" w:hAnsi="Arial" w:cs="Arial"/>
                <w:noProof/>
              </w:rPr>
              <w:t>5.</w:t>
            </w:r>
            <w:r>
              <w:rPr>
                <w:rFonts w:cstheme="minorBidi"/>
                <w:noProof/>
              </w:rPr>
              <w:tab/>
            </w:r>
            <w:r w:rsidRPr="00BB1D12">
              <w:rPr>
                <w:rStyle w:val="Hiperesteka"/>
                <w:rFonts w:ascii="Arial" w:hAnsi="Arial" w:cs="Arial"/>
                <w:noProof/>
              </w:rPr>
              <w:t>Jardueren Garapena</w:t>
            </w:r>
            <w:r>
              <w:rPr>
                <w:noProof/>
                <w:webHidden/>
              </w:rPr>
              <w:tab/>
            </w:r>
            <w:r>
              <w:rPr>
                <w:noProof/>
                <w:webHidden/>
              </w:rPr>
              <w:fldChar w:fldCharType="begin"/>
            </w:r>
            <w:r>
              <w:rPr>
                <w:noProof/>
                <w:webHidden/>
              </w:rPr>
              <w:instrText xml:space="preserve"> PAGEREF _Toc202768982 \h </w:instrText>
            </w:r>
            <w:r>
              <w:rPr>
                <w:noProof/>
                <w:webHidden/>
              </w:rPr>
            </w:r>
            <w:r>
              <w:rPr>
                <w:noProof/>
                <w:webHidden/>
              </w:rPr>
              <w:fldChar w:fldCharType="separate"/>
            </w:r>
            <w:r>
              <w:rPr>
                <w:noProof/>
                <w:webHidden/>
              </w:rPr>
              <w:t>6</w:t>
            </w:r>
            <w:r>
              <w:rPr>
                <w:noProof/>
                <w:webHidden/>
              </w:rPr>
              <w:fldChar w:fldCharType="end"/>
            </w:r>
          </w:hyperlink>
        </w:p>
        <w:p xmlns:wp14="http://schemas.microsoft.com/office/word/2010/wordml" w:rsidR="00311A94" w:rsidRDefault="00311A94" w14:paraId="184E0E34" wp14:textId="77777777">
          <w:pPr>
            <w:pStyle w:val="EA1"/>
            <w:tabs>
              <w:tab w:val="left" w:pos="440"/>
              <w:tab w:val="right" w:leader="dot" w:pos="9111"/>
            </w:tabs>
            <w:rPr>
              <w:rFonts w:cstheme="minorBidi"/>
              <w:noProof/>
            </w:rPr>
          </w:pPr>
          <w:hyperlink w:history="1" w:anchor="_Toc202768983">
            <w:r w:rsidRPr="00BB1D12">
              <w:rPr>
                <w:rStyle w:val="Hiperesteka"/>
                <w:rFonts w:ascii="Arial" w:hAnsi="Arial" w:cs="Arial"/>
                <w:noProof/>
              </w:rPr>
              <w:t>6.</w:t>
            </w:r>
            <w:r>
              <w:rPr>
                <w:rFonts w:cstheme="minorBidi"/>
                <w:noProof/>
              </w:rPr>
              <w:tab/>
            </w:r>
            <w:r w:rsidRPr="00BB1D12">
              <w:rPr>
                <w:rStyle w:val="Hiperesteka"/>
                <w:rFonts w:ascii="Arial" w:hAnsi="Arial" w:cs="Arial"/>
                <w:noProof/>
              </w:rPr>
              <w:t>Ebaluazioa</w:t>
            </w:r>
            <w:r>
              <w:rPr>
                <w:noProof/>
                <w:webHidden/>
              </w:rPr>
              <w:tab/>
            </w:r>
            <w:r>
              <w:rPr>
                <w:noProof/>
                <w:webHidden/>
              </w:rPr>
              <w:fldChar w:fldCharType="begin"/>
            </w:r>
            <w:r>
              <w:rPr>
                <w:noProof/>
                <w:webHidden/>
              </w:rPr>
              <w:instrText xml:space="preserve"> PAGEREF _Toc202768983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11A94" w:rsidRDefault="00311A94" w14:paraId="7BA0A13E" wp14:textId="77777777">
          <w:pPr>
            <w:pStyle w:val="EA1"/>
            <w:tabs>
              <w:tab w:val="left" w:pos="440"/>
              <w:tab w:val="right" w:leader="dot" w:pos="9111"/>
            </w:tabs>
            <w:rPr>
              <w:rFonts w:cstheme="minorBidi"/>
              <w:noProof/>
            </w:rPr>
          </w:pPr>
          <w:hyperlink w:history="1" w:anchor="_Toc202768984">
            <w:r w:rsidRPr="00BB1D12">
              <w:rPr>
                <w:rStyle w:val="Hiperesteka"/>
                <w:rFonts w:ascii="Arial" w:hAnsi="Arial" w:cs="Arial"/>
                <w:noProof/>
              </w:rPr>
              <w:t>7.</w:t>
            </w:r>
            <w:r>
              <w:rPr>
                <w:rFonts w:cstheme="minorBidi"/>
                <w:noProof/>
              </w:rPr>
              <w:tab/>
            </w:r>
            <w:r w:rsidRPr="00BB1D12">
              <w:rPr>
                <w:rStyle w:val="Hiperesteka"/>
                <w:rFonts w:ascii="Arial" w:hAnsi="Arial" w:cs="Arial"/>
                <w:noProof/>
              </w:rPr>
              <w:t>Material Didaktikoa eta Baliabideak</w:t>
            </w:r>
            <w:r>
              <w:rPr>
                <w:noProof/>
                <w:webHidden/>
              </w:rPr>
              <w:tab/>
            </w:r>
            <w:r>
              <w:rPr>
                <w:noProof/>
                <w:webHidden/>
              </w:rPr>
              <w:fldChar w:fldCharType="begin"/>
            </w:r>
            <w:r>
              <w:rPr>
                <w:noProof/>
                <w:webHidden/>
              </w:rPr>
              <w:instrText xml:space="preserve"> PAGEREF _Toc202768984 \h </w:instrText>
            </w:r>
            <w:r>
              <w:rPr>
                <w:noProof/>
                <w:webHidden/>
              </w:rPr>
            </w:r>
            <w:r>
              <w:rPr>
                <w:noProof/>
                <w:webHidden/>
              </w:rPr>
              <w:fldChar w:fldCharType="separate"/>
            </w:r>
            <w:r>
              <w:rPr>
                <w:noProof/>
                <w:webHidden/>
              </w:rPr>
              <w:t>7</w:t>
            </w:r>
            <w:r>
              <w:rPr>
                <w:noProof/>
                <w:webHidden/>
              </w:rPr>
              <w:fldChar w:fldCharType="end"/>
            </w:r>
          </w:hyperlink>
        </w:p>
        <w:p xmlns:wp14="http://schemas.microsoft.com/office/word/2010/wordml" w:rsidR="00311A94" w:rsidRDefault="00311A94" w14:paraId="7BC14CC8" wp14:textId="77777777">
          <w:pPr>
            <w:pStyle w:val="EA1"/>
            <w:tabs>
              <w:tab w:val="left" w:pos="440"/>
              <w:tab w:val="right" w:leader="dot" w:pos="9111"/>
            </w:tabs>
            <w:rPr>
              <w:rFonts w:cstheme="minorBidi"/>
              <w:noProof/>
            </w:rPr>
          </w:pPr>
          <w:hyperlink w:history="1" w:anchor="_Toc202768985">
            <w:r w:rsidRPr="00BB1D12">
              <w:rPr>
                <w:rStyle w:val="Hiperesteka"/>
                <w:rFonts w:ascii="Arial" w:hAnsi="Arial" w:cs="Arial"/>
                <w:noProof/>
              </w:rPr>
              <w:t>8.</w:t>
            </w:r>
            <w:r>
              <w:rPr>
                <w:rFonts w:cstheme="minorBidi"/>
                <w:noProof/>
              </w:rPr>
              <w:tab/>
            </w:r>
            <w:r w:rsidRPr="00BB1D12">
              <w:rPr>
                <w:rStyle w:val="Hiperesteka"/>
                <w:rFonts w:ascii="Arial" w:hAnsi="Arial" w:cs="Arial"/>
                <w:noProof/>
              </w:rPr>
              <w:t>Denbora Antolamendua</w:t>
            </w:r>
            <w:r>
              <w:rPr>
                <w:noProof/>
                <w:webHidden/>
              </w:rPr>
              <w:tab/>
            </w:r>
            <w:r>
              <w:rPr>
                <w:noProof/>
                <w:webHidden/>
              </w:rPr>
              <w:fldChar w:fldCharType="begin"/>
            </w:r>
            <w:r>
              <w:rPr>
                <w:noProof/>
                <w:webHidden/>
              </w:rPr>
              <w:instrText xml:space="preserve"> PAGEREF _Toc202768985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11A94" w:rsidRDefault="00311A94" w14:paraId="291F819F" wp14:textId="77777777">
          <w:pPr>
            <w:pStyle w:val="EA1"/>
            <w:tabs>
              <w:tab w:val="left" w:pos="440"/>
              <w:tab w:val="right" w:leader="dot" w:pos="9111"/>
            </w:tabs>
            <w:rPr>
              <w:rFonts w:cstheme="minorBidi"/>
              <w:noProof/>
            </w:rPr>
          </w:pPr>
          <w:hyperlink w:history="1" w:anchor="_Toc202768986">
            <w:r w:rsidRPr="00BB1D12">
              <w:rPr>
                <w:rStyle w:val="Hiperesteka"/>
                <w:rFonts w:ascii="Arial" w:hAnsi="Arial" w:cs="Arial"/>
                <w:noProof/>
              </w:rPr>
              <w:t>9.</w:t>
            </w:r>
            <w:r>
              <w:rPr>
                <w:rFonts w:cstheme="minorBidi"/>
                <w:noProof/>
              </w:rPr>
              <w:tab/>
            </w:r>
            <w:r w:rsidRPr="00BB1D12">
              <w:rPr>
                <w:rStyle w:val="Hiperesteka"/>
                <w:rFonts w:ascii="Arial" w:hAnsi="Arial" w:cs="Arial"/>
                <w:noProof/>
              </w:rPr>
              <w:t>Inklusioa eta Aniztasunaren Arreta</w:t>
            </w:r>
            <w:r>
              <w:rPr>
                <w:noProof/>
                <w:webHidden/>
              </w:rPr>
              <w:tab/>
            </w:r>
            <w:r>
              <w:rPr>
                <w:noProof/>
                <w:webHidden/>
              </w:rPr>
              <w:fldChar w:fldCharType="begin"/>
            </w:r>
            <w:r>
              <w:rPr>
                <w:noProof/>
                <w:webHidden/>
              </w:rPr>
              <w:instrText xml:space="preserve"> PAGEREF _Toc202768986 \h </w:instrText>
            </w:r>
            <w:r>
              <w:rPr>
                <w:noProof/>
                <w:webHidden/>
              </w:rPr>
            </w:r>
            <w:r>
              <w:rPr>
                <w:noProof/>
                <w:webHidden/>
              </w:rPr>
              <w:fldChar w:fldCharType="separate"/>
            </w:r>
            <w:r>
              <w:rPr>
                <w:noProof/>
                <w:webHidden/>
              </w:rPr>
              <w:t>8</w:t>
            </w:r>
            <w:r>
              <w:rPr>
                <w:noProof/>
                <w:webHidden/>
              </w:rPr>
              <w:fldChar w:fldCharType="end"/>
            </w:r>
          </w:hyperlink>
        </w:p>
        <w:p xmlns:wp14="http://schemas.microsoft.com/office/word/2010/wordml" w:rsidR="00311A94" w:rsidRDefault="00311A94" w14:paraId="455AA927" wp14:textId="77777777">
          <w:pPr>
            <w:pStyle w:val="EA1"/>
            <w:tabs>
              <w:tab w:val="left" w:pos="660"/>
              <w:tab w:val="right" w:leader="dot" w:pos="9111"/>
            </w:tabs>
            <w:rPr>
              <w:rFonts w:cstheme="minorBidi"/>
              <w:noProof/>
            </w:rPr>
          </w:pPr>
          <w:hyperlink w:history="1" w:anchor="_Toc202768987">
            <w:r w:rsidRPr="00BB1D12">
              <w:rPr>
                <w:rStyle w:val="Hiperesteka"/>
                <w:rFonts w:ascii="Arial" w:hAnsi="Arial" w:cs="Arial"/>
                <w:noProof/>
              </w:rPr>
              <w:t>10.</w:t>
            </w:r>
            <w:r>
              <w:rPr>
                <w:rFonts w:cstheme="minorBidi"/>
                <w:noProof/>
              </w:rPr>
              <w:tab/>
            </w:r>
            <w:r w:rsidRPr="00BB1D12">
              <w:rPr>
                <w:rStyle w:val="Hiperesteka"/>
                <w:rFonts w:ascii="Arial" w:hAnsi="Arial" w:cs="Arial"/>
                <w:noProof/>
              </w:rPr>
              <w:t>Oharrak eta Gomendio Pedagogikoak</w:t>
            </w:r>
            <w:r>
              <w:rPr>
                <w:noProof/>
                <w:webHidden/>
              </w:rPr>
              <w:tab/>
            </w:r>
            <w:r>
              <w:rPr>
                <w:noProof/>
                <w:webHidden/>
              </w:rPr>
              <w:fldChar w:fldCharType="begin"/>
            </w:r>
            <w:r>
              <w:rPr>
                <w:noProof/>
                <w:webHidden/>
              </w:rPr>
              <w:instrText xml:space="preserve"> PAGEREF _Toc202768987 \h </w:instrText>
            </w:r>
            <w:r>
              <w:rPr>
                <w:noProof/>
                <w:webHidden/>
              </w:rPr>
            </w:r>
            <w:r>
              <w:rPr>
                <w:noProof/>
                <w:webHidden/>
              </w:rPr>
              <w:fldChar w:fldCharType="separate"/>
            </w:r>
            <w:r>
              <w:rPr>
                <w:noProof/>
                <w:webHidden/>
              </w:rPr>
              <w:t>9</w:t>
            </w:r>
            <w:r>
              <w:rPr>
                <w:noProof/>
                <w:webHidden/>
              </w:rPr>
              <w:fldChar w:fldCharType="end"/>
            </w:r>
          </w:hyperlink>
        </w:p>
        <w:p xmlns:wp14="http://schemas.microsoft.com/office/word/2010/wordml" w:rsidRPr="002C2419" w:rsidR="00C21BB1" w:rsidRDefault="00C21BB1" w14:paraId="5A39BBE3" wp14:textId="77777777">
          <w:pPr>
            <w:rPr>
              <w:rFonts w:ascii="Arial" w:hAnsi="Arial" w:cs="Arial"/>
              <w:sz w:val="24"/>
              <w:szCs w:val="24"/>
            </w:rPr>
          </w:pPr>
          <w:r w:rsidRPr="002C2419">
            <w:rPr>
              <w:rFonts w:ascii="Arial" w:hAnsi="Arial" w:cs="Arial"/>
              <w:b/>
              <w:bCs/>
              <w:sz w:val="24"/>
              <w:szCs w:val="24"/>
            </w:rPr>
            <w:fldChar w:fldCharType="end"/>
          </w:r>
        </w:p>
      </w:sdtContent>
    </w:sdt>
    <w:p xmlns:wp14="http://schemas.microsoft.com/office/word/2010/wordml" w:rsidRPr="002C2419" w:rsidR="00C21BB1" w:rsidRDefault="00C21BB1" w14:paraId="41C8F396" wp14:textId="77777777">
      <w:pPr>
        <w:rPr>
          <w:rFonts w:ascii="Arial" w:hAnsi="Arial" w:cs="Arial" w:eastAsiaTheme="majorEastAsia"/>
          <w:b/>
          <w:bCs/>
          <w:color w:val="365F91" w:themeColor="accent1" w:themeShade="BF"/>
          <w:sz w:val="24"/>
          <w:szCs w:val="24"/>
          <w:lang w:val="eu-ES"/>
        </w:rPr>
      </w:pPr>
      <w:r w:rsidRPr="002C2419">
        <w:rPr>
          <w:rFonts w:ascii="Arial" w:hAnsi="Arial" w:cs="Arial"/>
          <w:sz w:val="24"/>
          <w:szCs w:val="24"/>
          <w:lang w:val="eu-ES"/>
        </w:rPr>
        <w:br w:type="page"/>
      </w:r>
    </w:p>
    <w:p xmlns:wp14="http://schemas.microsoft.com/office/word/2010/wordml" w:rsidRPr="002C2419" w:rsidR="00D3238E" w:rsidP="00D3238E" w:rsidRDefault="00D3238E" w14:paraId="3D2F06EA" wp14:textId="77777777">
      <w:pPr>
        <w:pStyle w:val="1izenburua"/>
        <w:numPr>
          <w:ilvl w:val="0"/>
          <w:numId w:val="14"/>
        </w:numPr>
        <w:spacing w:line="360" w:lineRule="auto"/>
        <w:rPr>
          <w:rFonts w:ascii="Arial" w:hAnsi="Arial" w:cs="Arial"/>
          <w:szCs w:val="24"/>
          <w:lang w:val="eu-ES"/>
        </w:rPr>
      </w:pPr>
      <w:bookmarkStart w:name="_Toc202768974" w:id="3"/>
      <w:r w:rsidRPr="002C2419">
        <w:rPr>
          <w:rFonts w:ascii="Arial" w:hAnsi="Arial" w:cs="Arial"/>
          <w:szCs w:val="24"/>
          <w:lang w:val="eu-ES"/>
        </w:rPr>
        <w:t>"</w:t>
      </w:r>
      <w:proofErr w:type="spellStart"/>
      <w:r w:rsidRPr="002C2419">
        <w:rPr>
          <w:rFonts w:ascii="Arial" w:hAnsi="Arial" w:cs="Arial"/>
          <w:szCs w:val="24"/>
          <w:lang w:val="eu-ES"/>
        </w:rPr>
        <w:t>Sensor</w:t>
      </w:r>
      <w:proofErr w:type="spellEnd"/>
      <w:r w:rsidRPr="002C2419">
        <w:rPr>
          <w:rFonts w:ascii="Arial" w:hAnsi="Arial" w:cs="Arial"/>
          <w:szCs w:val="24"/>
          <w:lang w:val="eu-ES"/>
        </w:rPr>
        <w:t xml:space="preserve"> Box" estazioa: UR Robota, AV Camera eta MIR </w:t>
      </w:r>
      <w:proofErr w:type="spellStart"/>
      <w:r w:rsidRPr="002C2419">
        <w:rPr>
          <w:rFonts w:ascii="Arial" w:hAnsi="Arial" w:cs="Arial"/>
          <w:szCs w:val="24"/>
          <w:lang w:val="eu-ES"/>
        </w:rPr>
        <w:t>Mobile</w:t>
      </w:r>
      <w:proofErr w:type="spellEnd"/>
      <w:r w:rsidRPr="002C2419">
        <w:rPr>
          <w:rFonts w:ascii="Arial" w:hAnsi="Arial" w:cs="Arial"/>
          <w:szCs w:val="24"/>
          <w:lang w:val="eu-ES"/>
        </w:rPr>
        <w:t xml:space="preserve"> Robota integratzea.</w:t>
      </w:r>
      <w:bookmarkEnd w:id="3"/>
    </w:p>
    <w:p xmlns:wp14="http://schemas.microsoft.com/office/word/2010/wordml" w:rsidRPr="002C2419" w:rsidR="00D3238E" w:rsidP="00D3238E" w:rsidRDefault="00D3238E" w14:paraId="72A3D3EC" wp14:textId="77777777">
      <w:pPr>
        <w:rPr>
          <w:rFonts w:ascii="Arial" w:hAnsi="Arial" w:cs="Arial"/>
          <w:sz w:val="24"/>
          <w:szCs w:val="24"/>
          <w:lang w:val="eu-ES"/>
        </w:rPr>
      </w:pPr>
    </w:p>
    <w:p xmlns:wp14="http://schemas.microsoft.com/office/word/2010/wordml" w:rsidRPr="002C2419" w:rsidR="00D3238E" w:rsidP="00D3238E" w:rsidRDefault="00D3238E" w14:paraId="342D6C0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Ikastaro honek automatizazio aurreratuko ingurune batean lan egiteko beharrezkoak diren gaitasun tekniko eta praktikoetan sakontzen du, </w:t>
      </w:r>
      <w:proofErr w:type="spellStart"/>
      <w:r w:rsidRPr="002C2419">
        <w:rPr>
          <w:rFonts w:ascii="Arial" w:hAnsi="Arial" w:eastAsia="Times New Roman" w:cs="Arial"/>
          <w:sz w:val="24"/>
          <w:szCs w:val="24"/>
          <w:lang w:val="eu-ES" w:eastAsia="eu-ES"/>
        </w:rPr>
        <w:t>Learning</w:t>
      </w:r>
      <w:proofErr w:type="spellEnd"/>
      <w:r w:rsidRPr="002C2419">
        <w:rPr>
          <w:rFonts w:ascii="Arial" w:hAnsi="Arial" w:eastAsia="Times New Roman" w:cs="Arial"/>
          <w:sz w:val="24"/>
          <w:szCs w:val="24"/>
          <w:lang w:val="eu-ES" w:eastAsia="eu-ES"/>
        </w:rPr>
        <w:t xml:space="preserve"> </w:t>
      </w:r>
      <w:proofErr w:type="spellStart"/>
      <w:r w:rsidRPr="002C2419">
        <w:rPr>
          <w:rFonts w:ascii="Arial" w:hAnsi="Arial" w:eastAsia="Times New Roman" w:cs="Arial"/>
          <w:sz w:val="24"/>
          <w:szCs w:val="24"/>
          <w:lang w:val="eu-ES" w:eastAsia="eu-ES"/>
        </w:rPr>
        <w:t>Factory</w:t>
      </w:r>
      <w:proofErr w:type="spellEnd"/>
      <w:r w:rsidRPr="002C2419">
        <w:rPr>
          <w:rFonts w:ascii="Arial" w:hAnsi="Arial" w:eastAsia="Times New Roman" w:cs="Arial"/>
          <w:sz w:val="24"/>
          <w:szCs w:val="24"/>
          <w:lang w:val="eu-ES" w:eastAsia="eu-ES"/>
        </w:rPr>
        <w:t xml:space="preserve"> kontzeptuaren baitan. Ikasleek ikusmen artifizialeko sistemak (</w:t>
      </w: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mugikortasun autonomoko robotak (</w:t>
      </w: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 xml:space="preserve">), beso </w:t>
      </w:r>
      <w:proofErr w:type="spellStart"/>
      <w:r w:rsidRPr="002C2419">
        <w:rPr>
          <w:rFonts w:ascii="Arial" w:hAnsi="Arial" w:eastAsia="Times New Roman" w:cs="Arial"/>
          <w:sz w:val="24"/>
          <w:szCs w:val="24"/>
          <w:lang w:val="eu-ES" w:eastAsia="eu-ES"/>
        </w:rPr>
        <w:t>robotiko</w:t>
      </w:r>
      <w:proofErr w:type="spellEnd"/>
      <w:r w:rsidRPr="002C2419">
        <w:rPr>
          <w:rFonts w:ascii="Arial" w:hAnsi="Arial" w:eastAsia="Times New Roman" w:cs="Arial"/>
          <w:sz w:val="24"/>
          <w:szCs w:val="24"/>
          <w:lang w:val="eu-ES" w:eastAsia="eu-ES"/>
        </w:rPr>
        <w:t xml:space="preserve"> </w:t>
      </w:r>
      <w:proofErr w:type="spellStart"/>
      <w:r w:rsidRPr="002C2419">
        <w:rPr>
          <w:rFonts w:ascii="Arial" w:hAnsi="Arial" w:eastAsia="Times New Roman" w:cs="Arial"/>
          <w:sz w:val="24"/>
          <w:szCs w:val="24"/>
          <w:lang w:val="eu-ES" w:eastAsia="eu-ES"/>
        </w:rPr>
        <w:t>kolaboratiboak</w:t>
      </w:r>
      <w:proofErr w:type="spellEnd"/>
      <w:r w:rsidRPr="002C2419">
        <w:rPr>
          <w:rFonts w:ascii="Arial" w:hAnsi="Arial" w:eastAsia="Times New Roman" w:cs="Arial"/>
          <w:sz w:val="24"/>
          <w:szCs w:val="24"/>
          <w:lang w:val="eu-ES" w:eastAsia="eu-ES"/>
        </w:rPr>
        <w:t xml:space="preserve"> (UR) eta </w:t>
      </w:r>
      <w:proofErr w:type="spellStart"/>
      <w:r w:rsidRPr="002C2419">
        <w:rPr>
          <w:rFonts w:ascii="Arial" w:hAnsi="Arial" w:eastAsia="Times New Roman" w:cs="Arial"/>
          <w:sz w:val="24"/>
          <w:szCs w:val="24"/>
          <w:lang w:val="eu-ES" w:eastAsia="eu-ES"/>
        </w:rPr>
        <w:t>Festo</w:t>
      </w:r>
      <w:proofErr w:type="spellEnd"/>
      <w:r w:rsidRPr="002C2419">
        <w:rPr>
          <w:rFonts w:ascii="Arial" w:hAnsi="Arial" w:eastAsia="Times New Roman" w:cs="Arial"/>
          <w:sz w:val="24"/>
          <w:szCs w:val="24"/>
          <w:lang w:val="eu-ES" w:eastAsia="eu-ES"/>
        </w:rPr>
        <w:t xml:space="preserve"> fabrikazio-maketen kontrol automatizatua integratzen ikasiko dute, industria 4.0-ren testuinguruan.</w:t>
      </w:r>
    </w:p>
    <w:p xmlns:wp14="http://schemas.microsoft.com/office/word/2010/wordml" w:rsidRPr="002C2419" w:rsidR="00D3238E" w:rsidP="00D3238E" w:rsidRDefault="00D3238E" w14:paraId="5BA0382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Prestakuntza honek arreta berezia jartzen du sistemak </w:t>
      </w:r>
      <w:proofErr w:type="spellStart"/>
      <w:r w:rsidRPr="002C2419">
        <w:rPr>
          <w:rFonts w:ascii="Arial" w:hAnsi="Arial" w:eastAsia="Times New Roman" w:cs="Arial"/>
          <w:sz w:val="24"/>
          <w:szCs w:val="24"/>
          <w:lang w:val="eu-ES" w:eastAsia="eu-ES"/>
        </w:rPr>
        <w:t>elkarreragiten</w:t>
      </w:r>
      <w:proofErr w:type="spellEnd"/>
      <w:r w:rsidRPr="002C2419">
        <w:rPr>
          <w:rFonts w:ascii="Arial" w:hAnsi="Arial" w:eastAsia="Times New Roman" w:cs="Arial"/>
          <w:sz w:val="24"/>
          <w:szCs w:val="24"/>
          <w:lang w:val="eu-ES" w:eastAsia="eu-ES"/>
        </w:rPr>
        <w:t xml:space="preserve"> ikastean, </w:t>
      </w:r>
      <w:proofErr w:type="spellStart"/>
      <w:r w:rsidRPr="002C2419">
        <w:rPr>
          <w:rFonts w:ascii="Arial" w:hAnsi="Arial" w:eastAsia="Times New Roman" w:cs="Arial"/>
          <w:sz w:val="24"/>
          <w:szCs w:val="24"/>
          <w:lang w:val="eu-ES" w:eastAsia="eu-ES"/>
        </w:rPr>
        <w:t>sentsorika</w:t>
      </w:r>
      <w:proofErr w:type="spellEnd"/>
      <w:r w:rsidRPr="002C2419">
        <w:rPr>
          <w:rFonts w:ascii="Arial" w:hAnsi="Arial" w:eastAsia="Times New Roman" w:cs="Arial"/>
          <w:sz w:val="24"/>
          <w:szCs w:val="24"/>
          <w:lang w:val="eu-ES" w:eastAsia="eu-ES"/>
        </w:rPr>
        <w:t xml:space="preserve"> eta robotika </w:t>
      </w:r>
      <w:proofErr w:type="spellStart"/>
      <w:r w:rsidRPr="002C2419">
        <w:rPr>
          <w:rFonts w:ascii="Arial" w:hAnsi="Arial" w:eastAsia="Times New Roman" w:cs="Arial"/>
          <w:sz w:val="24"/>
          <w:szCs w:val="24"/>
          <w:lang w:val="eu-ES" w:eastAsia="eu-ES"/>
        </w:rPr>
        <w:t>kolaboratiboa</w:t>
      </w:r>
      <w:proofErr w:type="spellEnd"/>
      <w:r w:rsidRPr="002C2419">
        <w:rPr>
          <w:rFonts w:ascii="Arial" w:hAnsi="Arial" w:eastAsia="Times New Roman" w:cs="Arial"/>
          <w:sz w:val="24"/>
          <w:szCs w:val="24"/>
          <w:lang w:val="eu-ES" w:eastAsia="eu-ES"/>
        </w:rPr>
        <w:t xml:space="preserve"> bateratzean, eta proiektu aplikatuen bidez erronka errealak ebaztean. Horretarako, ikasleek sekuentzia logikoak diseinatu, robotak programatu, ikusmen sistemak konfiguratzen eta datuak interpretatzen ikasiko dute, lan-ingurune segurua eta eraginkorra bermatuz.</w:t>
      </w:r>
    </w:p>
    <w:p xmlns:wp14="http://schemas.microsoft.com/office/word/2010/wordml" w:rsidRPr="002C2419" w:rsidR="00D3238E" w:rsidP="00D3238E" w:rsidRDefault="00D3238E" w14:paraId="7AEF0987"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Gida didaktiko hau irakasleei zuzenduta dago, </w:t>
      </w:r>
      <w:proofErr w:type="spellStart"/>
      <w:r w:rsidRPr="002C2419">
        <w:rPr>
          <w:rFonts w:ascii="Arial" w:hAnsi="Arial" w:eastAsia="Times New Roman" w:cs="Arial"/>
          <w:sz w:val="24"/>
          <w:szCs w:val="24"/>
          <w:lang w:val="eu-ES" w:eastAsia="eu-ES"/>
        </w:rPr>
        <w:t>Learning</w:t>
      </w:r>
      <w:proofErr w:type="spellEnd"/>
      <w:r w:rsidRPr="002C2419">
        <w:rPr>
          <w:rFonts w:ascii="Arial" w:hAnsi="Arial" w:eastAsia="Times New Roman" w:cs="Arial"/>
          <w:sz w:val="24"/>
          <w:szCs w:val="24"/>
          <w:lang w:val="eu-ES" w:eastAsia="eu-ES"/>
        </w:rPr>
        <w:t xml:space="preserve"> </w:t>
      </w:r>
      <w:proofErr w:type="spellStart"/>
      <w:r w:rsidRPr="002C2419">
        <w:rPr>
          <w:rFonts w:ascii="Arial" w:hAnsi="Arial" w:eastAsia="Times New Roman" w:cs="Arial"/>
          <w:sz w:val="24"/>
          <w:szCs w:val="24"/>
          <w:lang w:val="eu-ES" w:eastAsia="eu-ES"/>
        </w:rPr>
        <w:t>Factory</w:t>
      </w:r>
      <w:proofErr w:type="spellEnd"/>
      <w:r w:rsidRPr="002C2419">
        <w:rPr>
          <w:rFonts w:ascii="Arial" w:hAnsi="Arial" w:eastAsia="Times New Roman" w:cs="Arial"/>
          <w:sz w:val="24"/>
          <w:szCs w:val="24"/>
          <w:lang w:val="eu-ES" w:eastAsia="eu-ES"/>
        </w:rPr>
        <w:t xml:space="preserve"> ikastaro bat osotasunean emateko baliabide eta erreferentzia egituratua eskaintzeko. Bertan jasotzen dira ikastaroaren helburuak, edukiak, metodologia, jardueren banaketa eta ebaluazio-irizpideak. Halaber, segurtasun-arauak eta ikaskuntza </w:t>
      </w:r>
      <w:proofErr w:type="spellStart"/>
      <w:r w:rsidRPr="002C2419">
        <w:rPr>
          <w:rFonts w:ascii="Arial" w:hAnsi="Arial" w:eastAsia="Times New Roman" w:cs="Arial"/>
          <w:sz w:val="24"/>
          <w:szCs w:val="24"/>
          <w:lang w:val="eu-ES" w:eastAsia="eu-ES"/>
        </w:rPr>
        <w:t>kolaboratiboaren</w:t>
      </w:r>
      <w:proofErr w:type="spellEnd"/>
      <w:r w:rsidRPr="002C2419">
        <w:rPr>
          <w:rFonts w:ascii="Arial" w:hAnsi="Arial" w:eastAsia="Times New Roman" w:cs="Arial"/>
          <w:sz w:val="24"/>
          <w:szCs w:val="24"/>
          <w:lang w:val="eu-ES" w:eastAsia="eu-ES"/>
        </w:rPr>
        <w:t xml:space="preserve"> garapenerako gomendioak ere eskaintzen dira.</w:t>
      </w:r>
    </w:p>
    <w:p xmlns:wp14="http://schemas.microsoft.com/office/word/2010/wordml" w:rsidRPr="002C2419" w:rsidR="00D3238E" w:rsidP="00D3238E" w:rsidRDefault="00D3238E" w14:paraId="0D0B940D" wp14:textId="77777777">
      <w:pPr>
        <w:spacing w:before="100" w:beforeAutospacing="1" w:after="100" w:afterAutospacing="1" w:line="360" w:lineRule="auto"/>
        <w:rPr>
          <w:rFonts w:ascii="Arial" w:hAnsi="Arial" w:eastAsia="Times New Roman" w:cs="Arial"/>
          <w:sz w:val="28"/>
          <w:szCs w:val="24"/>
          <w:lang w:val="eu-ES" w:eastAsia="eu-ES"/>
        </w:rPr>
      </w:pPr>
    </w:p>
    <w:p xmlns:wp14="http://schemas.microsoft.com/office/word/2010/wordml" w:rsidRPr="002C2419" w:rsidR="00D3238E" w:rsidP="00D3238E" w:rsidRDefault="00D3238E" w14:paraId="504D9033" wp14:textId="77777777">
      <w:pPr>
        <w:pStyle w:val="1izenburua"/>
        <w:numPr>
          <w:ilvl w:val="1"/>
          <w:numId w:val="14"/>
        </w:numPr>
        <w:spacing w:line="360" w:lineRule="auto"/>
        <w:rPr>
          <w:rFonts w:ascii="Arial" w:hAnsi="Arial" w:cs="Arial"/>
          <w:szCs w:val="24"/>
          <w:lang w:val="eu-ES"/>
        </w:rPr>
      </w:pPr>
      <w:bookmarkStart w:name="_Toc202768975" w:id="4"/>
      <w:r w:rsidRPr="002C2419">
        <w:rPr>
          <w:rFonts w:ascii="Arial" w:hAnsi="Arial" w:cs="Arial"/>
          <w:szCs w:val="24"/>
          <w:lang w:val="eu-ES"/>
        </w:rPr>
        <w:t>Helburuak</w:t>
      </w:r>
      <w:bookmarkEnd w:id="4"/>
    </w:p>
    <w:p xmlns:wp14="http://schemas.microsoft.com/office/word/2010/wordml" w:rsidRPr="002C2419" w:rsidR="00D3238E" w:rsidP="00D3238E" w:rsidRDefault="00D3238E" w14:paraId="51DF639F"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UR5 robotaren programazioa (</w:t>
      </w:r>
      <w:proofErr w:type="spellStart"/>
      <w:r w:rsidRPr="002C2419">
        <w:rPr>
          <w:rFonts w:ascii="Arial" w:hAnsi="Arial" w:eastAsia="Times New Roman" w:cs="Arial"/>
          <w:sz w:val="24"/>
          <w:szCs w:val="24"/>
          <w:lang w:val="eu-ES" w:eastAsia="eu-ES"/>
        </w:rPr>
        <w:t>pick</w:t>
      </w:r>
      <w:proofErr w:type="spellEnd"/>
      <w:r w:rsidRPr="002C2419">
        <w:rPr>
          <w:rFonts w:ascii="Arial" w:hAnsi="Arial" w:eastAsia="Times New Roman" w:cs="Arial"/>
          <w:sz w:val="24"/>
          <w:szCs w:val="24"/>
          <w:lang w:val="eu-ES" w:eastAsia="eu-ES"/>
        </w:rPr>
        <w:t xml:space="preserve"> &amp; </w:t>
      </w:r>
      <w:proofErr w:type="spellStart"/>
      <w:r w:rsidRPr="002C2419">
        <w:rPr>
          <w:rFonts w:ascii="Arial" w:hAnsi="Arial" w:eastAsia="Times New Roman" w:cs="Arial"/>
          <w:sz w:val="24"/>
          <w:szCs w:val="24"/>
          <w:lang w:val="eu-ES" w:eastAsia="eu-ES"/>
        </w:rPr>
        <w:t>place</w:t>
      </w:r>
      <w:proofErr w:type="spellEnd"/>
      <w:r w:rsidRPr="002C2419">
        <w:rPr>
          <w:rFonts w:ascii="Arial" w:hAnsi="Arial" w:eastAsia="Times New Roman" w:cs="Arial"/>
          <w:sz w:val="24"/>
          <w:szCs w:val="24"/>
          <w:lang w:val="eu-ES" w:eastAsia="eu-ES"/>
        </w:rPr>
        <w:t>, sekuentziak)</w:t>
      </w:r>
    </w:p>
    <w:p xmlns:wp14="http://schemas.microsoft.com/office/word/2010/wordml" w:rsidRPr="002C2419" w:rsidR="00D3238E" w:rsidP="00D3238E" w:rsidRDefault="00D3238E" w14:paraId="124223EE"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xml:space="preserve"> ikusmen sistemaren konfigurazioa eta integrazioa</w:t>
      </w:r>
    </w:p>
    <w:p xmlns:wp14="http://schemas.microsoft.com/office/word/2010/wordml" w:rsidRPr="002C2419" w:rsidR="00D3238E" w:rsidP="00D3238E" w:rsidRDefault="00D3238E" w14:paraId="2E149645"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Siemens S7-1500 PLC programazioa eta sistemaren kontrola</w:t>
      </w:r>
    </w:p>
    <w:p xmlns:wp14="http://schemas.microsoft.com/office/word/2010/wordml" w:rsidRPr="002C2419" w:rsidR="00D3238E" w:rsidP="00D3238E" w:rsidRDefault="00D3238E" w14:paraId="4E31E984"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 xml:space="preserve"> robot mugikorraren nabigazioa eta misioen programazioa</w:t>
      </w:r>
    </w:p>
    <w:p xmlns:wp14="http://schemas.microsoft.com/office/word/2010/wordml" w:rsidRPr="002C2419" w:rsidR="00D3238E" w:rsidP="00D3238E" w:rsidRDefault="00D3238E" w14:paraId="3887946F"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Sistema integratuen komunikazioa (PLC + UR5 + </w:t>
      </w: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xml:space="preserve"> + </w:t>
      </w: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w:t>
      </w:r>
    </w:p>
    <w:p xmlns:wp14="http://schemas.microsoft.com/office/word/2010/wordml" w:rsidRPr="002C2419" w:rsidR="00D3238E" w:rsidP="00D3238E" w:rsidRDefault="00D3238E" w14:paraId="037BAB8D"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Digital </w:t>
      </w:r>
      <w:proofErr w:type="spellStart"/>
      <w:r w:rsidRPr="002C2419">
        <w:rPr>
          <w:rFonts w:ascii="Arial" w:hAnsi="Arial" w:eastAsia="Times New Roman" w:cs="Arial"/>
          <w:sz w:val="24"/>
          <w:szCs w:val="24"/>
          <w:lang w:val="eu-ES" w:eastAsia="eu-ES"/>
        </w:rPr>
        <w:t>twin</w:t>
      </w:r>
      <w:proofErr w:type="spellEnd"/>
      <w:r w:rsidRPr="002C2419">
        <w:rPr>
          <w:rFonts w:ascii="Arial" w:hAnsi="Arial" w:eastAsia="Times New Roman" w:cs="Arial"/>
          <w:sz w:val="24"/>
          <w:szCs w:val="24"/>
          <w:lang w:val="eu-ES" w:eastAsia="eu-ES"/>
        </w:rPr>
        <w:t xml:space="preserve"> baten erabilera </w:t>
      </w:r>
      <w:proofErr w:type="spellStart"/>
      <w:r w:rsidRPr="002C2419">
        <w:rPr>
          <w:rFonts w:ascii="Arial" w:hAnsi="Arial" w:eastAsia="Times New Roman" w:cs="Arial"/>
          <w:sz w:val="24"/>
          <w:szCs w:val="24"/>
          <w:lang w:val="eu-ES" w:eastAsia="eu-ES"/>
        </w:rPr>
        <w:t>Simumatik</w:t>
      </w:r>
      <w:proofErr w:type="spellEnd"/>
      <w:r w:rsidRPr="002C2419">
        <w:rPr>
          <w:rFonts w:ascii="Arial" w:hAnsi="Arial" w:eastAsia="Times New Roman" w:cs="Arial"/>
          <w:sz w:val="24"/>
          <w:szCs w:val="24"/>
          <w:lang w:val="eu-ES" w:eastAsia="eu-ES"/>
        </w:rPr>
        <w:t xml:space="preserve"> bidez</w:t>
      </w:r>
    </w:p>
    <w:p xmlns:wp14="http://schemas.microsoft.com/office/word/2010/wordml" w:rsidRPr="002C2419" w:rsidR="00D3238E" w:rsidP="00D3238E" w:rsidRDefault="00D3238E" w14:paraId="4706281D"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Segurtasun protokoloen aplikazioa ingurune </w:t>
      </w:r>
      <w:proofErr w:type="spellStart"/>
      <w:r w:rsidRPr="002C2419">
        <w:rPr>
          <w:rFonts w:ascii="Arial" w:hAnsi="Arial" w:eastAsia="Times New Roman" w:cs="Arial"/>
          <w:sz w:val="24"/>
          <w:szCs w:val="24"/>
          <w:lang w:val="eu-ES" w:eastAsia="eu-ES"/>
        </w:rPr>
        <w:t>kolaboratiboetan</w:t>
      </w:r>
      <w:proofErr w:type="spellEnd"/>
    </w:p>
    <w:p xmlns:wp14="http://schemas.microsoft.com/office/word/2010/wordml" w:rsidRPr="002C2419" w:rsidR="00D3238E" w:rsidP="00D3238E" w:rsidRDefault="00D3238E" w14:paraId="0A679DF4" wp14:textId="77777777">
      <w:pPr>
        <w:pStyle w:val="Zerrenda-paragrafoa"/>
        <w:numPr>
          <w:ilvl w:val="0"/>
          <w:numId w:val="45"/>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Proiektu integratu baten bidez erronka erreal baten ebazpena</w:t>
      </w:r>
    </w:p>
    <w:p xmlns:wp14="http://schemas.microsoft.com/office/word/2010/wordml" w:rsidRPr="002C2419" w:rsidR="00D3238E" w:rsidP="00D3238E" w:rsidRDefault="00D3238E" w14:paraId="0E27B00A" wp14:textId="77777777">
      <w:pPr>
        <w:spacing w:before="100" w:beforeAutospacing="1" w:after="100" w:afterAutospacing="1" w:line="360" w:lineRule="auto"/>
        <w:ind w:left="720"/>
        <w:rPr>
          <w:rFonts w:ascii="Arial" w:hAnsi="Arial" w:eastAsia="Times New Roman" w:cs="Arial"/>
          <w:sz w:val="24"/>
          <w:szCs w:val="24"/>
          <w:lang w:val="eu-ES" w:eastAsia="eu-ES"/>
        </w:rPr>
      </w:pPr>
    </w:p>
    <w:p xmlns:wp14="http://schemas.microsoft.com/office/word/2010/wordml" w:rsidRPr="002C2419" w:rsidR="00D3238E" w:rsidP="00D3238E" w:rsidRDefault="00D3238E" w14:paraId="4414EE20" wp14:textId="77777777">
      <w:pPr>
        <w:pStyle w:val="1izenburua"/>
        <w:numPr>
          <w:ilvl w:val="0"/>
          <w:numId w:val="14"/>
        </w:numPr>
        <w:spacing w:line="360" w:lineRule="auto"/>
        <w:rPr>
          <w:rFonts w:ascii="Arial" w:hAnsi="Arial" w:cs="Arial"/>
          <w:szCs w:val="24"/>
          <w:lang w:val="eu-ES"/>
        </w:rPr>
      </w:pPr>
      <w:bookmarkStart w:name="_Toc202768976" w:id="5"/>
      <w:r w:rsidRPr="002C2419">
        <w:rPr>
          <w:rFonts w:ascii="Arial" w:hAnsi="Arial" w:cs="Arial"/>
          <w:szCs w:val="24"/>
          <w:lang w:val="eu-ES"/>
        </w:rPr>
        <w:t>Curriculum-a eta Helburu Didaktikoak</w:t>
      </w:r>
      <w:bookmarkEnd w:id="5"/>
    </w:p>
    <w:p xmlns:wp14="http://schemas.microsoft.com/office/word/2010/wordml" w:rsidRPr="002C2419" w:rsidR="00D3238E" w:rsidP="00D3238E" w:rsidRDefault="00D3238E" w14:paraId="60061E4C" wp14:textId="77777777">
      <w:pPr>
        <w:rPr>
          <w:rFonts w:ascii="Arial" w:hAnsi="Arial" w:cs="Arial"/>
          <w:sz w:val="28"/>
          <w:szCs w:val="24"/>
          <w:lang w:val="eu-ES"/>
        </w:rPr>
      </w:pPr>
    </w:p>
    <w:p xmlns:wp14="http://schemas.microsoft.com/office/word/2010/wordml" w:rsidRPr="002C2419" w:rsidR="00D3238E" w:rsidP="00D3238E" w:rsidRDefault="00D3238E" w14:paraId="071FF0DE" wp14:textId="77777777">
      <w:pPr>
        <w:pStyle w:val="1izenburua"/>
        <w:numPr>
          <w:ilvl w:val="1"/>
          <w:numId w:val="14"/>
        </w:numPr>
        <w:spacing w:line="360" w:lineRule="auto"/>
        <w:rPr>
          <w:rFonts w:ascii="Arial" w:hAnsi="Arial" w:cs="Arial"/>
          <w:szCs w:val="24"/>
          <w:lang w:val="eu-ES"/>
        </w:rPr>
      </w:pPr>
      <w:bookmarkStart w:name="_Toc202768977" w:id="6"/>
      <w:r w:rsidRPr="002C2419">
        <w:rPr>
          <w:rFonts w:ascii="Arial" w:hAnsi="Arial" w:cs="Arial"/>
          <w:szCs w:val="24"/>
          <w:lang w:val="eu-ES"/>
        </w:rPr>
        <w:t>Hezkuntza sistemaren curriculumarekin lerrokatutako helburuak</w:t>
      </w:r>
      <w:bookmarkEnd w:id="6"/>
    </w:p>
    <w:p xmlns:wp14="http://schemas.microsoft.com/office/word/2010/wordml" w:rsidRPr="002C2419" w:rsidR="00D3238E" w:rsidP="00D3238E" w:rsidRDefault="00D3238E" w14:paraId="44EAFD9C" wp14:textId="77777777">
      <w:pPr>
        <w:rPr>
          <w:rFonts w:ascii="Arial" w:hAnsi="Arial" w:cs="Arial"/>
          <w:sz w:val="24"/>
          <w:szCs w:val="24"/>
          <w:lang w:val="eu-ES"/>
        </w:rPr>
      </w:pPr>
    </w:p>
    <w:p xmlns:wp14="http://schemas.microsoft.com/office/word/2010/wordml" w:rsidRPr="002C2419" w:rsidR="00D3238E" w:rsidP="00D3238E" w:rsidRDefault="00D3238E" w14:paraId="72DD664C"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Gida hau Lanbide Heziketako automatizazio industrialaren curriculumarekin lerrokatuta dago, robotikarekin eta sistema elektronikoekin lotutako modulu profesionalekin. Curriculumean ezarritako gaitasun espezifikoak garatzen ditu, hala nola zirkuitu elektronikoak muntatu eta mantentzea, sistema automatizatuen kontrola programatzea eta arazoak konpontzea.</w:t>
      </w:r>
    </w:p>
    <w:p xmlns:wp14="http://schemas.microsoft.com/office/word/2010/wordml" w:rsidRPr="002C2419" w:rsidR="00D3238E" w:rsidP="00D3238E" w:rsidRDefault="00D3238E" w14:paraId="0F8FC7D0" wp14:textId="77777777">
      <w:pPr>
        <w:pStyle w:val="1izenburua"/>
        <w:numPr>
          <w:ilvl w:val="2"/>
          <w:numId w:val="14"/>
        </w:numPr>
        <w:spacing w:line="360" w:lineRule="auto"/>
        <w:rPr>
          <w:rFonts w:ascii="Arial" w:hAnsi="Arial" w:cs="Arial"/>
          <w:szCs w:val="24"/>
          <w:lang w:val="eu-ES"/>
        </w:rPr>
      </w:pPr>
      <w:bookmarkStart w:name="_Toc202768978" w:id="7"/>
      <w:r w:rsidRPr="002C2419">
        <w:rPr>
          <w:rFonts w:ascii="Arial" w:hAnsi="Arial" w:cs="Arial"/>
          <w:szCs w:val="24"/>
          <w:lang w:val="eu-ES"/>
        </w:rPr>
        <w:t>Konpetentzia teknikoak</w:t>
      </w:r>
      <w:bookmarkEnd w:id="7"/>
    </w:p>
    <w:p xmlns:wp14="http://schemas.microsoft.com/office/word/2010/wordml" w:rsidRPr="002C2419" w:rsidR="00D3238E" w:rsidP="00D3238E" w:rsidRDefault="00D3238E" w14:paraId="7A31BD27"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Sistema automatizatuen muntaketa eta mantentzea</w:t>
      </w:r>
    </w:p>
    <w:p xmlns:wp14="http://schemas.microsoft.com/office/word/2010/wordml" w:rsidRPr="002C2419" w:rsidR="00D3238E" w:rsidP="00D3238E" w:rsidRDefault="00D3238E" w14:paraId="5A2E0B80"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Sentsoreak, </w:t>
      </w:r>
      <w:proofErr w:type="spellStart"/>
      <w:r w:rsidRPr="002C2419">
        <w:rPr>
          <w:rFonts w:ascii="Arial" w:hAnsi="Arial" w:eastAsia="Times New Roman" w:cs="Arial"/>
          <w:sz w:val="24"/>
          <w:szCs w:val="24"/>
          <w:lang w:val="eu-ES" w:eastAsia="eu-ES"/>
        </w:rPr>
        <w:t>aktuadoreak</w:t>
      </w:r>
      <w:proofErr w:type="spellEnd"/>
      <w:r w:rsidRPr="002C2419">
        <w:rPr>
          <w:rFonts w:ascii="Arial" w:hAnsi="Arial" w:eastAsia="Times New Roman" w:cs="Arial"/>
          <w:sz w:val="24"/>
          <w:szCs w:val="24"/>
          <w:lang w:val="eu-ES" w:eastAsia="eu-ES"/>
        </w:rPr>
        <w:t>, PLCak eta bestelako osagaiak instalatzea eta egiaztatzea.</w:t>
      </w:r>
    </w:p>
    <w:p xmlns:wp14="http://schemas.microsoft.com/office/word/2010/wordml" w:rsidRPr="002C2419" w:rsidR="00D3238E" w:rsidP="00D3238E" w:rsidRDefault="00D3238E" w14:paraId="2B7E3BB2"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Muntaketa elektriko eta pneumatikoen egokitasuna ziurtatzea.</w:t>
      </w:r>
    </w:p>
    <w:p xmlns:wp14="http://schemas.microsoft.com/office/word/2010/wordml" w:rsidRPr="002C2419" w:rsidR="00D3238E" w:rsidP="00D3238E" w:rsidRDefault="00D3238E" w14:paraId="4F029538"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PLC eta HMI bidezko kontrol logiko programagarrien garapena</w:t>
      </w:r>
    </w:p>
    <w:p xmlns:wp14="http://schemas.microsoft.com/office/word/2010/wordml" w:rsidRPr="002C2419" w:rsidR="00D3238E" w:rsidP="00D3238E" w:rsidRDefault="00D3238E" w14:paraId="0D3FF008"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Prozesu industrialen kontrol-logika programatzea (adibidez, Siemens TIA Portal edo </w:t>
      </w:r>
      <w:proofErr w:type="spellStart"/>
      <w:r w:rsidRPr="002C2419">
        <w:rPr>
          <w:rFonts w:ascii="Arial" w:hAnsi="Arial" w:eastAsia="Times New Roman" w:cs="Arial"/>
          <w:sz w:val="24"/>
          <w:szCs w:val="24"/>
          <w:lang w:val="eu-ES" w:eastAsia="eu-ES"/>
        </w:rPr>
        <w:t>Codesys</w:t>
      </w:r>
      <w:proofErr w:type="spellEnd"/>
      <w:r w:rsidRPr="002C2419">
        <w:rPr>
          <w:rFonts w:ascii="Arial" w:hAnsi="Arial" w:eastAsia="Times New Roman" w:cs="Arial"/>
          <w:sz w:val="24"/>
          <w:szCs w:val="24"/>
          <w:lang w:val="eu-ES" w:eastAsia="eu-ES"/>
        </w:rPr>
        <w:t xml:space="preserve"> erabiliz).</w:t>
      </w:r>
    </w:p>
    <w:p xmlns:wp14="http://schemas.microsoft.com/office/word/2010/wordml" w:rsidRPr="002C2419" w:rsidR="00D3238E" w:rsidP="00D3238E" w:rsidRDefault="00D3238E" w14:paraId="6F789567"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Input/output seinaleen tratamendua eta sekuentzia programatuak aplikatzea.</w:t>
      </w:r>
    </w:p>
    <w:p xmlns:wp14="http://schemas.microsoft.com/office/word/2010/wordml" w:rsidRPr="002C2419" w:rsidR="00D3238E" w:rsidP="00D3238E" w:rsidRDefault="00D3238E" w14:paraId="5BEE43B1"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 xml:space="preserve">Robot industrialen eta </w:t>
      </w:r>
      <w:proofErr w:type="spellStart"/>
      <w:r w:rsidRPr="002C2419">
        <w:rPr>
          <w:rFonts w:ascii="Arial" w:hAnsi="Arial" w:eastAsia="Times New Roman" w:cs="Arial"/>
          <w:b/>
          <w:sz w:val="24"/>
          <w:szCs w:val="24"/>
          <w:lang w:val="eu-ES" w:eastAsia="eu-ES"/>
        </w:rPr>
        <w:t>kolaboratiboen</w:t>
      </w:r>
      <w:proofErr w:type="spellEnd"/>
      <w:r w:rsidRPr="002C2419">
        <w:rPr>
          <w:rFonts w:ascii="Arial" w:hAnsi="Arial" w:eastAsia="Times New Roman" w:cs="Arial"/>
          <w:b/>
          <w:sz w:val="24"/>
          <w:szCs w:val="24"/>
          <w:lang w:val="eu-ES" w:eastAsia="eu-ES"/>
        </w:rPr>
        <w:t xml:space="preserve"> programazioa eta konfigurazioa</w:t>
      </w:r>
    </w:p>
    <w:p xmlns:wp14="http://schemas.microsoft.com/office/word/2010/wordml" w:rsidRPr="002C2419" w:rsidR="00D3238E" w:rsidP="00D3238E" w:rsidRDefault="00D3238E" w14:paraId="1C26E18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UR roboten erabilera: mugimendu sinpleak, </w:t>
      </w:r>
      <w:proofErr w:type="spellStart"/>
      <w:r w:rsidRPr="002C2419">
        <w:rPr>
          <w:rFonts w:ascii="Arial" w:hAnsi="Arial" w:eastAsia="Times New Roman" w:cs="Arial"/>
          <w:sz w:val="24"/>
          <w:szCs w:val="24"/>
          <w:lang w:val="eu-ES" w:eastAsia="eu-ES"/>
        </w:rPr>
        <w:t>pick</w:t>
      </w:r>
      <w:proofErr w:type="spellEnd"/>
      <w:r w:rsidRPr="002C2419">
        <w:rPr>
          <w:rFonts w:ascii="Arial" w:hAnsi="Arial" w:eastAsia="Times New Roman" w:cs="Arial"/>
          <w:sz w:val="24"/>
          <w:szCs w:val="24"/>
          <w:lang w:val="eu-ES" w:eastAsia="eu-ES"/>
        </w:rPr>
        <w:t xml:space="preserve"> &amp; </w:t>
      </w:r>
      <w:proofErr w:type="spellStart"/>
      <w:r w:rsidRPr="002C2419">
        <w:rPr>
          <w:rFonts w:ascii="Arial" w:hAnsi="Arial" w:eastAsia="Times New Roman" w:cs="Arial"/>
          <w:sz w:val="24"/>
          <w:szCs w:val="24"/>
          <w:lang w:val="eu-ES" w:eastAsia="eu-ES"/>
        </w:rPr>
        <w:t>place</w:t>
      </w:r>
      <w:proofErr w:type="spellEnd"/>
      <w:r w:rsidRPr="002C2419">
        <w:rPr>
          <w:rFonts w:ascii="Arial" w:hAnsi="Arial" w:eastAsia="Times New Roman" w:cs="Arial"/>
          <w:sz w:val="24"/>
          <w:szCs w:val="24"/>
          <w:lang w:val="eu-ES" w:eastAsia="eu-ES"/>
        </w:rPr>
        <w:t>, sekuentziak eta bloke bidezko programazioa.</w:t>
      </w:r>
    </w:p>
    <w:p xmlns:wp14="http://schemas.microsoft.com/office/word/2010/wordml" w:rsidRPr="002C2419" w:rsidR="00D3238E" w:rsidP="00D3238E" w:rsidRDefault="00D3238E" w14:paraId="4706D3C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Robotaren ingurunearekin elkarreragina segurtasunez konfiguratzea.</w:t>
      </w:r>
    </w:p>
    <w:p xmlns:wp14="http://schemas.microsoft.com/office/word/2010/wordml" w:rsidRPr="002C2419" w:rsidR="00D3238E" w:rsidP="00D3238E" w:rsidRDefault="00D3238E" w14:paraId="6019DB56"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Ikusmen artifizialaren integrazioa (</w:t>
      </w:r>
      <w:proofErr w:type="spellStart"/>
      <w:r w:rsidRPr="002C2419">
        <w:rPr>
          <w:rFonts w:ascii="Arial" w:hAnsi="Arial" w:eastAsia="Times New Roman" w:cs="Arial"/>
          <w:b/>
          <w:sz w:val="24"/>
          <w:szCs w:val="24"/>
          <w:lang w:val="eu-ES" w:eastAsia="eu-ES"/>
        </w:rPr>
        <w:t>Cognex</w:t>
      </w:r>
      <w:proofErr w:type="spellEnd"/>
      <w:r w:rsidRPr="002C2419">
        <w:rPr>
          <w:rFonts w:ascii="Arial" w:hAnsi="Arial" w:eastAsia="Times New Roman" w:cs="Arial"/>
          <w:b/>
          <w:sz w:val="24"/>
          <w:szCs w:val="24"/>
          <w:lang w:val="eu-ES" w:eastAsia="eu-ES"/>
        </w:rPr>
        <w:t xml:space="preserve"> adib.)</w:t>
      </w:r>
    </w:p>
    <w:p xmlns:wp14="http://schemas.microsoft.com/office/word/2010/wordml" w:rsidRPr="002C2419" w:rsidR="00D3238E" w:rsidP="00D3238E" w:rsidRDefault="00D3238E" w14:paraId="05CB6354"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Kalitate-kontrola, objektuen detekzioa eta trazabilitatea aplikazio industrialetan.</w:t>
      </w:r>
    </w:p>
    <w:p xmlns:wp14="http://schemas.microsoft.com/office/word/2010/wordml" w:rsidRPr="002C2419" w:rsidR="00D3238E" w:rsidP="00D3238E" w:rsidRDefault="00D3238E" w14:paraId="699BEE00"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Kameren konexioa eta konfigurazioa automatizazio sistemetan.</w:t>
      </w:r>
    </w:p>
    <w:p xmlns:wp14="http://schemas.microsoft.com/office/word/2010/wordml" w:rsidRPr="002C2419" w:rsidR="00D3238E" w:rsidP="00D3238E" w:rsidRDefault="00D3238E" w14:paraId="0AE9F9C3"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Robot mugikor autonomoen (</w:t>
      </w:r>
      <w:proofErr w:type="spellStart"/>
      <w:r w:rsidRPr="002C2419">
        <w:rPr>
          <w:rFonts w:ascii="Arial" w:hAnsi="Arial" w:eastAsia="Times New Roman" w:cs="Arial"/>
          <w:b/>
          <w:sz w:val="24"/>
          <w:szCs w:val="24"/>
          <w:lang w:val="eu-ES" w:eastAsia="eu-ES"/>
        </w:rPr>
        <w:t>MiR</w:t>
      </w:r>
      <w:proofErr w:type="spellEnd"/>
      <w:r w:rsidRPr="002C2419">
        <w:rPr>
          <w:rFonts w:ascii="Arial" w:hAnsi="Arial" w:eastAsia="Times New Roman" w:cs="Arial"/>
          <w:b/>
          <w:sz w:val="24"/>
          <w:szCs w:val="24"/>
          <w:lang w:val="eu-ES" w:eastAsia="eu-ES"/>
        </w:rPr>
        <w:t>) erabilera eta misioen programazioa</w:t>
      </w:r>
    </w:p>
    <w:p xmlns:wp14="http://schemas.microsoft.com/office/word/2010/wordml" w:rsidRPr="002C2419" w:rsidR="00D3238E" w:rsidP="00D3238E" w:rsidRDefault="00D3238E" w14:paraId="6A062DE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Mapa digitalen sorrera, nabigazioa eta karga/deskarga automatizatuen programazioa.</w:t>
      </w:r>
    </w:p>
    <w:p xmlns:wp14="http://schemas.microsoft.com/office/word/2010/wordml" w:rsidRPr="002C2419" w:rsidR="00D3238E" w:rsidP="00D3238E" w:rsidRDefault="00D3238E" w14:paraId="589FF7B6"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Zirkulazio seguru eta </w:t>
      </w:r>
      <w:proofErr w:type="spellStart"/>
      <w:r w:rsidRPr="002C2419">
        <w:rPr>
          <w:rFonts w:ascii="Arial" w:hAnsi="Arial" w:eastAsia="Times New Roman" w:cs="Arial"/>
          <w:sz w:val="24"/>
          <w:szCs w:val="24"/>
          <w:lang w:val="eu-ES" w:eastAsia="eu-ES"/>
        </w:rPr>
        <w:t>kolaboratiboa</w:t>
      </w:r>
      <w:proofErr w:type="spellEnd"/>
      <w:r w:rsidRPr="002C2419">
        <w:rPr>
          <w:rFonts w:ascii="Arial" w:hAnsi="Arial" w:eastAsia="Times New Roman" w:cs="Arial"/>
          <w:sz w:val="24"/>
          <w:szCs w:val="24"/>
          <w:lang w:val="eu-ES" w:eastAsia="eu-ES"/>
        </w:rPr>
        <w:t xml:space="preserve"> ingurune partekatuan.</w:t>
      </w:r>
    </w:p>
    <w:p xmlns:wp14="http://schemas.microsoft.com/office/word/2010/wordml" w:rsidRPr="002C2419" w:rsidR="00D3238E" w:rsidP="00D3238E" w:rsidRDefault="00D3238E" w14:paraId="04380F6E"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Komunikazio industrialen ezarpena eta sistemaren integrazioa</w:t>
      </w:r>
    </w:p>
    <w:p xmlns:wp14="http://schemas.microsoft.com/office/word/2010/wordml" w:rsidRPr="002C2419" w:rsidR="00D3238E" w:rsidP="00D3238E" w:rsidRDefault="00D3238E" w14:paraId="54F5637F"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Ethernet/IP, </w:t>
      </w:r>
      <w:proofErr w:type="spellStart"/>
      <w:r w:rsidRPr="002C2419">
        <w:rPr>
          <w:rFonts w:ascii="Arial" w:hAnsi="Arial" w:eastAsia="Times New Roman" w:cs="Arial"/>
          <w:sz w:val="24"/>
          <w:szCs w:val="24"/>
          <w:lang w:val="eu-ES" w:eastAsia="eu-ES"/>
        </w:rPr>
        <w:t>Modbus</w:t>
      </w:r>
      <w:proofErr w:type="spellEnd"/>
      <w:r w:rsidRPr="002C2419">
        <w:rPr>
          <w:rFonts w:ascii="Arial" w:hAnsi="Arial" w:eastAsia="Times New Roman" w:cs="Arial"/>
          <w:sz w:val="24"/>
          <w:szCs w:val="24"/>
          <w:lang w:val="eu-ES" w:eastAsia="eu-ES"/>
        </w:rPr>
        <w:t xml:space="preserve"> TCP, OPC-UA eta bestelako protokoloen erabilera.</w:t>
      </w:r>
    </w:p>
    <w:p xmlns:wp14="http://schemas.microsoft.com/office/word/2010/wordml" w:rsidRPr="002C2419" w:rsidR="00D3238E" w:rsidP="00D3238E" w:rsidRDefault="00D3238E" w14:paraId="32E71EC3"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Sistemaren osagai ezberdinen arteko datu trukea eta koordinazioa.</w:t>
      </w:r>
    </w:p>
    <w:p xmlns:wp14="http://schemas.microsoft.com/office/word/2010/wordml" w:rsidRPr="002C2419" w:rsidR="00D3238E" w:rsidP="00D3238E" w:rsidRDefault="00D3238E" w14:paraId="29EA2632"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Segurtasun funtzionala eta arriskuen analisia</w:t>
      </w:r>
    </w:p>
    <w:p xmlns:wp14="http://schemas.microsoft.com/office/word/2010/wordml" w:rsidRPr="002C2419" w:rsidR="00D3238E" w:rsidP="00D3238E" w:rsidRDefault="00D3238E" w14:paraId="10890B31"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Lan-ingurune seguruak definitzea, segurtasun-sentsoreak eta funtzioak integratzea.</w:t>
      </w:r>
    </w:p>
    <w:p xmlns:wp14="http://schemas.microsoft.com/office/word/2010/wordml" w:rsidRPr="002C2419" w:rsidR="00D3238E" w:rsidP="00D3238E" w:rsidRDefault="00D3238E" w14:paraId="2E319B9C"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Robot </w:t>
      </w:r>
      <w:proofErr w:type="spellStart"/>
      <w:r w:rsidRPr="002C2419">
        <w:rPr>
          <w:rFonts w:ascii="Arial" w:hAnsi="Arial" w:eastAsia="Times New Roman" w:cs="Arial"/>
          <w:sz w:val="24"/>
          <w:szCs w:val="24"/>
          <w:lang w:val="eu-ES" w:eastAsia="eu-ES"/>
        </w:rPr>
        <w:t>kolaboratiboekin</w:t>
      </w:r>
      <w:proofErr w:type="spellEnd"/>
      <w:r w:rsidRPr="002C2419">
        <w:rPr>
          <w:rFonts w:ascii="Arial" w:hAnsi="Arial" w:eastAsia="Times New Roman" w:cs="Arial"/>
          <w:sz w:val="24"/>
          <w:szCs w:val="24"/>
          <w:lang w:val="eu-ES" w:eastAsia="eu-ES"/>
        </w:rPr>
        <w:t xml:space="preserve"> lan egiteko baldintza egokiak ezagutzea.</w:t>
      </w:r>
    </w:p>
    <w:p xmlns:wp14="http://schemas.microsoft.com/office/word/2010/wordml" w:rsidRPr="002C2419" w:rsidR="00D3238E" w:rsidP="00D3238E" w:rsidRDefault="00D3238E" w14:paraId="0312DB5E" wp14:textId="77777777">
      <w:pPr>
        <w:numPr>
          <w:ilvl w:val="1"/>
          <w:numId w:val="8"/>
        </w:numPr>
        <w:spacing w:before="100" w:beforeAutospacing="1" w:after="100" w:afterAutospacing="1" w:line="360" w:lineRule="auto"/>
        <w:rPr>
          <w:rFonts w:ascii="Arial" w:hAnsi="Arial" w:eastAsia="Times New Roman" w:cs="Arial"/>
          <w:b/>
          <w:sz w:val="24"/>
          <w:szCs w:val="24"/>
          <w:lang w:val="eu-ES" w:eastAsia="eu-ES"/>
        </w:rPr>
      </w:pPr>
      <w:r w:rsidRPr="002C2419">
        <w:rPr>
          <w:rFonts w:ascii="Arial" w:hAnsi="Arial" w:eastAsia="Times New Roman" w:cs="Arial"/>
          <w:b/>
          <w:sz w:val="24"/>
          <w:szCs w:val="24"/>
          <w:lang w:val="eu-ES" w:eastAsia="eu-ES"/>
        </w:rPr>
        <w:t>Proiektu integratuen diseinua eta ezarpena</w:t>
      </w:r>
    </w:p>
    <w:p xmlns:wp14="http://schemas.microsoft.com/office/word/2010/wordml" w:rsidRPr="002C2419" w:rsidR="00D3238E" w:rsidP="00D3238E" w:rsidRDefault="00D3238E" w14:paraId="4EA41EEA" wp14:textId="77777777">
      <w:pPr>
        <w:numPr>
          <w:ilvl w:val="2"/>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Bezero baten premiei erantzuten dien soluzio tekniko eta funtzional bat planifikatzea, garatzea eta egiaztatzea.</w:t>
      </w:r>
    </w:p>
    <w:p xmlns:wp14="http://schemas.microsoft.com/office/word/2010/wordml" w:rsidRPr="002C2419" w:rsidR="00D3238E" w:rsidP="00D3238E" w:rsidRDefault="00D3238E" w14:paraId="4B94D5A5" wp14:textId="77777777">
      <w:pPr>
        <w:spacing w:before="100" w:beforeAutospacing="1" w:after="100" w:afterAutospacing="1" w:line="360" w:lineRule="auto"/>
        <w:rPr>
          <w:rFonts w:ascii="Arial" w:hAnsi="Arial" w:eastAsia="Times New Roman" w:cs="Arial"/>
          <w:sz w:val="24"/>
          <w:szCs w:val="24"/>
          <w:lang w:val="eu-ES" w:eastAsia="eu-ES"/>
        </w:rPr>
      </w:pPr>
    </w:p>
    <w:p xmlns:wp14="http://schemas.microsoft.com/office/word/2010/wordml" w:rsidRPr="002C2419" w:rsidR="00D3238E" w:rsidP="00D3238E" w:rsidRDefault="00D3238E" w14:paraId="037FB890" wp14:textId="77777777">
      <w:pPr>
        <w:pStyle w:val="1izenburua"/>
        <w:numPr>
          <w:ilvl w:val="2"/>
          <w:numId w:val="14"/>
        </w:numPr>
        <w:spacing w:line="360" w:lineRule="auto"/>
        <w:rPr>
          <w:rFonts w:ascii="Arial" w:hAnsi="Arial" w:cs="Arial"/>
          <w:szCs w:val="24"/>
          <w:lang w:val="eu-ES"/>
        </w:rPr>
      </w:pPr>
      <w:bookmarkStart w:name="_Toc202768979" w:id="8"/>
      <w:r w:rsidRPr="002C2419">
        <w:rPr>
          <w:rFonts w:ascii="Arial" w:hAnsi="Arial" w:cs="Arial"/>
          <w:bCs w:val="0"/>
          <w:szCs w:val="24"/>
          <w:lang w:val="eu-ES"/>
        </w:rPr>
        <w:t>Zeharkako gaitasunak:</w:t>
      </w:r>
      <w:bookmarkEnd w:id="8"/>
      <w:r w:rsidRPr="002C2419">
        <w:rPr>
          <w:rFonts w:ascii="Arial" w:hAnsi="Arial" w:cs="Arial"/>
          <w:szCs w:val="24"/>
          <w:lang w:val="eu-ES"/>
        </w:rPr>
        <w:t xml:space="preserve"> </w:t>
      </w:r>
    </w:p>
    <w:p xmlns:wp14="http://schemas.microsoft.com/office/word/2010/wordml" w:rsidRPr="002C2419" w:rsidR="00D3238E" w:rsidP="00D3238E" w:rsidRDefault="00D3238E" w14:paraId="25FC6700"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u-ES" w:eastAsia="eu-ES"/>
        </w:rPr>
        <w:t>Pentsamendu kritikoa eta arazo-ebazpena</w:t>
      </w:r>
      <w:r w:rsidRPr="002C2419">
        <w:rPr>
          <w:rFonts w:ascii="Arial" w:hAnsi="Arial" w:eastAsia="Times New Roman" w:cs="Arial"/>
          <w:sz w:val="24"/>
          <w:szCs w:val="24"/>
          <w:lang w:val="eu-ES" w:eastAsia="eu-ES"/>
        </w:rPr>
        <w:t>: Teoria praktikan aplikatu eta arazo teknikoei irtenbideak bilatu.</w:t>
      </w:r>
    </w:p>
    <w:p xmlns:wp14="http://schemas.microsoft.com/office/word/2010/wordml" w:rsidRPr="002C2419" w:rsidR="00D3238E" w:rsidP="00D3238E" w:rsidRDefault="00D3238E" w14:paraId="1379F0A5"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u-ES" w:eastAsia="eu-ES"/>
        </w:rPr>
        <w:t>Talde-lana eta komunikazioa:</w:t>
      </w:r>
      <w:r w:rsidRPr="002C2419">
        <w:rPr>
          <w:rFonts w:ascii="Arial" w:hAnsi="Arial" w:eastAsia="Times New Roman" w:cs="Arial"/>
          <w:sz w:val="24"/>
          <w:szCs w:val="24"/>
          <w:lang w:val="eu-ES" w:eastAsia="eu-ES"/>
        </w:rPr>
        <w:t xml:space="preserve"> Praktiketan lankidetzan aritzea eta emaitzak argi eta zehatz azaltzea.</w:t>
      </w:r>
    </w:p>
    <w:p xmlns:wp14="http://schemas.microsoft.com/office/word/2010/wordml" w:rsidRPr="002C2419" w:rsidR="00D3238E" w:rsidP="00D3238E" w:rsidRDefault="00D3238E" w14:paraId="401FFC5D"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u-ES" w:eastAsia="eu-ES"/>
        </w:rPr>
        <w:t>Autonomia eta ekimena:</w:t>
      </w:r>
      <w:r w:rsidRPr="002C2419">
        <w:rPr>
          <w:rFonts w:ascii="Arial" w:hAnsi="Arial" w:eastAsia="Times New Roman" w:cs="Arial"/>
          <w:sz w:val="24"/>
          <w:szCs w:val="24"/>
          <w:lang w:val="eu-ES" w:eastAsia="eu-ES"/>
        </w:rPr>
        <w:t xml:space="preserve"> Jarduerak modu independentean planifikatu eta burutu.</w:t>
      </w:r>
    </w:p>
    <w:p xmlns:wp14="http://schemas.microsoft.com/office/word/2010/wordml" w:rsidRPr="002C2419" w:rsidR="00D3238E" w:rsidP="00D3238E" w:rsidRDefault="00D3238E" w14:paraId="4EBA5B3A"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u-ES" w:eastAsia="eu-ES"/>
        </w:rPr>
        <w:t>Segurtasunarekiko ardura</w:t>
      </w:r>
      <w:r w:rsidRPr="002C2419">
        <w:rPr>
          <w:rFonts w:ascii="Arial" w:hAnsi="Arial" w:eastAsia="Times New Roman" w:cs="Arial"/>
          <w:sz w:val="24"/>
          <w:szCs w:val="24"/>
          <w:lang w:val="eu-ES" w:eastAsia="eu-ES"/>
        </w:rPr>
        <w:t>: Lan-ingurunean segurtasun neurri zorrotzak errespetatu.</w:t>
      </w:r>
    </w:p>
    <w:p xmlns:wp14="http://schemas.microsoft.com/office/word/2010/wordml" w:rsidRPr="002C2419" w:rsidR="00D3238E" w:rsidP="00D3238E" w:rsidRDefault="00D3238E" w14:paraId="57EC70D6" wp14:textId="77777777">
      <w:pPr>
        <w:numPr>
          <w:ilvl w:val="1"/>
          <w:numId w:val="8"/>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sz w:val="24"/>
          <w:szCs w:val="24"/>
          <w:lang w:val="eu-ES" w:eastAsia="eu-ES"/>
        </w:rPr>
        <w:t>Zehaztasuna eta ordena:</w:t>
      </w:r>
      <w:r w:rsidRPr="002C2419">
        <w:rPr>
          <w:rFonts w:ascii="Arial" w:hAnsi="Arial" w:eastAsia="Times New Roman" w:cs="Arial"/>
          <w:sz w:val="24"/>
          <w:szCs w:val="24"/>
          <w:lang w:val="eu-ES" w:eastAsia="eu-ES"/>
        </w:rPr>
        <w:t xml:space="preserve"> Lan-gunea eta prozedurak txukun mantendu.</w:t>
      </w:r>
    </w:p>
    <w:p xmlns:wp14="http://schemas.microsoft.com/office/word/2010/wordml" w:rsidRPr="002C2419" w:rsidR="00D3238E" w:rsidP="00D3238E" w:rsidRDefault="00D3238E" w14:paraId="7F77C30C" wp14:textId="77777777">
      <w:pPr>
        <w:pStyle w:val="1izenburua"/>
        <w:numPr>
          <w:ilvl w:val="0"/>
          <w:numId w:val="14"/>
        </w:numPr>
        <w:spacing w:line="360" w:lineRule="auto"/>
        <w:rPr>
          <w:rFonts w:ascii="Arial" w:hAnsi="Arial" w:cs="Arial"/>
          <w:szCs w:val="24"/>
          <w:lang w:val="eu-ES"/>
        </w:rPr>
      </w:pPr>
      <w:bookmarkStart w:name="_Toc202768980" w:id="9"/>
      <w:r w:rsidRPr="002C2419">
        <w:rPr>
          <w:rFonts w:ascii="Arial" w:hAnsi="Arial" w:cs="Arial"/>
          <w:szCs w:val="24"/>
          <w:lang w:val="eu-ES"/>
        </w:rPr>
        <w:t>Edukiak</w:t>
      </w:r>
      <w:bookmarkEnd w:id="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xmlns:wp14="http://schemas.microsoft.com/office/word/2010/wordml" w:rsidRPr="002C2419" w:rsidR="00D3238E" w:rsidTr="0011407A" w14:paraId="3DEEC669" wp14:textId="77777777">
        <w:trPr>
          <w:tblCellSpacing w:w="15" w:type="dxa"/>
        </w:trPr>
        <w:tc>
          <w:tcPr>
            <w:tcW w:w="0" w:type="auto"/>
            <w:vAlign w:val="center"/>
          </w:tcPr>
          <w:p w:rsidRPr="002C2419" w:rsidR="00D3238E" w:rsidP="0011407A" w:rsidRDefault="00D3238E" w14:paraId="3656B9AB" wp14:textId="77777777">
            <w:pPr>
              <w:spacing w:after="0" w:line="240" w:lineRule="auto"/>
              <w:rPr>
                <w:rFonts w:ascii="Arial" w:hAnsi="Arial" w:eastAsia="Times New Roman" w:cs="Arial"/>
                <w:sz w:val="24"/>
                <w:szCs w:val="24"/>
                <w:lang w:val="eu-ES" w:eastAsia="eu-ES"/>
              </w:rPr>
            </w:pPr>
          </w:p>
        </w:tc>
        <w:tc>
          <w:tcPr>
            <w:tcW w:w="0" w:type="auto"/>
            <w:vAlign w:val="center"/>
          </w:tcPr>
          <w:p w:rsidRPr="002C2419" w:rsidR="00D3238E" w:rsidP="0011407A" w:rsidRDefault="00D3238E" w14:paraId="45FB0818"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14:paraId="049F31CB" wp14:textId="77777777">
      <w:pPr>
        <w:spacing w:after="0" w:line="240" w:lineRule="auto"/>
        <w:rPr>
          <w:rFonts w:ascii="Arial" w:hAnsi="Arial" w:eastAsia="Times New Roman" w:cs="Arial"/>
          <w:vanish/>
          <w:sz w:val="24"/>
          <w:szCs w:val="24"/>
          <w:lang w:val="eu-ES" w:eastAsia="eu-ES"/>
        </w:rPr>
      </w:pPr>
    </w:p>
    <w:p xmlns:wp14="http://schemas.microsoft.com/office/word/2010/wordml" w:rsidRPr="002C2419" w:rsidR="00D3238E" w:rsidP="00D3238E" w:rsidRDefault="00D3238E" w14:paraId="53128261" wp14:textId="77777777">
      <w:pPr>
        <w:spacing w:after="0" w:line="240" w:lineRule="auto"/>
        <w:rPr>
          <w:rFonts w:ascii="Arial" w:hAnsi="Arial" w:eastAsia="Times New Roman" w:cs="Arial"/>
          <w:vanish/>
          <w:sz w:val="24"/>
          <w:szCs w:val="24"/>
          <w:lang w:val="eu-ES" w:eastAsia="eu-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xmlns:wp14="http://schemas.microsoft.com/office/word/2010/wordml" w:rsidRPr="002C2419" w:rsidR="00D3238E" w:rsidTr="0011407A" w14:paraId="62486C05" wp14:textId="77777777">
        <w:trPr>
          <w:tblCellSpacing w:w="15" w:type="dxa"/>
        </w:trPr>
        <w:tc>
          <w:tcPr>
            <w:tcW w:w="0" w:type="auto"/>
            <w:vAlign w:val="center"/>
            <w:hideMark/>
          </w:tcPr>
          <w:p w:rsidRPr="002C2419" w:rsidR="00D3238E" w:rsidP="0011407A" w:rsidRDefault="00D3238E" w14:paraId="4101652C"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14:paraId="4B99056E" wp14:textId="77777777">
      <w:pPr>
        <w:spacing w:after="0" w:line="240" w:lineRule="auto"/>
        <w:rPr>
          <w:rFonts w:ascii="Arial" w:hAnsi="Arial" w:eastAsia="Times New Roman" w:cs="Arial"/>
          <w:vanish/>
          <w:sz w:val="24"/>
          <w:szCs w:val="24"/>
          <w:lang w:val="eu-ES" w:eastAsia="eu-E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xmlns:wp14="http://schemas.microsoft.com/office/word/2010/wordml" w:rsidRPr="002C2419" w:rsidR="00D3238E" w:rsidTr="0011407A" w14:paraId="1299C43A" wp14:textId="77777777">
        <w:trPr>
          <w:tblCellSpacing w:w="15" w:type="dxa"/>
        </w:trPr>
        <w:tc>
          <w:tcPr>
            <w:tcW w:w="0" w:type="auto"/>
            <w:vAlign w:val="center"/>
            <w:hideMark/>
          </w:tcPr>
          <w:p w:rsidRPr="002C2419" w:rsidR="00D3238E" w:rsidP="0011407A" w:rsidRDefault="00D3238E" w14:paraId="4DDBEF00" wp14:textId="77777777">
            <w:pPr>
              <w:spacing w:after="0" w:line="240" w:lineRule="auto"/>
              <w:rPr>
                <w:rFonts w:ascii="Arial" w:hAnsi="Arial" w:eastAsia="Times New Roman" w:cs="Arial"/>
                <w:sz w:val="24"/>
                <w:szCs w:val="24"/>
                <w:lang w:val="eu-ES" w:eastAsia="eu-ES"/>
              </w:rPr>
            </w:pPr>
          </w:p>
        </w:tc>
      </w:tr>
    </w:tbl>
    <w:p xmlns:wp14="http://schemas.microsoft.com/office/word/2010/wordml" w:rsidRPr="002C2419" w:rsidR="00D3238E" w:rsidP="00D3238E" w:rsidRDefault="00D3238E" w14:paraId="3461D779" wp14:textId="77777777">
      <w:pPr>
        <w:spacing w:after="0" w:line="240" w:lineRule="auto"/>
        <w:rPr>
          <w:rFonts w:ascii="Arial" w:hAnsi="Arial" w:eastAsia="Times New Roman" w:cs="Arial"/>
          <w:vanish/>
          <w:sz w:val="24"/>
          <w:szCs w:val="24"/>
          <w:lang w:val="eu-ES" w:eastAsia="eu-ES"/>
        </w:rPr>
      </w:pPr>
    </w:p>
    <w:tbl>
      <w:tblPr>
        <w:tblStyle w:val="4sareta-taula-1enfasia"/>
        <w:tblW w:w="0" w:type="auto"/>
        <w:tblLook w:val="04A0" w:firstRow="1" w:lastRow="0" w:firstColumn="1" w:lastColumn="0" w:noHBand="0" w:noVBand="1"/>
      </w:tblPr>
      <w:tblGrid>
        <w:gridCol w:w="7921"/>
        <w:gridCol w:w="1190"/>
      </w:tblGrid>
      <w:tr xmlns:wp14="http://schemas.microsoft.com/office/word/2010/wordml" w:rsidRPr="002C2419" w:rsidR="00D3238E" w:rsidTr="0011407A" w14:paraId="459DC883"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3CF2D8B6" wp14:textId="77777777">
            <w:pPr>
              <w:jc w:val="center"/>
              <w:rPr>
                <w:rFonts w:ascii="Arial" w:hAnsi="Arial" w:eastAsia="Times New Roman" w:cs="Arial"/>
                <w:sz w:val="24"/>
                <w:szCs w:val="24"/>
                <w:lang w:val="eu-ES" w:eastAsia="eu-ES"/>
              </w:rPr>
            </w:pPr>
          </w:p>
          <w:p w:rsidRPr="002C2419" w:rsidR="00D3238E" w:rsidP="0011407A" w:rsidRDefault="00D3238E" w14:paraId="0FB78278" wp14:textId="77777777">
            <w:pPr>
              <w:jc w:val="center"/>
              <w:rPr>
                <w:rFonts w:ascii="Arial" w:hAnsi="Arial" w:eastAsia="Times New Roman" w:cs="Arial"/>
                <w:sz w:val="24"/>
                <w:szCs w:val="24"/>
                <w:lang w:val="eu-ES" w:eastAsia="eu-ES"/>
              </w:rPr>
            </w:pPr>
          </w:p>
          <w:p w:rsidRPr="002C2419" w:rsidR="00D3238E" w:rsidP="0011407A" w:rsidRDefault="00D3238E" w14:paraId="31957722"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Edukia</w:t>
            </w:r>
          </w:p>
        </w:tc>
        <w:tc>
          <w:tcPr>
            <w:tcW w:w="0" w:type="auto"/>
            <w:hideMark/>
          </w:tcPr>
          <w:p w:rsidRPr="002C2419" w:rsidR="00D3238E" w:rsidP="0011407A" w:rsidRDefault="00D3238E" w14:paraId="1CB5E3A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Denbora</w:t>
            </w:r>
          </w:p>
        </w:tc>
      </w:tr>
      <w:tr xmlns:wp14="http://schemas.microsoft.com/office/word/2010/wordml" w:rsidRPr="002C2419" w:rsidR="00D3238E" w:rsidTr="0011407A" w14:paraId="58622751"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0DEAE196"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Automatizazio aurreratuaren sarrera </w:t>
            </w:r>
          </w:p>
          <w:p w:rsidRPr="002C2419" w:rsidR="00D3238E" w:rsidP="0011407A" w:rsidRDefault="00D3238E" w14:paraId="03718BCD"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u-ES" w:eastAsia="eu-ES"/>
              </w:rPr>
              <w:t xml:space="preserve">LCAMP </w:t>
            </w:r>
            <w:proofErr w:type="spellStart"/>
            <w:r w:rsidRPr="002C2419">
              <w:rPr>
                <w:rFonts w:ascii="Arial" w:hAnsi="Arial" w:eastAsia="Times New Roman" w:cs="Arial"/>
                <w:b w:val="0"/>
                <w:sz w:val="24"/>
                <w:szCs w:val="24"/>
                <w:lang w:val="eu-ES" w:eastAsia="eu-ES"/>
              </w:rPr>
              <w:t>Learning</w:t>
            </w:r>
            <w:proofErr w:type="spellEnd"/>
            <w:r w:rsidRPr="002C2419">
              <w:rPr>
                <w:rFonts w:ascii="Arial" w:hAnsi="Arial" w:eastAsia="Times New Roman" w:cs="Arial"/>
                <w:b w:val="0"/>
                <w:sz w:val="24"/>
                <w:szCs w:val="24"/>
                <w:lang w:val="eu-ES" w:eastAsia="eu-ES"/>
              </w:rPr>
              <w:t xml:space="preserve"> </w:t>
            </w:r>
            <w:proofErr w:type="spellStart"/>
            <w:r w:rsidRPr="002C2419">
              <w:rPr>
                <w:rFonts w:ascii="Arial" w:hAnsi="Arial" w:eastAsia="Times New Roman" w:cs="Arial"/>
                <w:b w:val="0"/>
                <w:sz w:val="24"/>
                <w:szCs w:val="24"/>
                <w:lang w:val="eu-ES" w:eastAsia="eu-ES"/>
              </w:rPr>
              <w:t>Factory</w:t>
            </w:r>
            <w:proofErr w:type="spellEnd"/>
            <w:r w:rsidRPr="002C2419">
              <w:rPr>
                <w:rFonts w:ascii="Arial" w:hAnsi="Arial" w:eastAsia="Times New Roman" w:cs="Arial"/>
                <w:b w:val="0"/>
                <w:sz w:val="24"/>
                <w:szCs w:val="24"/>
                <w:lang w:val="eu-ES" w:eastAsia="eu-ES"/>
              </w:rPr>
              <w:t xml:space="preserve"> eta </w:t>
            </w:r>
            <w:proofErr w:type="spellStart"/>
            <w:r w:rsidRPr="002C2419">
              <w:rPr>
                <w:rFonts w:ascii="Arial" w:hAnsi="Arial" w:eastAsia="Times New Roman" w:cs="Arial"/>
                <w:b w:val="0"/>
                <w:sz w:val="24"/>
                <w:szCs w:val="24"/>
                <w:lang w:val="eu-ES" w:eastAsia="eu-ES"/>
              </w:rPr>
              <w:t>Sensor</w:t>
            </w:r>
            <w:proofErr w:type="spellEnd"/>
            <w:r w:rsidRPr="002C2419">
              <w:rPr>
                <w:rFonts w:ascii="Arial" w:hAnsi="Arial" w:eastAsia="Times New Roman" w:cs="Arial"/>
                <w:b w:val="0"/>
                <w:sz w:val="24"/>
                <w:szCs w:val="24"/>
                <w:lang w:val="eu-ES" w:eastAsia="eu-ES"/>
              </w:rPr>
              <w:t xml:space="preserve"> Box WS aurkezpena</w:t>
            </w:r>
          </w:p>
        </w:tc>
        <w:tc>
          <w:tcPr>
            <w:tcW w:w="0" w:type="auto"/>
            <w:hideMark/>
          </w:tcPr>
          <w:p w:rsidRPr="002C2419" w:rsidR="00D3238E" w:rsidP="0011407A" w:rsidRDefault="00D3238E" w14:paraId="13D425A6"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2 ordu</w:t>
            </w:r>
          </w:p>
        </w:tc>
      </w:tr>
      <w:tr xmlns:wp14="http://schemas.microsoft.com/office/word/2010/wordml" w:rsidRPr="002C2419" w:rsidR="00D3238E" w:rsidTr="0011407A" w14:paraId="3781516C" wp14:textId="77777777">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14:paraId="277C0830"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Siemens S7-1500 PLC programazioa eta konfigurazioa</w:t>
            </w:r>
          </w:p>
          <w:p w:rsidRPr="002C2419" w:rsidR="00D3238E" w:rsidP="0011407A" w:rsidRDefault="00D3238E" w14:paraId="361682A6"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u-ES" w:eastAsia="eu-ES"/>
              </w:rPr>
              <w:t>Kontrol logikoak eta sekuentziazioa</w:t>
            </w:r>
            <w:r w:rsidRPr="002C2419">
              <w:rPr>
                <w:rFonts w:ascii="Arial" w:hAnsi="Arial" w:eastAsia="Times New Roman" w:cs="Arial"/>
                <w:sz w:val="24"/>
                <w:szCs w:val="24"/>
                <w:lang w:val="eu-ES" w:eastAsia="eu-ES"/>
              </w:rPr>
              <w:t xml:space="preserve"> </w:t>
            </w:r>
          </w:p>
        </w:tc>
        <w:tc>
          <w:tcPr>
            <w:tcW w:w="0" w:type="auto"/>
            <w:hideMark/>
          </w:tcPr>
          <w:p w:rsidRPr="002C2419" w:rsidR="00D3238E" w:rsidP="0011407A" w:rsidRDefault="00D3238E" w14:paraId="255F8574"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8 ordu</w:t>
            </w:r>
          </w:p>
        </w:tc>
      </w:tr>
      <w:tr xmlns:wp14="http://schemas.microsoft.com/office/word/2010/wordml" w:rsidRPr="002C2419" w:rsidR="00D3238E" w:rsidTr="0011407A" w14:paraId="69997C5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14:paraId="3E06E22C"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UR5 robot </w:t>
            </w:r>
            <w:proofErr w:type="spellStart"/>
            <w:r w:rsidRPr="002C2419">
              <w:rPr>
                <w:rFonts w:ascii="Arial" w:hAnsi="Arial" w:eastAsia="Times New Roman" w:cs="Arial"/>
                <w:sz w:val="24"/>
                <w:szCs w:val="24"/>
                <w:lang w:val="eu-ES" w:eastAsia="eu-ES"/>
              </w:rPr>
              <w:t>kolaboratiboaren</w:t>
            </w:r>
            <w:proofErr w:type="spellEnd"/>
            <w:r w:rsidRPr="002C2419">
              <w:rPr>
                <w:rFonts w:ascii="Arial" w:hAnsi="Arial" w:eastAsia="Times New Roman" w:cs="Arial"/>
                <w:sz w:val="24"/>
                <w:szCs w:val="24"/>
                <w:lang w:val="eu-ES" w:eastAsia="eu-ES"/>
              </w:rPr>
              <w:t xml:space="preserve"> programazioa</w:t>
            </w:r>
          </w:p>
          <w:p w:rsidRPr="002C2419" w:rsidR="00D3238E" w:rsidP="0011407A" w:rsidRDefault="00D3238E" w14:paraId="77936D06"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u-ES" w:eastAsia="eu-ES"/>
              </w:rPr>
              <w:t xml:space="preserve">Pick &amp; </w:t>
            </w:r>
            <w:proofErr w:type="spellStart"/>
            <w:r w:rsidRPr="002C2419">
              <w:rPr>
                <w:rFonts w:ascii="Arial" w:hAnsi="Arial" w:eastAsia="Times New Roman" w:cs="Arial"/>
                <w:b w:val="0"/>
                <w:sz w:val="24"/>
                <w:szCs w:val="24"/>
                <w:lang w:val="eu-ES" w:eastAsia="eu-ES"/>
              </w:rPr>
              <w:t>place</w:t>
            </w:r>
            <w:proofErr w:type="spellEnd"/>
            <w:r w:rsidRPr="002C2419">
              <w:rPr>
                <w:rFonts w:ascii="Arial" w:hAnsi="Arial" w:eastAsia="Times New Roman" w:cs="Arial"/>
                <w:b w:val="0"/>
                <w:sz w:val="24"/>
                <w:szCs w:val="24"/>
                <w:lang w:val="eu-ES" w:eastAsia="eu-ES"/>
              </w:rPr>
              <w:t>, sekuentziak, bloke bidezko programazioa</w:t>
            </w:r>
          </w:p>
        </w:tc>
        <w:tc>
          <w:tcPr>
            <w:tcW w:w="0" w:type="auto"/>
            <w:hideMark/>
          </w:tcPr>
          <w:p w:rsidRPr="002C2419" w:rsidR="00D3238E" w:rsidP="0011407A" w:rsidRDefault="00D3238E" w14:paraId="3BD567DB"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6 ordu</w:t>
            </w:r>
          </w:p>
        </w:tc>
      </w:tr>
      <w:tr xmlns:wp14="http://schemas.microsoft.com/office/word/2010/wordml" w:rsidRPr="002C2419" w:rsidR="00D3238E" w:rsidTr="0011407A" w14:paraId="6FC29492"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5504804A" wp14:textId="77777777">
            <w:pPr>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xml:space="preserve"> ikusmen sistemaren konfigurazioa eta kalibrazioa</w:t>
            </w:r>
          </w:p>
          <w:p w:rsidRPr="002C2419" w:rsidR="00D3238E" w:rsidP="0011407A" w:rsidRDefault="00D3238E" w14:paraId="10D4DB8F" wp14:textId="77777777">
            <w:pPr>
              <w:rPr>
                <w:rFonts w:ascii="Arial" w:hAnsi="Arial" w:eastAsia="Times New Roman" w:cs="Arial"/>
                <w:sz w:val="24"/>
                <w:szCs w:val="24"/>
                <w:lang w:val="eu-ES" w:eastAsia="eu-ES"/>
              </w:rPr>
            </w:pPr>
            <w:r w:rsidRPr="002C2419">
              <w:rPr>
                <w:rFonts w:ascii="Arial" w:hAnsi="Arial" w:eastAsia="Times New Roman" w:cs="Arial"/>
                <w:b w:val="0"/>
                <w:sz w:val="24"/>
                <w:szCs w:val="24"/>
                <w:lang w:val="eu-ES" w:eastAsia="eu-ES"/>
              </w:rPr>
              <w:t>In-</w:t>
            </w:r>
            <w:proofErr w:type="spellStart"/>
            <w:r w:rsidRPr="002C2419">
              <w:rPr>
                <w:rFonts w:ascii="Arial" w:hAnsi="Arial" w:eastAsia="Times New Roman" w:cs="Arial"/>
                <w:b w:val="0"/>
                <w:sz w:val="24"/>
                <w:szCs w:val="24"/>
                <w:lang w:val="eu-ES" w:eastAsia="eu-ES"/>
              </w:rPr>
              <w:t>Sight</w:t>
            </w:r>
            <w:proofErr w:type="spellEnd"/>
            <w:r w:rsidRPr="002C2419">
              <w:rPr>
                <w:rFonts w:ascii="Arial" w:hAnsi="Arial" w:eastAsia="Times New Roman" w:cs="Arial"/>
                <w:b w:val="0"/>
                <w:sz w:val="24"/>
                <w:szCs w:val="24"/>
                <w:lang w:val="eu-ES" w:eastAsia="eu-ES"/>
              </w:rPr>
              <w:t xml:space="preserve"> softwarearen erabilera</w:t>
            </w:r>
          </w:p>
        </w:tc>
        <w:tc>
          <w:tcPr>
            <w:tcW w:w="0" w:type="auto"/>
            <w:hideMark/>
          </w:tcPr>
          <w:p w:rsidRPr="002C2419" w:rsidR="00D3238E" w:rsidP="0011407A" w:rsidRDefault="00D3238E" w14:paraId="232242C0"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6 ordu</w:t>
            </w:r>
          </w:p>
        </w:tc>
      </w:tr>
      <w:tr xmlns:wp14="http://schemas.microsoft.com/office/word/2010/wordml" w:rsidRPr="002C2419" w:rsidR="00D3238E" w:rsidTr="0011407A" w14:paraId="702C57A3"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14:paraId="6B51354C" wp14:textId="77777777">
            <w:pPr>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 xml:space="preserve"> (AMR) robot mugikorraren programazioa</w:t>
            </w:r>
            <w:r w:rsidRPr="002C2419">
              <w:rPr>
                <w:rFonts w:ascii="Arial" w:hAnsi="Arial" w:eastAsia="Times New Roman" w:cs="Arial"/>
                <w:sz w:val="24"/>
                <w:szCs w:val="24"/>
                <w:lang w:val="eu-ES" w:eastAsia="eu-ES"/>
              </w:rPr>
              <w:br/>
            </w:r>
            <w:r w:rsidRPr="002C2419">
              <w:rPr>
                <w:rFonts w:ascii="Arial" w:hAnsi="Arial" w:eastAsia="Times New Roman" w:cs="Arial"/>
                <w:b w:val="0"/>
                <w:sz w:val="24"/>
                <w:szCs w:val="24"/>
                <w:lang w:val="eu-ES" w:eastAsia="eu-ES"/>
              </w:rPr>
              <w:t>Misioen sorrera eta nabigazioa</w:t>
            </w:r>
          </w:p>
        </w:tc>
        <w:tc>
          <w:tcPr>
            <w:tcW w:w="0" w:type="auto"/>
            <w:hideMark/>
          </w:tcPr>
          <w:p w:rsidRPr="002C2419" w:rsidR="00D3238E" w:rsidP="0011407A" w:rsidRDefault="00D3238E" w14:paraId="7122A55A"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6 ordu</w:t>
            </w:r>
          </w:p>
        </w:tc>
      </w:tr>
      <w:tr xmlns:wp14="http://schemas.microsoft.com/office/word/2010/wordml" w:rsidRPr="002C2419" w:rsidR="00D3238E" w:rsidTr="0011407A" w14:paraId="74D6ADE9"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123FBC17"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Sistema integratua: PLC + UR + </w:t>
            </w: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xml:space="preserve"> + </w:t>
            </w: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 xml:space="preserve"> komunikazioa eta elkarreragina</w:t>
            </w:r>
            <w:r w:rsidRPr="002C2419">
              <w:rPr>
                <w:rFonts w:ascii="Arial" w:hAnsi="Arial" w:eastAsia="Times New Roman" w:cs="Arial"/>
                <w:sz w:val="24"/>
                <w:szCs w:val="24"/>
                <w:lang w:val="eu-ES" w:eastAsia="eu-ES"/>
              </w:rPr>
              <w:br/>
            </w:r>
            <w:r w:rsidRPr="002C2419">
              <w:rPr>
                <w:rFonts w:ascii="Arial" w:hAnsi="Arial" w:eastAsia="Times New Roman" w:cs="Arial"/>
                <w:b w:val="0"/>
                <w:sz w:val="24"/>
                <w:szCs w:val="24"/>
                <w:lang w:val="eu-ES" w:eastAsia="eu-ES"/>
              </w:rPr>
              <w:t>Proba integratuak eta kalitate kontrola</w:t>
            </w:r>
          </w:p>
        </w:tc>
        <w:tc>
          <w:tcPr>
            <w:tcW w:w="0" w:type="auto"/>
            <w:hideMark/>
          </w:tcPr>
          <w:p w:rsidRPr="002C2419" w:rsidR="00D3238E" w:rsidP="0011407A" w:rsidRDefault="00D3238E" w14:paraId="0252CFA3"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8 ordu</w:t>
            </w:r>
          </w:p>
        </w:tc>
      </w:tr>
      <w:tr xmlns:wp14="http://schemas.microsoft.com/office/word/2010/wordml" w:rsidRPr="002C2419" w:rsidR="00D3238E" w:rsidTr="0011407A" w14:paraId="2DF84A8A"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rsidRPr="002C2419" w:rsidR="00D3238E" w:rsidP="0011407A" w:rsidRDefault="00D3238E" w14:paraId="5121EFEA" wp14:textId="77777777">
            <w:pP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Digital </w:t>
            </w:r>
            <w:proofErr w:type="spellStart"/>
            <w:r w:rsidRPr="002C2419">
              <w:rPr>
                <w:rFonts w:ascii="Arial" w:hAnsi="Arial" w:eastAsia="Times New Roman" w:cs="Arial"/>
                <w:sz w:val="24"/>
                <w:szCs w:val="24"/>
                <w:lang w:val="eu-ES" w:eastAsia="eu-ES"/>
              </w:rPr>
              <w:t>Twin</w:t>
            </w:r>
            <w:proofErr w:type="spellEnd"/>
            <w:r w:rsidRPr="002C2419">
              <w:rPr>
                <w:rFonts w:ascii="Arial" w:hAnsi="Arial" w:eastAsia="Times New Roman" w:cs="Arial"/>
                <w:sz w:val="24"/>
                <w:szCs w:val="24"/>
                <w:lang w:val="eu-ES" w:eastAsia="eu-ES"/>
              </w:rPr>
              <w:t xml:space="preserve"> eta </w:t>
            </w:r>
            <w:proofErr w:type="spellStart"/>
            <w:r w:rsidRPr="002C2419">
              <w:rPr>
                <w:rFonts w:ascii="Arial" w:hAnsi="Arial" w:eastAsia="Times New Roman" w:cs="Arial"/>
                <w:sz w:val="24"/>
                <w:szCs w:val="24"/>
                <w:lang w:val="eu-ES" w:eastAsia="eu-ES"/>
              </w:rPr>
              <w:t>Simumatik</w:t>
            </w:r>
            <w:proofErr w:type="spellEnd"/>
            <w:r w:rsidRPr="002C2419">
              <w:rPr>
                <w:rFonts w:ascii="Arial" w:hAnsi="Arial" w:eastAsia="Times New Roman" w:cs="Arial"/>
                <w:sz w:val="24"/>
                <w:szCs w:val="24"/>
                <w:lang w:val="eu-ES" w:eastAsia="eu-ES"/>
              </w:rPr>
              <w:t xml:space="preserve"> simulazioa</w:t>
            </w:r>
            <w:r w:rsidRPr="002C2419">
              <w:rPr>
                <w:rFonts w:ascii="Arial" w:hAnsi="Arial" w:eastAsia="Times New Roman" w:cs="Arial"/>
                <w:sz w:val="24"/>
                <w:szCs w:val="24"/>
                <w:lang w:val="eu-ES" w:eastAsia="eu-ES"/>
              </w:rPr>
              <w:br/>
            </w:r>
            <w:r w:rsidRPr="002C2419">
              <w:rPr>
                <w:rFonts w:ascii="Arial" w:hAnsi="Arial" w:eastAsia="Times New Roman" w:cs="Arial"/>
                <w:b w:val="0"/>
                <w:sz w:val="24"/>
                <w:szCs w:val="24"/>
                <w:lang w:val="eu-ES" w:eastAsia="eu-ES"/>
              </w:rPr>
              <w:t xml:space="preserve">Simulazioak eta </w:t>
            </w:r>
            <w:proofErr w:type="spellStart"/>
            <w:r w:rsidRPr="002C2419">
              <w:rPr>
                <w:rFonts w:ascii="Arial" w:hAnsi="Arial" w:eastAsia="Times New Roman" w:cs="Arial"/>
                <w:b w:val="0"/>
                <w:sz w:val="24"/>
                <w:szCs w:val="24"/>
                <w:lang w:val="eu-ES" w:eastAsia="eu-ES"/>
              </w:rPr>
              <w:t>aurreprobak</w:t>
            </w:r>
            <w:proofErr w:type="spellEnd"/>
          </w:p>
        </w:tc>
        <w:tc>
          <w:tcPr>
            <w:tcW w:w="0" w:type="auto"/>
            <w:vAlign w:val="center"/>
            <w:hideMark/>
          </w:tcPr>
          <w:p w:rsidRPr="002C2419" w:rsidR="00D3238E" w:rsidP="0011407A" w:rsidRDefault="00D3238E" w14:paraId="2EBAAD57"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4 ordu</w:t>
            </w:r>
          </w:p>
        </w:tc>
      </w:tr>
      <w:tr xmlns:wp14="http://schemas.microsoft.com/office/word/2010/wordml" w:rsidRPr="002C2419" w:rsidR="00D3238E" w:rsidTr="0011407A" w14:paraId="2A07A275" wp14:textId="77777777">
        <w:tc>
          <w:tcPr>
            <w:cnfStyle w:val="001000000000" w:firstRow="0" w:lastRow="0" w:firstColumn="1" w:lastColumn="0" w:oddVBand="0" w:evenVBand="0" w:oddHBand="0" w:evenHBand="0" w:firstRowFirstColumn="0" w:firstRowLastColumn="0" w:lastRowFirstColumn="0" w:lastRowLastColumn="0"/>
            <w:tcW w:w="0" w:type="auto"/>
            <w:vAlign w:val="center"/>
          </w:tcPr>
          <w:p w:rsidRPr="002C2419" w:rsidR="00D3238E" w:rsidP="0011407A" w:rsidRDefault="00D3238E" w14:paraId="7EA03B21" wp14:textId="77777777">
            <w:pPr>
              <w:rPr>
                <w:rFonts w:ascii="Arial" w:hAnsi="Arial" w:eastAsia="Times New Roman" w:cs="Arial"/>
                <w:b w:val="0"/>
                <w:bCs w:val="0"/>
                <w:sz w:val="24"/>
                <w:szCs w:val="24"/>
                <w:lang w:val="eu-ES" w:eastAsia="eu-ES"/>
              </w:rPr>
            </w:pPr>
            <w:r w:rsidRPr="002C2419">
              <w:rPr>
                <w:rFonts w:ascii="Arial" w:hAnsi="Arial" w:eastAsia="Times New Roman" w:cs="Arial"/>
                <w:sz w:val="24"/>
                <w:szCs w:val="24"/>
                <w:lang w:val="eu-ES" w:eastAsia="eu-ES"/>
              </w:rPr>
              <w:t>Proiektu aplikatua</w:t>
            </w:r>
            <w:r w:rsidRPr="002C2419">
              <w:rPr>
                <w:rFonts w:ascii="Arial" w:hAnsi="Arial" w:eastAsia="Times New Roman" w:cs="Arial"/>
                <w:sz w:val="24"/>
                <w:szCs w:val="24"/>
                <w:lang w:val="eu-ES" w:eastAsia="eu-ES"/>
              </w:rPr>
              <w:br/>
            </w:r>
            <w:r w:rsidRPr="002C2419">
              <w:rPr>
                <w:rFonts w:ascii="Arial" w:hAnsi="Arial" w:eastAsia="Times New Roman" w:cs="Arial"/>
                <w:b w:val="0"/>
                <w:sz w:val="24"/>
                <w:szCs w:val="24"/>
                <w:lang w:val="eu-ES" w:eastAsia="eu-ES"/>
              </w:rPr>
              <w:t>Muntaketa, probak, aurkezpena eta ebaluazioa</w:t>
            </w:r>
          </w:p>
        </w:tc>
        <w:tc>
          <w:tcPr>
            <w:tcW w:w="0" w:type="auto"/>
            <w:vAlign w:val="center"/>
          </w:tcPr>
          <w:p w:rsidRPr="002C2419" w:rsidR="00D3238E" w:rsidP="0011407A" w:rsidRDefault="00D3238E" w14:paraId="2525C206"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10 ordu</w:t>
            </w:r>
          </w:p>
        </w:tc>
      </w:tr>
    </w:tbl>
    <w:p xmlns:wp14="http://schemas.microsoft.com/office/word/2010/wordml" w:rsidRPr="002C2419" w:rsidR="00DE439B" w:rsidP="00DE439B" w:rsidRDefault="00DE439B" w14:paraId="1FC39945" wp14:textId="77777777">
      <w:pPr>
        <w:pStyle w:val="1izenburua"/>
        <w:spacing w:line="360" w:lineRule="auto"/>
        <w:ind w:left="360"/>
        <w:rPr>
          <w:rFonts w:ascii="Arial" w:hAnsi="Arial" w:cs="Arial"/>
          <w:sz w:val="24"/>
          <w:szCs w:val="24"/>
          <w:lang w:val="eu-ES"/>
        </w:rPr>
      </w:pPr>
    </w:p>
    <w:p xmlns:wp14="http://schemas.microsoft.com/office/word/2010/wordml" w:rsidRPr="002C2419" w:rsidR="00D3238E" w:rsidP="00D3238E" w:rsidRDefault="00D3238E" w14:paraId="5329FCD4" wp14:textId="77777777">
      <w:pPr>
        <w:pStyle w:val="1izenburua"/>
        <w:numPr>
          <w:ilvl w:val="0"/>
          <w:numId w:val="14"/>
        </w:numPr>
        <w:spacing w:line="360" w:lineRule="auto"/>
        <w:rPr>
          <w:rFonts w:ascii="Arial" w:hAnsi="Arial" w:cs="Arial"/>
          <w:szCs w:val="24"/>
          <w:lang w:val="eu-ES"/>
        </w:rPr>
      </w:pPr>
      <w:bookmarkStart w:name="_Toc202768981" w:id="10"/>
      <w:r w:rsidRPr="002C2419">
        <w:rPr>
          <w:rFonts w:ascii="Arial" w:hAnsi="Arial" w:cs="Arial"/>
          <w:szCs w:val="24"/>
          <w:lang w:val="eu-ES"/>
        </w:rPr>
        <w:t>Metodologia</w:t>
      </w:r>
      <w:bookmarkEnd w:id="10"/>
    </w:p>
    <w:p xmlns:wp14="http://schemas.microsoft.com/office/word/2010/wordml" w:rsidRPr="002C2419" w:rsidR="00D3238E" w:rsidP="00D3238E" w:rsidRDefault="00D3238E" w14:paraId="0562CB0E" wp14:textId="77777777">
      <w:pPr>
        <w:rPr>
          <w:rFonts w:ascii="Arial" w:hAnsi="Arial" w:cs="Arial"/>
          <w:sz w:val="24"/>
          <w:szCs w:val="24"/>
          <w:lang w:val="eu-ES"/>
        </w:rPr>
      </w:pPr>
    </w:p>
    <w:p xmlns:wp14="http://schemas.microsoft.com/office/word/2010/wordml" w:rsidRPr="002C2419" w:rsidR="00DE439B" w:rsidP="00DE439B" w:rsidRDefault="00DE439B" w14:paraId="7DC96AEC" wp14:textId="77777777">
      <w:pPr>
        <w:pStyle w:val="Zerrenda-paragrafoa"/>
        <w:numPr>
          <w:ilvl w:val="0"/>
          <w:numId w:val="9"/>
        </w:numPr>
        <w:spacing w:before="100" w:beforeAutospacing="1" w:after="100" w:afterAutospacing="1" w:line="360" w:lineRule="auto"/>
        <w:rPr>
          <w:rFonts w:ascii="Arial" w:hAnsi="Arial" w:eastAsia="Times New Roman" w:cs="Arial"/>
          <w:bCs/>
          <w:sz w:val="24"/>
          <w:szCs w:val="24"/>
          <w:lang w:val="eu-ES" w:eastAsia="eu-ES"/>
        </w:rPr>
      </w:pPr>
      <w:proofErr w:type="spellStart"/>
      <w:r w:rsidRPr="002C2419">
        <w:rPr>
          <w:rFonts w:ascii="Arial" w:hAnsi="Arial" w:eastAsia="Times New Roman" w:cs="Arial"/>
          <w:b/>
          <w:bCs/>
          <w:sz w:val="24"/>
          <w:szCs w:val="24"/>
          <w:lang w:val="eu-ES" w:eastAsia="eu-ES"/>
        </w:rPr>
        <w:t>Learning-by-doing</w:t>
      </w:r>
      <w:proofErr w:type="spellEnd"/>
      <w:r w:rsidRPr="002C2419">
        <w:rPr>
          <w:rFonts w:ascii="Arial" w:hAnsi="Arial" w:eastAsia="Times New Roman" w:cs="Arial"/>
          <w:b/>
          <w:bCs/>
          <w:sz w:val="24"/>
          <w:szCs w:val="24"/>
          <w:lang w:val="eu-ES" w:eastAsia="eu-ES"/>
        </w:rPr>
        <w:t xml:space="preserve">: </w:t>
      </w:r>
      <w:r w:rsidRPr="002C2419">
        <w:rPr>
          <w:rFonts w:ascii="Arial" w:hAnsi="Arial" w:eastAsia="Times New Roman" w:cs="Arial"/>
          <w:bCs/>
          <w:sz w:val="24"/>
          <w:szCs w:val="24"/>
          <w:lang w:val="eu-ES" w:eastAsia="eu-ES"/>
        </w:rPr>
        <w:t>ikaskuntza praktikoa esperimentazioaren bidez.</w:t>
      </w:r>
    </w:p>
    <w:p xmlns:wp14="http://schemas.microsoft.com/office/word/2010/wordml" w:rsidRPr="002C2419" w:rsidR="00DE439B" w:rsidP="00DE439B" w:rsidRDefault="00DE439B" w14:paraId="09A30E96"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u-ES" w:eastAsia="eu-ES"/>
        </w:rPr>
        <w:t>CBL (Challenge-</w:t>
      </w:r>
      <w:proofErr w:type="spellStart"/>
      <w:r w:rsidRPr="002C2419">
        <w:rPr>
          <w:rFonts w:ascii="Arial" w:hAnsi="Arial" w:eastAsia="Times New Roman" w:cs="Arial"/>
          <w:b/>
          <w:bCs/>
          <w:sz w:val="24"/>
          <w:szCs w:val="24"/>
          <w:lang w:val="eu-ES" w:eastAsia="eu-ES"/>
        </w:rPr>
        <w:t>Based</w:t>
      </w:r>
      <w:proofErr w:type="spellEnd"/>
      <w:r w:rsidRPr="002C2419">
        <w:rPr>
          <w:rFonts w:ascii="Arial" w:hAnsi="Arial" w:eastAsia="Times New Roman" w:cs="Arial"/>
          <w:b/>
          <w:bCs/>
          <w:sz w:val="24"/>
          <w:szCs w:val="24"/>
          <w:lang w:val="eu-ES" w:eastAsia="eu-ES"/>
        </w:rPr>
        <w:t xml:space="preserve"> </w:t>
      </w:r>
      <w:proofErr w:type="spellStart"/>
      <w:r w:rsidRPr="002C2419">
        <w:rPr>
          <w:rFonts w:ascii="Arial" w:hAnsi="Arial" w:eastAsia="Times New Roman" w:cs="Arial"/>
          <w:b/>
          <w:bCs/>
          <w:sz w:val="24"/>
          <w:szCs w:val="24"/>
          <w:lang w:val="eu-ES" w:eastAsia="eu-ES"/>
        </w:rPr>
        <w:t>Learning</w:t>
      </w:r>
      <w:proofErr w:type="spellEnd"/>
      <w:r w:rsidRPr="002C2419">
        <w:rPr>
          <w:rFonts w:ascii="Arial" w:hAnsi="Arial" w:eastAsia="Times New Roman" w:cs="Arial"/>
          <w:b/>
          <w:bCs/>
          <w:sz w:val="24"/>
          <w:szCs w:val="24"/>
          <w:lang w:val="eu-ES" w:eastAsia="eu-ES"/>
        </w:rPr>
        <w:t>):</w:t>
      </w:r>
      <w:r w:rsidRPr="002C2419">
        <w:rPr>
          <w:rFonts w:ascii="Arial" w:hAnsi="Arial" w:eastAsia="Times New Roman" w:cs="Arial"/>
          <w:sz w:val="24"/>
          <w:szCs w:val="24"/>
          <w:lang w:val="eu-ES" w:eastAsia="eu-ES"/>
        </w:rPr>
        <w:t xml:space="preserve"> </w:t>
      </w:r>
      <w:r w:rsidRPr="002C2419">
        <w:rPr>
          <w:rFonts w:ascii="Arial" w:hAnsi="Arial" w:eastAsia="Times New Roman" w:cs="Arial"/>
          <w:bCs/>
          <w:sz w:val="24"/>
          <w:szCs w:val="24"/>
          <w:lang w:val="eu-ES" w:eastAsia="eu-ES"/>
        </w:rPr>
        <w:t>erronka errealei erantzuna ematea.</w:t>
      </w:r>
    </w:p>
    <w:p xmlns:wp14="http://schemas.microsoft.com/office/word/2010/wordml" w:rsidRPr="002C2419" w:rsidR="00DE439B" w:rsidP="00DE439B" w:rsidRDefault="00DE439B" w14:paraId="3788719C"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u-ES" w:eastAsia="eu-ES"/>
        </w:rPr>
        <w:t xml:space="preserve">Ikaskuntza </w:t>
      </w:r>
      <w:proofErr w:type="spellStart"/>
      <w:r w:rsidRPr="002C2419">
        <w:rPr>
          <w:rFonts w:ascii="Arial" w:hAnsi="Arial" w:eastAsia="Times New Roman" w:cs="Arial"/>
          <w:b/>
          <w:bCs/>
          <w:sz w:val="24"/>
          <w:szCs w:val="24"/>
          <w:lang w:val="eu-ES" w:eastAsia="eu-ES"/>
        </w:rPr>
        <w:t>kolaboratiboa</w:t>
      </w:r>
      <w:proofErr w:type="spellEnd"/>
      <w:r w:rsidRPr="002C2419">
        <w:rPr>
          <w:rFonts w:ascii="Arial" w:hAnsi="Arial" w:eastAsia="Times New Roman" w:cs="Arial"/>
          <w:b/>
          <w:bCs/>
          <w:sz w:val="24"/>
          <w:szCs w:val="24"/>
          <w:lang w:val="eu-ES" w:eastAsia="eu-ES"/>
        </w:rPr>
        <w:t>:</w:t>
      </w:r>
      <w:r w:rsidRPr="002C2419">
        <w:rPr>
          <w:rFonts w:ascii="Arial" w:hAnsi="Arial" w:eastAsia="Times New Roman" w:cs="Arial"/>
          <w:sz w:val="24"/>
          <w:szCs w:val="24"/>
          <w:lang w:val="eu-ES" w:eastAsia="eu-ES"/>
        </w:rPr>
        <w:t xml:space="preserve"> </w:t>
      </w:r>
      <w:r w:rsidRPr="002C2419">
        <w:rPr>
          <w:rFonts w:ascii="Arial" w:hAnsi="Arial" w:eastAsia="Times New Roman" w:cs="Arial"/>
          <w:bCs/>
          <w:sz w:val="24"/>
          <w:szCs w:val="24"/>
          <w:lang w:val="eu-ES" w:eastAsia="eu-ES"/>
        </w:rPr>
        <w:t>talde txikietan lan egiteko.</w:t>
      </w:r>
    </w:p>
    <w:p xmlns:wp14="http://schemas.microsoft.com/office/word/2010/wordml" w:rsidRPr="002C2419" w:rsidR="00DE439B" w:rsidP="00DE439B" w:rsidRDefault="00DE439B" w14:paraId="44F8D49F" wp14:textId="77777777">
      <w:pPr>
        <w:pStyle w:val="Zerrenda-paragrafoa"/>
        <w:numPr>
          <w:ilvl w:val="0"/>
          <w:numId w:val="9"/>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b/>
          <w:bCs/>
          <w:sz w:val="24"/>
          <w:szCs w:val="24"/>
          <w:lang w:val="eu-ES" w:eastAsia="eu-ES"/>
        </w:rPr>
        <w:t xml:space="preserve">Digital </w:t>
      </w:r>
      <w:proofErr w:type="spellStart"/>
      <w:r w:rsidRPr="002C2419">
        <w:rPr>
          <w:rFonts w:ascii="Arial" w:hAnsi="Arial" w:eastAsia="Times New Roman" w:cs="Arial"/>
          <w:b/>
          <w:bCs/>
          <w:sz w:val="24"/>
          <w:szCs w:val="24"/>
          <w:lang w:val="eu-ES" w:eastAsia="eu-ES"/>
        </w:rPr>
        <w:t>twin</w:t>
      </w:r>
      <w:proofErr w:type="spellEnd"/>
      <w:r w:rsidRPr="002C2419">
        <w:rPr>
          <w:rFonts w:ascii="Arial" w:hAnsi="Arial" w:eastAsia="Times New Roman" w:cs="Arial"/>
          <w:b/>
          <w:bCs/>
          <w:sz w:val="24"/>
          <w:szCs w:val="24"/>
          <w:lang w:val="eu-ES" w:eastAsia="eu-ES"/>
        </w:rPr>
        <w:t xml:space="preserve"> bidezko simulazioa:</w:t>
      </w:r>
      <w:r w:rsidRPr="002C2419">
        <w:rPr>
          <w:rFonts w:ascii="Arial" w:hAnsi="Arial" w:eastAsia="Times New Roman" w:cs="Arial"/>
          <w:sz w:val="24"/>
          <w:szCs w:val="24"/>
          <w:lang w:val="eu-ES" w:eastAsia="eu-ES"/>
        </w:rPr>
        <w:t xml:space="preserve"> </w:t>
      </w:r>
      <w:proofErr w:type="spellStart"/>
      <w:r w:rsidRPr="002C2419">
        <w:rPr>
          <w:rFonts w:ascii="Arial" w:hAnsi="Arial" w:eastAsia="Times New Roman" w:cs="Arial"/>
          <w:bCs/>
          <w:sz w:val="24"/>
          <w:szCs w:val="24"/>
          <w:lang w:val="eu-ES" w:eastAsia="eu-ES"/>
        </w:rPr>
        <w:t>Simumatik</w:t>
      </w:r>
      <w:proofErr w:type="spellEnd"/>
      <w:r w:rsidRPr="002C2419">
        <w:rPr>
          <w:rFonts w:ascii="Arial" w:hAnsi="Arial" w:eastAsia="Times New Roman" w:cs="Arial"/>
          <w:bCs/>
          <w:sz w:val="24"/>
          <w:szCs w:val="24"/>
          <w:lang w:val="eu-ES" w:eastAsia="eu-ES"/>
        </w:rPr>
        <w:t xml:space="preserve"> erabiliz </w:t>
      </w:r>
      <w:proofErr w:type="spellStart"/>
      <w:r w:rsidRPr="002C2419">
        <w:rPr>
          <w:rFonts w:ascii="Arial" w:hAnsi="Arial" w:eastAsia="Times New Roman" w:cs="Arial"/>
          <w:bCs/>
          <w:sz w:val="24"/>
          <w:szCs w:val="24"/>
          <w:lang w:val="eu-ES" w:eastAsia="eu-ES"/>
        </w:rPr>
        <w:t>aurreproba</w:t>
      </w:r>
      <w:proofErr w:type="spellEnd"/>
      <w:r w:rsidRPr="002C2419">
        <w:rPr>
          <w:rFonts w:ascii="Arial" w:hAnsi="Arial" w:eastAsia="Times New Roman" w:cs="Arial"/>
          <w:bCs/>
          <w:sz w:val="24"/>
          <w:szCs w:val="24"/>
          <w:lang w:val="eu-ES" w:eastAsia="eu-ES"/>
        </w:rPr>
        <w:t xml:space="preserve"> birtualak egitea.</w:t>
      </w:r>
    </w:p>
    <w:p xmlns:wp14="http://schemas.microsoft.com/office/word/2010/wordml" w:rsidRPr="002C2419" w:rsidR="00D3238E" w:rsidP="00D3238E" w:rsidRDefault="00D3238E" w14:paraId="34CE0A41" wp14:textId="77777777">
      <w:pPr>
        <w:spacing w:before="100" w:beforeAutospacing="1" w:after="100" w:afterAutospacing="1" w:line="360" w:lineRule="auto"/>
        <w:rPr>
          <w:rFonts w:ascii="Arial" w:hAnsi="Arial" w:eastAsia="Times New Roman" w:cs="Arial"/>
          <w:i/>
          <w:sz w:val="24"/>
          <w:szCs w:val="24"/>
          <w:lang w:val="eu-ES" w:eastAsia="eu-ES"/>
        </w:rPr>
      </w:pPr>
    </w:p>
    <w:p xmlns:wp14="http://schemas.microsoft.com/office/word/2010/wordml" w:rsidRPr="002C2419" w:rsidR="00D3238E" w:rsidP="00D3238E" w:rsidRDefault="00D3238E" w14:paraId="24F3009C" wp14:textId="77777777">
      <w:pPr>
        <w:pStyle w:val="1izenburua"/>
        <w:numPr>
          <w:ilvl w:val="0"/>
          <w:numId w:val="14"/>
        </w:numPr>
        <w:spacing w:line="360" w:lineRule="auto"/>
        <w:rPr>
          <w:rFonts w:ascii="Arial" w:hAnsi="Arial" w:cs="Arial"/>
          <w:bCs w:val="0"/>
          <w:szCs w:val="24"/>
          <w:lang w:val="eu-ES"/>
        </w:rPr>
      </w:pPr>
      <w:bookmarkStart w:name="_Toc202768982" w:id="11"/>
      <w:r w:rsidRPr="002C2419">
        <w:rPr>
          <w:rFonts w:ascii="Arial" w:hAnsi="Arial" w:cs="Arial"/>
          <w:bCs w:val="0"/>
          <w:szCs w:val="24"/>
          <w:lang w:val="eu-ES"/>
        </w:rPr>
        <w:t>Jardueren Garapena</w:t>
      </w:r>
      <w:bookmarkEnd w:id="11"/>
    </w:p>
    <w:p xmlns:wp14="http://schemas.microsoft.com/office/word/2010/wordml" w:rsidRPr="002C2419" w:rsidR="00D3238E" w:rsidP="00D3238E" w:rsidRDefault="00D3238E" w14:paraId="62EBF3C5" wp14:textId="77777777">
      <w:pPr>
        <w:pStyle w:val="Normalaweb"/>
        <w:ind w:left="360"/>
        <w:rPr>
          <w:rStyle w:val="Lodia"/>
          <w:rFonts w:ascii="Arial" w:hAnsi="Arial" w:cs="Arial"/>
          <w:b w:val="0"/>
          <w:bCs w:val="0"/>
        </w:rPr>
      </w:pPr>
    </w:p>
    <w:p xmlns:wp14="http://schemas.microsoft.com/office/word/2010/wordml" w:rsidRPr="002C2419" w:rsidR="00D3238E" w:rsidP="00D3238E" w:rsidRDefault="00D3238E" w14:paraId="0A9A9CDA" wp14:textId="77777777">
      <w:p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 Jarduerak </w:t>
      </w:r>
      <w:proofErr w:type="spellStart"/>
      <w:r w:rsidRPr="002C2419">
        <w:rPr>
          <w:rFonts w:ascii="Arial" w:hAnsi="Arial" w:eastAsia="Times New Roman" w:cs="Arial"/>
          <w:sz w:val="24"/>
          <w:szCs w:val="24"/>
          <w:lang w:val="eu-ES" w:eastAsia="eu-ES"/>
        </w:rPr>
        <w:t>progresiboki</w:t>
      </w:r>
      <w:proofErr w:type="spellEnd"/>
      <w:r w:rsidRPr="002C2419">
        <w:rPr>
          <w:rFonts w:ascii="Arial" w:hAnsi="Arial" w:eastAsia="Times New Roman" w:cs="Arial"/>
          <w:sz w:val="24"/>
          <w:szCs w:val="24"/>
          <w:lang w:val="eu-ES" w:eastAsia="eu-ES"/>
        </w:rPr>
        <w:t xml:space="preserve"> garatuko dira, kontzeptu teorikoetatik hasi eta aplikazio praktikoetara iritsi arte.</w:t>
      </w:r>
    </w:p>
    <w:p xmlns:wp14="http://schemas.microsoft.com/office/word/2010/wordml" w:rsidRPr="002C2419" w:rsidR="002C2419" w:rsidP="002C2419" w:rsidRDefault="002C2419" w14:paraId="2B8D4F68"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Kontzeptu teorikoen sarrera aurkezpen laburrekin</w:t>
      </w:r>
    </w:p>
    <w:p xmlns:wp14="http://schemas.microsoft.com/office/word/2010/wordml" w:rsidRPr="002C2419" w:rsidR="002C2419" w:rsidP="002C2419" w:rsidRDefault="002C2419" w14:paraId="04224B06"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Praktika gidatuak: robot programazioa, ikusmen sistemaren kalibrazioa, PLC sekuentzien garapena</w:t>
      </w:r>
    </w:p>
    <w:p xmlns:wp14="http://schemas.microsoft.com/office/word/2010/wordml" w:rsidRPr="002C2419" w:rsidR="002C2419" w:rsidP="002C2419" w:rsidRDefault="002C2419" w14:paraId="204AEDFC"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Proiektu integratua: ikasleek sistemaren integrazioa diseinatu eta gauzatuko dute</w:t>
      </w:r>
    </w:p>
    <w:p xmlns:wp14="http://schemas.microsoft.com/office/word/2010/wordml" w:rsidRPr="002C2419" w:rsidR="002C2419" w:rsidP="002C2419" w:rsidRDefault="002C2419" w14:paraId="05E5CC3D" wp14:textId="77777777">
      <w:pPr>
        <w:pStyle w:val="Zerrenda-paragrafoa"/>
        <w:numPr>
          <w:ilvl w:val="0"/>
          <w:numId w:val="46"/>
        </w:numPr>
        <w:spacing w:before="100" w:beforeAutospacing="1" w:after="100" w:afterAutospacing="1" w:line="360" w:lineRule="auto"/>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Aurkezpen eta eztabaida: taldeek emaitzak azalduko dituzte</w:t>
      </w:r>
    </w:p>
    <w:p xmlns:wp14="http://schemas.microsoft.com/office/word/2010/wordml" w:rsidRPr="002C2419" w:rsidR="00D3238E" w:rsidP="00D3238E" w:rsidRDefault="00D3238E" w14:paraId="6D98A12B" wp14:textId="77777777">
      <w:pPr>
        <w:spacing w:before="100" w:beforeAutospacing="1" w:after="100" w:afterAutospacing="1" w:line="360" w:lineRule="auto"/>
        <w:rPr>
          <w:rFonts w:ascii="Arial" w:hAnsi="Arial" w:eastAsia="Times New Roman" w:cs="Arial"/>
          <w:sz w:val="24"/>
          <w:szCs w:val="24"/>
          <w:lang w:val="eu-ES" w:eastAsia="eu-ES"/>
        </w:rPr>
      </w:pPr>
    </w:p>
    <w:p xmlns:wp14="http://schemas.microsoft.com/office/word/2010/wordml" w:rsidRPr="002C2419" w:rsidR="00D3238E" w:rsidP="00D3238E" w:rsidRDefault="00D3238E" w14:paraId="61136C5F" wp14:textId="77777777">
      <w:pPr>
        <w:pStyle w:val="1izenburua"/>
        <w:numPr>
          <w:ilvl w:val="0"/>
          <w:numId w:val="14"/>
        </w:numPr>
        <w:spacing w:line="360" w:lineRule="auto"/>
        <w:rPr>
          <w:rFonts w:ascii="Arial" w:hAnsi="Arial" w:cs="Arial"/>
          <w:bCs w:val="0"/>
          <w:szCs w:val="24"/>
          <w:lang w:val="eu-ES"/>
        </w:rPr>
      </w:pPr>
      <w:bookmarkStart w:name="_Toc202768983" w:id="12"/>
      <w:r w:rsidRPr="002C2419">
        <w:rPr>
          <w:rFonts w:ascii="Arial" w:hAnsi="Arial" w:cs="Arial"/>
          <w:bCs w:val="0"/>
          <w:szCs w:val="24"/>
          <w:lang w:val="eu-ES"/>
        </w:rPr>
        <w:t>Ebaluazioa</w:t>
      </w:r>
      <w:bookmarkEnd w:id="12"/>
      <w:r w:rsidRPr="002C2419">
        <w:rPr>
          <w:rFonts w:ascii="Arial" w:hAnsi="Arial" w:cs="Arial"/>
          <w:bCs w:val="0"/>
          <w:szCs w:val="24"/>
          <w:lang w:val="eu-ES"/>
        </w:rPr>
        <w:t xml:space="preserve"> </w:t>
      </w:r>
    </w:p>
    <w:p xmlns:wp14="http://schemas.microsoft.com/office/word/2010/wordml" w:rsidRPr="002C2419" w:rsidR="00D3238E" w:rsidP="00D3238E" w:rsidRDefault="00D3238E" w14:paraId="2AEF0AE0" wp14:textId="77777777">
      <w:pPr>
        <w:pStyle w:val="Normalaweb"/>
        <w:spacing w:line="360" w:lineRule="auto"/>
        <w:ind w:left="360"/>
        <w:rPr>
          <w:rStyle w:val="Lodia"/>
          <w:rFonts w:ascii="Arial" w:hAnsi="Arial" w:cs="Arial"/>
          <w:b w:val="0"/>
        </w:rPr>
      </w:pPr>
      <w:r w:rsidRPr="002C2419">
        <w:rPr>
          <w:rStyle w:val="Lodia"/>
          <w:rFonts w:ascii="Arial" w:hAnsi="Arial" w:cs="Arial"/>
          <w:b w:val="0"/>
        </w:rPr>
        <w:t>Ebaluazio jarraia eta formatiboa izango da, ikaslearen ikaskuntza prozesua hobetzeko helburuarekin.</w:t>
      </w:r>
    </w:p>
    <w:p xmlns:wp14="http://schemas.microsoft.com/office/word/2010/wordml" w:rsidRPr="002C2419" w:rsidR="002C2419" w:rsidP="00D3238E" w:rsidRDefault="002C2419" w14:paraId="2946DB82" wp14:textId="77777777">
      <w:pPr>
        <w:pStyle w:val="Normalaweb"/>
        <w:spacing w:line="360" w:lineRule="auto"/>
        <w:ind w:left="360"/>
        <w:rPr>
          <w:rStyle w:val="Lodia"/>
          <w:rFonts w:ascii="Arial" w:hAnsi="Arial" w:cs="Arial"/>
          <w:b w:val="0"/>
        </w:rPr>
      </w:pPr>
    </w:p>
    <w:p xmlns:wp14="http://schemas.microsoft.com/office/word/2010/wordml" w:rsidRPr="002C2419" w:rsidR="002C2419" w:rsidP="002C2419" w:rsidRDefault="002C2419" w14:paraId="069F95BC" wp14:textId="77777777">
      <w:pPr>
        <w:pStyle w:val="Normalaweb"/>
        <w:numPr>
          <w:ilvl w:val="0"/>
          <w:numId w:val="36"/>
        </w:numPr>
        <w:spacing w:line="360" w:lineRule="auto"/>
        <w:rPr>
          <w:rFonts w:ascii="Arial" w:hAnsi="Arial" w:cs="Arial"/>
        </w:rPr>
      </w:pPr>
      <w:r w:rsidRPr="002C2419">
        <w:rPr>
          <w:rStyle w:val="Lodia"/>
          <w:rFonts w:ascii="Arial" w:hAnsi="Arial" w:cs="Arial"/>
        </w:rPr>
        <w:t xml:space="preserve">Ebaluazio formatiboa eta jarraitua: </w:t>
      </w:r>
      <w:r w:rsidRPr="002C2419">
        <w:rPr>
          <w:rStyle w:val="Lodia"/>
          <w:rFonts w:ascii="Arial" w:hAnsi="Arial" w:cs="Arial"/>
          <w:b w:val="0"/>
          <w:bCs w:val="0"/>
        </w:rPr>
        <w:t>ikasleen</w:t>
      </w:r>
      <w:r w:rsidRPr="002C2419">
        <w:rPr>
          <w:rStyle w:val="Lodia"/>
          <w:rFonts w:ascii="Arial" w:hAnsi="Arial" w:cs="Arial"/>
          <w:b w:val="0"/>
        </w:rPr>
        <w:t xml:space="preserve"> ikaskuntza prozesua hobetzeko.</w:t>
      </w:r>
    </w:p>
    <w:p xmlns:wp14="http://schemas.microsoft.com/office/word/2010/wordml" w:rsidRPr="002C2419" w:rsidR="002C2419" w:rsidP="002C2419" w:rsidRDefault="002C2419" w14:paraId="00D21C4A" wp14:textId="77777777">
      <w:pPr>
        <w:pStyle w:val="Normalaweb"/>
        <w:numPr>
          <w:ilvl w:val="0"/>
          <w:numId w:val="36"/>
        </w:numPr>
        <w:spacing w:line="360" w:lineRule="auto"/>
        <w:rPr>
          <w:rStyle w:val="Lodia"/>
          <w:rFonts w:ascii="Arial" w:hAnsi="Arial" w:cs="Arial"/>
        </w:rPr>
      </w:pPr>
      <w:r w:rsidRPr="002C2419">
        <w:rPr>
          <w:rStyle w:val="Lodia"/>
          <w:rFonts w:ascii="Arial" w:hAnsi="Arial" w:cs="Arial"/>
        </w:rPr>
        <w:t>Adierazleak:</w:t>
      </w:r>
    </w:p>
    <w:tbl>
      <w:tblPr>
        <w:tblStyle w:val="5sareta-taulailuna-1enfasia"/>
        <w:tblW w:w="0" w:type="auto"/>
        <w:tblLook w:val="04A0" w:firstRow="1" w:lastRow="0" w:firstColumn="1" w:lastColumn="0" w:noHBand="0" w:noVBand="1"/>
      </w:tblPr>
      <w:tblGrid>
        <w:gridCol w:w="2297"/>
        <w:gridCol w:w="5286"/>
      </w:tblGrid>
      <w:tr xmlns:wp14="http://schemas.microsoft.com/office/word/2010/wordml" w:rsidRPr="002C2419" w:rsidR="00D3238E" w:rsidTr="0011407A" w14:paraId="7DA76BE4" wp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0F510780"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Arloa</w:t>
            </w:r>
          </w:p>
        </w:tc>
        <w:tc>
          <w:tcPr>
            <w:tcW w:w="0" w:type="auto"/>
            <w:hideMark/>
          </w:tcPr>
          <w:p w:rsidRPr="002C2419" w:rsidR="00D3238E" w:rsidP="0011407A" w:rsidRDefault="00D3238E" w14:paraId="602842D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Adierazleak</w:t>
            </w:r>
          </w:p>
        </w:tc>
      </w:tr>
      <w:tr xmlns:wp14="http://schemas.microsoft.com/office/word/2010/wordml" w:rsidRPr="002C2419" w:rsidR="00D3238E" w:rsidTr="0011407A" w14:paraId="47B9347C"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16223098"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Ezagutza teknikoa</w:t>
            </w:r>
          </w:p>
        </w:tc>
        <w:tc>
          <w:tcPr>
            <w:tcW w:w="0" w:type="auto"/>
            <w:hideMark/>
          </w:tcPr>
          <w:p w:rsidRPr="002C2419" w:rsidR="00D3238E" w:rsidP="0011407A" w:rsidRDefault="002C2419" w14:paraId="7653B11A"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Sistemaren konfigurazioa eta programazioa</w:t>
            </w:r>
          </w:p>
        </w:tc>
      </w:tr>
      <w:tr xmlns:wp14="http://schemas.microsoft.com/office/word/2010/wordml" w:rsidRPr="002C2419" w:rsidR="00D3238E" w:rsidTr="0011407A" w14:paraId="1C5486C5"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3274DC6A"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Aplikazioa</w:t>
            </w:r>
          </w:p>
        </w:tc>
        <w:tc>
          <w:tcPr>
            <w:tcW w:w="0" w:type="auto"/>
            <w:hideMark/>
          </w:tcPr>
          <w:p w:rsidRPr="002C2419" w:rsidR="00D3238E" w:rsidP="0011407A" w:rsidRDefault="002C2419" w14:paraId="0A1C40F2"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Sistemaren integrazioa eta proiektuen emaitzak</w:t>
            </w:r>
          </w:p>
        </w:tc>
      </w:tr>
      <w:tr xmlns:wp14="http://schemas.microsoft.com/office/word/2010/wordml" w:rsidRPr="002C2419" w:rsidR="00D3238E" w:rsidTr="0011407A" w14:paraId="104AD492" wp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714F91A4"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Dokumentazioa</w:t>
            </w:r>
          </w:p>
        </w:tc>
        <w:tc>
          <w:tcPr>
            <w:tcW w:w="0" w:type="auto"/>
            <w:hideMark/>
          </w:tcPr>
          <w:p w:rsidRPr="002C2419" w:rsidR="00D3238E" w:rsidP="0011407A" w:rsidRDefault="002C2419" w14:paraId="51C50603"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Txosten teknikoa, aurkezpena</w:t>
            </w:r>
          </w:p>
        </w:tc>
      </w:tr>
      <w:tr xmlns:wp14="http://schemas.microsoft.com/office/word/2010/wordml" w:rsidRPr="002C2419" w:rsidR="00D3238E" w:rsidTr="0011407A" w14:paraId="3556F7AC" wp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3FC27BF8"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Jarrera</w:t>
            </w:r>
          </w:p>
        </w:tc>
        <w:tc>
          <w:tcPr>
            <w:tcW w:w="0" w:type="auto"/>
            <w:hideMark/>
          </w:tcPr>
          <w:p w:rsidRPr="002C2419" w:rsidR="00D3238E" w:rsidP="0011407A" w:rsidRDefault="00D3238E" w14:paraId="1CF8DBCD"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Segurtasuna, lankidetza, ekimena, ordena</w:t>
            </w:r>
          </w:p>
        </w:tc>
      </w:tr>
    </w:tbl>
    <w:p xmlns:wp14="http://schemas.microsoft.com/office/word/2010/wordml" w:rsidR="00A511E6" w:rsidP="00A511E6" w:rsidRDefault="00A511E6" w14:paraId="5997CC1D" wp14:textId="77777777">
      <w:pPr>
        <w:pStyle w:val="1izenburua"/>
        <w:spacing w:line="360" w:lineRule="auto"/>
        <w:ind w:left="360"/>
        <w:rPr>
          <w:rFonts w:ascii="Arial" w:hAnsi="Arial" w:cs="Arial"/>
          <w:szCs w:val="24"/>
          <w:lang w:val="eu-ES"/>
        </w:rPr>
      </w:pPr>
    </w:p>
    <w:p xmlns:wp14="http://schemas.microsoft.com/office/word/2010/wordml" w:rsidRPr="006F5C00" w:rsidR="00D3238E" w:rsidP="00D3238E" w:rsidRDefault="00D3238E" w14:paraId="1D98E513" wp14:textId="77777777">
      <w:pPr>
        <w:pStyle w:val="1izenburua"/>
        <w:numPr>
          <w:ilvl w:val="0"/>
          <w:numId w:val="14"/>
        </w:numPr>
        <w:spacing w:line="360" w:lineRule="auto"/>
        <w:rPr>
          <w:rFonts w:ascii="Arial" w:hAnsi="Arial" w:cs="Arial"/>
          <w:szCs w:val="24"/>
          <w:lang w:val="eu-ES"/>
        </w:rPr>
      </w:pPr>
      <w:bookmarkStart w:name="_Toc202768984" w:id="13"/>
      <w:r w:rsidRPr="006F5C00">
        <w:rPr>
          <w:rFonts w:ascii="Arial" w:hAnsi="Arial" w:cs="Arial"/>
          <w:szCs w:val="24"/>
          <w:lang w:val="eu-ES"/>
        </w:rPr>
        <w:t>Material Didaktikoa eta Baliabideak</w:t>
      </w:r>
      <w:bookmarkEnd w:id="13"/>
    </w:p>
    <w:p xmlns:wp14="http://schemas.microsoft.com/office/word/2010/wordml" w:rsidRPr="002C2419" w:rsidR="002C2419" w:rsidP="002C2419" w:rsidRDefault="002C2419" w14:paraId="110FFD37" wp14:textId="77777777">
      <w:pPr>
        <w:rPr>
          <w:rFonts w:ascii="Arial" w:hAnsi="Arial" w:cs="Arial"/>
          <w:sz w:val="24"/>
          <w:szCs w:val="24"/>
          <w:lang w:val="eu-ES"/>
        </w:rPr>
      </w:pPr>
    </w:p>
    <w:p xmlns:wp14="http://schemas.microsoft.com/office/word/2010/wordml" w:rsidRPr="002C2419" w:rsidR="00D3238E" w:rsidP="00D3238E" w:rsidRDefault="00D3238E" w14:paraId="4BB94168" wp14:textId="77777777">
      <w:pPr>
        <w:pStyle w:val="Normalaweb"/>
        <w:numPr>
          <w:ilvl w:val="0"/>
          <w:numId w:val="36"/>
        </w:numPr>
        <w:spacing w:line="360" w:lineRule="auto"/>
        <w:rPr>
          <w:rFonts w:ascii="Arial" w:hAnsi="Arial" w:cs="Arial"/>
        </w:rPr>
      </w:pPr>
      <w:r w:rsidRPr="002C2419">
        <w:rPr>
          <w:rStyle w:val="Lodia"/>
          <w:rFonts w:ascii="Arial" w:hAnsi="Arial" w:cs="Arial"/>
        </w:rPr>
        <w:t>Materialak:</w:t>
      </w:r>
    </w:p>
    <w:p xmlns:wp14="http://schemas.microsoft.com/office/word/2010/wordml" w:rsidRPr="002C2419" w:rsidR="00D3238E" w:rsidP="00D3238E" w:rsidRDefault="00D3238E" w14:paraId="6D277149"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u-ES"/>
        </w:rPr>
        <w:t>UR5 robota</w:t>
      </w:r>
    </w:p>
    <w:p xmlns:wp14="http://schemas.microsoft.com/office/word/2010/wordml" w:rsidRPr="002C2419" w:rsidR="00D3238E" w:rsidP="00D3238E" w:rsidRDefault="006F5C00" w14:paraId="10537E5D"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Pr>
          <w:rStyle w:val="citation-727"/>
          <w:rFonts w:ascii="Arial" w:hAnsi="Arial" w:cs="Arial"/>
          <w:sz w:val="24"/>
          <w:szCs w:val="24"/>
          <w:lang w:val="eu-ES"/>
        </w:rPr>
        <w:t>MiR100</w:t>
      </w:r>
    </w:p>
    <w:p xmlns:wp14="http://schemas.microsoft.com/office/word/2010/wordml" w:rsidRPr="002C2419" w:rsidR="00D3238E" w:rsidP="00D3238E" w:rsidRDefault="00D3238E" w14:paraId="38718406"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sidRPr="002C2419">
        <w:rPr>
          <w:rStyle w:val="citation-727"/>
          <w:rFonts w:ascii="Arial" w:hAnsi="Arial" w:cs="Arial"/>
          <w:sz w:val="24"/>
          <w:szCs w:val="24"/>
          <w:lang w:val="eu-ES"/>
        </w:rPr>
        <w:t>Cognex</w:t>
      </w:r>
      <w:proofErr w:type="spellEnd"/>
      <w:r w:rsidRPr="002C2419">
        <w:rPr>
          <w:rStyle w:val="citation-727"/>
          <w:rFonts w:ascii="Arial" w:hAnsi="Arial" w:cs="Arial"/>
          <w:sz w:val="24"/>
          <w:szCs w:val="24"/>
          <w:lang w:val="eu-ES"/>
        </w:rPr>
        <w:t xml:space="preserve"> In-</w:t>
      </w:r>
      <w:proofErr w:type="spellStart"/>
      <w:r w:rsidRPr="002C2419">
        <w:rPr>
          <w:rStyle w:val="citation-727"/>
          <w:rFonts w:ascii="Arial" w:hAnsi="Arial" w:cs="Arial"/>
          <w:sz w:val="24"/>
          <w:szCs w:val="24"/>
          <w:lang w:val="eu-ES"/>
        </w:rPr>
        <w:t>Sight</w:t>
      </w:r>
      <w:proofErr w:type="spellEnd"/>
      <w:r w:rsidRPr="002C2419">
        <w:rPr>
          <w:rStyle w:val="citation-727"/>
          <w:rFonts w:ascii="Arial" w:hAnsi="Arial" w:cs="Arial"/>
          <w:sz w:val="24"/>
          <w:szCs w:val="24"/>
          <w:lang w:val="eu-ES"/>
        </w:rPr>
        <w:t xml:space="preserve"> kamera eta In-</w:t>
      </w:r>
      <w:proofErr w:type="spellStart"/>
      <w:r w:rsidRPr="002C2419">
        <w:rPr>
          <w:rStyle w:val="citation-727"/>
          <w:rFonts w:ascii="Arial" w:hAnsi="Arial" w:cs="Arial"/>
          <w:sz w:val="24"/>
          <w:szCs w:val="24"/>
          <w:lang w:val="eu-ES"/>
        </w:rPr>
        <w:t>Sight</w:t>
      </w:r>
      <w:proofErr w:type="spellEnd"/>
      <w:r w:rsidRPr="002C2419">
        <w:rPr>
          <w:rStyle w:val="citation-727"/>
          <w:rFonts w:ascii="Arial" w:hAnsi="Arial" w:cs="Arial"/>
          <w:sz w:val="24"/>
          <w:szCs w:val="24"/>
          <w:lang w:val="eu-ES"/>
        </w:rPr>
        <w:t xml:space="preserve"> Explorer softwarea</w:t>
      </w:r>
    </w:p>
    <w:p xmlns:wp14="http://schemas.microsoft.com/office/word/2010/wordml" w:rsidR="00D3238E" w:rsidP="00D3238E" w:rsidRDefault="00D3238E" w14:paraId="3EDA66CD"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sidRPr="002C2419">
        <w:rPr>
          <w:rStyle w:val="citation-727"/>
          <w:rFonts w:ascii="Arial" w:hAnsi="Arial" w:cs="Arial"/>
          <w:sz w:val="24"/>
          <w:szCs w:val="24"/>
          <w:lang w:val="eu-ES"/>
        </w:rPr>
        <w:t>Festo</w:t>
      </w:r>
      <w:proofErr w:type="spellEnd"/>
      <w:r w:rsidRPr="002C2419">
        <w:rPr>
          <w:rStyle w:val="citation-727"/>
          <w:rFonts w:ascii="Arial" w:hAnsi="Arial" w:cs="Arial"/>
          <w:sz w:val="24"/>
          <w:szCs w:val="24"/>
          <w:lang w:val="eu-ES"/>
        </w:rPr>
        <w:t xml:space="preserve"> maketa: paletak, zinta garraiatzailea, balbulak, PLC</w:t>
      </w:r>
      <w:r w:rsidR="006F5C00">
        <w:rPr>
          <w:rStyle w:val="citation-727"/>
          <w:rFonts w:ascii="Arial" w:hAnsi="Arial" w:cs="Arial"/>
          <w:sz w:val="24"/>
          <w:szCs w:val="24"/>
          <w:lang w:val="eu-ES"/>
        </w:rPr>
        <w:t xml:space="preserve"> (S7-1500)</w:t>
      </w:r>
    </w:p>
    <w:p xmlns:wp14="http://schemas.microsoft.com/office/word/2010/wordml" w:rsidRPr="002C2419" w:rsidR="006F5C00" w:rsidP="00D3238E" w:rsidRDefault="006F5C00" w14:paraId="5D4B4E3E" wp14:textId="77777777">
      <w:pPr>
        <w:numPr>
          <w:ilvl w:val="1"/>
          <w:numId w:val="36"/>
        </w:numPr>
        <w:spacing w:before="100" w:beforeAutospacing="1" w:after="100" w:afterAutospacing="1" w:line="360" w:lineRule="auto"/>
        <w:rPr>
          <w:rStyle w:val="citation-727"/>
          <w:rFonts w:ascii="Arial" w:hAnsi="Arial" w:cs="Arial"/>
          <w:sz w:val="24"/>
          <w:szCs w:val="24"/>
          <w:lang w:val="eu-ES"/>
        </w:rPr>
      </w:pPr>
      <w:proofErr w:type="spellStart"/>
      <w:r>
        <w:rPr>
          <w:rStyle w:val="citation-727"/>
          <w:rFonts w:ascii="Arial" w:hAnsi="Arial" w:cs="Arial"/>
          <w:sz w:val="24"/>
          <w:szCs w:val="24"/>
          <w:lang w:val="eu-ES"/>
        </w:rPr>
        <w:t>Simumatik</w:t>
      </w:r>
      <w:proofErr w:type="spellEnd"/>
      <w:r>
        <w:rPr>
          <w:rStyle w:val="citation-727"/>
          <w:rFonts w:ascii="Arial" w:hAnsi="Arial" w:cs="Arial"/>
          <w:sz w:val="24"/>
          <w:szCs w:val="24"/>
          <w:lang w:val="eu-ES"/>
        </w:rPr>
        <w:t xml:space="preserve"> digital </w:t>
      </w:r>
      <w:proofErr w:type="spellStart"/>
      <w:r>
        <w:rPr>
          <w:rStyle w:val="citation-727"/>
          <w:rFonts w:ascii="Arial" w:hAnsi="Arial" w:cs="Arial"/>
          <w:sz w:val="24"/>
          <w:szCs w:val="24"/>
          <w:lang w:val="eu-ES"/>
        </w:rPr>
        <w:t>twin</w:t>
      </w:r>
      <w:proofErr w:type="spellEnd"/>
      <w:r>
        <w:rPr>
          <w:rStyle w:val="citation-727"/>
          <w:rFonts w:ascii="Arial" w:hAnsi="Arial" w:cs="Arial"/>
          <w:sz w:val="24"/>
          <w:szCs w:val="24"/>
          <w:lang w:val="eu-ES"/>
        </w:rPr>
        <w:t xml:space="preserve"> softwarea</w:t>
      </w:r>
    </w:p>
    <w:p xmlns:wp14="http://schemas.microsoft.com/office/word/2010/wordml" w:rsidRPr="002C2419" w:rsidR="00D3238E" w:rsidP="00D3238E" w:rsidRDefault="00D3238E" w14:paraId="0BF0BC46"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u-ES"/>
        </w:rPr>
        <w:t xml:space="preserve">Ethernet </w:t>
      </w:r>
      <w:proofErr w:type="spellStart"/>
      <w:r w:rsidRPr="002C2419">
        <w:rPr>
          <w:rStyle w:val="citation-727"/>
          <w:rFonts w:ascii="Arial" w:hAnsi="Arial" w:cs="Arial"/>
          <w:sz w:val="24"/>
          <w:szCs w:val="24"/>
          <w:lang w:val="eu-ES"/>
        </w:rPr>
        <w:t>switch</w:t>
      </w:r>
      <w:proofErr w:type="spellEnd"/>
      <w:r w:rsidRPr="002C2419">
        <w:rPr>
          <w:rStyle w:val="citation-727"/>
          <w:rFonts w:ascii="Arial" w:hAnsi="Arial" w:cs="Arial"/>
          <w:sz w:val="24"/>
          <w:szCs w:val="24"/>
          <w:lang w:val="eu-ES"/>
        </w:rPr>
        <w:t>-a eta komunikazio osagaiak</w:t>
      </w:r>
    </w:p>
    <w:p xmlns:wp14="http://schemas.microsoft.com/office/word/2010/wordml" w:rsidR="00D3238E" w:rsidP="00D3238E" w:rsidRDefault="00D3238E" w14:paraId="1CDF9DFC" wp14:textId="77777777">
      <w:pPr>
        <w:numPr>
          <w:ilvl w:val="1"/>
          <w:numId w:val="36"/>
        </w:numPr>
        <w:spacing w:before="100" w:beforeAutospacing="1" w:after="100" w:afterAutospacing="1" w:line="360" w:lineRule="auto"/>
        <w:rPr>
          <w:rStyle w:val="citation-727"/>
          <w:rFonts w:ascii="Arial" w:hAnsi="Arial" w:cs="Arial"/>
          <w:sz w:val="24"/>
          <w:szCs w:val="24"/>
          <w:lang w:val="eu-ES"/>
        </w:rPr>
      </w:pPr>
      <w:r w:rsidRPr="002C2419">
        <w:rPr>
          <w:rStyle w:val="citation-727"/>
          <w:rFonts w:ascii="Arial" w:hAnsi="Arial" w:cs="Arial"/>
          <w:sz w:val="24"/>
          <w:szCs w:val="24"/>
          <w:lang w:val="eu-ES"/>
        </w:rPr>
        <w:t>PC eta programazio softwarea (</w:t>
      </w:r>
      <w:proofErr w:type="spellStart"/>
      <w:r w:rsidRPr="002C2419">
        <w:rPr>
          <w:rStyle w:val="citation-727"/>
          <w:rFonts w:ascii="Arial" w:hAnsi="Arial" w:cs="Arial"/>
          <w:sz w:val="24"/>
          <w:szCs w:val="24"/>
          <w:lang w:val="eu-ES"/>
        </w:rPr>
        <w:t>URCaps</w:t>
      </w:r>
      <w:proofErr w:type="spellEnd"/>
      <w:r w:rsidRPr="002C2419">
        <w:rPr>
          <w:rStyle w:val="citation-727"/>
          <w:rFonts w:ascii="Arial" w:hAnsi="Arial" w:cs="Arial"/>
          <w:sz w:val="24"/>
          <w:szCs w:val="24"/>
          <w:lang w:val="eu-ES"/>
        </w:rPr>
        <w:t xml:space="preserve">, </w:t>
      </w:r>
      <w:proofErr w:type="spellStart"/>
      <w:r w:rsidRPr="002C2419">
        <w:rPr>
          <w:rStyle w:val="citation-727"/>
          <w:rFonts w:ascii="Arial" w:hAnsi="Arial" w:cs="Arial"/>
          <w:sz w:val="24"/>
          <w:szCs w:val="24"/>
          <w:lang w:val="eu-ES"/>
        </w:rPr>
        <w:t>Cognex</w:t>
      </w:r>
      <w:proofErr w:type="spellEnd"/>
      <w:r w:rsidRPr="002C2419">
        <w:rPr>
          <w:rStyle w:val="citation-727"/>
          <w:rFonts w:ascii="Arial" w:hAnsi="Arial" w:cs="Arial"/>
          <w:sz w:val="24"/>
          <w:szCs w:val="24"/>
          <w:lang w:val="eu-ES"/>
        </w:rPr>
        <w:t xml:space="preserve">, </w:t>
      </w:r>
      <w:proofErr w:type="spellStart"/>
      <w:r w:rsidRPr="002C2419">
        <w:rPr>
          <w:rStyle w:val="citation-727"/>
          <w:rFonts w:ascii="Arial" w:hAnsi="Arial" w:cs="Arial"/>
          <w:sz w:val="24"/>
          <w:szCs w:val="24"/>
          <w:lang w:val="eu-ES"/>
        </w:rPr>
        <w:t>MiR</w:t>
      </w:r>
      <w:proofErr w:type="spellEnd"/>
      <w:r w:rsidRPr="002C2419">
        <w:rPr>
          <w:rStyle w:val="citation-727"/>
          <w:rFonts w:ascii="Arial" w:hAnsi="Arial" w:cs="Arial"/>
          <w:sz w:val="24"/>
          <w:szCs w:val="24"/>
          <w:lang w:val="eu-ES"/>
        </w:rPr>
        <w:t xml:space="preserve"> </w:t>
      </w:r>
      <w:proofErr w:type="spellStart"/>
      <w:r w:rsidRPr="002C2419">
        <w:rPr>
          <w:rStyle w:val="citation-727"/>
          <w:rFonts w:ascii="Arial" w:hAnsi="Arial" w:cs="Arial"/>
          <w:sz w:val="24"/>
          <w:szCs w:val="24"/>
          <w:lang w:val="eu-ES"/>
        </w:rPr>
        <w:t>Fleet</w:t>
      </w:r>
      <w:proofErr w:type="spellEnd"/>
      <w:r w:rsidRPr="002C2419">
        <w:rPr>
          <w:rStyle w:val="citation-727"/>
          <w:rFonts w:ascii="Arial" w:hAnsi="Arial" w:cs="Arial"/>
          <w:sz w:val="24"/>
          <w:szCs w:val="24"/>
          <w:lang w:val="eu-ES"/>
        </w:rPr>
        <w:t>, Siemens TIA/</w:t>
      </w:r>
      <w:proofErr w:type="spellStart"/>
      <w:r w:rsidRPr="002C2419">
        <w:rPr>
          <w:rStyle w:val="citation-727"/>
          <w:rFonts w:ascii="Arial" w:hAnsi="Arial" w:cs="Arial"/>
          <w:sz w:val="24"/>
          <w:szCs w:val="24"/>
          <w:lang w:val="eu-ES"/>
        </w:rPr>
        <w:t>CodeSys</w:t>
      </w:r>
      <w:proofErr w:type="spellEnd"/>
      <w:r w:rsidRPr="002C2419">
        <w:rPr>
          <w:rStyle w:val="citation-727"/>
          <w:rFonts w:ascii="Arial" w:hAnsi="Arial" w:cs="Arial"/>
          <w:sz w:val="24"/>
          <w:szCs w:val="24"/>
          <w:lang w:val="eu-ES"/>
        </w:rPr>
        <w:t>)</w:t>
      </w:r>
    </w:p>
    <w:p xmlns:wp14="http://schemas.microsoft.com/office/word/2010/wordml" w:rsidRPr="002C2419" w:rsidR="00A511E6" w:rsidP="00A511E6" w:rsidRDefault="00A511E6" w14:paraId="6B699379" wp14:textId="77777777">
      <w:pPr>
        <w:spacing w:before="100" w:beforeAutospacing="1" w:after="100" w:afterAutospacing="1" w:line="360" w:lineRule="auto"/>
        <w:ind w:left="720"/>
        <w:rPr>
          <w:rStyle w:val="citation-727"/>
          <w:rFonts w:ascii="Arial" w:hAnsi="Arial" w:cs="Arial"/>
          <w:sz w:val="24"/>
          <w:szCs w:val="24"/>
          <w:lang w:val="eu-ES"/>
        </w:rPr>
      </w:pPr>
    </w:p>
    <w:p xmlns:wp14="http://schemas.microsoft.com/office/word/2010/wordml" w:rsidRPr="002C2419" w:rsidR="00D3238E" w:rsidP="00D3238E" w:rsidRDefault="00D3238E" w14:paraId="1C8E73D6" wp14:textId="77777777">
      <w:pPr>
        <w:pStyle w:val="1izenburua"/>
        <w:numPr>
          <w:ilvl w:val="0"/>
          <w:numId w:val="14"/>
        </w:numPr>
        <w:spacing w:line="360" w:lineRule="auto"/>
        <w:rPr>
          <w:rFonts w:ascii="Arial" w:hAnsi="Arial" w:cs="Arial"/>
          <w:bCs w:val="0"/>
          <w:szCs w:val="24"/>
          <w:lang w:val="eu-ES"/>
        </w:rPr>
      </w:pPr>
      <w:bookmarkStart w:name="_Toc202768985" w:id="14"/>
      <w:r w:rsidRPr="002C2419">
        <w:rPr>
          <w:rFonts w:ascii="Arial" w:hAnsi="Arial" w:cs="Arial"/>
          <w:bCs w:val="0"/>
          <w:szCs w:val="24"/>
          <w:lang w:val="eu-ES"/>
        </w:rPr>
        <w:t>Denbora Antolamendua</w:t>
      </w:r>
      <w:bookmarkEnd w:id="14"/>
    </w:p>
    <w:p xmlns:wp14="http://schemas.microsoft.com/office/word/2010/wordml" w:rsidRPr="002C2419" w:rsidR="00D3238E" w:rsidP="00D3238E" w:rsidRDefault="00D3238E" w14:paraId="3FE9F23F" wp14:textId="77777777">
      <w:pPr>
        <w:rPr>
          <w:rFonts w:ascii="Arial" w:hAnsi="Arial" w:cs="Arial"/>
          <w:sz w:val="24"/>
          <w:szCs w:val="24"/>
          <w:lang w:val="eu-ES"/>
        </w:rPr>
      </w:pPr>
    </w:p>
    <w:tbl>
      <w:tblPr>
        <w:tblStyle w:val="4sareta-taula-1enfasia"/>
        <w:tblW w:w="0" w:type="auto"/>
        <w:jc w:val="center"/>
        <w:tblLook w:val="04A0" w:firstRow="1" w:lastRow="0" w:firstColumn="1" w:lastColumn="0" w:noHBand="0" w:noVBand="1"/>
      </w:tblPr>
      <w:tblGrid>
        <w:gridCol w:w="1097"/>
        <w:gridCol w:w="4406"/>
      </w:tblGrid>
      <w:tr xmlns:wp14="http://schemas.microsoft.com/office/word/2010/wordml" w:rsidRPr="002C2419" w:rsidR="00D3238E" w:rsidTr="0011407A" w14:paraId="78071D1E" wp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06B268B5"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Astea</w:t>
            </w:r>
          </w:p>
        </w:tc>
        <w:tc>
          <w:tcPr>
            <w:tcW w:w="0" w:type="auto"/>
            <w:hideMark/>
          </w:tcPr>
          <w:p w:rsidRPr="002C2419" w:rsidR="00D3238E" w:rsidP="0011407A" w:rsidRDefault="00D3238E" w14:paraId="37143378" wp14:textId="77777777">
            <w:pPr>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Jarduera nagusiak</w:t>
            </w:r>
          </w:p>
        </w:tc>
      </w:tr>
      <w:tr xmlns:wp14="http://schemas.microsoft.com/office/word/2010/wordml" w:rsidRPr="002C2419" w:rsidR="00D3238E" w:rsidTr="0011407A" w14:paraId="4EB92825"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02B28B4C"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1. astea</w:t>
            </w:r>
          </w:p>
        </w:tc>
        <w:tc>
          <w:tcPr>
            <w:tcW w:w="0" w:type="auto"/>
            <w:hideMark/>
          </w:tcPr>
          <w:p w:rsidRPr="002C2419" w:rsidR="00D3238E" w:rsidP="0011407A" w:rsidRDefault="00D3238E" w14:paraId="7A8AD9CB"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 xml:space="preserve">UR eta </w:t>
            </w:r>
            <w:proofErr w:type="spellStart"/>
            <w:r w:rsidRPr="002C2419">
              <w:rPr>
                <w:rFonts w:ascii="Arial" w:hAnsi="Arial" w:eastAsia="Times New Roman" w:cs="Arial"/>
                <w:sz w:val="24"/>
                <w:szCs w:val="24"/>
                <w:lang w:val="eu-ES" w:eastAsia="eu-ES"/>
              </w:rPr>
              <w:t>Cognex</w:t>
            </w:r>
            <w:proofErr w:type="spellEnd"/>
            <w:r w:rsidRPr="002C2419">
              <w:rPr>
                <w:rFonts w:ascii="Arial" w:hAnsi="Arial" w:eastAsia="Times New Roman" w:cs="Arial"/>
                <w:sz w:val="24"/>
                <w:szCs w:val="24"/>
                <w:lang w:val="eu-ES" w:eastAsia="eu-ES"/>
              </w:rPr>
              <w:t xml:space="preserve"> trebakuntza</w:t>
            </w:r>
          </w:p>
        </w:tc>
      </w:tr>
      <w:tr xmlns:wp14="http://schemas.microsoft.com/office/word/2010/wordml" w:rsidRPr="002C2419" w:rsidR="00D3238E" w:rsidTr="0011407A" w14:paraId="44DABAF1"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422291AF"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2. astea</w:t>
            </w:r>
          </w:p>
        </w:tc>
        <w:tc>
          <w:tcPr>
            <w:tcW w:w="0" w:type="auto"/>
            <w:hideMark/>
          </w:tcPr>
          <w:p w:rsidRPr="002C2419" w:rsidR="00D3238E" w:rsidP="0011407A" w:rsidRDefault="00D3238E" w14:paraId="16F30335"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proofErr w:type="spellStart"/>
            <w:r w:rsidRPr="002C2419">
              <w:rPr>
                <w:rFonts w:ascii="Arial" w:hAnsi="Arial" w:eastAsia="Times New Roman" w:cs="Arial"/>
                <w:sz w:val="24"/>
                <w:szCs w:val="24"/>
                <w:lang w:val="eu-ES" w:eastAsia="eu-ES"/>
              </w:rPr>
              <w:t>MiR</w:t>
            </w:r>
            <w:proofErr w:type="spellEnd"/>
            <w:r w:rsidRPr="002C2419">
              <w:rPr>
                <w:rFonts w:ascii="Arial" w:hAnsi="Arial" w:eastAsia="Times New Roman" w:cs="Arial"/>
                <w:sz w:val="24"/>
                <w:szCs w:val="24"/>
                <w:lang w:val="eu-ES" w:eastAsia="eu-ES"/>
              </w:rPr>
              <w:t xml:space="preserve"> eta </w:t>
            </w:r>
            <w:proofErr w:type="spellStart"/>
            <w:r w:rsidRPr="002C2419">
              <w:rPr>
                <w:rFonts w:ascii="Arial" w:hAnsi="Arial" w:eastAsia="Times New Roman" w:cs="Arial"/>
                <w:sz w:val="24"/>
                <w:szCs w:val="24"/>
                <w:lang w:val="eu-ES" w:eastAsia="eu-ES"/>
              </w:rPr>
              <w:t>Festo</w:t>
            </w:r>
            <w:proofErr w:type="spellEnd"/>
            <w:r w:rsidRPr="002C2419">
              <w:rPr>
                <w:rFonts w:ascii="Arial" w:hAnsi="Arial" w:eastAsia="Times New Roman" w:cs="Arial"/>
                <w:sz w:val="24"/>
                <w:szCs w:val="24"/>
                <w:lang w:val="eu-ES" w:eastAsia="eu-ES"/>
              </w:rPr>
              <w:t xml:space="preserve"> proiektuaren zatiak</w:t>
            </w:r>
          </w:p>
        </w:tc>
      </w:tr>
      <w:tr xmlns:wp14="http://schemas.microsoft.com/office/word/2010/wordml" w:rsidRPr="002C2419" w:rsidR="00D3238E" w:rsidTr="0011407A" w14:paraId="5CB00A56" wp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59B27A5E"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3. astea</w:t>
            </w:r>
          </w:p>
        </w:tc>
        <w:tc>
          <w:tcPr>
            <w:tcW w:w="0" w:type="auto"/>
            <w:hideMark/>
          </w:tcPr>
          <w:p w:rsidRPr="002C2419" w:rsidR="00D3238E" w:rsidP="0011407A" w:rsidRDefault="00D3238E" w14:paraId="129C64AC" wp14:textId="77777777">
            <w:pPr>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Proiektuaren muntaketa eta integrazioa</w:t>
            </w:r>
          </w:p>
        </w:tc>
      </w:tr>
      <w:tr xmlns:wp14="http://schemas.microsoft.com/office/word/2010/wordml" w:rsidRPr="002C2419" w:rsidR="00D3238E" w:rsidTr="0011407A" w14:paraId="7E3D552C" wp14:textId="77777777">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rsidRPr="002C2419" w:rsidR="00D3238E" w:rsidP="0011407A" w:rsidRDefault="00D3238E" w14:paraId="4B773E3D" wp14:textId="77777777">
            <w:pPr>
              <w:jc w:val="center"/>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4. astea</w:t>
            </w:r>
          </w:p>
        </w:tc>
        <w:tc>
          <w:tcPr>
            <w:tcW w:w="0" w:type="auto"/>
            <w:hideMark/>
          </w:tcPr>
          <w:p w:rsidRPr="002C2419" w:rsidR="00D3238E" w:rsidP="0011407A" w:rsidRDefault="00D3238E" w14:paraId="4F94969A" wp14:textId="77777777">
            <w:pPr>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24"/>
                <w:szCs w:val="24"/>
                <w:lang w:val="eu-ES" w:eastAsia="eu-ES"/>
              </w:rPr>
            </w:pPr>
            <w:r w:rsidRPr="002C2419">
              <w:rPr>
                <w:rFonts w:ascii="Arial" w:hAnsi="Arial" w:eastAsia="Times New Roman" w:cs="Arial"/>
                <w:sz w:val="24"/>
                <w:szCs w:val="24"/>
                <w:lang w:val="eu-ES" w:eastAsia="eu-ES"/>
              </w:rPr>
              <w:t>Probak, aurkezpena eta ebaluazioa</w:t>
            </w:r>
          </w:p>
        </w:tc>
      </w:tr>
    </w:tbl>
    <w:p xmlns:wp14="http://schemas.microsoft.com/office/word/2010/wordml" w:rsidRPr="002C2419" w:rsidR="00D3238E" w:rsidP="00D3238E" w:rsidRDefault="00D3238E" w14:paraId="0892E964" wp14:textId="77777777">
      <w:pPr>
        <w:pStyle w:val="1izenburua"/>
        <w:numPr>
          <w:ilvl w:val="0"/>
          <w:numId w:val="14"/>
        </w:numPr>
        <w:spacing w:line="360" w:lineRule="auto"/>
        <w:rPr>
          <w:rFonts w:ascii="Arial" w:hAnsi="Arial" w:cs="Arial"/>
          <w:bCs w:val="0"/>
          <w:szCs w:val="24"/>
          <w:lang w:val="eu-ES"/>
        </w:rPr>
      </w:pPr>
      <w:bookmarkStart w:name="_Toc202768986" w:id="15"/>
      <w:r w:rsidRPr="002C2419">
        <w:rPr>
          <w:rFonts w:ascii="Arial" w:hAnsi="Arial" w:cs="Arial"/>
          <w:szCs w:val="24"/>
          <w:lang w:val="eu-ES"/>
        </w:rPr>
        <w:t>Inklusioa eta Aniztasunaren Arreta</w:t>
      </w:r>
      <w:bookmarkEnd w:id="15"/>
    </w:p>
    <w:p xmlns:wp14="http://schemas.microsoft.com/office/word/2010/wordml" w:rsidRPr="002C2419" w:rsidR="00D3238E" w:rsidP="00D3238E" w:rsidRDefault="00D3238E" w14:paraId="27BBB6BA" wp14:textId="77777777">
      <w:pPr>
        <w:pStyle w:val="Normalaweb"/>
        <w:numPr>
          <w:ilvl w:val="0"/>
          <w:numId w:val="38"/>
        </w:numPr>
        <w:spacing w:line="360" w:lineRule="auto"/>
        <w:rPr>
          <w:rFonts w:ascii="Arial" w:hAnsi="Arial" w:cs="Arial"/>
        </w:rPr>
      </w:pPr>
      <w:r w:rsidRPr="002C2419">
        <w:rPr>
          <w:rStyle w:val="Lodia"/>
          <w:rFonts w:ascii="Arial" w:hAnsi="Arial" w:cs="Arial"/>
        </w:rPr>
        <w:t>Neurri espezifikoak ikasle guztiek parte har dezaten:</w:t>
      </w:r>
    </w:p>
    <w:p xmlns:wp14="http://schemas.microsoft.com/office/word/2010/wordml" w:rsidRPr="002C2419" w:rsidR="00D3238E" w:rsidP="00D3238E" w:rsidRDefault="00D3238E" w14:paraId="322C4F14"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7"/>
          <w:rFonts w:ascii="Arial" w:hAnsi="Arial" w:cs="Arial"/>
          <w:sz w:val="24"/>
          <w:szCs w:val="24"/>
          <w:lang w:val="eu-ES"/>
        </w:rPr>
        <w:t>Irakaslearen hurbiltasun eta laguntza pertsonalizatua</w:t>
      </w:r>
      <w:r w:rsidRPr="002C2419">
        <w:rPr>
          <w:rFonts w:ascii="Arial" w:hAnsi="Arial" w:cs="Arial"/>
          <w:sz w:val="24"/>
          <w:szCs w:val="24"/>
          <w:lang w:val="eu-ES"/>
        </w:rPr>
        <w:t>.</w:t>
      </w:r>
    </w:p>
    <w:p xmlns:wp14="http://schemas.microsoft.com/office/word/2010/wordml" w:rsidRPr="002C2419" w:rsidR="00D3238E" w:rsidP="00D3238E" w:rsidRDefault="00D3238E" w14:paraId="0EF5003C"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6"/>
          <w:rFonts w:ascii="Arial" w:hAnsi="Arial" w:cs="Arial"/>
          <w:sz w:val="24"/>
          <w:szCs w:val="24"/>
          <w:lang w:val="eu-ES"/>
        </w:rPr>
        <w:t xml:space="preserve">Talde txikietan lan egiteko aukera, ikasleek elkarri lagun </w:t>
      </w:r>
      <w:proofErr w:type="spellStart"/>
      <w:r w:rsidRPr="002C2419">
        <w:rPr>
          <w:rStyle w:val="citation-706"/>
          <w:rFonts w:ascii="Arial" w:hAnsi="Arial" w:cs="Arial"/>
          <w:sz w:val="24"/>
          <w:szCs w:val="24"/>
          <w:lang w:val="eu-ES"/>
        </w:rPr>
        <w:t>diezaioten</w:t>
      </w:r>
      <w:proofErr w:type="spellEnd"/>
      <w:r w:rsidRPr="002C2419">
        <w:rPr>
          <w:rFonts w:ascii="Arial" w:hAnsi="Arial" w:cs="Arial"/>
          <w:sz w:val="24"/>
          <w:szCs w:val="24"/>
          <w:lang w:val="eu-ES"/>
        </w:rPr>
        <w:t>.</w:t>
      </w:r>
    </w:p>
    <w:p xmlns:wp14="http://schemas.microsoft.com/office/word/2010/wordml" w:rsidRPr="002C2419" w:rsidR="00D3238E" w:rsidP="00D3238E" w:rsidRDefault="00D3238E" w14:paraId="44A2668F"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5"/>
          <w:rFonts w:ascii="Arial" w:hAnsi="Arial" w:cs="Arial"/>
          <w:sz w:val="24"/>
          <w:szCs w:val="24"/>
          <w:lang w:val="eu-ES"/>
        </w:rPr>
        <w:t>Jarduerak zailtasun maila ezberdinetan eskaintzea, ikasle bakoitzaren erritmoari egokituz</w:t>
      </w:r>
      <w:r w:rsidRPr="002C2419">
        <w:rPr>
          <w:rFonts w:ascii="Arial" w:hAnsi="Arial" w:cs="Arial"/>
          <w:sz w:val="24"/>
          <w:szCs w:val="24"/>
          <w:lang w:val="eu-ES"/>
        </w:rPr>
        <w:t>.</w:t>
      </w:r>
    </w:p>
    <w:p xmlns:wp14="http://schemas.microsoft.com/office/word/2010/wordml" w:rsidRPr="002C2419" w:rsidR="00D3238E" w:rsidP="00D3238E" w:rsidRDefault="00D3238E" w14:paraId="0B83A822"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4"/>
          <w:rFonts w:ascii="Arial" w:hAnsi="Arial" w:cs="Arial"/>
          <w:sz w:val="24"/>
          <w:szCs w:val="24"/>
          <w:lang w:val="eu-ES"/>
        </w:rPr>
        <w:t>Ikaskuntza-estilo anitzei erantzuteko baliabideak (</w:t>
      </w:r>
      <w:proofErr w:type="spellStart"/>
      <w:r w:rsidRPr="002C2419">
        <w:rPr>
          <w:rStyle w:val="citation-704"/>
          <w:rFonts w:ascii="Arial" w:hAnsi="Arial" w:cs="Arial"/>
          <w:sz w:val="24"/>
          <w:szCs w:val="24"/>
          <w:lang w:val="eu-ES"/>
        </w:rPr>
        <w:t>ikusizkoak</w:t>
      </w:r>
      <w:proofErr w:type="spellEnd"/>
      <w:r w:rsidRPr="002C2419">
        <w:rPr>
          <w:rStyle w:val="citation-704"/>
          <w:rFonts w:ascii="Arial" w:hAnsi="Arial" w:cs="Arial"/>
          <w:sz w:val="24"/>
          <w:szCs w:val="24"/>
          <w:lang w:val="eu-ES"/>
        </w:rPr>
        <w:t>, entzunezkoak, praktikoak)</w:t>
      </w:r>
      <w:r w:rsidRPr="002C2419">
        <w:rPr>
          <w:rFonts w:ascii="Arial" w:hAnsi="Arial" w:cs="Arial"/>
          <w:sz w:val="24"/>
          <w:szCs w:val="24"/>
          <w:lang w:val="eu-ES"/>
        </w:rPr>
        <w:t>.</w:t>
      </w:r>
    </w:p>
    <w:p xmlns:wp14="http://schemas.microsoft.com/office/word/2010/wordml" w:rsidRPr="002C2419" w:rsidR="00D3238E" w:rsidP="00D3238E" w:rsidRDefault="00D3238E" w14:paraId="1F72F646" wp14:textId="77777777">
      <w:pPr>
        <w:spacing w:before="100" w:beforeAutospacing="1" w:after="100" w:afterAutospacing="1" w:line="360" w:lineRule="auto"/>
        <w:ind w:left="1440"/>
        <w:rPr>
          <w:rFonts w:ascii="Arial" w:hAnsi="Arial" w:cs="Arial"/>
          <w:sz w:val="24"/>
          <w:szCs w:val="24"/>
          <w:lang w:val="eu-ES"/>
        </w:rPr>
      </w:pPr>
    </w:p>
    <w:p xmlns:wp14="http://schemas.microsoft.com/office/word/2010/wordml" w:rsidRPr="002C2419" w:rsidR="00D3238E" w:rsidP="00D3238E" w:rsidRDefault="00D3238E" w14:paraId="5BE693C8" wp14:textId="77777777">
      <w:pPr>
        <w:pStyle w:val="Normalaweb"/>
        <w:numPr>
          <w:ilvl w:val="0"/>
          <w:numId w:val="38"/>
        </w:numPr>
        <w:spacing w:line="360" w:lineRule="auto"/>
        <w:rPr>
          <w:rFonts w:ascii="Arial" w:hAnsi="Arial" w:cs="Arial"/>
        </w:rPr>
      </w:pPr>
      <w:r w:rsidRPr="002C2419">
        <w:rPr>
          <w:rStyle w:val="Lodia"/>
          <w:rFonts w:ascii="Arial" w:hAnsi="Arial" w:cs="Arial"/>
        </w:rPr>
        <w:t>Hezkuntza-premia bereziko ikasleentzako egokitzapenak:</w:t>
      </w:r>
    </w:p>
    <w:p xmlns:wp14="http://schemas.microsoft.com/office/word/2010/wordml" w:rsidRPr="002C2419" w:rsidR="00D3238E" w:rsidP="00D3238E" w:rsidRDefault="00D3238E" w14:paraId="4A9F5F43"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3"/>
          <w:rFonts w:ascii="Arial" w:hAnsi="Arial" w:cs="Arial"/>
          <w:b/>
          <w:bCs/>
          <w:sz w:val="24"/>
          <w:szCs w:val="24"/>
          <w:lang w:val="eu-ES"/>
        </w:rPr>
        <w:t>Material didaktikoaren formatua:</w:t>
      </w:r>
      <w:r w:rsidRPr="002C2419">
        <w:rPr>
          <w:rStyle w:val="citation-703"/>
          <w:rFonts w:ascii="Arial" w:hAnsi="Arial" w:cs="Arial"/>
          <w:sz w:val="24"/>
          <w:szCs w:val="24"/>
          <w:lang w:val="eu-ES"/>
        </w:rPr>
        <w:t xml:space="preserve"> Letra-tamaina handitzea, kolore-kontrastea hobetzea, audio-deskribapenak eskaintzea bideoetan</w:t>
      </w:r>
      <w:r w:rsidRPr="002C2419">
        <w:rPr>
          <w:rFonts w:ascii="Arial" w:hAnsi="Arial" w:cs="Arial"/>
          <w:sz w:val="24"/>
          <w:szCs w:val="24"/>
          <w:lang w:val="eu-ES"/>
        </w:rPr>
        <w:t>.</w:t>
      </w:r>
    </w:p>
    <w:p xmlns:wp14="http://schemas.microsoft.com/office/word/2010/wordml" w:rsidRPr="002C2419" w:rsidR="00D3238E" w:rsidP="00D3238E" w:rsidRDefault="00D3238E" w14:paraId="022ADF95"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2"/>
          <w:rFonts w:ascii="Arial" w:hAnsi="Arial" w:cs="Arial"/>
          <w:b/>
          <w:bCs/>
          <w:sz w:val="24"/>
          <w:szCs w:val="24"/>
          <w:lang w:val="eu-ES"/>
        </w:rPr>
        <w:t>Denbora gehigarria:</w:t>
      </w:r>
      <w:r w:rsidRPr="002C2419">
        <w:rPr>
          <w:rStyle w:val="citation-702"/>
          <w:rFonts w:ascii="Arial" w:hAnsi="Arial" w:cs="Arial"/>
          <w:sz w:val="24"/>
          <w:szCs w:val="24"/>
          <w:lang w:val="eu-ES"/>
        </w:rPr>
        <w:t xml:space="preserve"> Praktikak burutzeko denbora gehigarria eskaintzea beharrezkoa den kasuetan</w:t>
      </w:r>
      <w:r w:rsidRPr="002C2419">
        <w:rPr>
          <w:rFonts w:ascii="Arial" w:hAnsi="Arial" w:cs="Arial"/>
          <w:sz w:val="24"/>
          <w:szCs w:val="24"/>
          <w:lang w:val="eu-ES"/>
        </w:rPr>
        <w:t>.</w:t>
      </w:r>
    </w:p>
    <w:p xmlns:wp14="http://schemas.microsoft.com/office/word/2010/wordml" w:rsidRPr="002C2419" w:rsidR="00D3238E" w:rsidP="00D3238E" w:rsidRDefault="00D3238E" w14:paraId="774196A8"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1"/>
          <w:rFonts w:ascii="Arial" w:hAnsi="Arial" w:cs="Arial"/>
          <w:b/>
          <w:bCs/>
          <w:sz w:val="24"/>
          <w:szCs w:val="24"/>
          <w:lang w:val="eu-ES"/>
        </w:rPr>
        <w:t>Laguntza teknikoa:</w:t>
      </w:r>
      <w:r w:rsidRPr="002C2419">
        <w:rPr>
          <w:rStyle w:val="citation-701"/>
          <w:rFonts w:ascii="Arial" w:hAnsi="Arial" w:cs="Arial"/>
          <w:sz w:val="24"/>
          <w:szCs w:val="24"/>
          <w:lang w:val="eu-ES"/>
        </w:rPr>
        <w:t xml:space="preserve"> Tresna espezifikoak eskaintzea (adibidez, soldagailu ergonomikoak, lupa elektronikoak) mugikortasun edo ikusmen zailtasunak dituztenentzat</w:t>
      </w:r>
      <w:r w:rsidRPr="002C2419">
        <w:rPr>
          <w:rFonts w:ascii="Arial" w:hAnsi="Arial" w:cs="Arial"/>
          <w:sz w:val="24"/>
          <w:szCs w:val="24"/>
          <w:lang w:val="eu-ES"/>
        </w:rPr>
        <w:t>.</w:t>
      </w:r>
    </w:p>
    <w:p xmlns:wp14="http://schemas.microsoft.com/office/word/2010/wordml" w:rsidRPr="002C2419" w:rsidR="00D3238E" w:rsidP="00D3238E" w:rsidRDefault="00D3238E" w14:paraId="304E5B3D" wp14:textId="77777777">
      <w:pPr>
        <w:numPr>
          <w:ilvl w:val="1"/>
          <w:numId w:val="38"/>
        </w:numPr>
        <w:spacing w:before="100" w:beforeAutospacing="1" w:after="100" w:afterAutospacing="1" w:line="360" w:lineRule="auto"/>
        <w:rPr>
          <w:rFonts w:ascii="Arial" w:hAnsi="Arial" w:cs="Arial"/>
          <w:sz w:val="24"/>
          <w:szCs w:val="24"/>
          <w:lang w:val="eu-ES"/>
        </w:rPr>
      </w:pPr>
      <w:r w:rsidRPr="002C2419">
        <w:rPr>
          <w:rStyle w:val="citation-700"/>
          <w:rFonts w:ascii="Arial" w:hAnsi="Arial" w:cs="Arial"/>
          <w:b/>
          <w:bCs/>
          <w:sz w:val="24"/>
          <w:szCs w:val="24"/>
          <w:lang w:val="eu-ES"/>
        </w:rPr>
        <w:t>Tutoretza indibidualak:</w:t>
      </w:r>
      <w:r w:rsidRPr="002C2419">
        <w:rPr>
          <w:rStyle w:val="citation-700"/>
          <w:rFonts w:ascii="Arial" w:hAnsi="Arial" w:cs="Arial"/>
          <w:sz w:val="24"/>
          <w:szCs w:val="24"/>
          <w:lang w:val="eu-ES"/>
        </w:rPr>
        <w:t xml:space="preserve"> Arreta pertsonalizatua behar duten ikasleentzat</w:t>
      </w:r>
      <w:r w:rsidRPr="002C2419">
        <w:rPr>
          <w:rFonts w:ascii="Arial" w:hAnsi="Arial" w:cs="Arial"/>
          <w:sz w:val="24"/>
          <w:szCs w:val="24"/>
          <w:lang w:val="eu-ES"/>
        </w:rPr>
        <w:t>.</w:t>
      </w:r>
    </w:p>
    <w:p xmlns:wp14="http://schemas.microsoft.com/office/word/2010/wordml" w:rsidRPr="002C2419" w:rsidR="00D3238E" w:rsidP="00D3238E" w:rsidRDefault="00D3238E" w14:paraId="64184FA3" wp14:textId="77777777">
      <w:pPr>
        <w:pStyle w:val="1izenburua"/>
        <w:numPr>
          <w:ilvl w:val="0"/>
          <w:numId w:val="14"/>
        </w:numPr>
        <w:spacing w:line="360" w:lineRule="auto"/>
        <w:rPr>
          <w:rFonts w:ascii="Arial" w:hAnsi="Arial" w:cs="Arial"/>
          <w:szCs w:val="24"/>
          <w:lang w:val="eu-ES"/>
        </w:rPr>
      </w:pPr>
      <w:bookmarkStart w:name="_Toc202768987" w:id="16"/>
      <w:r w:rsidRPr="002C2419">
        <w:rPr>
          <w:rFonts w:ascii="Arial" w:hAnsi="Arial" w:cs="Arial"/>
          <w:bCs w:val="0"/>
          <w:szCs w:val="24"/>
          <w:lang w:val="eu-ES"/>
        </w:rPr>
        <w:t>Oharrak eta Gomendio Pedagogikoak</w:t>
      </w:r>
      <w:bookmarkEnd w:id="16"/>
    </w:p>
    <w:p xmlns:wp14="http://schemas.microsoft.com/office/word/2010/wordml" w:rsidRPr="002C2419" w:rsidR="00D3238E" w:rsidP="00D3238E" w:rsidRDefault="00D3238E" w14:paraId="43E86581" wp14:textId="77777777">
      <w:pPr>
        <w:numPr>
          <w:ilvl w:val="0"/>
          <w:numId w:val="39"/>
        </w:numPr>
        <w:spacing w:before="100" w:beforeAutospacing="1" w:after="100" w:afterAutospacing="1" w:line="360" w:lineRule="auto"/>
        <w:rPr>
          <w:rFonts w:ascii="Arial" w:hAnsi="Arial" w:cs="Arial"/>
          <w:sz w:val="24"/>
          <w:szCs w:val="24"/>
          <w:lang w:val="eu-ES"/>
        </w:rPr>
      </w:pPr>
      <w:r w:rsidRPr="002C2419">
        <w:rPr>
          <w:rStyle w:val="Lodia"/>
          <w:rFonts w:ascii="Arial" w:hAnsi="Arial" w:cs="Arial"/>
          <w:sz w:val="24"/>
          <w:szCs w:val="24"/>
          <w:lang w:val="eu-ES"/>
        </w:rPr>
        <w:t>Jarduera batzuen alternatibak:</w:t>
      </w:r>
      <w:r w:rsidRPr="002C2419">
        <w:rPr>
          <w:rFonts w:ascii="Arial" w:hAnsi="Arial" w:cs="Arial"/>
          <w:sz w:val="24"/>
          <w:szCs w:val="24"/>
          <w:lang w:val="eu-ES"/>
        </w:rPr>
        <w:t xml:space="preserve"> </w:t>
      </w:r>
    </w:p>
    <w:p xmlns:wp14="http://schemas.microsoft.com/office/word/2010/wordml" w:rsidRPr="002C2419" w:rsidR="00D3238E" w:rsidP="00D3238E" w:rsidRDefault="00D3238E" w14:paraId="72BC4A99" wp14:textId="77777777">
      <w:pPr>
        <w:numPr>
          <w:ilvl w:val="1"/>
          <w:numId w:val="39"/>
        </w:numPr>
        <w:spacing w:before="100" w:beforeAutospacing="1" w:after="100" w:afterAutospacing="1" w:line="360" w:lineRule="auto"/>
        <w:rPr>
          <w:rFonts w:ascii="Arial" w:hAnsi="Arial" w:cs="Arial"/>
          <w:sz w:val="24"/>
          <w:szCs w:val="24"/>
          <w:lang w:val="eu-ES"/>
        </w:rPr>
      </w:pPr>
      <w:r w:rsidRPr="002C2419">
        <w:rPr>
          <w:rStyle w:val="citation-699"/>
          <w:rFonts w:ascii="Arial" w:hAnsi="Arial" w:cs="Arial"/>
          <w:sz w:val="24"/>
          <w:szCs w:val="24"/>
          <w:lang w:val="eu-ES"/>
        </w:rPr>
        <w:t>Soldadura praktikarako: Simulagailuak erabili ahal izango dira hasieran, soldadura fisikoa egin aurretik, ikasleek konfiantza har dezaten</w:t>
      </w:r>
      <w:r w:rsidRPr="002C2419">
        <w:rPr>
          <w:rFonts w:ascii="Arial" w:hAnsi="Arial" w:cs="Arial"/>
          <w:sz w:val="24"/>
          <w:szCs w:val="24"/>
          <w:lang w:val="eu-ES"/>
        </w:rPr>
        <w:t>.</w:t>
      </w:r>
    </w:p>
    <w:p xmlns:wp14="http://schemas.microsoft.com/office/word/2010/wordml" w:rsidRPr="002C2419" w:rsidR="00D3238E" w:rsidP="00D3238E" w:rsidRDefault="00D3238E" w14:paraId="554A4DFA" wp14:textId="77777777">
      <w:pPr>
        <w:numPr>
          <w:ilvl w:val="1"/>
          <w:numId w:val="39"/>
        </w:numPr>
        <w:spacing w:before="100" w:beforeAutospacing="1" w:after="100" w:afterAutospacing="1" w:line="360" w:lineRule="auto"/>
        <w:rPr>
          <w:rFonts w:ascii="Arial" w:hAnsi="Arial" w:cs="Arial"/>
          <w:sz w:val="24"/>
          <w:szCs w:val="24"/>
          <w:lang w:val="eu-ES"/>
        </w:rPr>
      </w:pPr>
      <w:r w:rsidRPr="002C2419">
        <w:rPr>
          <w:rFonts w:ascii="Arial" w:hAnsi="Arial" w:cs="Arial"/>
          <w:sz w:val="24"/>
          <w:szCs w:val="24"/>
          <w:lang w:val="eu-ES"/>
        </w:rPr>
        <w:t>Motorren probetarako: Simulatzaile birtualak edo software espezifikoak erabili ahal izango dira, benetako hardwarea erabili aurretik, kontzeptuak ulertzeko.</w:t>
      </w:r>
    </w:p>
    <w:p xmlns:wp14="http://schemas.microsoft.com/office/word/2010/wordml" w:rsidRPr="002C2419" w:rsidR="00D3238E" w:rsidP="00D3238E" w:rsidRDefault="00D3238E" w14:paraId="40505CE4" wp14:textId="77777777">
      <w:pPr>
        <w:numPr>
          <w:ilvl w:val="1"/>
          <w:numId w:val="39"/>
        </w:numPr>
        <w:spacing w:before="100" w:beforeAutospacing="1" w:after="100" w:afterAutospacing="1" w:line="360" w:lineRule="auto"/>
        <w:rPr>
          <w:rFonts w:ascii="Arial" w:hAnsi="Arial" w:cs="Arial"/>
          <w:sz w:val="24"/>
          <w:szCs w:val="24"/>
          <w:lang w:val="eu-ES"/>
        </w:rPr>
      </w:pPr>
      <w:r w:rsidRPr="002C2419">
        <w:rPr>
          <w:rFonts w:ascii="Arial" w:hAnsi="Arial" w:cs="Arial"/>
          <w:sz w:val="24"/>
          <w:szCs w:val="24"/>
          <w:lang w:val="eu-ES"/>
        </w:rPr>
        <w:t xml:space="preserve">LM2596 moduluak falta badira: </w:t>
      </w:r>
      <w:proofErr w:type="spellStart"/>
      <w:r w:rsidRPr="002C2419">
        <w:rPr>
          <w:rFonts w:ascii="Arial" w:hAnsi="Arial" w:cs="Arial"/>
          <w:sz w:val="24"/>
          <w:szCs w:val="24"/>
          <w:lang w:val="eu-ES"/>
        </w:rPr>
        <w:t>Breadboard-ean</w:t>
      </w:r>
      <w:proofErr w:type="spellEnd"/>
      <w:r w:rsidRPr="002C2419">
        <w:rPr>
          <w:rFonts w:ascii="Arial" w:hAnsi="Arial" w:cs="Arial"/>
          <w:sz w:val="24"/>
          <w:szCs w:val="24"/>
          <w:lang w:val="eu-ES"/>
        </w:rPr>
        <w:t xml:space="preserve"> muntatu daitekeen zirkuitu baten bidez ere landu daiteke DC-DC bihurgailuen kontzeptua, osagai solteak erabiliz.</w:t>
      </w:r>
    </w:p>
    <w:p xmlns:wp14="http://schemas.microsoft.com/office/word/2010/wordml" w:rsidRPr="002C2419" w:rsidR="00D3238E" w:rsidP="00D3238E" w:rsidRDefault="00D3238E" w14:paraId="6CFD0F39" wp14:textId="77777777">
      <w:pPr>
        <w:numPr>
          <w:ilvl w:val="0"/>
          <w:numId w:val="39"/>
        </w:numPr>
        <w:spacing w:before="100" w:beforeAutospacing="1" w:after="100" w:afterAutospacing="1" w:line="360" w:lineRule="auto"/>
        <w:rPr>
          <w:rFonts w:ascii="Arial" w:hAnsi="Arial" w:cs="Arial"/>
          <w:sz w:val="24"/>
          <w:szCs w:val="24"/>
          <w:lang w:val="eu-ES"/>
        </w:rPr>
      </w:pPr>
      <w:r w:rsidRPr="002C2419">
        <w:rPr>
          <w:rStyle w:val="Lodia"/>
          <w:rFonts w:ascii="Arial" w:hAnsi="Arial" w:cs="Arial"/>
          <w:sz w:val="24"/>
          <w:szCs w:val="24"/>
          <w:lang w:val="eu-ES"/>
        </w:rPr>
        <w:t>Irakaslearen esperientzietarako espazioak (autoebaluazioa, hobekuntza…):</w:t>
      </w:r>
      <w:r w:rsidRPr="002C2419">
        <w:rPr>
          <w:rFonts w:ascii="Arial" w:hAnsi="Arial" w:cs="Arial"/>
          <w:sz w:val="24"/>
          <w:szCs w:val="24"/>
          <w:lang w:val="eu-ES"/>
        </w:rPr>
        <w:t xml:space="preserve"> </w:t>
      </w:r>
    </w:p>
    <w:p xmlns:wp14="http://schemas.microsoft.com/office/word/2010/wordml" w:rsidRPr="002C2419" w:rsidR="00D3238E" w:rsidP="00D3238E" w:rsidRDefault="00D3238E" w14:paraId="54F24857" wp14:textId="77777777">
      <w:pPr>
        <w:numPr>
          <w:ilvl w:val="1"/>
          <w:numId w:val="39"/>
        </w:numPr>
        <w:spacing w:before="100" w:beforeAutospacing="1" w:after="100" w:afterAutospacing="1" w:line="360" w:lineRule="auto"/>
        <w:rPr>
          <w:rFonts w:ascii="Arial" w:hAnsi="Arial" w:cs="Arial"/>
          <w:sz w:val="24"/>
          <w:szCs w:val="24"/>
          <w:lang w:val="eu-ES"/>
        </w:rPr>
      </w:pPr>
      <w:r w:rsidRPr="002C2419">
        <w:rPr>
          <w:rStyle w:val="citation-698"/>
          <w:rFonts w:ascii="Arial" w:hAnsi="Arial" w:cs="Arial"/>
          <w:sz w:val="24"/>
          <w:szCs w:val="24"/>
          <w:lang w:val="eu-ES"/>
        </w:rPr>
        <w:t>Irakasleentzako espazio bat gorde daiteke, unitate bakoitzaren amaieran, irakaslearen behaketak, zailtasunak eta hobekuntza proposamenak idatzi ahal izateko</w:t>
      </w:r>
      <w:r w:rsidRPr="002C2419">
        <w:rPr>
          <w:rFonts w:ascii="Arial" w:hAnsi="Arial" w:cs="Arial"/>
          <w:sz w:val="24"/>
          <w:szCs w:val="24"/>
          <w:lang w:val="eu-ES"/>
        </w:rPr>
        <w:t>.</w:t>
      </w:r>
    </w:p>
    <w:p xmlns:wp14="http://schemas.microsoft.com/office/word/2010/wordml" w:rsidRPr="002C2419" w:rsidR="00D3238E" w:rsidP="00D3238E" w:rsidRDefault="00D3238E" w14:paraId="3B3115FC" wp14:textId="77777777">
      <w:pPr>
        <w:numPr>
          <w:ilvl w:val="1"/>
          <w:numId w:val="39"/>
        </w:numPr>
        <w:spacing w:before="100" w:beforeAutospacing="1" w:after="100" w:afterAutospacing="1" w:line="360" w:lineRule="auto"/>
        <w:rPr>
          <w:rStyle w:val="citation-698"/>
          <w:rFonts w:ascii="Arial" w:hAnsi="Arial" w:cs="Arial"/>
          <w:sz w:val="24"/>
          <w:szCs w:val="24"/>
          <w:lang w:val="eu-ES"/>
        </w:rPr>
      </w:pPr>
      <w:r w:rsidRPr="002C2419">
        <w:rPr>
          <w:rStyle w:val="citation-698"/>
          <w:rFonts w:ascii="Arial" w:hAnsi="Arial" w:cs="Arial"/>
          <w:sz w:val="24"/>
          <w:szCs w:val="24"/>
          <w:lang w:val="eu-ES"/>
        </w:rPr>
        <w:t>"Zer joan da ondo?", "Zer hobetu daiteke?", "Ikasleek zer zailtasun izan dituzte?" bezalako galderek autoebaluazioa sustatuko dute.</w:t>
      </w:r>
    </w:p>
    <w:p xmlns:wp14="http://schemas.microsoft.com/office/word/2010/wordml" w:rsidRPr="002C2419" w:rsidR="00885DF0" w:rsidP="00D3238E" w:rsidRDefault="00885DF0" w14:paraId="08CE6F91" wp14:textId="77777777">
      <w:pPr>
        <w:pStyle w:val="1izenburua"/>
        <w:spacing w:line="360" w:lineRule="auto"/>
        <w:ind w:left="360"/>
        <w:rPr>
          <w:rFonts w:ascii="Arial" w:hAnsi="Arial" w:cs="Arial"/>
          <w:sz w:val="24"/>
          <w:szCs w:val="24"/>
          <w:lang w:val="eu-ES"/>
        </w:rPr>
      </w:pPr>
    </w:p>
    <w:sectPr w:rsidRPr="002C2419" w:rsidR="00885DF0" w:rsidSect="00093622">
      <w:headerReference w:type="default" r:id="rId17"/>
      <w:footerReference w:type="default" r:id="rId18"/>
      <w:pgSz w:w="12240" w:h="15840" w:orient="portrait"/>
      <w:pgMar w:top="1701" w:right="1418" w:bottom="1418" w:left="1701" w:header="142"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2C75F1" w:rsidP="00530AAA" w:rsidRDefault="002C75F1" w14:paraId="23DE523C" wp14:textId="77777777">
      <w:pPr>
        <w:spacing w:after="0" w:line="240" w:lineRule="auto"/>
      </w:pPr>
      <w:r>
        <w:separator/>
      </w:r>
    </w:p>
  </w:endnote>
  <w:endnote w:type="continuationSeparator" w:id="0">
    <w:p xmlns:wp14="http://schemas.microsoft.com/office/word/2010/wordml" w:rsidR="002C75F1" w:rsidP="00530AAA" w:rsidRDefault="002C75F1" w14:paraId="52E56223"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339317"/>
      <w:docPartObj>
        <w:docPartGallery w:val="Page Numbers (Bottom of Page)"/>
        <w:docPartUnique/>
      </w:docPartObj>
    </w:sdtPr>
    <w:sdtEndPr/>
    <w:sdtContent>
      <w:p xmlns:wp14="http://schemas.microsoft.com/office/word/2010/wordml" w:rsidR="00093622" w:rsidRDefault="00093622" w14:paraId="364174CE" wp14:textId="77777777">
        <w:pPr>
          <w:pStyle w:val="Orri-oina"/>
          <w:jc w:val="right"/>
        </w:pPr>
        <w:r>
          <w:fldChar w:fldCharType="begin"/>
        </w:r>
        <w:r>
          <w:instrText>PAGE   \* MERGEFORMAT</w:instrText>
        </w:r>
        <w:r>
          <w:fldChar w:fldCharType="separate"/>
        </w:r>
        <w:r w:rsidRPr="00311A94" w:rsidR="00311A94">
          <w:rPr>
            <w:noProof/>
            <w:lang w:val="eu-ES"/>
          </w:rPr>
          <w:t>9</w:t>
        </w:r>
        <w:r>
          <w:fldChar w:fldCharType="end"/>
        </w:r>
      </w:p>
    </w:sdtContent>
  </w:sdt>
  <w:p xmlns:wp14="http://schemas.microsoft.com/office/word/2010/wordml" w:rsidR="00093622" w:rsidRDefault="00093622" w14:paraId="61CDCEAD" wp14:textId="77777777">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2C75F1" w:rsidP="00530AAA" w:rsidRDefault="002C75F1" w14:paraId="07547A01" wp14:textId="77777777">
      <w:pPr>
        <w:spacing w:after="0" w:line="240" w:lineRule="auto"/>
      </w:pPr>
      <w:r>
        <w:separator/>
      </w:r>
    </w:p>
  </w:footnote>
  <w:footnote w:type="continuationSeparator" w:id="0">
    <w:p xmlns:wp14="http://schemas.microsoft.com/office/word/2010/wordml" w:rsidR="002C75F1" w:rsidP="00530AAA" w:rsidRDefault="002C75F1" w14:paraId="5043CB0F"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00530AAA" w:rsidP="00530AAA" w:rsidRDefault="00093622" w14:paraId="5B5B76AF" wp14:textId="77777777">
    <w:pPr>
      <w:pStyle w:val="1izenburua"/>
      <w:spacing w:line="360" w:lineRule="auto"/>
      <w:jc w:val="right"/>
      <w:rPr>
        <w:rFonts w:ascii="Arial" w:hAnsi="Arial" w:cs="Arial"/>
        <w:lang w:val="eu-ES"/>
      </w:rPr>
    </w:pPr>
    <w:r>
      <w:rPr>
        <w:noProof/>
        <w:lang w:val="eu-ES" w:eastAsia="eu-ES"/>
      </w:rPr>
      <w:drawing>
        <wp:anchor xmlns:wp14="http://schemas.microsoft.com/office/word/2010/wordprocessingDrawing" distT="114300" distB="114300" distL="114300" distR="114300" simplePos="0" relativeHeight="251659264" behindDoc="0" locked="0" layoutInCell="1" hidden="0" allowOverlap="1" wp14:anchorId="0478F42E" wp14:editId="2F3C440E">
          <wp:simplePos x="0" y="0"/>
          <wp:positionH relativeFrom="margin">
            <wp:align>center</wp:align>
          </wp:positionH>
          <wp:positionV relativeFrom="paragraph">
            <wp:posOffset>60960</wp:posOffset>
          </wp:positionV>
          <wp:extent cx="1281113" cy="547384"/>
          <wp:effectExtent l="0" t="0" r="0" b="5080"/>
          <wp:wrapNone/>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281113" cy="547384"/>
                  </a:xfrm>
                  <a:prstGeom prst="rect">
                    <a:avLst/>
                  </a:prstGeom>
                  <a:ln/>
                </pic:spPr>
              </pic:pic>
            </a:graphicData>
          </a:graphic>
        </wp:anchor>
      </w:drawing>
    </w:r>
    <w:r>
      <w:rPr>
        <w:noProof/>
        <w:lang w:val="eu-ES" w:eastAsia="eu-ES"/>
      </w:rPr>
      <w:drawing>
        <wp:anchor xmlns:wp14="http://schemas.microsoft.com/office/word/2010/wordprocessingDrawing" distT="0" distB="0" distL="114300" distR="114300" simplePos="0" relativeHeight="251661312" behindDoc="0" locked="0" layoutInCell="1" allowOverlap="1" wp14:anchorId="292FB70F" wp14:editId="268E7DA9">
          <wp:simplePos x="0" y="0"/>
          <wp:positionH relativeFrom="margin">
            <wp:align>left</wp:align>
          </wp:positionH>
          <wp:positionV relativeFrom="paragraph">
            <wp:posOffset>83185</wp:posOffset>
          </wp:positionV>
          <wp:extent cx="1050475" cy="611079"/>
          <wp:effectExtent l="0" t="0" r="0" b="0"/>
          <wp:wrapNone/>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a sloganarekin.jpg"/>
                  <pic:cNvPicPr/>
                </pic:nvPicPr>
                <pic:blipFill>
                  <a:blip r:embed="rId2">
                    <a:extLst>
                      <a:ext uri="{28A0092B-C50C-407E-A947-70E740481C1C}">
                        <a14:useLocalDpi xmlns:a14="http://schemas.microsoft.com/office/drawing/2010/main" val="0"/>
                      </a:ext>
                    </a:extLst>
                  </a:blip>
                  <a:stretch>
                    <a:fillRect/>
                  </a:stretch>
                </pic:blipFill>
                <pic:spPr>
                  <a:xfrm>
                    <a:off x="0" y="0"/>
                    <a:ext cx="1050475" cy="611079"/>
                  </a:xfrm>
                  <a:prstGeom prst="rect">
                    <a:avLst/>
                  </a:prstGeom>
                </pic:spPr>
              </pic:pic>
            </a:graphicData>
          </a:graphic>
          <wp14:sizeRelH relativeFrom="margin">
            <wp14:pctWidth>0</wp14:pctWidth>
          </wp14:sizeRelH>
          <wp14:sizeRelV relativeFrom="margin">
            <wp14:pctHeight>0</wp14:pctHeight>
          </wp14:sizeRelV>
        </wp:anchor>
      </w:drawing>
    </w:r>
    <w:r w:rsidRPr="00530AAA" w:rsidR="00530AAA">
      <w:rPr>
        <w:rFonts w:ascii="Arial" w:hAnsi="Arial" w:cs="Arial"/>
        <w:lang w:val="eu-ES"/>
      </w:rPr>
      <w:t>Irakaslearen Gida</w:t>
    </w:r>
  </w:p>
  <w:p xmlns:wp14="http://schemas.microsoft.com/office/word/2010/wordml" w:rsidR="00530AAA" w:rsidRDefault="00530AAA" w14:paraId="6BB9E253" wp14:textId="77777777">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Zenbaki-zerrenda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Zenbaki-zerrenda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Bulet-zerrenda3"/>
      <w:lvlText w:val=""/>
      <w:lvlJc w:val="left"/>
      <w:pPr>
        <w:tabs>
          <w:tab w:val="num" w:pos="1080"/>
        </w:tabs>
        <w:ind w:left="1080" w:hanging="360"/>
      </w:pPr>
      <w:rPr>
        <w:rFonts w:hint="default" w:ascii="Symbol" w:hAnsi="Symbol"/>
      </w:rPr>
    </w:lvl>
  </w:abstractNum>
  <w:abstractNum w:abstractNumId="3" w15:restartNumberingAfterBreak="0">
    <w:nsid w:val="FFFFFF83"/>
    <w:multiLevelType w:val="singleLevel"/>
    <w:tmpl w:val="3D1EFFD4"/>
    <w:lvl w:ilvl="0">
      <w:start w:val="1"/>
      <w:numFmt w:val="bullet"/>
      <w:pStyle w:val="Bulet-zerrenda2"/>
      <w:lvlText w:val=""/>
      <w:lvlJc w:val="left"/>
      <w:pPr>
        <w:tabs>
          <w:tab w:val="num" w:pos="720"/>
        </w:tabs>
        <w:ind w:left="720" w:hanging="360"/>
      </w:pPr>
      <w:rPr>
        <w:rFonts w:hint="default" w:ascii="Symbol" w:hAnsi="Symbol"/>
      </w:rPr>
    </w:lvl>
  </w:abstractNum>
  <w:abstractNum w:abstractNumId="4" w15:restartNumberingAfterBreak="0">
    <w:nsid w:val="FFFFFF88"/>
    <w:multiLevelType w:val="singleLevel"/>
    <w:tmpl w:val="D0A62B40"/>
    <w:lvl w:ilvl="0">
      <w:start w:val="1"/>
      <w:numFmt w:val="decimal"/>
      <w:pStyle w:val="Zenbaki-zerrenda"/>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Bulet-zerrenda"/>
      <w:lvlText w:val=""/>
      <w:lvlJc w:val="left"/>
      <w:pPr>
        <w:tabs>
          <w:tab w:val="num" w:pos="360"/>
        </w:tabs>
        <w:ind w:left="360" w:hanging="360"/>
      </w:pPr>
      <w:rPr>
        <w:rFonts w:hint="default" w:ascii="Symbol" w:hAnsi="Symbol"/>
      </w:rPr>
    </w:lvl>
  </w:abstractNum>
  <w:abstractNum w:abstractNumId="6" w15:restartNumberingAfterBreak="0">
    <w:nsid w:val="063A2238"/>
    <w:multiLevelType w:val="multilevel"/>
    <w:tmpl w:val="0B7862A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097D21C4"/>
    <w:multiLevelType w:val="multilevel"/>
    <w:tmpl w:val="03CE78D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0CAA7DE1"/>
    <w:multiLevelType w:val="multilevel"/>
    <w:tmpl w:val="02A6F1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0CBD70DE"/>
    <w:multiLevelType w:val="multilevel"/>
    <w:tmpl w:val="76A296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13444B58"/>
    <w:multiLevelType w:val="multilevel"/>
    <w:tmpl w:val="70ECA45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39C03F5"/>
    <w:multiLevelType w:val="multilevel"/>
    <w:tmpl w:val="DB9EE6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15592289"/>
    <w:multiLevelType w:val="multilevel"/>
    <w:tmpl w:val="2C8C818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19C13B1E"/>
    <w:multiLevelType w:val="multilevel"/>
    <w:tmpl w:val="725A88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1A5F6E57"/>
    <w:multiLevelType w:val="multilevel"/>
    <w:tmpl w:val="B4E41B0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2088325B"/>
    <w:multiLevelType w:val="multilevel"/>
    <w:tmpl w:val="1180B5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22304ADB"/>
    <w:multiLevelType w:val="multilevel"/>
    <w:tmpl w:val="CE16AE2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5F85BB1"/>
    <w:multiLevelType w:val="multilevel"/>
    <w:tmpl w:val="BCAEF74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6703F3D"/>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67D3AD7"/>
    <w:multiLevelType w:val="multilevel"/>
    <w:tmpl w:val="2BBC19E2"/>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2A553A78"/>
    <w:multiLevelType w:val="multilevel"/>
    <w:tmpl w:val="879A8CA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2B23252C"/>
    <w:multiLevelType w:val="multilevel"/>
    <w:tmpl w:val="69647DA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2E122EAA"/>
    <w:multiLevelType w:val="multilevel"/>
    <w:tmpl w:val="C53621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EF64819"/>
    <w:multiLevelType w:val="multilevel"/>
    <w:tmpl w:val="5CB85F8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34E56A76"/>
    <w:multiLevelType w:val="multilevel"/>
    <w:tmpl w:val="DEE21AC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37E87BE2"/>
    <w:multiLevelType w:val="multilevel"/>
    <w:tmpl w:val="042D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A243B69"/>
    <w:multiLevelType w:val="multilevel"/>
    <w:tmpl w:val="ED78964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AF45392"/>
    <w:multiLevelType w:val="multilevel"/>
    <w:tmpl w:val="9A52C2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1C0AB5"/>
    <w:multiLevelType w:val="multilevel"/>
    <w:tmpl w:val="E43A1D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42627D7B"/>
    <w:multiLevelType w:val="multilevel"/>
    <w:tmpl w:val="3F8EA82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43776A4A"/>
    <w:multiLevelType w:val="hybridMultilevel"/>
    <w:tmpl w:val="D250D4D8"/>
    <w:lvl w:ilvl="0" w:tplc="042D0001">
      <w:start w:val="1"/>
      <w:numFmt w:val="bullet"/>
      <w:lvlText w:val=""/>
      <w:lvlJc w:val="left"/>
      <w:pPr>
        <w:ind w:left="720" w:hanging="360"/>
      </w:pPr>
      <w:rPr>
        <w:rFonts w:hint="default" w:ascii="Symbol" w:hAnsi="Symbol"/>
      </w:rPr>
    </w:lvl>
    <w:lvl w:ilvl="1" w:tplc="042D0003" w:tentative="1">
      <w:start w:val="1"/>
      <w:numFmt w:val="bullet"/>
      <w:lvlText w:val="o"/>
      <w:lvlJc w:val="left"/>
      <w:pPr>
        <w:ind w:left="1440" w:hanging="360"/>
      </w:pPr>
      <w:rPr>
        <w:rFonts w:hint="default" w:ascii="Courier New" w:hAnsi="Courier New" w:cs="Courier New"/>
      </w:rPr>
    </w:lvl>
    <w:lvl w:ilvl="2" w:tplc="042D0005" w:tentative="1">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31" w15:restartNumberingAfterBreak="0">
    <w:nsid w:val="4D4D3B6A"/>
    <w:multiLevelType w:val="multilevel"/>
    <w:tmpl w:val="3716B57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2" w15:restartNumberingAfterBreak="0">
    <w:nsid w:val="53757388"/>
    <w:multiLevelType w:val="multilevel"/>
    <w:tmpl w:val="03C02EC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56B93A88"/>
    <w:multiLevelType w:val="multilevel"/>
    <w:tmpl w:val="70AC005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8103384"/>
    <w:multiLevelType w:val="multilevel"/>
    <w:tmpl w:val="2064F4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59E16522"/>
    <w:multiLevelType w:val="multilevel"/>
    <w:tmpl w:val="408A3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5AD61C6F"/>
    <w:multiLevelType w:val="multilevel"/>
    <w:tmpl w:val="06AC46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5B6E566E"/>
    <w:multiLevelType w:val="multilevel"/>
    <w:tmpl w:val="E2C43F1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5DFA0AC9"/>
    <w:multiLevelType w:val="multilevel"/>
    <w:tmpl w:val="DEB083E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9" w15:restartNumberingAfterBreak="0">
    <w:nsid w:val="5F6B4403"/>
    <w:multiLevelType w:val="multilevel"/>
    <w:tmpl w:val="E22EBC1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6330617C"/>
    <w:multiLevelType w:val="multilevel"/>
    <w:tmpl w:val="3836BF0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6E4A5BE6"/>
    <w:multiLevelType w:val="multilevel"/>
    <w:tmpl w:val="B1ACB0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2" w15:restartNumberingAfterBreak="0">
    <w:nsid w:val="706B7B25"/>
    <w:multiLevelType w:val="multilevel"/>
    <w:tmpl w:val="2AF4304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3" w15:restartNumberingAfterBreak="0">
    <w:nsid w:val="718A0027"/>
    <w:multiLevelType w:val="multilevel"/>
    <w:tmpl w:val="F58E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59365F2"/>
    <w:multiLevelType w:val="multilevel"/>
    <w:tmpl w:val="8BD260A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767E7F00"/>
    <w:multiLevelType w:val="hybridMultilevel"/>
    <w:tmpl w:val="D79ABA5C"/>
    <w:lvl w:ilvl="0" w:tplc="042D0001">
      <w:start w:val="1"/>
      <w:numFmt w:val="bullet"/>
      <w:lvlText w:val=""/>
      <w:lvlJc w:val="left"/>
      <w:pPr>
        <w:ind w:left="720" w:hanging="360"/>
      </w:pPr>
      <w:rPr>
        <w:rFonts w:hint="default" w:ascii="Symbol" w:hAnsi="Symbol"/>
      </w:rPr>
    </w:lvl>
    <w:lvl w:ilvl="1" w:tplc="042D0003" w:tentative="1">
      <w:start w:val="1"/>
      <w:numFmt w:val="bullet"/>
      <w:lvlText w:val="o"/>
      <w:lvlJc w:val="left"/>
      <w:pPr>
        <w:ind w:left="1440" w:hanging="360"/>
      </w:pPr>
      <w:rPr>
        <w:rFonts w:hint="default" w:ascii="Courier New" w:hAnsi="Courier New" w:cs="Courier New"/>
      </w:rPr>
    </w:lvl>
    <w:lvl w:ilvl="2" w:tplc="042D0005" w:tentative="1">
      <w:start w:val="1"/>
      <w:numFmt w:val="bullet"/>
      <w:lvlText w:val=""/>
      <w:lvlJc w:val="left"/>
      <w:pPr>
        <w:ind w:left="2160" w:hanging="360"/>
      </w:pPr>
      <w:rPr>
        <w:rFonts w:hint="default" w:ascii="Wingdings" w:hAnsi="Wingdings"/>
      </w:rPr>
    </w:lvl>
    <w:lvl w:ilvl="3" w:tplc="042D0001" w:tentative="1">
      <w:start w:val="1"/>
      <w:numFmt w:val="bullet"/>
      <w:lvlText w:val=""/>
      <w:lvlJc w:val="left"/>
      <w:pPr>
        <w:ind w:left="2880" w:hanging="360"/>
      </w:pPr>
      <w:rPr>
        <w:rFonts w:hint="default" w:ascii="Symbol" w:hAnsi="Symbol"/>
      </w:rPr>
    </w:lvl>
    <w:lvl w:ilvl="4" w:tplc="042D0003" w:tentative="1">
      <w:start w:val="1"/>
      <w:numFmt w:val="bullet"/>
      <w:lvlText w:val="o"/>
      <w:lvlJc w:val="left"/>
      <w:pPr>
        <w:ind w:left="3600" w:hanging="360"/>
      </w:pPr>
      <w:rPr>
        <w:rFonts w:hint="default" w:ascii="Courier New" w:hAnsi="Courier New" w:cs="Courier New"/>
      </w:rPr>
    </w:lvl>
    <w:lvl w:ilvl="5" w:tplc="042D0005" w:tentative="1">
      <w:start w:val="1"/>
      <w:numFmt w:val="bullet"/>
      <w:lvlText w:val=""/>
      <w:lvlJc w:val="left"/>
      <w:pPr>
        <w:ind w:left="4320" w:hanging="360"/>
      </w:pPr>
      <w:rPr>
        <w:rFonts w:hint="default" w:ascii="Wingdings" w:hAnsi="Wingdings"/>
      </w:rPr>
    </w:lvl>
    <w:lvl w:ilvl="6" w:tplc="042D0001" w:tentative="1">
      <w:start w:val="1"/>
      <w:numFmt w:val="bullet"/>
      <w:lvlText w:val=""/>
      <w:lvlJc w:val="left"/>
      <w:pPr>
        <w:ind w:left="5040" w:hanging="360"/>
      </w:pPr>
      <w:rPr>
        <w:rFonts w:hint="default" w:ascii="Symbol" w:hAnsi="Symbol"/>
      </w:rPr>
    </w:lvl>
    <w:lvl w:ilvl="7" w:tplc="042D0003" w:tentative="1">
      <w:start w:val="1"/>
      <w:numFmt w:val="bullet"/>
      <w:lvlText w:val="o"/>
      <w:lvlJc w:val="left"/>
      <w:pPr>
        <w:ind w:left="5760" w:hanging="360"/>
      </w:pPr>
      <w:rPr>
        <w:rFonts w:hint="default" w:ascii="Courier New" w:hAnsi="Courier New" w:cs="Courier New"/>
      </w:rPr>
    </w:lvl>
    <w:lvl w:ilvl="8" w:tplc="042D0005" w:tentative="1">
      <w:start w:val="1"/>
      <w:numFmt w:val="bullet"/>
      <w:lvlText w:val=""/>
      <w:lvlJc w:val="left"/>
      <w:pPr>
        <w:ind w:left="6480" w:hanging="360"/>
      </w:pPr>
      <w:rPr>
        <w:rFonts w:hint="default" w:ascii="Wingdings" w:hAnsi="Wingdings"/>
      </w:rPr>
    </w:lvl>
  </w:abstractNum>
  <w:abstractNum w:abstractNumId="46" w15:restartNumberingAfterBreak="0">
    <w:nsid w:val="79562085"/>
    <w:multiLevelType w:val="multilevel"/>
    <w:tmpl w:val="A6603A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20"/>
  </w:num>
  <w:num w:numId="8">
    <w:abstractNumId w:val="44"/>
  </w:num>
  <w:num w:numId="9">
    <w:abstractNumId w:val="10"/>
  </w:num>
  <w:num w:numId="10">
    <w:abstractNumId w:val="35"/>
  </w:num>
  <w:num w:numId="11">
    <w:abstractNumId w:val="11"/>
  </w:num>
  <w:num w:numId="12">
    <w:abstractNumId w:val="28"/>
  </w:num>
  <w:num w:numId="13">
    <w:abstractNumId w:val="22"/>
  </w:num>
  <w:num w:numId="14">
    <w:abstractNumId w:val="25"/>
  </w:num>
  <w:num w:numId="15">
    <w:abstractNumId w:val="27"/>
  </w:num>
  <w:num w:numId="16">
    <w:abstractNumId w:val="41"/>
  </w:num>
  <w:num w:numId="17">
    <w:abstractNumId w:val="33"/>
  </w:num>
  <w:num w:numId="18">
    <w:abstractNumId w:val="46"/>
  </w:num>
  <w:num w:numId="19">
    <w:abstractNumId w:val="16"/>
  </w:num>
  <w:num w:numId="20">
    <w:abstractNumId w:val="24"/>
  </w:num>
  <w:num w:numId="21">
    <w:abstractNumId w:val="7"/>
  </w:num>
  <w:num w:numId="22">
    <w:abstractNumId w:val="39"/>
  </w:num>
  <w:num w:numId="23">
    <w:abstractNumId w:val="12"/>
  </w:num>
  <w:num w:numId="24">
    <w:abstractNumId w:val="29"/>
  </w:num>
  <w:num w:numId="25">
    <w:abstractNumId w:val="42"/>
  </w:num>
  <w:num w:numId="26">
    <w:abstractNumId w:val="37"/>
  </w:num>
  <w:num w:numId="27">
    <w:abstractNumId w:val="8"/>
  </w:num>
  <w:num w:numId="28">
    <w:abstractNumId w:val="15"/>
  </w:num>
  <w:num w:numId="29">
    <w:abstractNumId w:val="21"/>
  </w:num>
  <w:num w:numId="30">
    <w:abstractNumId w:val="32"/>
  </w:num>
  <w:num w:numId="31">
    <w:abstractNumId w:val="6"/>
  </w:num>
  <w:num w:numId="32">
    <w:abstractNumId w:val="26"/>
  </w:num>
  <w:num w:numId="33">
    <w:abstractNumId w:val="19"/>
  </w:num>
  <w:num w:numId="34">
    <w:abstractNumId w:val="14"/>
  </w:num>
  <w:num w:numId="35">
    <w:abstractNumId w:val="17"/>
  </w:num>
  <w:num w:numId="36">
    <w:abstractNumId w:val="9"/>
  </w:num>
  <w:num w:numId="37">
    <w:abstractNumId w:val="40"/>
  </w:num>
  <w:num w:numId="38">
    <w:abstractNumId w:val="38"/>
  </w:num>
  <w:num w:numId="39">
    <w:abstractNumId w:val="36"/>
  </w:num>
  <w:num w:numId="40">
    <w:abstractNumId w:val="31"/>
  </w:num>
  <w:num w:numId="41">
    <w:abstractNumId w:val="18"/>
  </w:num>
  <w:num w:numId="42">
    <w:abstractNumId w:val="43"/>
  </w:num>
  <w:num w:numId="43">
    <w:abstractNumId w:val="34"/>
  </w:num>
  <w:num w:numId="44">
    <w:abstractNumId w:val="13"/>
  </w:num>
  <w:num w:numId="45">
    <w:abstractNumId w:val="30"/>
  </w:num>
  <w:num w:numId="46">
    <w:abstractNumId w:val="45"/>
  </w:num>
  <w:num w:numId="47">
    <w:abstractNumId w:val="23"/>
  </w:num>
  <w:numIdMacAtCleanup w:val="1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proofState w:spelling="clean" w:grammar="dirty"/>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2452D"/>
    <w:rsid w:val="00034616"/>
    <w:rsid w:val="0006063C"/>
    <w:rsid w:val="00093622"/>
    <w:rsid w:val="000A2664"/>
    <w:rsid w:val="000B27C0"/>
    <w:rsid w:val="000C62C9"/>
    <w:rsid w:val="000F0F40"/>
    <w:rsid w:val="00130B8F"/>
    <w:rsid w:val="00132A65"/>
    <w:rsid w:val="001453EA"/>
    <w:rsid w:val="0015074B"/>
    <w:rsid w:val="00162BE6"/>
    <w:rsid w:val="001978FA"/>
    <w:rsid w:val="001C16F6"/>
    <w:rsid w:val="001D704D"/>
    <w:rsid w:val="0029639D"/>
    <w:rsid w:val="002B13C4"/>
    <w:rsid w:val="002B2B58"/>
    <w:rsid w:val="002B3523"/>
    <w:rsid w:val="002C2419"/>
    <w:rsid w:val="002C75F1"/>
    <w:rsid w:val="002F2DB3"/>
    <w:rsid w:val="00311A94"/>
    <w:rsid w:val="0031604C"/>
    <w:rsid w:val="00326F90"/>
    <w:rsid w:val="003337E1"/>
    <w:rsid w:val="00350B03"/>
    <w:rsid w:val="003A4CB4"/>
    <w:rsid w:val="003C6E5F"/>
    <w:rsid w:val="003E6CD8"/>
    <w:rsid w:val="004356F1"/>
    <w:rsid w:val="00501802"/>
    <w:rsid w:val="00513386"/>
    <w:rsid w:val="00514E60"/>
    <w:rsid w:val="00527618"/>
    <w:rsid w:val="00530AAA"/>
    <w:rsid w:val="005E4B8F"/>
    <w:rsid w:val="00677CB4"/>
    <w:rsid w:val="006F5C00"/>
    <w:rsid w:val="00721D1A"/>
    <w:rsid w:val="00742573"/>
    <w:rsid w:val="007757AC"/>
    <w:rsid w:val="00792BAE"/>
    <w:rsid w:val="007A45AD"/>
    <w:rsid w:val="008651D1"/>
    <w:rsid w:val="00885DF0"/>
    <w:rsid w:val="008B4288"/>
    <w:rsid w:val="008D1705"/>
    <w:rsid w:val="00970E19"/>
    <w:rsid w:val="009872AA"/>
    <w:rsid w:val="009A3940"/>
    <w:rsid w:val="009E7014"/>
    <w:rsid w:val="00A15E57"/>
    <w:rsid w:val="00A43817"/>
    <w:rsid w:val="00A46CBB"/>
    <w:rsid w:val="00A511E6"/>
    <w:rsid w:val="00A91E8B"/>
    <w:rsid w:val="00AA1D8D"/>
    <w:rsid w:val="00AC61F8"/>
    <w:rsid w:val="00AD5564"/>
    <w:rsid w:val="00B47730"/>
    <w:rsid w:val="00BB4643"/>
    <w:rsid w:val="00C21BB1"/>
    <w:rsid w:val="00C24244"/>
    <w:rsid w:val="00C742C7"/>
    <w:rsid w:val="00C847DF"/>
    <w:rsid w:val="00CB0664"/>
    <w:rsid w:val="00D226DF"/>
    <w:rsid w:val="00D3238E"/>
    <w:rsid w:val="00DE439B"/>
    <w:rsid w:val="00DF3B80"/>
    <w:rsid w:val="00E05DEB"/>
    <w:rsid w:val="00E26D75"/>
    <w:rsid w:val="00E447B9"/>
    <w:rsid w:val="00F411A0"/>
    <w:rsid w:val="00F629F5"/>
    <w:rsid w:val="00F91A3C"/>
    <w:rsid w:val="00FA0B43"/>
    <w:rsid w:val="00FB5A8A"/>
    <w:rsid w:val="00FC693F"/>
    <w:rsid w:val="342F5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BC3F57"/>
  <w14:defaultImageDpi w14:val="300"/>
  <w15:docId w15:val="{3649ADE8-F2E7-4064-A355-B1A61B4168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a" w:default="1">
    <w:name w:val="Normal"/>
    <w:qFormat/>
    <w:rsid w:val="00FC693F"/>
  </w:style>
  <w:style w:type="paragraph" w:styleId="1izenburua">
    <w:name w:val="heading 1"/>
    <w:basedOn w:val="Normala"/>
    <w:next w:val="Normala"/>
    <w:link w:val="1izenburuaKar"/>
    <w:uiPriority w:val="9"/>
    <w:qFormat/>
    <w:rsid w:val="00FC693F"/>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FC693F"/>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3izenburua">
    <w:name w:val="heading 3"/>
    <w:basedOn w:val="Normala"/>
    <w:next w:val="Normala"/>
    <w:link w:val="3izenburuaKar"/>
    <w:uiPriority w:val="9"/>
    <w:unhideWhenUsed/>
    <w:qFormat/>
    <w:rsid w:val="00FC693F"/>
    <w:pPr>
      <w:keepNext/>
      <w:keepLines/>
      <w:spacing w:before="200" w:after="0"/>
      <w:outlineLvl w:val="2"/>
    </w:pPr>
    <w:rPr>
      <w:rFonts w:asciiTheme="majorHAnsi" w:hAnsiTheme="majorHAnsi" w:eastAsiaTheme="majorEastAsia" w:cstheme="majorBidi"/>
      <w:b/>
      <w:bCs/>
      <w:color w:val="4F81BD" w:themeColor="accent1"/>
    </w:rPr>
  </w:style>
  <w:style w:type="paragraph" w:styleId="4izenburua">
    <w:name w:val="heading 4"/>
    <w:basedOn w:val="Normala"/>
    <w:next w:val="Normala"/>
    <w:link w:val="4izenburuaKar"/>
    <w:uiPriority w:val="9"/>
    <w:semiHidden/>
    <w:unhideWhenUsed/>
    <w:qFormat/>
    <w:rsid w:val="00FC693F"/>
    <w:pPr>
      <w:keepNext/>
      <w:keepLines/>
      <w:spacing w:before="200" w:after="0"/>
      <w:outlineLvl w:val="3"/>
    </w:pPr>
    <w:rPr>
      <w:rFonts w:asciiTheme="majorHAnsi" w:hAnsiTheme="majorHAnsi" w:eastAsiaTheme="majorEastAsia" w:cstheme="majorBidi"/>
      <w:b/>
      <w:bCs/>
      <w:i/>
      <w:iCs/>
      <w:color w:val="4F81BD" w:themeColor="accent1"/>
    </w:rPr>
  </w:style>
  <w:style w:type="paragraph" w:styleId="5izenburua">
    <w:name w:val="heading 5"/>
    <w:basedOn w:val="Normala"/>
    <w:next w:val="Normala"/>
    <w:link w:val="5izenburuaKar"/>
    <w:uiPriority w:val="9"/>
    <w:semiHidden/>
    <w:unhideWhenUsed/>
    <w:qFormat/>
    <w:rsid w:val="00FC693F"/>
    <w:pPr>
      <w:keepNext/>
      <w:keepLines/>
      <w:spacing w:before="200" w:after="0"/>
      <w:outlineLvl w:val="4"/>
    </w:pPr>
    <w:rPr>
      <w:rFonts w:asciiTheme="majorHAnsi" w:hAnsiTheme="majorHAnsi" w:eastAsiaTheme="majorEastAsia" w:cstheme="majorBidi"/>
      <w:color w:val="243F60" w:themeColor="accent1" w:themeShade="7F"/>
    </w:rPr>
  </w:style>
  <w:style w:type="paragraph" w:styleId="6izenburua">
    <w:name w:val="heading 6"/>
    <w:basedOn w:val="Normala"/>
    <w:next w:val="Normala"/>
    <w:link w:val="6izenburuaKar"/>
    <w:uiPriority w:val="9"/>
    <w:semiHidden/>
    <w:unhideWhenUsed/>
    <w:qFormat/>
    <w:rsid w:val="00FC693F"/>
    <w:pPr>
      <w:keepNext/>
      <w:keepLines/>
      <w:spacing w:before="200" w:after="0"/>
      <w:outlineLvl w:val="5"/>
    </w:pPr>
    <w:rPr>
      <w:rFonts w:asciiTheme="majorHAnsi" w:hAnsiTheme="majorHAnsi" w:eastAsiaTheme="majorEastAsia" w:cstheme="majorBidi"/>
      <w:i/>
      <w:iCs/>
      <w:color w:val="243F60" w:themeColor="accent1" w:themeShade="7F"/>
    </w:rPr>
  </w:style>
  <w:style w:type="paragraph" w:styleId="7izenburua">
    <w:name w:val="heading 7"/>
    <w:basedOn w:val="Normala"/>
    <w:next w:val="Normala"/>
    <w:link w:val="7izenburuaK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8izenburua">
    <w:name w:val="heading 8"/>
    <w:basedOn w:val="Normala"/>
    <w:next w:val="Normala"/>
    <w:link w:val="8izenburuaK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9izenburua">
    <w:name w:val="heading 9"/>
    <w:basedOn w:val="Normala"/>
    <w:next w:val="Normala"/>
    <w:link w:val="9izenburuaK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Paragrafoarenletra-tipolehenetsia" w:default="1">
    <w:name w:val="Default Paragraph Font"/>
    <w:uiPriority w:val="1"/>
    <w:semiHidden/>
    <w:unhideWhenUsed/>
  </w:style>
  <w:style w:type="table" w:styleId="Taulanormala" w:default="1">
    <w:name w:val="Normal Table"/>
    <w:uiPriority w:val="99"/>
    <w:semiHidden/>
    <w:unhideWhenUsed/>
    <w:tblPr>
      <w:tblInd w:w="0" w:type="dxa"/>
      <w:tblCellMar>
        <w:top w:w="0" w:type="dxa"/>
        <w:left w:w="108" w:type="dxa"/>
        <w:bottom w:w="0" w:type="dxa"/>
        <w:right w:w="108" w:type="dxa"/>
      </w:tblCellMar>
    </w:tblPr>
  </w:style>
  <w:style w:type="numbering" w:styleId="Zerrendarikez" w:default="1">
    <w:name w:val="No List"/>
    <w:uiPriority w:val="99"/>
    <w:semiHidden/>
    <w:unhideWhenUsed/>
  </w:style>
  <w:style w:type="paragraph" w:styleId="Goiburua">
    <w:name w:val="header"/>
    <w:basedOn w:val="Normala"/>
    <w:link w:val="GoiburuaKar"/>
    <w:uiPriority w:val="99"/>
    <w:unhideWhenUsed/>
    <w:rsid w:val="00E618BF"/>
    <w:pPr>
      <w:tabs>
        <w:tab w:val="center" w:pos="4680"/>
        <w:tab w:val="right" w:pos="9360"/>
      </w:tabs>
      <w:spacing w:after="0" w:line="240" w:lineRule="auto"/>
    </w:pPr>
  </w:style>
  <w:style w:type="character" w:styleId="GoiburuaKar" w:customStyle="1">
    <w:name w:val="Goiburua Kar"/>
    <w:basedOn w:val="Paragrafoarenletra-tipolehenetsia"/>
    <w:link w:val="Goiburua"/>
    <w:uiPriority w:val="99"/>
    <w:rsid w:val="00E618BF"/>
  </w:style>
  <w:style w:type="paragraph" w:styleId="Orri-oina">
    <w:name w:val="footer"/>
    <w:basedOn w:val="Normala"/>
    <w:link w:val="Orri-oinaKar"/>
    <w:uiPriority w:val="99"/>
    <w:unhideWhenUsed/>
    <w:rsid w:val="00E618BF"/>
    <w:pPr>
      <w:tabs>
        <w:tab w:val="center" w:pos="4680"/>
        <w:tab w:val="right" w:pos="9360"/>
      </w:tabs>
      <w:spacing w:after="0" w:line="240" w:lineRule="auto"/>
    </w:pPr>
  </w:style>
  <w:style w:type="character" w:styleId="Orri-oinaKar" w:customStyle="1">
    <w:name w:val="Orri-oina Kar"/>
    <w:basedOn w:val="Paragrafoarenletra-tipolehenetsia"/>
    <w:link w:val="Orri-oina"/>
    <w:uiPriority w:val="99"/>
    <w:rsid w:val="00E618BF"/>
  </w:style>
  <w:style w:type="paragraph" w:styleId="Tarterikez">
    <w:name w:val="No Spacing"/>
    <w:link w:val="TarterikezKar"/>
    <w:uiPriority w:val="1"/>
    <w:qFormat/>
    <w:rsid w:val="00FC693F"/>
    <w:pPr>
      <w:spacing w:after="0" w:line="240" w:lineRule="auto"/>
    </w:pPr>
  </w:style>
  <w:style w:type="character" w:styleId="1izenburuaKar" w:customStyle="1">
    <w:name w:val="1. izenburua Kar"/>
    <w:basedOn w:val="Paragrafoarenletra-tipolehenetsia"/>
    <w:link w:val="1izenburua"/>
    <w:uiPriority w:val="9"/>
    <w:rsid w:val="00FC693F"/>
    <w:rPr>
      <w:rFonts w:asciiTheme="majorHAnsi" w:hAnsiTheme="majorHAnsi" w:eastAsiaTheme="majorEastAsia" w:cstheme="majorBidi"/>
      <w:b/>
      <w:bCs/>
      <w:color w:val="365F91" w:themeColor="accent1" w:themeShade="BF"/>
      <w:sz w:val="28"/>
      <w:szCs w:val="28"/>
    </w:rPr>
  </w:style>
  <w:style w:type="character" w:styleId="2izenburuaKar" w:customStyle="1">
    <w:name w:val="2. izenburua Kar"/>
    <w:basedOn w:val="Paragrafoarenletra-tipolehenetsia"/>
    <w:link w:val="2izenburua"/>
    <w:uiPriority w:val="9"/>
    <w:rsid w:val="00FC693F"/>
    <w:rPr>
      <w:rFonts w:asciiTheme="majorHAnsi" w:hAnsiTheme="majorHAnsi" w:eastAsiaTheme="majorEastAsia" w:cstheme="majorBidi"/>
      <w:b/>
      <w:bCs/>
      <w:color w:val="4F81BD" w:themeColor="accent1"/>
      <w:sz w:val="26"/>
      <w:szCs w:val="26"/>
    </w:rPr>
  </w:style>
  <w:style w:type="character" w:styleId="3izenburuaKar" w:customStyle="1">
    <w:name w:val="3. izenburua Kar"/>
    <w:basedOn w:val="Paragrafoarenletra-tipolehenetsia"/>
    <w:link w:val="3izenburua"/>
    <w:uiPriority w:val="9"/>
    <w:rsid w:val="00FC693F"/>
    <w:rPr>
      <w:rFonts w:asciiTheme="majorHAnsi" w:hAnsiTheme="majorHAnsi" w:eastAsiaTheme="majorEastAsia" w:cstheme="majorBidi"/>
      <w:b/>
      <w:bCs/>
      <w:color w:val="4F81BD" w:themeColor="accent1"/>
    </w:rPr>
  </w:style>
  <w:style w:type="paragraph" w:styleId="Titulua">
    <w:name w:val="Title"/>
    <w:basedOn w:val="Normala"/>
    <w:next w:val="Normala"/>
    <w:link w:val="TituluaKar"/>
    <w:uiPriority w:val="10"/>
    <w:qFormat/>
    <w:rsid w:val="00FC693F"/>
    <w:pPr>
      <w:pBdr>
        <w:bottom w:val="single" w:color="4F81BD" w:themeColor="accent1" w:sz="8" w:space="4"/>
      </w:pBdr>
      <w:spacing w:after="300" w:line="240" w:lineRule="auto"/>
      <w:contextualSpacing/>
    </w:pPr>
    <w:rPr>
      <w:rFonts w:asciiTheme="majorHAnsi" w:hAnsiTheme="majorHAnsi" w:eastAsiaTheme="majorEastAsia" w:cstheme="majorBidi"/>
      <w:color w:val="17365D" w:themeColor="text2" w:themeShade="BF"/>
      <w:spacing w:val="5"/>
      <w:kern w:val="28"/>
      <w:sz w:val="52"/>
      <w:szCs w:val="52"/>
    </w:rPr>
  </w:style>
  <w:style w:type="character" w:styleId="TituluaKar" w:customStyle="1">
    <w:name w:val="Titulua Kar"/>
    <w:basedOn w:val="Paragrafoarenletra-tipolehenetsia"/>
    <w:link w:val="Titulua"/>
    <w:uiPriority w:val="10"/>
    <w:rsid w:val="00FC693F"/>
    <w:rPr>
      <w:rFonts w:asciiTheme="majorHAnsi" w:hAnsiTheme="majorHAnsi" w:eastAsiaTheme="majorEastAsia" w:cstheme="majorBidi"/>
      <w:color w:val="17365D" w:themeColor="text2" w:themeShade="BF"/>
      <w:spacing w:val="5"/>
      <w:kern w:val="28"/>
      <w:sz w:val="52"/>
      <w:szCs w:val="52"/>
    </w:rPr>
  </w:style>
  <w:style w:type="paragraph" w:styleId="Azpititulua">
    <w:name w:val="Subtitle"/>
    <w:basedOn w:val="Normala"/>
    <w:next w:val="Normala"/>
    <w:link w:val="AzpitituluaKar"/>
    <w:uiPriority w:val="11"/>
    <w:qFormat/>
    <w:rsid w:val="00FC693F"/>
    <w:pPr>
      <w:numPr>
        <w:ilvl w:val="1"/>
      </w:numPr>
    </w:pPr>
    <w:rPr>
      <w:rFonts w:asciiTheme="majorHAnsi" w:hAnsiTheme="majorHAnsi" w:eastAsiaTheme="majorEastAsia" w:cstheme="majorBidi"/>
      <w:i/>
      <w:iCs/>
      <w:color w:val="4F81BD" w:themeColor="accent1"/>
      <w:spacing w:val="15"/>
      <w:sz w:val="24"/>
      <w:szCs w:val="24"/>
    </w:rPr>
  </w:style>
  <w:style w:type="character" w:styleId="AzpitituluaKar" w:customStyle="1">
    <w:name w:val="Azpititulua Kar"/>
    <w:basedOn w:val="Paragrafoarenletra-tipolehenetsia"/>
    <w:link w:val="Azpititulua"/>
    <w:uiPriority w:val="11"/>
    <w:rsid w:val="00FC693F"/>
    <w:rPr>
      <w:rFonts w:asciiTheme="majorHAnsi" w:hAnsiTheme="majorHAnsi" w:eastAsiaTheme="majorEastAsia" w:cstheme="majorBidi"/>
      <w:i/>
      <w:iCs/>
      <w:color w:val="4F81BD" w:themeColor="accent1"/>
      <w:spacing w:val="15"/>
      <w:sz w:val="24"/>
      <w:szCs w:val="24"/>
    </w:rPr>
  </w:style>
  <w:style w:type="paragraph" w:styleId="Zerrenda-paragrafoa">
    <w:name w:val="List Paragraph"/>
    <w:basedOn w:val="Normala"/>
    <w:uiPriority w:val="34"/>
    <w:qFormat/>
    <w:rsid w:val="00FC693F"/>
    <w:pPr>
      <w:ind w:left="720"/>
      <w:contextualSpacing/>
    </w:pPr>
  </w:style>
  <w:style w:type="paragraph" w:styleId="Gorputz-testua">
    <w:name w:val="Body Text"/>
    <w:basedOn w:val="Normala"/>
    <w:link w:val="Gorputz-testuaKar"/>
    <w:uiPriority w:val="99"/>
    <w:unhideWhenUsed/>
    <w:rsid w:val="00AA1D8D"/>
    <w:pPr>
      <w:spacing w:after="120"/>
    </w:pPr>
  </w:style>
  <w:style w:type="character" w:styleId="Gorputz-testuaKar" w:customStyle="1">
    <w:name w:val="Gorputz-testua Kar"/>
    <w:basedOn w:val="Paragrafoarenletra-tipolehenetsia"/>
    <w:link w:val="Gorputz-testua"/>
    <w:uiPriority w:val="99"/>
    <w:rsid w:val="00AA1D8D"/>
  </w:style>
  <w:style w:type="paragraph" w:styleId="Gorputz-testua2">
    <w:name w:val="Body Text 2"/>
    <w:basedOn w:val="Normala"/>
    <w:link w:val="Gorputz-testua2Kar"/>
    <w:uiPriority w:val="99"/>
    <w:unhideWhenUsed/>
    <w:rsid w:val="00AA1D8D"/>
    <w:pPr>
      <w:spacing w:after="120" w:line="480" w:lineRule="auto"/>
    </w:pPr>
  </w:style>
  <w:style w:type="character" w:styleId="Gorputz-testua2Kar" w:customStyle="1">
    <w:name w:val="Gorputz-testua 2 Kar"/>
    <w:basedOn w:val="Paragrafoarenletra-tipolehenetsia"/>
    <w:link w:val="Gorputz-testua2"/>
    <w:uiPriority w:val="99"/>
    <w:rsid w:val="00AA1D8D"/>
  </w:style>
  <w:style w:type="paragraph" w:styleId="Gorputz-testua3">
    <w:name w:val="Body Text 3"/>
    <w:basedOn w:val="Normala"/>
    <w:link w:val="Gorputz-testua3Kar"/>
    <w:uiPriority w:val="99"/>
    <w:unhideWhenUsed/>
    <w:rsid w:val="00AA1D8D"/>
    <w:pPr>
      <w:spacing w:after="120"/>
    </w:pPr>
    <w:rPr>
      <w:sz w:val="16"/>
      <w:szCs w:val="16"/>
    </w:rPr>
  </w:style>
  <w:style w:type="character" w:styleId="Gorputz-testua3Kar" w:customStyle="1">
    <w:name w:val="Gorputz-testua 3 Kar"/>
    <w:basedOn w:val="Paragrafoarenletra-tipolehenetsia"/>
    <w:link w:val="Gorputz-testua3"/>
    <w:uiPriority w:val="99"/>
    <w:rsid w:val="00AA1D8D"/>
    <w:rPr>
      <w:sz w:val="16"/>
      <w:szCs w:val="16"/>
    </w:rPr>
  </w:style>
  <w:style w:type="paragraph" w:styleId="Zerrenda">
    <w:name w:val="List"/>
    <w:basedOn w:val="Normala"/>
    <w:uiPriority w:val="99"/>
    <w:unhideWhenUsed/>
    <w:rsid w:val="00AA1D8D"/>
    <w:pPr>
      <w:ind w:left="360" w:hanging="360"/>
      <w:contextualSpacing/>
    </w:pPr>
  </w:style>
  <w:style w:type="paragraph" w:styleId="Zerrenda2">
    <w:name w:val="List 2"/>
    <w:basedOn w:val="Normala"/>
    <w:uiPriority w:val="99"/>
    <w:unhideWhenUsed/>
    <w:rsid w:val="00326F90"/>
    <w:pPr>
      <w:ind w:left="720" w:hanging="360"/>
      <w:contextualSpacing/>
    </w:pPr>
  </w:style>
  <w:style w:type="paragraph" w:styleId="Zerrenda3">
    <w:name w:val="List 3"/>
    <w:basedOn w:val="Normala"/>
    <w:uiPriority w:val="99"/>
    <w:unhideWhenUsed/>
    <w:rsid w:val="00326F90"/>
    <w:pPr>
      <w:ind w:left="1080" w:hanging="360"/>
      <w:contextualSpacing/>
    </w:pPr>
  </w:style>
  <w:style w:type="paragraph" w:styleId="Bulet-zerrenda">
    <w:name w:val="List Bullet"/>
    <w:basedOn w:val="Normala"/>
    <w:uiPriority w:val="99"/>
    <w:unhideWhenUsed/>
    <w:rsid w:val="00326F90"/>
    <w:pPr>
      <w:numPr>
        <w:numId w:val="1"/>
      </w:numPr>
      <w:contextualSpacing/>
    </w:pPr>
  </w:style>
  <w:style w:type="paragraph" w:styleId="Bulet-zerrenda2">
    <w:name w:val="List Bullet 2"/>
    <w:basedOn w:val="Normala"/>
    <w:uiPriority w:val="99"/>
    <w:unhideWhenUsed/>
    <w:rsid w:val="00326F90"/>
    <w:pPr>
      <w:numPr>
        <w:numId w:val="2"/>
      </w:numPr>
      <w:contextualSpacing/>
    </w:pPr>
  </w:style>
  <w:style w:type="paragraph" w:styleId="Bulet-zerrenda3">
    <w:name w:val="List Bullet 3"/>
    <w:basedOn w:val="Normala"/>
    <w:uiPriority w:val="99"/>
    <w:unhideWhenUsed/>
    <w:rsid w:val="00326F90"/>
    <w:pPr>
      <w:numPr>
        <w:numId w:val="3"/>
      </w:numPr>
      <w:contextualSpacing/>
    </w:pPr>
  </w:style>
  <w:style w:type="paragraph" w:styleId="Zenbaki-zerrenda">
    <w:name w:val="List Number"/>
    <w:basedOn w:val="Normala"/>
    <w:uiPriority w:val="99"/>
    <w:unhideWhenUsed/>
    <w:rsid w:val="00326F90"/>
    <w:pPr>
      <w:numPr>
        <w:numId w:val="4"/>
      </w:numPr>
      <w:contextualSpacing/>
    </w:pPr>
  </w:style>
  <w:style w:type="paragraph" w:styleId="Zenbaki-zerrenda2">
    <w:name w:val="List Number 2"/>
    <w:basedOn w:val="Normala"/>
    <w:uiPriority w:val="99"/>
    <w:unhideWhenUsed/>
    <w:rsid w:val="0029639D"/>
    <w:pPr>
      <w:numPr>
        <w:numId w:val="5"/>
      </w:numPr>
      <w:contextualSpacing/>
    </w:pPr>
  </w:style>
  <w:style w:type="paragraph" w:styleId="Zenbaki-zerrenda3">
    <w:name w:val="List Number 3"/>
    <w:basedOn w:val="Normala"/>
    <w:uiPriority w:val="99"/>
    <w:unhideWhenUsed/>
    <w:rsid w:val="0029639D"/>
    <w:pPr>
      <w:numPr>
        <w:numId w:val="6"/>
      </w:numPr>
      <w:contextualSpacing/>
    </w:pPr>
  </w:style>
  <w:style w:type="paragraph" w:styleId="Zerrendajarraitua">
    <w:name w:val="List Continue"/>
    <w:basedOn w:val="Normala"/>
    <w:uiPriority w:val="99"/>
    <w:unhideWhenUsed/>
    <w:rsid w:val="0029639D"/>
    <w:pPr>
      <w:spacing w:after="120"/>
      <w:ind w:left="360"/>
      <w:contextualSpacing/>
    </w:pPr>
  </w:style>
  <w:style w:type="paragraph" w:styleId="Zerrendajarraitua2">
    <w:name w:val="List Continue 2"/>
    <w:basedOn w:val="Normala"/>
    <w:uiPriority w:val="99"/>
    <w:unhideWhenUsed/>
    <w:rsid w:val="0029639D"/>
    <w:pPr>
      <w:spacing w:after="120"/>
      <w:ind w:left="720"/>
      <w:contextualSpacing/>
    </w:pPr>
  </w:style>
  <w:style w:type="paragraph" w:styleId="Zerrendajarraitua3">
    <w:name w:val="List Continue 3"/>
    <w:basedOn w:val="Normala"/>
    <w:uiPriority w:val="99"/>
    <w:unhideWhenUsed/>
    <w:rsid w:val="0029639D"/>
    <w:pPr>
      <w:spacing w:after="120"/>
      <w:ind w:left="1080"/>
      <w:contextualSpacing/>
    </w:pPr>
  </w:style>
  <w:style w:type="paragraph" w:styleId="Makrokotestua">
    <w:name w:val="macro"/>
    <w:link w:val="MakrokotestuaK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MakrokotestuaKar" w:customStyle="1">
    <w:name w:val="Makroko testua Kar"/>
    <w:basedOn w:val="Paragrafoarenletra-tipolehenetsia"/>
    <w:link w:val="Makrokotestua"/>
    <w:uiPriority w:val="99"/>
    <w:rsid w:val="0029639D"/>
    <w:rPr>
      <w:rFonts w:ascii="Courier" w:hAnsi="Courier"/>
      <w:sz w:val="20"/>
      <w:szCs w:val="20"/>
    </w:rPr>
  </w:style>
  <w:style w:type="paragraph" w:styleId="Aipua">
    <w:name w:val="Quote"/>
    <w:basedOn w:val="Normala"/>
    <w:next w:val="Normala"/>
    <w:link w:val="AipuaKar"/>
    <w:uiPriority w:val="29"/>
    <w:qFormat/>
    <w:rsid w:val="00FC693F"/>
    <w:rPr>
      <w:i/>
      <w:iCs/>
      <w:color w:val="000000" w:themeColor="text1"/>
    </w:rPr>
  </w:style>
  <w:style w:type="character" w:styleId="AipuaKar" w:customStyle="1">
    <w:name w:val="Aipua Kar"/>
    <w:basedOn w:val="Paragrafoarenletra-tipolehenetsia"/>
    <w:link w:val="Aipua"/>
    <w:uiPriority w:val="29"/>
    <w:rsid w:val="00FC693F"/>
    <w:rPr>
      <w:i/>
      <w:iCs/>
      <w:color w:val="000000" w:themeColor="text1"/>
    </w:rPr>
  </w:style>
  <w:style w:type="character" w:styleId="4izenburuaKar" w:customStyle="1">
    <w:name w:val="4. izenburua Kar"/>
    <w:basedOn w:val="Paragrafoarenletra-tipolehenetsia"/>
    <w:link w:val="4izenburua"/>
    <w:uiPriority w:val="9"/>
    <w:semiHidden/>
    <w:rsid w:val="00FC693F"/>
    <w:rPr>
      <w:rFonts w:asciiTheme="majorHAnsi" w:hAnsiTheme="majorHAnsi" w:eastAsiaTheme="majorEastAsia" w:cstheme="majorBidi"/>
      <w:b/>
      <w:bCs/>
      <w:i/>
      <w:iCs/>
      <w:color w:val="4F81BD" w:themeColor="accent1"/>
    </w:rPr>
  </w:style>
  <w:style w:type="character" w:styleId="5izenburuaKar" w:customStyle="1">
    <w:name w:val="5. izenburua Kar"/>
    <w:basedOn w:val="Paragrafoarenletra-tipolehenetsia"/>
    <w:link w:val="5izenburua"/>
    <w:uiPriority w:val="9"/>
    <w:semiHidden/>
    <w:rsid w:val="00FC693F"/>
    <w:rPr>
      <w:rFonts w:asciiTheme="majorHAnsi" w:hAnsiTheme="majorHAnsi" w:eastAsiaTheme="majorEastAsia" w:cstheme="majorBidi"/>
      <w:color w:val="243F60" w:themeColor="accent1" w:themeShade="7F"/>
    </w:rPr>
  </w:style>
  <w:style w:type="character" w:styleId="6izenburuaKar" w:customStyle="1">
    <w:name w:val="6. izenburua Kar"/>
    <w:basedOn w:val="Paragrafoarenletra-tipolehenetsia"/>
    <w:link w:val="6izenburua"/>
    <w:uiPriority w:val="9"/>
    <w:semiHidden/>
    <w:rsid w:val="00FC693F"/>
    <w:rPr>
      <w:rFonts w:asciiTheme="majorHAnsi" w:hAnsiTheme="majorHAnsi" w:eastAsiaTheme="majorEastAsia" w:cstheme="majorBidi"/>
      <w:i/>
      <w:iCs/>
      <w:color w:val="243F60" w:themeColor="accent1" w:themeShade="7F"/>
    </w:rPr>
  </w:style>
  <w:style w:type="character" w:styleId="7izenburuaKar" w:customStyle="1">
    <w:name w:val="7. izenburua Kar"/>
    <w:basedOn w:val="Paragrafoarenletra-tipolehenetsia"/>
    <w:link w:val="7izenburua"/>
    <w:uiPriority w:val="9"/>
    <w:semiHidden/>
    <w:rsid w:val="00FC693F"/>
    <w:rPr>
      <w:rFonts w:asciiTheme="majorHAnsi" w:hAnsiTheme="majorHAnsi" w:eastAsiaTheme="majorEastAsia" w:cstheme="majorBidi"/>
      <w:i/>
      <w:iCs/>
      <w:color w:val="404040" w:themeColor="text1" w:themeTint="BF"/>
    </w:rPr>
  </w:style>
  <w:style w:type="character" w:styleId="8izenburuaKar" w:customStyle="1">
    <w:name w:val="8. izenburua Kar"/>
    <w:basedOn w:val="Paragrafoarenletra-tipolehenetsia"/>
    <w:link w:val="8izenburua"/>
    <w:uiPriority w:val="9"/>
    <w:semiHidden/>
    <w:rsid w:val="00FC693F"/>
    <w:rPr>
      <w:rFonts w:asciiTheme="majorHAnsi" w:hAnsiTheme="majorHAnsi" w:eastAsiaTheme="majorEastAsia" w:cstheme="majorBidi"/>
      <w:color w:val="4F81BD" w:themeColor="accent1"/>
      <w:sz w:val="20"/>
      <w:szCs w:val="20"/>
    </w:rPr>
  </w:style>
  <w:style w:type="character" w:styleId="9izenburuaKar" w:customStyle="1">
    <w:name w:val="9. izenburua Kar"/>
    <w:basedOn w:val="Paragrafoarenletra-tipolehenetsia"/>
    <w:link w:val="9izenburua"/>
    <w:uiPriority w:val="9"/>
    <w:semiHidden/>
    <w:rsid w:val="00FC693F"/>
    <w:rPr>
      <w:rFonts w:asciiTheme="majorHAnsi" w:hAnsiTheme="majorHAnsi" w:eastAsiaTheme="majorEastAsia" w:cstheme="majorBidi"/>
      <w:i/>
      <w:iCs/>
      <w:color w:val="404040" w:themeColor="text1" w:themeTint="BF"/>
      <w:sz w:val="20"/>
      <w:szCs w:val="20"/>
    </w:rPr>
  </w:style>
  <w:style w:type="paragraph" w:styleId="Epigrafea">
    <w:name w:val="caption"/>
    <w:basedOn w:val="Normala"/>
    <w:next w:val="Normala"/>
    <w:uiPriority w:val="35"/>
    <w:semiHidden/>
    <w:unhideWhenUsed/>
    <w:qFormat/>
    <w:rsid w:val="00FC693F"/>
    <w:pPr>
      <w:spacing w:line="240" w:lineRule="auto"/>
    </w:pPr>
    <w:rPr>
      <w:b/>
      <w:bCs/>
      <w:color w:val="4F81BD" w:themeColor="accent1"/>
      <w:sz w:val="18"/>
      <w:szCs w:val="18"/>
    </w:rPr>
  </w:style>
  <w:style w:type="character" w:styleId="Lodia">
    <w:name w:val="Strong"/>
    <w:basedOn w:val="Paragrafoarenletra-tipolehenetsia"/>
    <w:uiPriority w:val="22"/>
    <w:qFormat/>
    <w:rsid w:val="00FC693F"/>
    <w:rPr>
      <w:b/>
      <w:bCs/>
    </w:rPr>
  </w:style>
  <w:style w:type="character" w:styleId="Enfasia">
    <w:name w:val="Emphasis"/>
    <w:basedOn w:val="Paragrafoarenletra-tipolehenetsia"/>
    <w:uiPriority w:val="20"/>
    <w:qFormat/>
    <w:rsid w:val="00FC693F"/>
    <w:rPr>
      <w:i/>
      <w:iCs/>
    </w:rPr>
  </w:style>
  <w:style w:type="paragraph" w:styleId="Aipamenhandia">
    <w:name w:val="Intense Quote"/>
    <w:basedOn w:val="Normala"/>
    <w:next w:val="Normala"/>
    <w:link w:val="AipamenhandiaK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AipamenhandiaKar" w:customStyle="1">
    <w:name w:val="Aipamen handia Kar"/>
    <w:basedOn w:val="Paragrafoarenletra-tipolehenetsia"/>
    <w:link w:val="Aipamenhandia"/>
    <w:uiPriority w:val="30"/>
    <w:rsid w:val="00FC693F"/>
    <w:rPr>
      <w:b/>
      <w:bCs/>
      <w:i/>
      <w:iCs/>
      <w:color w:val="4F81BD" w:themeColor="accent1"/>
    </w:rPr>
  </w:style>
  <w:style w:type="character" w:styleId="Enfasileuna">
    <w:name w:val="Subtle Emphasis"/>
    <w:basedOn w:val="Paragrafoarenletra-tipolehenetsia"/>
    <w:uiPriority w:val="19"/>
    <w:qFormat/>
    <w:rsid w:val="00FC693F"/>
    <w:rPr>
      <w:i/>
      <w:iCs/>
      <w:color w:val="808080" w:themeColor="text1" w:themeTint="7F"/>
    </w:rPr>
  </w:style>
  <w:style w:type="character" w:styleId="Enfasibizia">
    <w:name w:val="Intense Emphasis"/>
    <w:basedOn w:val="Paragrafoarenletra-tipolehenetsia"/>
    <w:uiPriority w:val="21"/>
    <w:qFormat/>
    <w:rsid w:val="00FC693F"/>
    <w:rPr>
      <w:b/>
      <w:bCs/>
      <w:i/>
      <w:iCs/>
      <w:color w:val="4F81BD" w:themeColor="accent1"/>
    </w:rPr>
  </w:style>
  <w:style w:type="character" w:styleId="Erreferentzialeuna">
    <w:name w:val="Subtle Reference"/>
    <w:basedOn w:val="Paragrafoarenletra-tipolehenetsia"/>
    <w:uiPriority w:val="31"/>
    <w:qFormat/>
    <w:rsid w:val="00FC693F"/>
    <w:rPr>
      <w:smallCaps/>
      <w:color w:val="C0504D" w:themeColor="accent2"/>
      <w:u w:val="single"/>
    </w:rPr>
  </w:style>
  <w:style w:type="character" w:styleId="Erreferentziabizia">
    <w:name w:val="Intense Reference"/>
    <w:basedOn w:val="Paragrafoarenletra-tipolehenetsia"/>
    <w:uiPriority w:val="32"/>
    <w:qFormat/>
    <w:rsid w:val="00FC693F"/>
    <w:rPr>
      <w:b/>
      <w:bCs/>
      <w:smallCaps/>
      <w:color w:val="C0504D" w:themeColor="accent2"/>
      <w:spacing w:val="5"/>
      <w:u w:val="single"/>
    </w:rPr>
  </w:style>
  <w:style w:type="character" w:styleId="Liburuarentitulua">
    <w:name w:val="Book Title"/>
    <w:basedOn w:val="Paragrafoarenletra-tipolehenetsia"/>
    <w:uiPriority w:val="33"/>
    <w:qFormat/>
    <w:rsid w:val="00FC693F"/>
    <w:rPr>
      <w:b/>
      <w:bCs/>
      <w:smallCaps/>
      <w:spacing w:val="5"/>
    </w:rPr>
  </w:style>
  <w:style w:type="paragraph" w:styleId="TOCizenburua">
    <w:name w:val="TOC Heading"/>
    <w:basedOn w:val="1izenburua"/>
    <w:next w:val="Normala"/>
    <w:uiPriority w:val="39"/>
    <w:unhideWhenUsed/>
    <w:qFormat/>
    <w:rsid w:val="00FC693F"/>
    <w:pPr>
      <w:outlineLvl w:val="9"/>
    </w:pPr>
  </w:style>
  <w:style w:type="table" w:styleId="Saretaduntaula">
    <w:name w:val="Table Grid"/>
    <w:basedOn w:val="Taulanormala"/>
    <w:uiPriority w:val="5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Itzalduraargia">
    <w:name w:val="Light Shading"/>
    <w:basedOn w:val="Taulanormala"/>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Itzalduraargia-1enfasia">
    <w:name w:val="Light Shading Accent 1"/>
    <w:basedOn w:val="Taulanormala"/>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Itzalduraargia-2enfasia">
    <w:name w:val="Light Shading Accent 2"/>
    <w:basedOn w:val="Taulanormala"/>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Itzalduraargia-3enfasia">
    <w:name w:val="Light Shading Accent 3"/>
    <w:basedOn w:val="Taulanormala"/>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Itzalduraargia-4enfasia">
    <w:name w:val="Light Shading Accent 4"/>
    <w:basedOn w:val="Taulanormala"/>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Itzalduraargia-5enfasia">
    <w:name w:val="Light Shading Accent 5"/>
    <w:basedOn w:val="Taulanormala"/>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Itzalduraargia-6enfasia">
    <w:name w:val="Light Shading Accent 6"/>
    <w:basedOn w:val="Taulanormala"/>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Zerrendaargia">
    <w:name w:val="Light List"/>
    <w:basedOn w:val="Taulanormala"/>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Zerrendaargia-1enfasia">
    <w:name w:val="Light List Accent 1"/>
    <w:basedOn w:val="Taulanormala"/>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Zerrendaargia-2enfasia">
    <w:name w:val="Light List Accent 2"/>
    <w:basedOn w:val="Taulanormala"/>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Zerrendaargia-3enfasia">
    <w:name w:val="Light List Accent 3"/>
    <w:basedOn w:val="Taulanormala"/>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Zerrendaargia-4enfasia">
    <w:name w:val="Light List Accent 4"/>
    <w:basedOn w:val="Taulanormala"/>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Zerrendaargia-5enfasia">
    <w:name w:val="Light List Accent 5"/>
    <w:basedOn w:val="Taulanormala"/>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Zerrendaargia-6enfasia">
    <w:name w:val="Light List Accent 6"/>
    <w:basedOn w:val="Taulanormala"/>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Saretaargia">
    <w:name w:val="Light Grid"/>
    <w:basedOn w:val="Taulanormala"/>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Saretaargia-1enfasia">
    <w:name w:val="Light Grid Accent 1"/>
    <w:basedOn w:val="Taulanormala"/>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Saretaargia-2enfasia">
    <w:name w:val="Light Grid Accent 2"/>
    <w:basedOn w:val="Taulanormala"/>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Saretaargia-3enfasia">
    <w:name w:val="Light Grid Accent 3"/>
    <w:basedOn w:val="Taulanormala"/>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Saretaargia-4enfasia">
    <w:name w:val="Light Grid Accent 4"/>
    <w:basedOn w:val="Taulanormala"/>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Saretaargia-5enfasia">
    <w:name w:val="Light Grid Accent 5"/>
    <w:basedOn w:val="Taulanormala"/>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Saretaargia-6enfasia">
    <w:name w:val="Light Grid Accent 6"/>
    <w:basedOn w:val="Taulanormala"/>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1itzalduraertaina">
    <w:name w:val="Medium Shading 1"/>
    <w:basedOn w:val="Taulanormala"/>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itzalduraertaina-1enfasia">
    <w:name w:val="Medium Shading 1 Accent 1"/>
    <w:basedOn w:val="Taulanormala"/>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itzalduraertaina-2enfasia">
    <w:name w:val="Medium Shading 1 Accent 2"/>
    <w:basedOn w:val="Taulanormala"/>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itzalduraertaina-3enfasia">
    <w:name w:val="Medium Shading 1 Accent 3"/>
    <w:basedOn w:val="Taulanormala"/>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itzalduraertaina-4enfasia">
    <w:name w:val="Medium Shading 1 Accent 4"/>
    <w:basedOn w:val="Taulanormala"/>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itzalduraertaina-5enfasia">
    <w:name w:val="Medium Shading 1 Accent 5"/>
    <w:basedOn w:val="Taulanormala"/>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itzalduraertaina-6enfasia">
    <w:name w:val="Medium Shading 1 Accent 6"/>
    <w:basedOn w:val="Taulanormala"/>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itzalduraertaina">
    <w:name w:val="Medium Shading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1enfasia">
    <w:name w:val="Medium Shading 2 Accent 1"/>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2enfasia">
    <w:name w:val="Medium Shading 2 Accent 2"/>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3enfasia">
    <w:name w:val="Medium Shading 2 Accent 3"/>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4enfasia">
    <w:name w:val="Medium Shading 2 Accent 4"/>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5enfasia">
    <w:name w:val="Medium Shading 2 Accent 5"/>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2itzalduraertaina-6enfasia">
    <w:name w:val="Medium Shading 2 Accent 6"/>
    <w:basedOn w:val="Taulanormala"/>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1zerrendaertaina">
    <w:name w:val="Medium List 1"/>
    <w:basedOn w:val="Taulanormala"/>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zerrendaertaina-1enfasia">
    <w:name w:val="Medium List 1 Accent 1"/>
    <w:basedOn w:val="Taulanormala"/>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zerrendaertaina-2enfasia">
    <w:name w:val="Medium List 1 Accent 2"/>
    <w:basedOn w:val="Taulanormala"/>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zerrendaertaina-3enfasia">
    <w:name w:val="Medium List 1 Accent 3"/>
    <w:basedOn w:val="Taulanormala"/>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zerrendaertaina-4enfasia">
    <w:name w:val="Medium List 1 Accent 4"/>
    <w:basedOn w:val="Taulanormala"/>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zerrendaertaina-5enfasia">
    <w:name w:val="Medium List 1 Accent 5"/>
    <w:basedOn w:val="Taulanormala"/>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zerrendaertaina-6enfasia">
    <w:name w:val="Medium List 1 Accent 6"/>
    <w:basedOn w:val="Taulanormala"/>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zerrendaertaina">
    <w:name w:val="Medium Lis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1enfasia">
    <w:name w:val="Medium List 2 Accent 1"/>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2enfasia">
    <w:name w:val="Medium List 2 Accent 2"/>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3enfasia">
    <w:name w:val="Medium List 2 Accent 3"/>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4enfasia">
    <w:name w:val="Medium List 2 Accent 4"/>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5enfasia">
    <w:name w:val="Medium List 2 Accent 5"/>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zerrendaertaina-6enfasia">
    <w:name w:val="Medium List 2 Accent 6"/>
    <w:basedOn w:val="Taulanormala"/>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saretaertaina">
    <w:name w:val="Medium Grid 1"/>
    <w:basedOn w:val="Taulanormala"/>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saretaertaina-1enfasia">
    <w:name w:val="Medium Grid 1 Accent 1"/>
    <w:basedOn w:val="Taulanormala"/>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saretaertaina-2enfasia">
    <w:name w:val="Medium Grid 1 Accent 2"/>
    <w:basedOn w:val="Taulanormala"/>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saretaertaina-3enfasia">
    <w:name w:val="Medium Grid 1 Accent 3"/>
    <w:basedOn w:val="Taulanormala"/>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saretaertaina-4enfasia">
    <w:name w:val="Medium Grid 1 Accent 4"/>
    <w:basedOn w:val="Taulanormala"/>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saretaertaina-5enfasia">
    <w:name w:val="Medium Grid 1 Accent 5"/>
    <w:basedOn w:val="Taulanormala"/>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saretaertaina-6enfasia">
    <w:name w:val="Medium Grid 1 Accent 6"/>
    <w:basedOn w:val="Taulanormala"/>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saretaertaina">
    <w:name w:val="Medium Grid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2saretaertaina-1enfasia">
    <w:name w:val="Medium Grid 2 Accent 1"/>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2saretaertaina-2enfasia">
    <w:name w:val="Medium Grid 2 Accent 2"/>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2saretaertaina-3enfasia">
    <w:name w:val="Medium Grid 2 Accent 3"/>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2saretaertaina-4enfasia">
    <w:name w:val="Medium Grid 2 Accent 4"/>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2saretaertaina-5enfasia">
    <w:name w:val="Medium Grid 2 Accent 5"/>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2saretaertaina-6enfasia">
    <w:name w:val="Medium Grid 2 Accent 6"/>
    <w:basedOn w:val="Taulanormala"/>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3saretaertaina">
    <w:name w:val="Medium Grid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3saretaertaina-1enfasia">
    <w:name w:val="Medium Grid 3 Accent 1"/>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3saretaertaina-2enfasia">
    <w:name w:val="Medium Grid 3 Accent 2"/>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3saretaertaina-3enfasia">
    <w:name w:val="Medium Grid 3 Accent 3"/>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3saretaertaina-4enfasia">
    <w:name w:val="Medium Grid 3 Accent 4"/>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3saretaertaina-5enfasia">
    <w:name w:val="Medium Grid 3 Accent 5"/>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3saretaertaina-6enfasia">
    <w:name w:val="Medium Grid 3 Accent 6"/>
    <w:basedOn w:val="Taulanormala"/>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Zerrendailuna">
    <w:name w:val="Dark List"/>
    <w:basedOn w:val="Taulanormala"/>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Zerrendailuna-1enfasia">
    <w:name w:val="Dark List Accent 1"/>
    <w:basedOn w:val="Taulanormala"/>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Zerrendailuna-2enfasia">
    <w:name w:val="Dark List Accent 2"/>
    <w:basedOn w:val="Taulanormala"/>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Zerrendailuna-3enfasia">
    <w:name w:val="Dark List Accent 3"/>
    <w:basedOn w:val="Taulanormala"/>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Zerrendailuna-4enfasia">
    <w:name w:val="Dark List Accent 4"/>
    <w:basedOn w:val="Taulanormala"/>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Zerrendailuna-5enfasia">
    <w:name w:val="Dark List Accent 5"/>
    <w:basedOn w:val="Taulanormala"/>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Zerrendailuna-6enfasia">
    <w:name w:val="Dark List Accent 6"/>
    <w:basedOn w:val="Taulanormala"/>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loretakoitzaldura">
    <w:name w:val="Colorful Shading"/>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etakoitzaldura-1enfasia">
    <w:name w:val="Colorful Shading Accent 1"/>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etakoitzaldura-2enfasia">
    <w:name w:val="Colorful Shading Accent 2"/>
    <w:basedOn w:val="Taulanormala"/>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etakoitzaldura-3enfasia">
    <w:name w:val="Colorful Shading Accent 3"/>
    <w:basedOn w:val="Taulanormala"/>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etakoitzaldura-4enfasia">
    <w:name w:val="Colorful Shading Accent 4"/>
    <w:basedOn w:val="Taulanormala"/>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etakoitzaldura-5enfasia">
    <w:name w:val="Colorful Shading Accent 5"/>
    <w:basedOn w:val="Taulanormala"/>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etakoitzaldura-6enfasia">
    <w:name w:val="Colorful Shading Accent 6"/>
    <w:basedOn w:val="Taulanormala"/>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oloretakozerrenda">
    <w:name w:val="Colorful List"/>
    <w:basedOn w:val="Taulanormala"/>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Zerrendakoloretsua-1enfasia">
    <w:name w:val="Colorful List Accent 1"/>
    <w:basedOn w:val="Taulanormala"/>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Zerrendakoloretsua-2enfasia">
    <w:name w:val="Colorful List Accent 2"/>
    <w:basedOn w:val="Taulanormala"/>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Zerrendakoloretsua-3enfasia">
    <w:name w:val="Colorful List Accent 3"/>
    <w:basedOn w:val="Taulanormala"/>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Zerrendakoloretsua-4enfasia">
    <w:name w:val="Colorful List Accent 4"/>
    <w:basedOn w:val="Taulanormala"/>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Zerrendakoloretsua-5enfasia">
    <w:name w:val="Colorful List Accent 5"/>
    <w:basedOn w:val="Taulanormala"/>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Zerrendakoloretsua-6enfasia">
    <w:name w:val="Colorful List Accent 6"/>
    <w:basedOn w:val="Taulanormala"/>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etakosareta">
    <w:name w:val="Colorful Grid"/>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etakosareta-1enfasia">
    <w:name w:val="Colorful Grid Accent 1"/>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etakosareta-2enfasia">
    <w:name w:val="Colorful Grid Accent 2"/>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etakosareta-3enfasia">
    <w:name w:val="Colorful Grid Accent 3"/>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etakosareta-4enfasia">
    <w:name w:val="Colorful Grid Accent 4"/>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etakosareta-5enfasia">
    <w:name w:val="Colorful Grid Accent 5"/>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etakosareta-6enfasia">
    <w:name w:val="Colorful Grid Accent 6"/>
    <w:basedOn w:val="Taulanormala"/>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iperesteka">
    <w:name w:val="Hyperlink"/>
    <w:basedOn w:val="Paragrafoarenletra-tipolehenetsia"/>
    <w:uiPriority w:val="99"/>
    <w:unhideWhenUsed/>
    <w:rsid w:val="00A46CBB"/>
    <w:rPr>
      <w:color w:val="0000FF" w:themeColor="hyperlink"/>
      <w:u w:val="single"/>
    </w:rPr>
  </w:style>
  <w:style w:type="character" w:styleId="BisitatutakoHiperesteka">
    <w:name w:val="FollowedHyperlink"/>
    <w:basedOn w:val="Paragrafoarenletra-tipolehenetsia"/>
    <w:uiPriority w:val="99"/>
    <w:semiHidden/>
    <w:unhideWhenUsed/>
    <w:rsid w:val="00A46CBB"/>
    <w:rPr>
      <w:color w:val="800080" w:themeColor="followedHyperlink"/>
      <w:u w:val="single"/>
    </w:rPr>
  </w:style>
  <w:style w:type="paragraph" w:styleId="Normalaweb">
    <w:name w:val="Normal (Web)"/>
    <w:basedOn w:val="Normala"/>
    <w:uiPriority w:val="99"/>
    <w:unhideWhenUsed/>
    <w:rsid w:val="00E447B9"/>
    <w:pPr>
      <w:spacing w:before="100" w:beforeAutospacing="1" w:after="100" w:afterAutospacing="1" w:line="240" w:lineRule="auto"/>
    </w:pPr>
    <w:rPr>
      <w:rFonts w:ascii="Times New Roman" w:hAnsi="Times New Roman" w:eastAsia="Times New Roman" w:cs="Times New Roman"/>
      <w:sz w:val="24"/>
      <w:szCs w:val="24"/>
      <w:lang w:val="eu-ES" w:eastAsia="eu-ES"/>
    </w:rPr>
  </w:style>
  <w:style w:type="character" w:styleId="citation-299" w:customStyle="1">
    <w:name w:val="citation-299"/>
    <w:basedOn w:val="Paragrafoarenletra-tipolehenetsia"/>
    <w:rsid w:val="000B27C0"/>
  </w:style>
  <w:style w:type="character" w:styleId="citation-298" w:customStyle="1">
    <w:name w:val="citation-298"/>
    <w:basedOn w:val="Paragrafoarenletra-tipolehenetsia"/>
    <w:rsid w:val="000B27C0"/>
  </w:style>
  <w:style w:type="character" w:styleId="citation-297" w:customStyle="1">
    <w:name w:val="citation-297"/>
    <w:basedOn w:val="Paragrafoarenletra-tipolehenetsia"/>
    <w:rsid w:val="000B27C0"/>
  </w:style>
  <w:style w:type="character" w:styleId="citation-296" w:customStyle="1">
    <w:name w:val="citation-296"/>
    <w:basedOn w:val="Paragrafoarenletra-tipolehenetsia"/>
    <w:rsid w:val="000B27C0"/>
  </w:style>
  <w:style w:type="character" w:styleId="citation-295" w:customStyle="1">
    <w:name w:val="citation-295"/>
    <w:basedOn w:val="Paragrafoarenletra-tipolehenetsia"/>
    <w:rsid w:val="000B27C0"/>
  </w:style>
  <w:style w:type="character" w:styleId="citation-294" w:customStyle="1">
    <w:name w:val="citation-294"/>
    <w:basedOn w:val="Paragrafoarenletra-tipolehenetsia"/>
    <w:rsid w:val="000B27C0"/>
  </w:style>
  <w:style w:type="character" w:styleId="citation-293" w:customStyle="1">
    <w:name w:val="citation-293"/>
    <w:basedOn w:val="Paragrafoarenletra-tipolehenetsia"/>
    <w:rsid w:val="000B27C0"/>
  </w:style>
  <w:style w:type="character" w:styleId="citation-292" w:customStyle="1">
    <w:name w:val="citation-292"/>
    <w:basedOn w:val="Paragrafoarenletra-tipolehenetsia"/>
    <w:rsid w:val="000B27C0"/>
  </w:style>
  <w:style w:type="character" w:styleId="citation-291" w:customStyle="1">
    <w:name w:val="citation-291"/>
    <w:basedOn w:val="Paragrafoarenletra-tipolehenetsia"/>
    <w:rsid w:val="000B27C0"/>
  </w:style>
  <w:style w:type="character" w:styleId="citation-290" w:customStyle="1">
    <w:name w:val="citation-290"/>
    <w:basedOn w:val="Paragrafoarenletra-tipolehenetsia"/>
    <w:rsid w:val="000B27C0"/>
  </w:style>
  <w:style w:type="character" w:styleId="citation-289" w:customStyle="1">
    <w:name w:val="citation-289"/>
    <w:basedOn w:val="Paragrafoarenletra-tipolehenetsia"/>
    <w:rsid w:val="000B27C0"/>
  </w:style>
  <w:style w:type="character" w:styleId="citation-288" w:customStyle="1">
    <w:name w:val="citation-288"/>
    <w:basedOn w:val="Paragrafoarenletra-tipolehenetsia"/>
    <w:rsid w:val="000B27C0"/>
  </w:style>
  <w:style w:type="character" w:styleId="citation-287" w:customStyle="1">
    <w:name w:val="citation-287"/>
    <w:basedOn w:val="Paragrafoarenletra-tipolehenetsia"/>
    <w:rsid w:val="000B27C0"/>
  </w:style>
  <w:style w:type="character" w:styleId="citation-286" w:customStyle="1">
    <w:name w:val="citation-286"/>
    <w:basedOn w:val="Paragrafoarenletra-tipolehenetsia"/>
    <w:rsid w:val="000B27C0"/>
  </w:style>
  <w:style w:type="character" w:styleId="citation-285" w:customStyle="1">
    <w:name w:val="citation-285"/>
    <w:basedOn w:val="Paragrafoarenletra-tipolehenetsia"/>
    <w:rsid w:val="000B27C0"/>
  </w:style>
  <w:style w:type="character" w:styleId="citation-284" w:customStyle="1">
    <w:name w:val="citation-284"/>
    <w:basedOn w:val="Paragrafoarenletra-tipolehenetsia"/>
    <w:rsid w:val="000B27C0"/>
  </w:style>
  <w:style w:type="character" w:styleId="citation-283" w:customStyle="1">
    <w:name w:val="citation-283"/>
    <w:basedOn w:val="Paragrafoarenletra-tipolehenetsia"/>
    <w:rsid w:val="000B27C0"/>
  </w:style>
  <w:style w:type="character" w:styleId="citation-282" w:customStyle="1">
    <w:name w:val="citation-282"/>
    <w:basedOn w:val="Paragrafoarenletra-tipolehenetsia"/>
    <w:rsid w:val="000B27C0"/>
  </w:style>
  <w:style w:type="character" w:styleId="citation-281" w:customStyle="1">
    <w:name w:val="citation-281"/>
    <w:basedOn w:val="Paragrafoarenletra-tipolehenetsia"/>
    <w:rsid w:val="000B27C0"/>
  </w:style>
  <w:style w:type="character" w:styleId="citation-280" w:customStyle="1">
    <w:name w:val="citation-280"/>
    <w:basedOn w:val="Paragrafoarenletra-tipolehenetsia"/>
    <w:rsid w:val="000B27C0"/>
  </w:style>
  <w:style w:type="character" w:styleId="citation-279" w:customStyle="1">
    <w:name w:val="citation-279"/>
    <w:basedOn w:val="Paragrafoarenletra-tipolehenetsia"/>
    <w:rsid w:val="000B27C0"/>
  </w:style>
  <w:style w:type="character" w:styleId="citation-278" w:customStyle="1">
    <w:name w:val="citation-278"/>
    <w:basedOn w:val="Paragrafoarenletra-tipolehenetsia"/>
    <w:rsid w:val="000B27C0"/>
  </w:style>
  <w:style w:type="character" w:styleId="citation-277" w:customStyle="1">
    <w:name w:val="citation-277"/>
    <w:basedOn w:val="Paragrafoarenletra-tipolehenetsia"/>
    <w:rsid w:val="000B27C0"/>
  </w:style>
  <w:style w:type="character" w:styleId="citation-276" w:customStyle="1">
    <w:name w:val="citation-276"/>
    <w:basedOn w:val="Paragrafoarenletra-tipolehenetsia"/>
    <w:rsid w:val="000B27C0"/>
  </w:style>
  <w:style w:type="character" w:styleId="citation-275" w:customStyle="1">
    <w:name w:val="citation-275"/>
    <w:basedOn w:val="Paragrafoarenletra-tipolehenetsia"/>
    <w:rsid w:val="000B27C0"/>
  </w:style>
  <w:style w:type="character" w:styleId="citation-274" w:customStyle="1">
    <w:name w:val="citation-274"/>
    <w:basedOn w:val="Paragrafoarenletra-tipolehenetsia"/>
    <w:rsid w:val="000B27C0"/>
  </w:style>
  <w:style w:type="character" w:styleId="citation-273" w:customStyle="1">
    <w:name w:val="citation-273"/>
    <w:basedOn w:val="Paragrafoarenletra-tipolehenetsia"/>
    <w:rsid w:val="000B27C0"/>
  </w:style>
  <w:style w:type="character" w:styleId="citation-272" w:customStyle="1">
    <w:name w:val="citation-272"/>
    <w:basedOn w:val="Paragrafoarenletra-tipolehenetsia"/>
    <w:rsid w:val="000B27C0"/>
  </w:style>
  <w:style w:type="character" w:styleId="citation-271" w:customStyle="1">
    <w:name w:val="citation-271"/>
    <w:basedOn w:val="Paragrafoarenletra-tipolehenetsia"/>
    <w:rsid w:val="000B27C0"/>
  </w:style>
  <w:style w:type="character" w:styleId="citation-270" w:customStyle="1">
    <w:name w:val="citation-270"/>
    <w:basedOn w:val="Paragrafoarenletra-tipolehenetsia"/>
    <w:rsid w:val="000B27C0"/>
  </w:style>
  <w:style w:type="character" w:styleId="citation-269" w:customStyle="1">
    <w:name w:val="citation-269"/>
    <w:basedOn w:val="Paragrafoarenletra-tipolehenetsia"/>
    <w:rsid w:val="000B27C0"/>
  </w:style>
  <w:style w:type="character" w:styleId="citation-268" w:customStyle="1">
    <w:name w:val="citation-268"/>
    <w:basedOn w:val="Paragrafoarenletra-tipolehenetsia"/>
    <w:rsid w:val="000B27C0"/>
  </w:style>
  <w:style w:type="character" w:styleId="citation-267" w:customStyle="1">
    <w:name w:val="citation-267"/>
    <w:basedOn w:val="Paragrafoarenletra-tipolehenetsia"/>
    <w:rsid w:val="000B27C0"/>
  </w:style>
  <w:style w:type="character" w:styleId="citation-266" w:customStyle="1">
    <w:name w:val="citation-266"/>
    <w:basedOn w:val="Paragrafoarenletra-tipolehenetsia"/>
    <w:rsid w:val="000B27C0"/>
  </w:style>
  <w:style w:type="character" w:styleId="citation-265" w:customStyle="1">
    <w:name w:val="citation-265"/>
    <w:basedOn w:val="Paragrafoarenletra-tipolehenetsia"/>
    <w:rsid w:val="000B27C0"/>
  </w:style>
  <w:style w:type="character" w:styleId="citation-264" w:customStyle="1">
    <w:name w:val="citation-264"/>
    <w:basedOn w:val="Paragrafoarenletra-tipolehenetsia"/>
    <w:rsid w:val="000B27C0"/>
  </w:style>
  <w:style w:type="character" w:styleId="citation-263" w:customStyle="1">
    <w:name w:val="citation-263"/>
    <w:basedOn w:val="Paragrafoarenletra-tipolehenetsia"/>
    <w:rsid w:val="000B27C0"/>
  </w:style>
  <w:style w:type="character" w:styleId="citation-262" w:customStyle="1">
    <w:name w:val="citation-262"/>
    <w:basedOn w:val="Paragrafoarenletra-tipolehenetsia"/>
    <w:rsid w:val="000B27C0"/>
  </w:style>
  <w:style w:type="character" w:styleId="citation-261" w:customStyle="1">
    <w:name w:val="citation-261"/>
    <w:basedOn w:val="Paragrafoarenletra-tipolehenetsia"/>
    <w:rsid w:val="000B27C0"/>
  </w:style>
  <w:style w:type="character" w:styleId="citation-260" w:customStyle="1">
    <w:name w:val="citation-260"/>
    <w:basedOn w:val="Paragrafoarenletra-tipolehenetsia"/>
    <w:rsid w:val="000B27C0"/>
  </w:style>
  <w:style w:type="character" w:styleId="citation-259" w:customStyle="1">
    <w:name w:val="citation-259"/>
    <w:basedOn w:val="Paragrafoarenletra-tipolehenetsia"/>
    <w:rsid w:val="000B27C0"/>
  </w:style>
  <w:style w:type="character" w:styleId="citation-258" w:customStyle="1">
    <w:name w:val="citation-258"/>
    <w:basedOn w:val="Paragrafoarenletra-tipolehenetsia"/>
    <w:rsid w:val="000B27C0"/>
  </w:style>
  <w:style w:type="character" w:styleId="citation-257" w:customStyle="1">
    <w:name w:val="citation-257"/>
    <w:basedOn w:val="Paragrafoarenletra-tipolehenetsia"/>
    <w:rsid w:val="000B27C0"/>
  </w:style>
  <w:style w:type="character" w:styleId="citation-256" w:customStyle="1">
    <w:name w:val="citation-256"/>
    <w:basedOn w:val="Paragrafoarenletra-tipolehenetsia"/>
    <w:rsid w:val="000B27C0"/>
  </w:style>
  <w:style w:type="character" w:styleId="citation-255" w:customStyle="1">
    <w:name w:val="citation-255"/>
    <w:basedOn w:val="Paragrafoarenletra-tipolehenetsia"/>
    <w:rsid w:val="000B27C0"/>
  </w:style>
  <w:style w:type="character" w:styleId="citation-254" w:customStyle="1">
    <w:name w:val="citation-254"/>
    <w:basedOn w:val="Paragrafoarenletra-tipolehenetsia"/>
    <w:rsid w:val="000B27C0"/>
  </w:style>
  <w:style w:type="character" w:styleId="citation-253" w:customStyle="1">
    <w:name w:val="citation-253"/>
    <w:basedOn w:val="Paragrafoarenletra-tipolehenetsia"/>
    <w:rsid w:val="000B27C0"/>
  </w:style>
  <w:style w:type="character" w:styleId="citation-252" w:customStyle="1">
    <w:name w:val="citation-252"/>
    <w:basedOn w:val="Paragrafoarenletra-tipolehenetsia"/>
    <w:rsid w:val="000B27C0"/>
  </w:style>
  <w:style w:type="character" w:styleId="citation-251" w:customStyle="1">
    <w:name w:val="citation-251"/>
    <w:basedOn w:val="Paragrafoarenletra-tipolehenetsia"/>
    <w:rsid w:val="000B27C0"/>
  </w:style>
  <w:style w:type="character" w:styleId="citation-250" w:customStyle="1">
    <w:name w:val="citation-250"/>
    <w:basedOn w:val="Paragrafoarenletra-tipolehenetsia"/>
    <w:rsid w:val="000B27C0"/>
  </w:style>
  <w:style w:type="character" w:styleId="citation-249" w:customStyle="1">
    <w:name w:val="citation-249"/>
    <w:basedOn w:val="Paragrafoarenletra-tipolehenetsia"/>
    <w:rsid w:val="000B27C0"/>
  </w:style>
  <w:style w:type="character" w:styleId="citation-248" w:customStyle="1">
    <w:name w:val="citation-248"/>
    <w:basedOn w:val="Paragrafoarenletra-tipolehenetsia"/>
    <w:rsid w:val="000B27C0"/>
  </w:style>
  <w:style w:type="character" w:styleId="citation-247" w:customStyle="1">
    <w:name w:val="citation-247"/>
    <w:basedOn w:val="Paragrafoarenletra-tipolehenetsia"/>
    <w:rsid w:val="000B27C0"/>
  </w:style>
  <w:style w:type="character" w:styleId="citation-246" w:customStyle="1">
    <w:name w:val="citation-246"/>
    <w:basedOn w:val="Paragrafoarenletra-tipolehenetsia"/>
    <w:rsid w:val="000B27C0"/>
  </w:style>
  <w:style w:type="character" w:styleId="citation-245" w:customStyle="1">
    <w:name w:val="citation-245"/>
    <w:basedOn w:val="Paragrafoarenletra-tipolehenetsia"/>
    <w:rsid w:val="000B27C0"/>
  </w:style>
  <w:style w:type="character" w:styleId="citation-197" w:customStyle="1">
    <w:name w:val="citation-197"/>
    <w:basedOn w:val="Paragrafoarenletra-tipolehenetsia"/>
    <w:rsid w:val="00C742C7"/>
  </w:style>
  <w:style w:type="character" w:styleId="citation-196" w:customStyle="1">
    <w:name w:val="citation-196"/>
    <w:basedOn w:val="Paragrafoarenletra-tipolehenetsia"/>
    <w:rsid w:val="00C742C7"/>
  </w:style>
  <w:style w:type="character" w:styleId="citation-195" w:customStyle="1">
    <w:name w:val="citation-195"/>
    <w:basedOn w:val="Paragrafoarenletra-tipolehenetsia"/>
    <w:rsid w:val="00C742C7"/>
  </w:style>
  <w:style w:type="character" w:styleId="citation-194" w:customStyle="1">
    <w:name w:val="citation-194"/>
    <w:basedOn w:val="Paragrafoarenletra-tipolehenetsia"/>
    <w:rsid w:val="00C742C7"/>
  </w:style>
  <w:style w:type="character" w:styleId="citation-193" w:customStyle="1">
    <w:name w:val="citation-193"/>
    <w:basedOn w:val="Paragrafoarenletra-tipolehenetsia"/>
    <w:rsid w:val="00C742C7"/>
  </w:style>
  <w:style w:type="character" w:styleId="citation-192" w:customStyle="1">
    <w:name w:val="citation-192"/>
    <w:basedOn w:val="Paragrafoarenletra-tipolehenetsia"/>
    <w:rsid w:val="00C742C7"/>
  </w:style>
  <w:style w:type="character" w:styleId="citation-191" w:customStyle="1">
    <w:name w:val="citation-191"/>
    <w:basedOn w:val="Paragrafoarenletra-tipolehenetsia"/>
    <w:rsid w:val="00C742C7"/>
  </w:style>
  <w:style w:type="character" w:styleId="citation-190" w:customStyle="1">
    <w:name w:val="citation-190"/>
    <w:basedOn w:val="Paragrafoarenletra-tipolehenetsia"/>
    <w:rsid w:val="00C742C7"/>
  </w:style>
  <w:style w:type="character" w:styleId="citation-189" w:customStyle="1">
    <w:name w:val="citation-189"/>
    <w:basedOn w:val="Paragrafoarenletra-tipolehenetsia"/>
    <w:rsid w:val="00C742C7"/>
  </w:style>
  <w:style w:type="character" w:styleId="citation-188" w:customStyle="1">
    <w:name w:val="citation-188"/>
    <w:basedOn w:val="Paragrafoarenletra-tipolehenetsia"/>
    <w:rsid w:val="00C742C7"/>
  </w:style>
  <w:style w:type="character" w:styleId="citation-187" w:customStyle="1">
    <w:name w:val="citation-187"/>
    <w:basedOn w:val="Paragrafoarenletra-tipolehenetsia"/>
    <w:rsid w:val="00C742C7"/>
  </w:style>
  <w:style w:type="character" w:styleId="citation-186" w:customStyle="1">
    <w:name w:val="citation-186"/>
    <w:basedOn w:val="Paragrafoarenletra-tipolehenetsia"/>
    <w:rsid w:val="00C742C7"/>
  </w:style>
  <w:style w:type="character" w:styleId="citation-185" w:customStyle="1">
    <w:name w:val="citation-185"/>
    <w:basedOn w:val="Paragrafoarenletra-tipolehenetsia"/>
    <w:rsid w:val="00C742C7"/>
  </w:style>
  <w:style w:type="character" w:styleId="citation-184" w:customStyle="1">
    <w:name w:val="citation-184"/>
    <w:basedOn w:val="Paragrafoarenletra-tipolehenetsia"/>
    <w:rsid w:val="00C742C7"/>
  </w:style>
  <w:style w:type="character" w:styleId="citation-183" w:customStyle="1">
    <w:name w:val="citation-183"/>
    <w:basedOn w:val="Paragrafoarenletra-tipolehenetsia"/>
    <w:rsid w:val="00C742C7"/>
  </w:style>
  <w:style w:type="character" w:styleId="citation-182" w:customStyle="1">
    <w:name w:val="citation-182"/>
    <w:basedOn w:val="Paragrafoarenletra-tipolehenetsia"/>
    <w:rsid w:val="00C742C7"/>
  </w:style>
  <w:style w:type="character" w:styleId="citation-181" w:customStyle="1">
    <w:name w:val="citation-181"/>
    <w:basedOn w:val="Paragrafoarenletra-tipolehenetsia"/>
    <w:rsid w:val="00C742C7"/>
  </w:style>
  <w:style w:type="character" w:styleId="citation-180" w:customStyle="1">
    <w:name w:val="citation-180"/>
    <w:basedOn w:val="Paragrafoarenletra-tipolehenetsia"/>
    <w:rsid w:val="00C742C7"/>
  </w:style>
  <w:style w:type="character" w:styleId="citation-179" w:customStyle="1">
    <w:name w:val="citation-179"/>
    <w:basedOn w:val="Paragrafoarenletra-tipolehenetsia"/>
    <w:rsid w:val="00C742C7"/>
  </w:style>
  <w:style w:type="character" w:styleId="citation-178" w:customStyle="1">
    <w:name w:val="citation-178"/>
    <w:basedOn w:val="Paragrafoarenletra-tipolehenetsia"/>
    <w:rsid w:val="00C742C7"/>
  </w:style>
  <w:style w:type="character" w:styleId="citation-177" w:customStyle="1">
    <w:name w:val="citation-177"/>
    <w:basedOn w:val="Paragrafoarenletra-tipolehenetsia"/>
    <w:rsid w:val="00C742C7"/>
  </w:style>
  <w:style w:type="character" w:styleId="citation-176" w:customStyle="1">
    <w:name w:val="citation-176"/>
    <w:basedOn w:val="Paragrafoarenletra-tipolehenetsia"/>
    <w:rsid w:val="00C742C7"/>
  </w:style>
  <w:style w:type="character" w:styleId="citation-175" w:customStyle="1">
    <w:name w:val="citation-175"/>
    <w:basedOn w:val="Paragrafoarenletra-tipolehenetsia"/>
    <w:rsid w:val="00C742C7"/>
  </w:style>
  <w:style w:type="character" w:styleId="citation-174" w:customStyle="1">
    <w:name w:val="citation-174"/>
    <w:basedOn w:val="Paragrafoarenletra-tipolehenetsia"/>
    <w:rsid w:val="00C742C7"/>
  </w:style>
  <w:style w:type="character" w:styleId="citation-173" w:customStyle="1">
    <w:name w:val="citation-173"/>
    <w:basedOn w:val="Paragrafoarenletra-tipolehenetsia"/>
    <w:rsid w:val="00C742C7"/>
  </w:style>
  <w:style w:type="character" w:styleId="citation-172" w:customStyle="1">
    <w:name w:val="citation-172"/>
    <w:basedOn w:val="Paragrafoarenletra-tipolehenetsia"/>
    <w:rsid w:val="00C742C7"/>
  </w:style>
  <w:style w:type="character" w:styleId="citation-171" w:customStyle="1">
    <w:name w:val="citation-171"/>
    <w:basedOn w:val="Paragrafoarenletra-tipolehenetsia"/>
    <w:rsid w:val="00C742C7"/>
  </w:style>
  <w:style w:type="character" w:styleId="citation-170" w:customStyle="1">
    <w:name w:val="citation-170"/>
    <w:basedOn w:val="Paragrafoarenletra-tipolehenetsia"/>
    <w:rsid w:val="00C742C7"/>
  </w:style>
  <w:style w:type="character" w:styleId="citation-169" w:customStyle="1">
    <w:name w:val="citation-169"/>
    <w:basedOn w:val="Paragrafoarenletra-tipolehenetsia"/>
    <w:rsid w:val="00C742C7"/>
  </w:style>
  <w:style w:type="character" w:styleId="citation-168" w:customStyle="1">
    <w:name w:val="citation-168"/>
    <w:basedOn w:val="Paragrafoarenletra-tipolehenetsia"/>
    <w:rsid w:val="00C742C7"/>
  </w:style>
  <w:style w:type="character" w:styleId="citation-167" w:customStyle="1">
    <w:name w:val="citation-167"/>
    <w:basedOn w:val="Paragrafoarenletra-tipolehenetsia"/>
    <w:rsid w:val="00C742C7"/>
  </w:style>
  <w:style w:type="character" w:styleId="citation-166" w:customStyle="1">
    <w:name w:val="citation-166"/>
    <w:basedOn w:val="Paragrafoarenletra-tipolehenetsia"/>
    <w:rsid w:val="00C742C7"/>
  </w:style>
  <w:style w:type="character" w:styleId="citation-165" w:customStyle="1">
    <w:name w:val="citation-165"/>
    <w:basedOn w:val="Paragrafoarenletra-tipolehenetsia"/>
    <w:rsid w:val="00C742C7"/>
  </w:style>
  <w:style w:type="character" w:styleId="citation-164" w:customStyle="1">
    <w:name w:val="citation-164"/>
    <w:basedOn w:val="Paragrafoarenletra-tipolehenetsia"/>
    <w:rsid w:val="00C742C7"/>
  </w:style>
  <w:style w:type="character" w:styleId="citation-163" w:customStyle="1">
    <w:name w:val="citation-163"/>
    <w:basedOn w:val="Paragrafoarenletra-tipolehenetsia"/>
    <w:rsid w:val="00C742C7"/>
  </w:style>
  <w:style w:type="character" w:styleId="citation-162" w:customStyle="1">
    <w:name w:val="citation-162"/>
    <w:basedOn w:val="Paragrafoarenletra-tipolehenetsia"/>
    <w:rsid w:val="00C742C7"/>
  </w:style>
  <w:style w:type="character" w:styleId="citation-161" w:customStyle="1">
    <w:name w:val="citation-161"/>
    <w:basedOn w:val="Paragrafoarenletra-tipolehenetsia"/>
    <w:rsid w:val="00C742C7"/>
  </w:style>
  <w:style w:type="character" w:styleId="citation-160" w:customStyle="1">
    <w:name w:val="citation-160"/>
    <w:basedOn w:val="Paragrafoarenletra-tipolehenetsia"/>
    <w:rsid w:val="00C742C7"/>
  </w:style>
  <w:style w:type="character" w:styleId="citation-159" w:customStyle="1">
    <w:name w:val="citation-159"/>
    <w:basedOn w:val="Paragrafoarenletra-tipolehenetsia"/>
    <w:rsid w:val="00C742C7"/>
  </w:style>
  <w:style w:type="character" w:styleId="citation-158" w:customStyle="1">
    <w:name w:val="citation-158"/>
    <w:basedOn w:val="Paragrafoarenletra-tipolehenetsia"/>
    <w:rsid w:val="00C742C7"/>
  </w:style>
  <w:style w:type="character" w:styleId="citation-157" w:customStyle="1">
    <w:name w:val="citation-157"/>
    <w:basedOn w:val="Paragrafoarenletra-tipolehenetsia"/>
    <w:rsid w:val="00C742C7"/>
  </w:style>
  <w:style w:type="character" w:styleId="citation-156" w:customStyle="1">
    <w:name w:val="citation-156"/>
    <w:basedOn w:val="Paragrafoarenletra-tipolehenetsia"/>
    <w:rsid w:val="00C742C7"/>
  </w:style>
  <w:style w:type="character" w:styleId="citation-155" w:customStyle="1">
    <w:name w:val="citation-155"/>
    <w:basedOn w:val="Paragrafoarenletra-tipolehenetsia"/>
    <w:rsid w:val="00C742C7"/>
  </w:style>
  <w:style w:type="character" w:styleId="citation-154" w:customStyle="1">
    <w:name w:val="citation-154"/>
    <w:basedOn w:val="Paragrafoarenletra-tipolehenetsia"/>
    <w:rsid w:val="00C742C7"/>
  </w:style>
  <w:style w:type="character" w:styleId="citation-153" w:customStyle="1">
    <w:name w:val="citation-153"/>
    <w:basedOn w:val="Paragrafoarenletra-tipolehenetsia"/>
    <w:rsid w:val="00C742C7"/>
  </w:style>
  <w:style w:type="character" w:styleId="citation-152" w:customStyle="1">
    <w:name w:val="citation-152"/>
    <w:basedOn w:val="Paragrafoarenletra-tipolehenetsia"/>
    <w:rsid w:val="00C742C7"/>
  </w:style>
  <w:style w:type="character" w:styleId="citation-151" w:customStyle="1">
    <w:name w:val="citation-151"/>
    <w:basedOn w:val="Paragrafoarenletra-tipolehenetsia"/>
    <w:rsid w:val="00C742C7"/>
  </w:style>
  <w:style w:type="character" w:styleId="citation-150" w:customStyle="1">
    <w:name w:val="citation-150"/>
    <w:basedOn w:val="Paragrafoarenletra-tipolehenetsia"/>
    <w:rsid w:val="00C742C7"/>
  </w:style>
  <w:style w:type="character" w:styleId="citation-149" w:customStyle="1">
    <w:name w:val="citation-149"/>
    <w:basedOn w:val="Paragrafoarenletra-tipolehenetsia"/>
    <w:rsid w:val="00C742C7"/>
  </w:style>
  <w:style w:type="character" w:styleId="citation-148" w:customStyle="1">
    <w:name w:val="citation-148"/>
    <w:basedOn w:val="Paragrafoarenletra-tipolehenetsia"/>
    <w:rsid w:val="00C742C7"/>
  </w:style>
  <w:style w:type="character" w:styleId="citation-147" w:customStyle="1">
    <w:name w:val="citation-147"/>
    <w:basedOn w:val="Paragrafoarenletra-tipolehenetsia"/>
    <w:rsid w:val="00C742C7"/>
  </w:style>
  <w:style w:type="character" w:styleId="citation-146" w:customStyle="1">
    <w:name w:val="citation-146"/>
    <w:basedOn w:val="Paragrafoarenletra-tipolehenetsia"/>
    <w:rsid w:val="00C742C7"/>
  </w:style>
  <w:style w:type="character" w:styleId="citation-145" w:customStyle="1">
    <w:name w:val="citation-145"/>
    <w:basedOn w:val="Paragrafoarenletra-tipolehenetsia"/>
    <w:rsid w:val="00C742C7"/>
  </w:style>
  <w:style w:type="character" w:styleId="citation-144" w:customStyle="1">
    <w:name w:val="citation-144"/>
    <w:basedOn w:val="Paragrafoarenletra-tipolehenetsia"/>
    <w:rsid w:val="00C742C7"/>
  </w:style>
  <w:style w:type="character" w:styleId="citation-143" w:customStyle="1">
    <w:name w:val="citation-143"/>
    <w:basedOn w:val="Paragrafoarenletra-tipolehenetsia"/>
    <w:rsid w:val="00C742C7"/>
  </w:style>
  <w:style w:type="character" w:styleId="citation-142" w:customStyle="1">
    <w:name w:val="citation-142"/>
    <w:basedOn w:val="Paragrafoarenletra-tipolehenetsia"/>
    <w:rsid w:val="00C742C7"/>
  </w:style>
  <w:style w:type="character" w:styleId="citation-141" w:customStyle="1">
    <w:name w:val="citation-141"/>
    <w:basedOn w:val="Paragrafoarenletra-tipolehenetsia"/>
    <w:rsid w:val="00C742C7"/>
  </w:style>
  <w:style w:type="character" w:styleId="citation-140" w:customStyle="1">
    <w:name w:val="citation-140"/>
    <w:basedOn w:val="Paragrafoarenletra-tipolehenetsia"/>
    <w:rsid w:val="00C742C7"/>
  </w:style>
  <w:style w:type="character" w:styleId="citation-139" w:customStyle="1">
    <w:name w:val="citation-139"/>
    <w:basedOn w:val="Paragrafoarenletra-tipolehenetsia"/>
    <w:rsid w:val="00C742C7"/>
  </w:style>
  <w:style w:type="character" w:styleId="citation-138" w:customStyle="1">
    <w:name w:val="citation-138"/>
    <w:basedOn w:val="Paragrafoarenletra-tipolehenetsia"/>
    <w:rsid w:val="00C742C7"/>
  </w:style>
  <w:style w:type="character" w:styleId="citation-137" w:customStyle="1">
    <w:name w:val="citation-137"/>
    <w:basedOn w:val="Paragrafoarenletra-tipolehenetsia"/>
    <w:rsid w:val="00C742C7"/>
  </w:style>
  <w:style w:type="character" w:styleId="citation-136" w:customStyle="1">
    <w:name w:val="citation-136"/>
    <w:basedOn w:val="Paragrafoarenletra-tipolehenetsia"/>
    <w:rsid w:val="00C742C7"/>
  </w:style>
  <w:style w:type="character" w:styleId="citation-135" w:customStyle="1">
    <w:name w:val="citation-135"/>
    <w:basedOn w:val="Paragrafoarenletra-tipolehenetsia"/>
    <w:rsid w:val="00C742C7"/>
  </w:style>
  <w:style w:type="character" w:styleId="citation-134" w:customStyle="1">
    <w:name w:val="citation-134"/>
    <w:basedOn w:val="Paragrafoarenletra-tipolehenetsia"/>
    <w:rsid w:val="00C742C7"/>
  </w:style>
  <w:style w:type="character" w:styleId="citation-133" w:customStyle="1">
    <w:name w:val="citation-133"/>
    <w:basedOn w:val="Paragrafoarenletra-tipolehenetsia"/>
    <w:rsid w:val="00C742C7"/>
  </w:style>
  <w:style w:type="character" w:styleId="citation-132" w:customStyle="1">
    <w:name w:val="citation-132"/>
    <w:basedOn w:val="Paragrafoarenletra-tipolehenetsia"/>
    <w:rsid w:val="00C742C7"/>
  </w:style>
  <w:style w:type="character" w:styleId="citation-833" w:customStyle="1">
    <w:name w:val="citation-833"/>
    <w:basedOn w:val="Paragrafoarenletra-tipolehenetsia"/>
    <w:rsid w:val="00C742C7"/>
  </w:style>
  <w:style w:type="character" w:styleId="citation-832" w:customStyle="1">
    <w:name w:val="citation-832"/>
    <w:basedOn w:val="Paragrafoarenletra-tipolehenetsia"/>
    <w:rsid w:val="00C742C7"/>
  </w:style>
  <w:style w:type="character" w:styleId="citation-831" w:customStyle="1">
    <w:name w:val="citation-831"/>
    <w:basedOn w:val="Paragrafoarenletra-tipolehenetsia"/>
    <w:rsid w:val="00C742C7"/>
  </w:style>
  <w:style w:type="character" w:styleId="citation-830" w:customStyle="1">
    <w:name w:val="citation-830"/>
    <w:basedOn w:val="Paragrafoarenletra-tipolehenetsia"/>
    <w:rsid w:val="00C742C7"/>
  </w:style>
  <w:style w:type="character" w:styleId="citation-829" w:customStyle="1">
    <w:name w:val="citation-829"/>
    <w:basedOn w:val="Paragrafoarenletra-tipolehenetsia"/>
    <w:rsid w:val="00C742C7"/>
  </w:style>
  <w:style w:type="character" w:styleId="citation-828" w:customStyle="1">
    <w:name w:val="citation-828"/>
    <w:basedOn w:val="Paragrafoarenletra-tipolehenetsia"/>
    <w:rsid w:val="00C742C7"/>
  </w:style>
  <w:style w:type="character" w:styleId="citation-827" w:customStyle="1">
    <w:name w:val="citation-827"/>
    <w:basedOn w:val="Paragrafoarenletra-tipolehenetsia"/>
    <w:rsid w:val="00C742C7"/>
  </w:style>
  <w:style w:type="character" w:styleId="citation-826" w:customStyle="1">
    <w:name w:val="citation-826"/>
    <w:basedOn w:val="Paragrafoarenletra-tipolehenetsia"/>
    <w:rsid w:val="00C742C7"/>
  </w:style>
  <w:style w:type="character" w:styleId="citation-825" w:customStyle="1">
    <w:name w:val="citation-825"/>
    <w:basedOn w:val="Paragrafoarenletra-tipolehenetsia"/>
    <w:rsid w:val="00C742C7"/>
  </w:style>
  <w:style w:type="character" w:styleId="citation-824" w:customStyle="1">
    <w:name w:val="citation-824"/>
    <w:basedOn w:val="Paragrafoarenletra-tipolehenetsia"/>
    <w:rsid w:val="00C742C7"/>
  </w:style>
  <w:style w:type="character" w:styleId="citation-823" w:customStyle="1">
    <w:name w:val="citation-823"/>
    <w:basedOn w:val="Paragrafoarenletra-tipolehenetsia"/>
    <w:rsid w:val="00C742C7"/>
  </w:style>
  <w:style w:type="character" w:styleId="citation-822" w:customStyle="1">
    <w:name w:val="citation-822"/>
    <w:basedOn w:val="Paragrafoarenletra-tipolehenetsia"/>
    <w:rsid w:val="00C742C7"/>
  </w:style>
  <w:style w:type="character" w:styleId="citation-821" w:customStyle="1">
    <w:name w:val="citation-821"/>
    <w:basedOn w:val="Paragrafoarenletra-tipolehenetsia"/>
    <w:rsid w:val="00C742C7"/>
  </w:style>
  <w:style w:type="character" w:styleId="citation-820" w:customStyle="1">
    <w:name w:val="citation-820"/>
    <w:basedOn w:val="Paragrafoarenletra-tipolehenetsia"/>
    <w:rsid w:val="00C742C7"/>
  </w:style>
  <w:style w:type="character" w:styleId="citation-819" w:customStyle="1">
    <w:name w:val="citation-819"/>
    <w:basedOn w:val="Paragrafoarenletra-tipolehenetsia"/>
    <w:rsid w:val="00C742C7"/>
  </w:style>
  <w:style w:type="character" w:styleId="citation-818" w:customStyle="1">
    <w:name w:val="citation-818"/>
    <w:basedOn w:val="Paragrafoarenletra-tipolehenetsia"/>
    <w:rsid w:val="00C742C7"/>
  </w:style>
  <w:style w:type="character" w:styleId="citation-817" w:customStyle="1">
    <w:name w:val="citation-817"/>
    <w:basedOn w:val="Paragrafoarenletra-tipolehenetsia"/>
    <w:rsid w:val="00C742C7"/>
  </w:style>
  <w:style w:type="character" w:styleId="citation-816" w:customStyle="1">
    <w:name w:val="citation-816"/>
    <w:basedOn w:val="Paragrafoarenletra-tipolehenetsia"/>
    <w:rsid w:val="00C742C7"/>
  </w:style>
  <w:style w:type="character" w:styleId="citation-815" w:customStyle="1">
    <w:name w:val="citation-815"/>
    <w:basedOn w:val="Paragrafoarenletra-tipolehenetsia"/>
    <w:rsid w:val="00C742C7"/>
  </w:style>
  <w:style w:type="character" w:styleId="citation-814" w:customStyle="1">
    <w:name w:val="citation-814"/>
    <w:basedOn w:val="Paragrafoarenletra-tipolehenetsia"/>
    <w:rsid w:val="00C742C7"/>
  </w:style>
  <w:style w:type="character" w:styleId="citation-813" w:customStyle="1">
    <w:name w:val="citation-813"/>
    <w:basedOn w:val="Paragrafoarenletra-tipolehenetsia"/>
    <w:rsid w:val="00C742C7"/>
  </w:style>
  <w:style w:type="character" w:styleId="citation-812" w:customStyle="1">
    <w:name w:val="citation-812"/>
    <w:basedOn w:val="Paragrafoarenletra-tipolehenetsia"/>
    <w:rsid w:val="00C742C7"/>
  </w:style>
  <w:style w:type="character" w:styleId="citation-811" w:customStyle="1">
    <w:name w:val="citation-811"/>
    <w:basedOn w:val="Paragrafoarenletra-tipolehenetsia"/>
    <w:rsid w:val="00C742C7"/>
  </w:style>
  <w:style w:type="character" w:styleId="citation-810" w:customStyle="1">
    <w:name w:val="citation-810"/>
    <w:basedOn w:val="Paragrafoarenletra-tipolehenetsia"/>
    <w:rsid w:val="00C742C7"/>
  </w:style>
  <w:style w:type="character" w:styleId="citation-809" w:customStyle="1">
    <w:name w:val="citation-809"/>
    <w:basedOn w:val="Paragrafoarenletra-tipolehenetsia"/>
    <w:rsid w:val="00C742C7"/>
  </w:style>
  <w:style w:type="character" w:styleId="citation-808" w:customStyle="1">
    <w:name w:val="citation-808"/>
    <w:basedOn w:val="Paragrafoarenletra-tipolehenetsia"/>
    <w:rsid w:val="00C742C7"/>
  </w:style>
  <w:style w:type="character" w:styleId="citation-807" w:customStyle="1">
    <w:name w:val="citation-807"/>
    <w:basedOn w:val="Paragrafoarenletra-tipolehenetsia"/>
    <w:rsid w:val="00C742C7"/>
  </w:style>
  <w:style w:type="character" w:styleId="citation-806" w:customStyle="1">
    <w:name w:val="citation-806"/>
    <w:basedOn w:val="Paragrafoarenletra-tipolehenetsia"/>
    <w:rsid w:val="00C742C7"/>
  </w:style>
  <w:style w:type="character" w:styleId="citation-805" w:customStyle="1">
    <w:name w:val="citation-805"/>
    <w:basedOn w:val="Paragrafoarenletra-tipolehenetsia"/>
    <w:rsid w:val="00C742C7"/>
  </w:style>
  <w:style w:type="character" w:styleId="citation-804" w:customStyle="1">
    <w:name w:val="citation-804"/>
    <w:basedOn w:val="Paragrafoarenletra-tipolehenetsia"/>
    <w:rsid w:val="00C742C7"/>
  </w:style>
  <w:style w:type="character" w:styleId="citation-803" w:customStyle="1">
    <w:name w:val="citation-803"/>
    <w:basedOn w:val="Paragrafoarenletra-tipolehenetsia"/>
    <w:rsid w:val="00C742C7"/>
  </w:style>
  <w:style w:type="character" w:styleId="citation-802" w:customStyle="1">
    <w:name w:val="citation-802"/>
    <w:basedOn w:val="Paragrafoarenletra-tipolehenetsia"/>
    <w:rsid w:val="00C742C7"/>
  </w:style>
  <w:style w:type="character" w:styleId="citation-801" w:customStyle="1">
    <w:name w:val="citation-801"/>
    <w:basedOn w:val="Paragrafoarenletra-tipolehenetsia"/>
    <w:rsid w:val="00C742C7"/>
  </w:style>
  <w:style w:type="character" w:styleId="citation-800" w:customStyle="1">
    <w:name w:val="citation-800"/>
    <w:basedOn w:val="Paragrafoarenletra-tipolehenetsia"/>
    <w:rsid w:val="00C742C7"/>
  </w:style>
  <w:style w:type="character" w:styleId="citation-799" w:customStyle="1">
    <w:name w:val="citation-799"/>
    <w:basedOn w:val="Paragrafoarenletra-tipolehenetsia"/>
    <w:rsid w:val="00C742C7"/>
  </w:style>
  <w:style w:type="character" w:styleId="citation-798" w:customStyle="1">
    <w:name w:val="citation-798"/>
    <w:basedOn w:val="Paragrafoarenletra-tipolehenetsia"/>
    <w:rsid w:val="00C742C7"/>
  </w:style>
  <w:style w:type="character" w:styleId="citation-797" w:customStyle="1">
    <w:name w:val="citation-797"/>
    <w:basedOn w:val="Paragrafoarenletra-tipolehenetsia"/>
    <w:rsid w:val="00C742C7"/>
  </w:style>
  <w:style w:type="character" w:styleId="citation-796" w:customStyle="1">
    <w:name w:val="citation-796"/>
    <w:basedOn w:val="Paragrafoarenletra-tipolehenetsia"/>
    <w:rsid w:val="00C742C7"/>
  </w:style>
  <w:style w:type="character" w:styleId="citation-795" w:customStyle="1">
    <w:name w:val="citation-795"/>
    <w:basedOn w:val="Paragrafoarenletra-tipolehenetsia"/>
    <w:rsid w:val="00C742C7"/>
  </w:style>
  <w:style w:type="character" w:styleId="citation-794" w:customStyle="1">
    <w:name w:val="citation-794"/>
    <w:basedOn w:val="Paragrafoarenletra-tipolehenetsia"/>
    <w:rsid w:val="00C742C7"/>
  </w:style>
  <w:style w:type="character" w:styleId="citation-793" w:customStyle="1">
    <w:name w:val="citation-793"/>
    <w:basedOn w:val="Paragrafoarenletra-tipolehenetsia"/>
    <w:rsid w:val="00C742C7"/>
  </w:style>
  <w:style w:type="character" w:styleId="citation-792" w:customStyle="1">
    <w:name w:val="citation-792"/>
    <w:basedOn w:val="Paragrafoarenletra-tipolehenetsia"/>
    <w:rsid w:val="00C742C7"/>
  </w:style>
  <w:style w:type="character" w:styleId="citation-791" w:customStyle="1">
    <w:name w:val="citation-791"/>
    <w:basedOn w:val="Paragrafoarenletra-tipolehenetsia"/>
    <w:rsid w:val="00C742C7"/>
  </w:style>
  <w:style w:type="character" w:styleId="citation-790" w:customStyle="1">
    <w:name w:val="citation-790"/>
    <w:basedOn w:val="Paragrafoarenletra-tipolehenetsia"/>
    <w:rsid w:val="00C742C7"/>
  </w:style>
  <w:style w:type="character" w:styleId="citation-789" w:customStyle="1">
    <w:name w:val="citation-789"/>
    <w:basedOn w:val="Paragrafoarenletra-tipolehenetsia"/>
    <w:rsid w:val="00C742C7"/>
  </w:style>
  <w:style w:type="character" w:styleId="citation-788" w:customStyle="1">
    <w:name w:val="citation-788"/>
    <w:basedOn w:val="Paragrafoarenletra-tipolehenetsia"/>
    <w:rsid w:val="00C742C7"/>
  </w:style>
  <w:style w:type="character" w:styleId="citation-787" w:customStyle="1">
    <w:name w:val="citation-787"/>
    <w:basedOn w:val="Paragrafoarenletra-tipolehenetsia"/>
    <w:rsid w:val="00C742C7"/>
  </w:style>
  <w:style w:type="character" w:styleId="citation-786" w:customStyle="1">
    <w:name w:val="citation-786"/>
    <w:basedOn w:val="Paragrafoarenletra-tipolehenetsia"/>
    <w:rsid w:val="00C742C7"/>
  </w:style>
  <w:style w:type="character" w:styleId="citation-785" w:customStyle="1">
    <w:name w:val="citation-785"/>
    <w:basedOn w:val="Paragrafoarenletra-tipolehenetsia"/>
    <w:rsid w:val="00C742C7"/>
  </w:style>
  <w:style w:type="character" w:styleId="citation-784" w:customStyle="1">
    <w:name w:val="citation-784"/>
    <w:basedOn w:val="Paragrafoarenletra-tipolehenetsia"/>
    <w:rsid w:val="00C742C7"/>
  </w:style>
  <w:style w:type="character" w:styleId="citation-783" w:customStyle="1">
    <w:name w:val="citation-783"/>
    <w:basedOn w:val="Paragrafoarenletra-tipolehenetsia"/>
    <w:rsid w:val="00C742C7"/>
  </w:style>
  <w:style w:type="character" w:styleId="citation-782" w:customStyle="1">
    <w:name w:val="citation-782"/>
    <w:basedOn w:val="Paragrafoarenletra-tipolehenetsia"/>
    <w:rsid w:val="00C742C7"/>
  </w:style>
  <w:style w:type="character" w:styleId="citation-781" w:customStyle="1">
    <w:name w:val="citation-781"/>
    <w:basedOn w:val="Paragrafoarenletra-tipolehenetsia"/>
    <w:rsid w:val="00C742C7"/>
  </w:style>
  <w:style w:type="character" w:styleId="citation-780" w:customStyle="1">
    <w:name w:val="citation-780"/>
    <w:basedOn w:val="Paragrafoarenletra-tipolehenetsia"/>
    <w:rsid w:val="00C742C7"/>
  </w:style>
  <w:style w:type="character" w:styleId="citation-779" w:customStyle="1">
    <w:name w:val="citation-779"/>
    <w:basedOn w:val="Paragrafoarenletra-tipolehenetsia"/>
    <w:rsid w:val="00C742C7"/>
  </w:style>
  <w:style w:type="character" w:styleId="citation-778" w:customStyle="1">
    <w:name w:val="citation-778"/>
    <w:basedOn w:val="Paragrafoarenletra-tipolehenetsia"/>
    <w:rsid w:val="00C742C7"/>
  </w:style>
  <w:style w:type="character" w:styleId="citation-777" w:customStyle="1">
    <w:name w:val="citation-777"/>
    <w:basedOn w:val="Paragrafoarenletra-tipolehenetsia"/>
    <w:rsid w:val="00C742C7"/>
  </w:style>
  <w:style w:type="character" w:styleId="citation-776" w:customStyle="1">
    <w:name w:val="citation-776"/>
    <w:basedOn w:val="Paragrafoarenletra-tipolehenetsia"/>
    <w:rsid w:val="00C742C7"/>
  </w:style>
  <w:style w:type="character" w:styleId="citation-775" w:customStyle="1">
    <w:name w:val="citation-775"/>
    <w:basedOn w:val="Paragrafoarenletra-tipolehenetsia"/>
    <w:rsid w:val="00C742C7"/>
  </w:style>
  <w:style w:type="character" w:styleId="citation-774" w:customStyle="1">
    <w:name w:val="citation-774"/>
    <w:basedOn w:val="Paragrafoarenletra-tipolehenetsia"/>
    <w:rsid w:val="00C742C7"/>
  </w:style>
  <w:style w:type="character" w:styleId="citation-773" w:customStyle="1">
    <w:name w:val="citation-773"/>
    <w:basedOn w:val="Paragrafoarenletra-tipolehenetsia"/>
    <w:rsid w:val="00C742C7"/>
  </w:style>
  <w:style w:type="character" w:styleId="citation-772" w:customStyle="1">
    <w:name w:val="citation-772"/>
    <w:basedOn w:val="Paragrafoarenletra-tipolehenetsia"/>
    <w:rsid w:val="00C742C7"/>
  </w:style>
  <w:style w:type="character" w:styleId="citation-771" w:customStyle="1">
    <w:name w:val="citation-771"/>
    <w:basedOn w:val="Paragrafoarenletra-tipolehenetsia"/>
    <w:rsid w:val="00C742C7"/>
  </w:style>
  <w:style w:type="character" w:styleId="citation-770" w:customStyle="1">
    <w:name w:val="citation-770"/>
    <w:basedOn w:val="Paragrafoarenletra-tipolehenetsia"/>
    <w:rsid w:val="00C742C7"/>
  </w:style>
  <w:style w:type="character" w:styleId="citation-769" w:customStyle="1">
    <w:name w:val="citation-769"/>
    <w:basedOn w:val="Paragrafoarenletra-tipolehenetsia"/>
    <w:rsid w:val="00C742C7"/>
  </w:style>
  <w:style w:type="character" w:styleId="citation-768" w:customStyle="1">
    <w:name w:val="citation-768"/>
    <w:basedOn w:val="Paragrafoarenletra-tipolehenetsia"/>
    <w:rsid w:val="00C742C7"/>
  </w:style>
  <w:style w:type="character" w:styleId="citation-767" w:customStyle="1">
    <w:name w:val="citation-767"/>
    <w:basedOn w:val="Paragrafoarenletra-tipolehenetsia"/>
    <w:rsid w:val="00C742C7"/>
  </w:style>
  <w:style w:type="character" w:styleId="citation-766" w:customStyle="1">
    <w:name w:val="citation-766"/>
    <w:basedOn w:val="Paragrafoarenletra-tipolehenetsia"/>
    <w:rsid w:val="00C742C7"/>
  </w:style>
  <w:style w:type="character" w:styleId="citation-765" w:customStyle="1">
    <w:name w:val="citation-765"/>
    <w:basedOn w:val="Paragrafoarenletra-tipolehenetsia"/>
    <w:rsid w:val="00C742C7"/>
  </w:style>
  <w:style w:type="character" w:styleId="citation-764" w:customStyle="1">
    <w:name w:val="citation-764"/>
    <w:basedOn w:val="Paragrafoarenletra-tipolehenetsia"/>
    <w:rsid w:val="00C742C7"/>
  </w:style>
  <w:style w:type="character" w:styleId="citation-763" w:customStyle="1">
    <w:name w:val="citation-763"/>
    <w:basedOn w:val="Paragrafoarenletra-tipolehenetsia"/>
    <w:rsid w:val="00C742C7"/>
  </w:style>
  <w:style w:type="character" w:styleId="citation-762" w:customStyle="1">
    <w:name w:val="citation-762"/>
    <w:basedOn w:val="Paragrafoarenletra-tipolehenetsia"/>
    <w:rsid w:val="00C742C7"/>
  </w:style>
  <w:style w:type="character" w:styleId="citation-761" w:customStyle="1">
    <w:name w:val="citation-761"/>
    <w:basedOn w:val="Paragrafoarenletra-tipolehenetsia"/>
    <w:rsid w:val="00C742C7"/>
  </w:style>
  <w:style w:type="character" w:styleId="citation-760" w:customStyle="1">
    <w:name w:val="citation-760"/>
    <w:basedOn w:val="Paragrafoarenletra-tipolehenetsia"/>
    <w:rsid w:val="00C742C7"/>
  </w:style>
  <w:style w:type="character" w:styleId="citation-759" w:customStyle="1">
    <w:name w:val="citation-759"/>
    <w:basedOn w:val="Paragrafoarenletra-tipolehenetsia"/>
    <w:rsid w:val="00C742C7"/>
  </w:style>
  <w:style w:type="character" w:styleId="citation-758" w:customStyle="1">
    <w:name w:val="citation-758"/>
    <w:basedOn w:val="Paragrafoarenletra-tipolehenetsia"/>
    <w:rsid w:val="00C742C7"/>
  </w:style>
  <w:style w:type="character" w:styleId="citation-757" w:customStyle="1">
    <w:name w:val="citation-757"/>
    <w:basedOn w:val="Paragrafoarenletra-tipolehenetsia"/>
    <w:rsid w:val="00C742C7"/>
  </w:style>
  <w:style w:type="character" w:styleId="citation-756" w:customStyle="1">
    <w:name w:val="citation-756"/>
    <w:basedOn w:val="Paragrafoarenletra-tipolehenetsia"/>
    <w:rsid w:val="00C742C7"/>
  </w:style>
  <w:style w:type="character" w:styleId="citation-755" w:customStyle="1">
    <w:name w:val="citation-755"/>
    <w:basedOn w:val="Paragrafoarenletra-tipolehenetsia"/>
    <w:rsid w:val="00C742C7"/>
  </w:style>
  <w:style w:type="character" w:styleId="citation-754" w:customStyle="1">
    <w:name w:val="citation-754"/>
    <w:basedOn w:val="Paragrafoarenletra-tipolehenetsia"/>
    <w:rsid w:val="00C742C7"/>
  </w:style>
  <w:style w:type="character" w:styleId="citation-753" w:customStyle="1">
    <w:name w:val="citation-753"/>
    <w:basedOn w:val="Paragrafoarenletra-tipolehenetsia"/>
    <w:rsid w:val="00C742C7"/>
  </w:style>
  <w:style w:type="character" w:styleId="citation-752" w:customStyle="1">
    <w:name w:val="citation-752"/>
    <w:basedOn w:val="Paragrafoarenletra-tipolehenetsia"/>
    <w:rsid w:val="00C742C7"/>
  </w:style>
  <w:style w:type="character" w:styleId="citation-751" w:customStyle="1">
    <w:name w:val="citation-751"/>
    <w:basedOn w:val="Paragrafoarenletra-tipolehenetsia"/>
    <w:rsid w:val="00C742C7"/>
  </w:style>
  <w:style w:type="character" w:styleId="citation-750" w:customStyle="1">
    <w:name w:val="citation-750"/>
    <w:basedOn w:val="Paragrafoarenletra-tipolehenetsia"/>
    <w:rsid w:val="00C742C7"/>
  </w:style>
  <w:style w:type="character" w:styleId="citation-749" w:customStyle="1">
    <w:name w:val="citation-749"/>
    <w:basedOn w:val="Paragrafoarenletra-tipolehenetsia"/>
    <w:rsid w:val="00C742C7"/>
  </w:style>
  <w:style w:type="character" w:styleId="citation-748" w:customStyle="1">
    <w:name w:val="citation-748"/>
    <w:basedOn w:val="Paragrafoarenletra-tipolehenetsia"/>
    <w:rsid w:val="00C742C7"/>
  </w:style>
  <w:style w:type="character" w:styleId="citation-747" w:customStyle="1">
    <w:name w:val="citation-747"/>
    <w:basedOn w:val="Paragrafoarenletra-tipolehenetsia"/>
    <w:rsid w:val="00C742C7"/>
  </w:style>
  <w:style w:type="character" w:styleId="citation-746" w:customStyle="1">
    <w:name w:val="citation-746"/>
    <w:basedOn w:val="Paragrafoarenletra-tipolehenetsia"/>
    <w:rsid w:val="00C742C7"/>
  </w:style>
  <w:style w:type="character" w:styleId="citation-745" w:customStyle="1">
    <w:name w:val="citation-745"/>
    <w:basedOn w:val="Paragrafoarenletra-tipolehenetsia"/>
    <w:rsid w:val="00C742C7"/>
  </w:style>
  <w:style w:type="character" w:styleId="citation-744" w:customStyle="1">
    <w:name w:val="citation-744"/>
    <w:basedOn w:val="Paragrafoarenletra-tipolehenetsia"/>
    <w:rsid w:val="00C742C7"/>
  </w:style>
  <w:style w:type="character" w:styleId="citation-743" w:customStyle="1">
    <w:name w:val="citation-743"/>
    <w:basedOn w:val="Paragrafoarenletra-tipolehenetsia"/>
    <w:rsid w:val="00C742C7"/>
  </w:style>
  <w:style w:type="character" w:styleId="citation-742" w:customStyle="1">
    <w:name w:val="citation-742"/>
    <w:basedOn w:val="Paragrafoarenletra-tipolehenetsia"/>
    <w:rsid w:val="00C742C7"/>
  </w:style>
  <w:style w:type="character" w:styleId="citation-741" w:customStyle="1">
    <w:name w:val="citation-741"/>
    <w:basedOn w:val="Paragrafoarenletra-tipolehenetsia"/>
    <w:rsid w:val="00C742C7"/>
  </w:style>
  <w:style w:type="character" w:styleId="citation-740" w:customStyle="1">
    <w:name w:val="citation-740"/>
    <w:basedOn w:val="Paragrafoarenletra-tipolehenetsia"/>
    <w:rsid w:val="00C742C7"/>
  </w:style>
  <w:style w:type="character" w:styleId="citation-739" w:customStyle="1">
    <w:name w:val="citation-739"/>
    <w:basedOn w:val="Paragrafoarenletra-tipolehenetsia"/>
    <w:rsid w:val="00C742C7"/>
  </w:style>
  <w:style w:type="character" w:styleId="citation-738" w:customStyle="1">
    <w:name w:val="citation-738"/>
    <w:basedOn w:val="Paragrafoarenletra-tipolehenetsia"/>
    <w:rsid w:val="00C742C7"/>
  </w:style>
  <w:style w:type="character" w:styleId="citation-737" w:customStyle="1">
    <w:name w:val="citation-737"/>
    <w:basedOn w:val="Paragrafoarenletra-tipolehenetsia"/>
    <w:rsid w:val="00C742C7"/>
  </w:style>
  <w:style w:type="character" w:styleId="citation-736" w:customStyle="1">
    <w:name w:val="citation-736"/>
    <w:basedOn w:val="Paragrafoarenletra-tipolehenetsia"/>
    <w:rsid w:val="00C742C7"/>
  </w:style>
  <w:style w:type="character" w:styleId="citation-735" w:customStyle="1">
    <w:name w:val="citation-735"/>
    <w:basedOn w:val="Paragrafoarenletra-tipolehenetsia"/>
    <w:rsid w:val="00C742C7"/>
  </w:style>
  <w:style w:type="character" w:styleId="citation-734" w:customStyle="1">
    <w:name w:val="citation-734"/>
    <w:basedOn w:val="Paragrafoarenletra-tipolehenetsia"/>
    <w:rsid w:val="00C742C7"/>
  </w:style>
  <w:style w:type="character" w:styleId="citation-733" w:customStyle="1">
    <w:name w:val="citation-733"/>
    <w:basedOn w:val="Paragrafoarenletra-tipolehenetsia"/>
    <w:rsid w:val="00C742C7"/>
  </w:style>
  <w:style w:type="character" w:styleId="citation-732" w:customStyle="1">
    <w:name w:val="citation-732"/>
    <w:basedOn w:val="Paragrafoarenletra-tipolehenetsia"/>
    <w:rsid w:val="00C742C7"/>
  </w:style>
  <w:style w:type="character" w:styleId="citation-731" w:customStyle="1">
    <w:name w:val="citation-731"/>
    <w:basedOn w:val="Paragrafoarenletra-tipolehenetsia"/>
    <w:rsid w:val="00C742C7"/>
  </w:style>
  <w:style w:type="character" w:styleId="citation-730" w:customStyle="1">
    <w:name w:val="citation-730"/>
    <w:basedOn w:val="Paragrafoarenletra-tipolehenetsia"/>
    <w:rsid w:val="00C742C7"/>
  </w:style>
  <w:style w:type="character" w:styleId="citation-729" w:customStyle="1">
    <w:name w:val="citation-729"/>
    <w:basedOn w:val="Paragrafoarenletra-tipolehenetsia"/>
    <w:rsid w:val="00C742C7"/>
  </w:style>
  <w:style w:type="character" w:styleId="citation-728" w:customStyle="1">
    <w:name w:val="citation-728"/>
    <w:basedOn w:val="Paragrafoarenletra-tipolehenetsia"/>
    <w:rsid w:val="00C742C7"/>
  </w:style>
  <w:style w:type="character" w:styleId="citation-727" w:customStyle="1">
    <w:name w:val="citation-727"/>
    <w:basedOn w:val="Paragrafoarenletra-tipolehenetsia"/>
    <w:rsid w:val="00C742C7"/>
  </w:style>
  <w:style w:type="character" w:styleId="citation-726" w:customStyle="1">
    <w:name w:val="citation-726"/>
    <w:basedOn w:val="Paragrafoarenletra-tipolehenetsia"/>
    <w:rsid w:val="00C742C7"/>
  </w:style>
  <w:style w:type="character" w:styleId="citation-725" w:customStyle="1">
    <w:name w:val="citation-725"/>
    <w:basedOn w:val="Paragrafoarenletra-tipolehenetsia"/>
    <w:rsid w:val="00C742C7"/>
  </w:style>
  <w:style w:type="character" w:styleId="citation-724" w:customStyle="1">
    <w:name w:val="citation-724"/>
    <w:basedOn w:val="Paragrafoarenletra-tipolehenetsia"/>
    <w:rsid w:val="00C742C7"/>
  </w:style>
  <w:style w:type="character" w:styleId="citation-723" w:customStyle="1">
    <w:name w:val="citation-723"/>
    <w:basedOn w:val="Paragrafoarenletra-tipolehenetsia"/>
    <w:rsid w:val="00C742C7"/>
  </w:style>
  <w:style w:type="character" w:styleId="citation-722" w:customStyle="1">
    <w:name w:val="citation-722"/>
    <w:basedOn w:val="Paragrafoarenletra-tipolehenetsia"/>
    <w:rsid w:val="00C742C7"/>
  </w:style>
  <w:style w:type="character" w:styleId="citation-721" w:customStyle="1">
    <w:name w:val="citation-721"/>
    <w:basedOn w:val="Paragrafoarenletra-tipolehenetsia"/>
    <w:rsid w:val="00C742C7"/>
  </w:style>
  <w:style w:type="character" w:styleId="citation-720" w:customStyle="1">
    <w:name w:val="citation-720"/>
    <w:basedOn w:val="Paragrafoarenletra-tipolehenetsia"/>
    <w:rsid w:val="00C742C7"/>
  </w:style>
  <w:style w:type="character" w:styleId="citation-719" w:customStyle="1">
    <w:name w:val="citation-719"/>
    <w:basedOn w:val="Paragrafoarenletra-tipolehenetsia"/>
    <w:rsid w:val="00C742C7"/>
  </w:style>
  <w:style w:type="character" w:styleId="citation-718" w:customStyle="1">
    <w:name w:val="citation-718"/>
    <w:basedOn w:val="Paragrafoarenletra-tipolehenetsia"/>
    <w:rsid w:val="00C742C7"/>
  </w:style>
  <w:style w:type="character" w:styleId="citation-717" w:customStyle="1">
    <w:name w:val="citation-717"/>
    <w:basedOn w:val="Paragrafoarenletra-tipolehenetsia"/>
    <w:rsid w:val="00C742C7"/>
  </w:style>
  <w:style w:type="character" w:styleId="citation-716" w:customStyle="1">
    <w:name w:val="citation-716"/>
    <w:basedOn w:val="Paragrafoarenletra-tipolehenetsia"/>
    <w:rsid w:val="00C742C7"/>
  </w:style>
  <w:style w:type="character" w:styleId="citation-715" w:customStyle="1">
    <w:name w:val="citation-715"/>
    <w:basedOn w:val="Paragrafoarenletra-tipolehenetsia"/>
    <w:rsid w:val="00C742C7"/>
  </w:style>
  <w:style w:type="character" w:styleId="citation-714" w:customStyle="1">
    <w:name w:val="citation-714"/>
    <w:basedOn w:val="Paragrafoarenletra-tipolehenetsia"/>
    <w:rsid w:val="00C742C7"/>
  </w:style>
  <w:style w:type="character" w:styleId="citation-713" w:customStyle="1">
    <w:name w:val="citation-713"/>
    <w:basedOn w:val="Paragrafoarenletra-tipolehenetsia"/>
    <w:rsid w:val="00C742C7"/>
  </w:style>
  <w:style w:type="character" w:styleId="citation-712" w:customStyle="1">
    <w:name w:val="citation-712"/>
    <w:basedOn w:val="Paragrafoarenletra-tipolehenetsia"/>
    <w:rsid w:val="00C742C7"/>
  </w:style>
  <w:style w:type="character" w:styleId="citation-711" w:customStyle="1">
    <w:name w:val="citation-711"/>
    <w:basedOn w:val="Paragrafoarenletra-tipolehenetsia"/>
    <w:rsid w:val="00C742C7"/>
  </w:style>
  <w:style w:type="character" w:styleId="citation-710" w:customStyle="1">
    <w:name w:val="citation-710"/>
    <w:basedOn w:val="Paragrafoarenletra-tipolehenetsia"/>
    <w:rsid w:val="00C742C7"/>
  </w:style>
  <w:style w:type="character" w:styleId="citation-709" w:customStyle="1">
    <w:name w:val="citation-709"/>
    <w:basedOn w:val="Paragrafoarenletra-tipolehenetsia"/>
    <w:rsid w:val="00C742C7"/>
  </w:style>
  <w:style w:type="character" w:styleId="citation-708" w:customStyle="1">
    <w:name w:val="citation-708"/>
    <w:basedOn w:val="Paragrafoarenletra-tipolehenetsia"/>
    <w:rsid w:val="00C742C7"/>
  </w:style>
  <w:style w:type="character" w:styleId="citation-707" w:customStyle="1">
    <w:name w:val="citation-707"/>
    <w:basedOn w:val="Paragrafoarenletra-tipolehenetsia"/>
    <w:rsid w:val="00C742C7"/>
  </w:style>
  <w:style w:type="character" w:styleId="citation-706" w:customStyle="1">
    <w:name w:val="citation-706"/>
    <w:basedOn w:val="Paragrafoarenletra-tipolehenetsia"/>
    <w:rsid w:val="00C742C7"/>
  </w:style>
  <w:style w:type="character" w:styleId="citation-705" w:customStyle="1">
    <w:name w:val="citation-705"/>
    <w:basedOn w:val="Paragrafoarenletra-tipolehenetsia"/>
    <w:rsid w:val="00C742C7"/>
  </w:style>
  <w:style w:type="character" w:styleId="citation-704" w:customStyle="1">
    <w:name w:val="citation-704"/>
    <w:basedOn w:val="Paragrafoarenletra-tipolehenetsia"/>
    <w:rsid w:val="00C742C7"/>
  </w:style>
  <w:style w:type="character" w:styleId="citation-703" w:customStyle="1">
    <w:name w:val="citation-703"/>
    <w:basedOn w:val="Paragrafoarenletra-tipolehenetsia"/>
    <w:rsid w:val="00C742C7"/>
  </w:style>
  <w:style w:type="character" w:styleId="citation-702" w:customStyle="1">
    <w:name w:val="citation-702"/>
    <w:basedOn w:val="Paragrafoarenletra-tipolehenetsia"/>
    <w:rsid w:val="00C742C7"/>
  </w:style>
  <w:style w:type="character" w:styleId="citation-701" w:customStyle="1">
    <w:name w:val="citation-701"/>
    <w:basedOn w:val="Paragrafoarenletra-tipolehenetsia"/>
    <w:rsid w:val="00C742C7"/>
  </w:style>
  <w:style w:type="character" w:styleId="citation-700" w:customStyle="1">
    <w:name w:val="citation-700"/>
    <w:basedOn w:val="Paragrafoarenletra-tipolehenetsia"/>
    <w:rsid w:val="00C742C7"/>
  </w:style>
  <w:style w:type="character" w:styleId="citation-699" w:customStyle="1">
    <w:name w:val="citation-699"/>
    <w:basedOn w:val="Paragrafoarenletra-tipolehenetsia"/>
    <w:rsid w:val="00C742C7"/>
  </w:style>
  <w:style w:type="character" w:styleId="citation-698" w:customStyle="1">
    <w:name w:val="citation-698"/>
    <w:basedOn w:val="Paragrafoarenletra-tipolehenetsia"/>
    <w:rsid w:val="00C742C7"/>
  </w:style>
  <w:style w:type="character" w:styleId="citation-697" w:customStyle="1">
    <w:name w:val="citation-697"/>
    <w:basedOn w:val="Paragrafoarenletra-tipolehenetsia"/>
    <w:rsid w:val="00C742C7"/>
  </w:style>
  <w:style w:type="character" w:styleId="citation-696" w:customStyle="1">
    <w:name w:val="citation-696"/>
    <w:basedOn w:val="Paragrafoarenletra-tipolehenetsia"/>
    <w:rsid w:val="00C742C7"/>
  </w:style>
  <w:style w:type="character" w:styleId="citation-695" w:customStyle="1">
    <w:name w:val="citation-695"/>
    <w:basedOn w:val="Paragrafoarenletra-tipolehenetsia"/>
    <w:rsid w:val="00C742C7"/>
  </w:style>
  <w:style w:type="character" w:styleId="citation-694" w:customStyle="1">
    <w:name w:val="citation-694"/>
    <w:basedOn w:val="Paragrafoarenletra-tipolehenetsia"/>
    <w:rsid w:val="00C742C7"/>
  </w:style>
  <w:style w:type="character" w:styleId="citation-693" w:customStyle="1">
    <w:name w:val="citation-693"/>
    <w:basedOn w:val="Paragrafoarenletra-tipolehenetsia"/>
    <w:rsid w:val="00C742C7"/>
  </w:style>
  <w:style w:type="character" w:styleId="citation-692" w:customStyle="1">
    <w:name w:val="citation-692"/>
    <w:basedOn w:val="Paragrafoarenletra-tipolehenetsia"/>
    <w:rsid w:val="00C742C7"/>
  </w:style>
  <w:style w:type="character" w:styleId="citation-691" w:customStyle="1">
    <w:name w:val="citation-691"/>
    <w:basedOn w:val="Paragrafoarenletra-tipolehenetsia"/>
    <w:rsid w:val="00C742C7"/>
  </w:style>
  <w:style w:type="character" w:styleId="TarterikezKar" w:customStyle="1">
    <w:name w:val="Tarterik ez Kar"/>
    <w:basedOn w:val="Paragrafoarenletra-tipolehenetsia"/>
    <w:link w:val="Tarterikez"/>
    <w:uiPriority w:val="1"/>
    <w:rsid w:val="005E4B8F"/>
  </w:style>
  <w:style w:type="paragraph" w:styleId="EA2">
    <w:name w:val="toc 2"/>
    <w:basedOn w:val="Normala"/>
    <w:next w:val="Normala"/>
    <w:autoRedefine/>
    <w:uiPriority w:val="39"/>
    <w:unhideWhenUsed/>
    <w:rsid w:val="00721D1A"/>
    <w:pPr>
      <w:spacing w:after="100" w:line="259" w:lineRule="auto"/>
      <w:ind w:left="220"/>
    </w:pPr>
    <w:rPr>
      <w:rFonts w:cs="Times New Roman"/>
      <w:lang w:val="eu-ES" w:eastAsia="eu-ES"/>
    </w:rPr>
  </w:style>
  <w:style w:type="paragraph" w:styleId="EA1">
    <w:name w:val="toc 1"/>
    <w:basedOn w:val="Normala"/>
    <w:next w:val="Normala"/>
    <w:autoRedefine/>
    <w:uiPriority w:val="39"/>
    <w:unhideWhenUsed/>
    <w:rsid w:val="00721D1A"/>
    <w:pPr>
      <w:spacing w:after="100" w:line="259" w:lineRule="auto"/>
    </w:pPr>
    <w:rPr>
      <w:rFonts w:cs="Times New Roman"/>
      <w:lang w:val="eu-ES" w:eastAsia="eu-ES"/>
    </w:rPr>
  </w:style>
  <w:style w:type="paragraph" w:styleId="EA3">
    <w:name w:val="toc 3"/>
    <w:basedOn w:val="Normala"/>
    <w:next w:val="Normala"/>
    <w:autoRedefine/>
    <w:uiPriority w:val="39"/>
    <w:unhideWhenUsed/>
    <w:rsid w:val="00721D1A"/>
    <w:pPr>
      <w:spacing w:after="100" w:line="259" w:lineRule="auto"/>
      <w:ind w:left="440"/>
    </w:pPr>
    <w:rPr>
      <w:rFonts w:cs="Times New Roman"/>
      <w:lang w:val="eu-ES" w:eastAsia="eu-ES"/>
    </w:rPr>
  </w:style>
  <w:style w:type="table" w:styleId="5sareta-taulailuna-1enfasia">
    <w:name w:val="Grid Table 5 Dark Accent 1"/>
    <w:basedOn w:val="Taulanormala"/>
    <w:uiPriority w:val="50"/>
    <w:rsid w:val="00D3238E"/>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BE5F1"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F81BD"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F81BD"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4F81BD"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4sareta-taula-1enfasia">
    <w:name w:val="Grid Table 4 Accent 1"/>
    <w:basedOn w:val="Taulanormala"/>
    <w:uiPriority w:val="49"/>
    <w:rsid w:val="00D3238E"/>
    <w:pPr>
      <w:spacing w:after="0" w:line="240" w:lineRule="auto"/>
    </w:p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367989">
      <w:bodyDiv w:val="1"/>
      <w:marLeft w:val="0"/>
      <w:marRight w:val="0"/>
      <w:marTop w:val="0"/>
      <w:marBottom w:val="0"/>
      <w:divBdr>
        <w:top w:val="none" w:sz="0" w:space="0" w:color="auto"/>
        <w:left w:val="none" w:sz="0" w:space="0" w:color="auto"/>
        <w:bottom w:val="none" w:sz="0" w:space="0" w:color="auto"/>
        <w:right w:val="none" w:sz="0" w:space="0" w:color="auto"/>
      </w:divBdr>
    </w:div>
    <w:div w:id="201094383">
      <w:bodyDiv w:val="1"/>
      <w:marLeft w:val="0"/>
      <w:marRight w:val="0"/>
      <w:marTop w:val="0"/>
      <w:marBottom w:val="0"/>
      <w:divBdr>
        <w:top w:val="none" w:sz="0" w:space="0" w:color="auto"/>
        <w:left w:val="none" w:sz="0" w:space="0" w:color="auto"/>
        <w:bottom w:val="none" w:sz="0" w:space="0" w:color="auto"/>
        <w:right w:val="none" w:sz="0" w:space="0" w:color="auto"/>
      </w:divBdr>
    </w:div>
    <w:div w:id="458963040">
      <w:bodyDiv w:val="1"/>
      <w:marLeft w:val="0"/>
      <w:marRight w:val="0"/>
      <w:marTop w:val="0"/>
      <w:marBottom w:val="0"/>
      <w:divBdr>
        <w:top w:val="none" w:sz="0" w:space="0" w:color="auto"/>
        <w:left w:val="none" w:sz="0" w:space="0" w:color="auto"/>
        <w:bottom w:val="none" w:sz="0" w:space="0" w:color="auto"/>
        <w:right w:val="none" w:sz="0" w:space="0" w:color="auto"/>
      </w:divBdr>
    </w:div>
    <w:div w:id="583875285">
      <w:bodyDiv w:val="1"/>
      <w:marLeft w:val="0"/>
      <w:marRight w:val="0"/>
      <w:marTop w:val="0"/>
      <w:marBottom w:val="0"/>
      <w:divBdr>
        <w:top w:val="none" w:sz="0" w:space="0" w:color="auto"/>
        <w:left w:val="none" w:sz="0" w:space="0" w:color="auto"/>
        <w:bottom w:val="none" w:sz="0" w:space="0" w:color="auto"/>
        <w:right w:val="none" w:sz="0" w:space="0" w:color="auto"/>
      </w:divBdr>
    </w:div>
    <w:div w:id="880703258">
      <w:bodyDiv w:val="1"/>
      <w:marLeft w:val="0"/>
      <w:marRight w:val="0"/>
      <w:marTop w:val="0"/>
      <w:marBottom w:val="0"/>
      <w:divBdr>
        <w:top w:val="none" w:sz="0" w:space="0" w:color="auto"/>
        <w:left w:val="none" w:sz="0" w:space="0" w:color="auto"/>
        <w:bottom w:val="none" w:sz="0" w:space="0" w:color="auto"/>
        <w:right w:val="none" w:sz="0" w:space="0" w:color="auto"/>
      </w:divBdr>
    </w:div>
    <w:div w:id="932204760">
      <w:bodyDiv w:val="1"/>
      <w:marLeft w:val="0"/>
      <w:marRight w:val="0"/>
      <w:marTop w:val="0"/>
      <w:marBottom w:val="0"/>
      <w:divBdr>
        <w:top w:val="none" w:sz="0" w:space="0" w:color="auto"/>
        <w:left w:val="none" w:sz="0" w:space="0" w:color="auto"/>
        <w:bottom w:val="none" w:sz="0" w:space="0" w:color="auto"/>
        <w:right w:val="none" w:sz="0" w:space="0" w:color="auto"/>
      </w:divBdr>
    </w:div>
    <w:div w:id="1115979062">
      <w:bodyDiv w:val="1"/>
      <w:marLeft w:val="0"/>
      <w:marRight w:val="0"/>
      <w:marTop w:val="0"/>
      <w:marBottom w:val="0"/>
      <w:divBdr>
        <w:top w:val="none" w:sz="0" w:space="0" w:color="auto"/>
        <w:left w:val="none" w:sz="0" w:space="0" w:color="auto"/>
        <w:bottom w:val="none" w:sz="0" w:space="0" w:color="auto"/>
        <w:right w:val="none" w:sz="0" w:space="0" w:color="auto"/>
      </w:divBdr>
    </w:div>
    <w:div w:id="1141656200">
      <w:bodyDiv w:val="1"/>
      <w:marLeft w:val="0"/>
      <w:marRight w:val="0"/>
      <w:marTop w:val="0"/>
      <w:marBottom w:val="0"/>
      <w:divBdr>
        <w:top w:val="none" w:sz="0" w:space="0" w:color="auto"/>
        <w:left w:val="none" w:sz="0" w:space="0" w:color="auto"/>
        <w:bottom w:val="none" w:sz="0" w:space="0" w:color="auto"/>
        <w:right w:val="none" w:sz="0" w:space="0" w:color="auto"/>
      </w:divBdr>
    </w:div>
    <w:div w:id="1339652988">
      <w:bodyDiv w:val="1"/>
      <w:marLeft w:val="0"/>
      <w:marRight w:val="0"/>
      <w:marTop w:val="0"/>
      <w:marBottom w:val="0"/>
      <w:divBdr>
        <w:top w:val="none" w:sz="0" w:space="0" w:color="auto"/>
        <w:left w:val="none" w:sz="0" w:space="0" w:color="auto"/>
        <w:bottom w:val="none" w:sz="0" w:space="0" w:color="auto"/>
        <w:right w:val="none" w:sz="0" w:space="0" w:color="auto"/>
      </w:divBdr>
    </w:div>
    <w:div w:id="1497839747">
      <w:bodyDiv w:val="1"/>
      <w:marLeft w:val="0"/>
      <w:marRight w:val="0"/>
      <w:marTop w:val="0"/>
      <w:marBottom w:val="0"/>
      <w:divBdr>
        <w:top w:val="none" w:sz="0" w:space="0" w:color="auto"/>
        <w:left w:val="none" w:sz="0" w:space="0" w:color="auto"/>
        <w:bottom w:val="none" w:sz="0" w:space="0" w:color="auto"/>
        <w:right w:val="none" w:sz="0" w:space="0" w:color="auto"/>
      </w:divBdr>
    </w:div>
    <w:div w:id="2042782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file:///C:/Users/aalbisua/Documents/MIGUEL%20ALTUNA%202024-2025/MIGUEL%20ALTUNA%2024-25/LCAMP/IKASTAROA/UR_MIR_FESTO/EU/0_0_Irakaslearen%20gida.docx" TargetMode="Externa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footnotes" Target="foot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png" Id="rId14" /></Relationships>
</file>

<file path=word/_rels/header1.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Urratsez-urratseko motorren funtzionamendua, driverren erregulazioa eta DC-DC erregulatzaileen parametrizazioa nola egin behar den aztertzeaz gain, estainatze-teknika praktikoekin osatu</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B026C5034DEF31469D687DC74110F0C4" ma:contentTypeVersion="18" ma:contentTypeDescription="Crear nuevo documento." ma:contentTypeScope="" ma:versionID="ab034c50eaa6b3fbb9a1ab661e02bafd">
  <xsd:schema xmlns:xsd="http://www.w3.org/2001/XMLSchema" xmlns:xs="http://www.w3.org/2001/XMLSchema" xmlns:p="http://schemas.microsoft.com/office/2006/metadata/properties" xmlns:ns2="fab0e02d-7b70-4413-b572-d44f1292ffc6" xmlns:ns3="328b14d6-6e2c-4870-bd3d-20a4f0e49c9e" targetNamespace="http://schemas.microsoft.com/office/2006/metadata/properties" ma:root="true" ma:fieldsID="8ed54f0aaa4a1dcd2d7d7a0e4354427d" ns2:_="" ns3:_="">
    <xsd:import namespace="fab0e02d-7b70-4413-b572-d44f1292ffc6"/>
    <xsd:import namespace="328b14d6-6e2c-4870-bd3d-20a4f0e49c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b0e02d-7b70-4413-b572-d44f1292ff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18748ed3-a044-4069-afca-14a5a74919a6"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8b14d6-6e2c-4870-bd3d-20a4f0e49c9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484c96b-0302-40db-b824-a3a76ee72efe}" ma:internalName="TaxCatchAll" ma:showField="CatchAllData" ma:web="328b14d6-6e2c-4870-bd3d-20a4f0e49c9e">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ab0e02d-7b70-4413-b572-d44f1292ffc6">
      <Terms xmlns="http://schemas.microsoft.com/office/infopath/2007/PartnerControls"/>
    </lcf76f155ced4ddcb4097134ff3c332f>
    <TaxCatchAll xmlns="328b14d6-6e2c-4870-bd3d-20a4f0e49c9e"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B119A8-5D41-4543-B983-AE937A8B0EFA}"/>
</file>

<file path=customXml/itemProps3.xml><?xml version="1.0" encoding="utf-8"?>
<ds:datastoreItem xmlns:ds="http://schemas.openxmlformats.org/officeDocument/2006/customXml" ds:itemID="{1F5BBACA-C442-4ED8-85FB-680A99FEABFC}">
  <ds:schemaRefs>
    <ds:schemaRef ds:uri="http://schemas.microsoft.com/sharepoint/v3/contenttype/forms"/>
  </ds:schemaRefs>
</ds:datastoreItem>
</file>

<file path=customXml/itemProps4.xml><?xml version="1.0" encoding="utf-8"?>
<ds:datastoreItem xmlns:ds="http://schemas.openxmlformats.org/officeDocument/2006/customXml" ds:itemID="{66E66221-0E29-4D90-90E4-E90D51F99993}">
  <ds:schemaRefs>
    <ds:schemaRef ds:uri="http://schemas.microsoft.com/office/2006/metadata/properties"/>
    <ds:schemaRef ds:uri="http://schemas.microsoft.com/office/infopath/2007/PartnerControls"/>
    <ds:schemaRef ds:uri="fab0e02d-7b70-4413-b572-d44f1292ffc6"/>
    <ds:schemaRef ds:uri="328b14d6-6e2c-4870-bd3d-20a4f0e49c9e"/>
  </ds:schemaRefs>
</ds:datastoreItem>
</file>

<file path=customXml/itemProps5.xml><?xml version="1.0" encoding="utf-8"?>
<ds:datastoreItem xmlns:ds="http://schemas.openxmlformats.org/officeDocument/2006/customXml" ds:itemID="{EBB73EC1-CDC2-4C2B-811E-888D11E389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Osagaien soldadura, motorren driver-en erregulazioa eta DC-DC bihurgailuak</dc:subject>
  <dc:creator>Ane Albisua – Miguel Altuna LHII</dc:creator>
  <cp:keywords/>
  <dc:description>generated by python-docx</dc:description>
  <cp:lastModifiedBy>lerrasti</cp:lastModifiedBy>
  <cp:revision>7</cp:revision>
  <dcterms:created xsi:type="dcterms:W3CDTF">2025-07-04T06:37:00Z</dcterms:created>
  <dcterms:modified xsi:type="dcterms:W3CDTF">2025-11-13T12:12:46Z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0x010100B026C5034DEF31469D687DC74110F0C4</vt:lpwstr>
  </property>
  <property fmtid="{D5CDD505-2E9C-101B-9397-08002B2CF9AE}" pid="3" name="MediaServiceImageTags">
    <vt:lpwstr/>
  </property>
</Properties>
</file>